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2024教师节趣味游戏活动方案（27篇）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2024教师节趣味游戏活动方案（通用27篇）</w:t>
      </w:r>
      <w:r>
        <w:rPr>
          <w:lang w:eastAsia="zh-CN"/>
        </w:rPr>
        <w:br/>
      </w:r>
      <w:r>
        <w:rPr>
          <w:lang w:eastAsia="zh-CN"/>
        </w:rPr>
        <w:t xml:space="preserve">    2024教师节趣味游戏活动方案 篇1 </w:t>
      </w:r>
      <w:r>
        <w:rPr>
          <w:lang w:eastAsia="zh-CN"/>
        </w:rPr>
        <w:br/>
      </w:r>
      <w:r>
        <w:rPr>
          <w:lang w:eastAsia="zh-CN"/>
        </w:rPr>
        <w:t>　　为丰富朱棣文小学教工生活，做到劳逸结合。经行政、工会研究决定，开展一次由全体教职工共同参加的趣味游戏活动，让大家在游戏中放松心情，忘却烦恼，迎接即将来临的一个快乐暑假。具体活动方案如下：</w:t>
      </w:r>
      <w:r>
        <w:rPr>
          <w:lang w:eastAsia="zh-CN"/>
        </w:rPr>
        <w:br/>
      </w:r>
      <w:r>
        <w:rPr>
          <w:lang w:eastAsia="zh-CN"/>
        </w:rPr>
        <w:t>　　一、活动领导小组:</w:t>
      </w:r>
      <w:r>
        <w:rPr>
          <w:lang w:eastAsia="zh-CN"/>
        </w:rPr>
        <w:br/>
      </w:r>
      <w:r>
        <w:rPr>
          <w:lang w:eastAsia="zh-CN"/>
        </w:rPr>
        <w:t>　　组长:龚</w:t>
      </w:r>
      <w:r>
        <w:rPr>
          <w:lang w:eastAsia="zh-CN"/>
        </w:rPr>
        <w:br/>
      </w:r>
      <w:r>
        <w:rPr>
          <w:lang w:eastAsia="zh-CN"/>
        </w:rPr>
        <w:t>　　副组长:王</w:t>
      </w:r>
      <w:r>
        <w:rPr>
          <w:lang w:eastAsia="zh-CN"/>
        </w:rPr>
        <w:br/>
      </w:r>
      <w:r>
        <w:rPr>
          <w:lang w:eastAsia="zh-CN"/>
        </w:rPr>
        <w:t>　　成员：</w:t>
      </w:r>
      <w:r>
        <w:rPr>
          <w:lang w:eastAsia="zh-CN"/>
        </w:rPr>
        <w:br/>
      </w:r>
      <w:r>
        <w:rPr>
          <w:lang w:eastAsia="zh-CN"/>
        </w:rPr>
        <w:t>　　二、活动时间：</w:t>
      </w:r>
      <w:r>
        <w:rPr>
          <w:lang w:eastAsia="zh-CN"/>
        </w:rPr>
        <w:br/>
      </w:r>
      <w:r>
        <w:rPr>
          <w:lang w:eastAsia="zh-CN"/>
        </w:rPr>
        <w:t>　　20__年6月30日下午13：00-15:00</w:t>
      </w:r>
      <w:r>
        <w:rPr>
          <w:lang w:eastAsia="zh-CN"/>
        </w:rPr>
        <w:br/>
      </w:r>
      <w:r>
        <w:rPr>
          <w:lang w:eastAsia="zh-CN"/>
        </w:rPr>
        <w:t>　　三、活动地点：</w:t>
      </w:r>
      <w:r>
        <w:rPr>
          <w:lang w:eastAsia="zh-CN"/>
        </w:rPr>
        <w:br/>
      </w:r>
      <w:r>
        <w:rPr>
          <w:lang w:eastAsia="zh-CN"/>
        </w:rPr>
        <w:t>　　体育馆</w:t>
      </w:r>
      <w:r>
        <w:rPr>
          <w:lang w:eastAsia="zh-CN"/>
        </w:rPr>
        <w:br/>
      </w:r>
      <w:r>
        <w:rPr>
          <w:lang w:eastAsia="zh-CN"/>
        </w:rPr>
        <w:t>　　四、活动项目和规则</w:t>
      </w:r>
      <w:r>
        <w:rPr>
          <w:lang w:eastAsia="zh-CN"/>
        </w:rPr>
        <w:br/>
      </w:r>
      <w:r>
        <w:rPr>
          <w:lang w:eastAsia="zh-CN"/>
        </w:rPr>
        <w:t>　　1.投篮进筐负责人：赵凯</w:t>
      </w:r>
      <w:r>
        <w:rPr>
          <w:lang w:eastAsia="zh-CN"/>
        </w:rPr>
        <w:br/>
      </w:r>
      <w:r>
        <w:rPr>
          <w:lang w:eastAsia="zh-CN"/>
        </w:rPr>
        <w:t>　　参赛人员：每队3人（一男两女）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比赛规则：男教师在罚球线、女教师在圆弧线定时按序投球。时间2分钟，谁投的只数多谁就获胜。</w:t>
      </w:r>
      <w:r>
        <w:rPr>
          <w:lang w:eastAsia="zh-CN"/>
        </w:rPr>
        <w:br/>
      </w:r>
      <w:r>
        <w:rPr>
          <w:lang w:eastAsia="zh-CN"/>
        </w:rPr>
        <w:t>　　2.蛙式车接力赛负责人：管亮</w:t>
      </w:r>
      <w:r>
        <w:rPr>
          <w:lang w:eastAsia="zh-CN"/>
        </w:rPr>
        <w:br/>
      </w:r>
      <w:r>
        <w:rPr>
          <w:lang w:eastAsia="zh-CN"/>
        </w:rPr>
        <w:t>　　参赛人员：每队4人</w:t>
      </w:r>
      <w:r>
        <w:rPr>
          <w:lang w:eastAsia="zh-CN"/>
        </w:rPr>
        <w:br/>
      </w:r>
      <w:r>
        <w:rPr>
          <w:lang w:eastAsia="zh-CN"/>
        </w:rPr>
        <w:t>　　比赛规则：以用时最少队获胜。</w:t>
      </w:r>
      <w:r>
        <w:rPr>
          <w:lang w:eastAsia="zh-CN"/>
        </w:rPr>
        <w:br/>
      </w:r>
      <w:r>
        <w:rPr>
          <w:lang w:eastAsia="zh-CN"/>
        </w:rPr>
        <w:t>　　3.100米障碍滚铁环负责人：蒋行俭</w:t>
      </w:r>
      <w:r>
        <w:rPr>
          <w:lang w:eastAsia="zh-CN"/>
        </w:rPr>
        <w:br/>
      </w:r>
      <w:r>
        <w:rPr>
          <w:lang w:eastAsia="zh-CN"/>
        </w:rPr>
        <w:t>　　参赛人员：每队2人</w:t>
      </w:r>
      <w:r>
        <w:rPr>
          <w:lang w:eastAsia="zh-CN"/>
        </w:rPr>
        <w:br/>
      </w:r>
      <w:r>
        <w:rPr>
          <w:lang w:eastAsia="zh-CN"/>
        </w:rPr>
        <w:t>　　游戏规则：用铁勾推动铁环向前滚动，要求铁环不出规定的跑道，不影响他人比赛，比速度。若出现铁钩拖着铁环走，或偏离跑道，即取消比赛录取资格。技术、速度分数各一半。</w:t>
      </w:r>
      <w:r>
        <w:rPr>
          <w:lang w:eastAsia="zh-CN"/>
        </w:rPr>
        <w:br/>
      </w:r>
      <w:r>
        <w:rPr>
          <w:lang w:eastAsia="zh-CN"/>
        </w:rPr>
        <w:t>　　4.呼啦圈负责人：</w:t>
      </w:r>
      <w:r>
        <w:rPr>
          <w:lang w:eastAsia="zh-CN"/>
        </w:rPr>
        <w:br/>
      </w:r>
      <w:r>
        <w:rPr>
          <w:lang w:eastAsia="zh-CN"/>
        </w:rPr>
        <w:t>　　参赛人员：每队2人</w:t>
      </w:r>
      <w:r>
        <w:rPr>
          <w:lang w:eastAsia="zh-CN"/>
        </w:rPr>
        <w:br/>
      </w:r>
      <w:r>
        <w:rPr>
          <w:lang w:eastAsia="zh-CN"/>
        </w:rPr>
        <w:t>　　游戏规则：听裁判哨声开始比赛计时，转满3分钟入围。接着相关选手继续附加赛，附加赛由场地裁判宣布规则。</w:t>
      </w:r>
      <w:r>
        <w:rPr>
          <w:lang w:eastAsia="zh-CN"/>
        </w:rPr>
        <w:br/>
      </w:r>
      <w:r>
        <w:rPr>
          <w:lang w:eastAsia="zh-CN"/>
        </w:rPr>
        <w:t>　　5.保龄球负责人：</w:t>
      </w:r>
      <w:r>
        <w:rPr>
          <w:lang w:eastAsia="zh-CN"/>
        </w:rPr>
        <w:br/>
      </w:r>
      <w:r>
        <w:rPr>
          <w:lang w:eastAsia="zh-CN"/>
        </w:rPr>
        <w:t>　　参赛人员：每队2人</w:t>
      </w:r>
      <w:r>
        <w:rPr>
          <w:lang w:eastAsia="zh-CN"/>
        </w:rPr>
        <w:br/>
      </w:r>
      <w:r>
        <w:rPr>
          <w:lang w:eastAsia="zh-CN"/>
        </w:rPr>
        <w:t>　　游戏规则：每人抛三次。计数与名次：以三次碰倒的瓶数累加多者胜出。若成绩相同，则相关选手继续附加赛直到排出名次。</w:t>
      </w:r>
      <w:r>
        <w:rPr>
          <w:lang w:eastAsia="zh-CN"/>
        </w:rPr>
        <w:br/>
      </w:r>
      <w:r>
        <w:rPr>
          <w:lang w:eastAsia="zh-CN"/>
        </w:rPr>
        <w:t>　　6.跳长绳负责人：</w:t>
      </w:r>
      <w:r>
        <w:rPr>
          <w:lang w:eastAsia="zh-CN"/>
        </w:rPr>
        <w:br/>
      </w:r>
      <w:r>
        <w:rPr>
          <w:lang w:eastAsia="zh-CN"/>
        </w:rPr>
        <w:t>　　参赛人员：每队4人</w:t>
      </w:r>
      <w:r>
        <w:rPr>
          <w:lang w:eastAsia="zh-CN"/>
        </w:rPr>
        <w:br/>
      </w:r>
      <w:r>
        <w:rPr>
          <w:lang w:eastAsia="zh-CN"/>
        </w:rPr>
        <w:t>　　比赛规则：两人甩，两人跳。时间2分钟，以跳的.个数最多者为胜。</w:t>
      </w:r>
      <w:r>
        <w:rPr>
          <w:lang w:eastAsia="zh-CN"/>
        </w:rPr>
        <w:br/>
      </w:r>
      <w:r>
        <w:rPr>
          <w:lang w:eastAsia="zh-CN"/>
        </w:rPr>
        <w:t>　　五、比赛报名及注意事项：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1.以年级组为单位（包括后勤组与行政组），共8支运动队参与。</w:t>
      </w:r>
      <w:r>
        <w:rPr>
          <w:lang w:eastAsia="zh-CN"/>
        </w:rPr>
        <w:br/>
      </w:r>
      <w:r>
        <w:rPr>
          <w:lang w:eastAsia="zh-CN"/>
        </w:rPr>
        <w:t>　　2.工会会员均可参赛，参赛人员每人限报一项，不可兼报多项，报名请至年级组长处，由年级组组长汇总后上报工会。</w:t>
      </w:r>
      <w:r>
        <w:rPr>
          <w:lang w:eastAsia="zh-CN"/>
        </w:rPr>
        <w:br/>
      </w:r>
      <w:r>
        <w:rPr>
          <w:lang w:eastAsia="zh-CN"/>
        </w:rPr>
        <w:t>　　报名截止日期:6月27日放晚学前。</w:t>
      </w:r>
      <w:r>
        <w:rPr>
          <w:lang w:eastAsia="zh-CN"/>
        </w:rPr>
        <w:br/>
      </w:r>
      <w:r>
        <w:rPr>
          <w:lang w:eastAsia="zh-CN"/>
        </w:rPr>
        <w:t>　　3.参赛队员一律要求穿好运动鞋，并做好赛前准备。</w:t>
      </w:r>
      <w:r>
        <w:rPr>
          <w:lang w:eastAsia="zh-CN"/>
        </w:rPr>
        <w:br/>
      </w:r>
      <w:r>
        <w:rPr>
          <w:lang w:eastAsia="zh-CN"/>
        </w:rPr>
        <w:t>　　六、奖励办法：</w:t>
      </w:r>
      <w:r>
        <w:rPr>
          <w:lang w:eastAsia="zh-CN"/>
        </w:rPr>
        <w:br/>
      </w:r>
      <w:r>
        <w:rPr>
          <w:lang w:eastAsia="zh-CN"/>
        </w:rPr>
        <w:t>　　每项比赛设一等奖1名、二等奖2名，三等奖3名。</w:t>
      </w:r>
      <w:r>
        <w:rPr>
          <w:lang w:eastAsia="zh-CN"/>
        </w:rPr>
        <w:br/>
      </w:r>
      <w:r>
        <w:rPr>
          <w:lang w:eastAsia="zh-CN"/>
        </w:rPr>
        <w:t>　　友情提醒：本次活动友谊第一，比赛第二，如在比赛中遇到有争议的地方需要协调，最终解释权归工会。</w:t>
      </w:r>
      <w:r>
        <w:rPr>
          <w:lang w:eastAsia="zh-CN"/>
        </w:rPr>
        <w:br/>
      </w:r>
      <w:r>
        <w:rPr>
          <w:lang w:eastAsia="zh-CN"/>
        </w:rPr>
        <w:t xml:space="preserve">    2024教师节趣味游戏活动方案 篇2 </w:t>
      </w:r>
      <w:r>
        <w:rPr>
          <w:lang w:eastAsia="zh-CN"/>
        </w:rPr>
        <w:br/>
      </w:r>
      <w:r>
        <w:rPr>
          <w:lang w:eastAsia="zh-CN"/>
        </w:rPr>
        <w:t>　　为丰富教职工的业余生活，促进教职工之间的沟通交流，强化学校的凝聚力、向心力及归属感，营造健康文明、积极向上的校园氛围，特组织开展全校教工趣味活动。为保证此项活动顺利实施，特制定本方案。</w:t>
      </w:r>
      <w:r>
        <w:rPr>
          <w:lang w:eastAsia="zh-CN"/>
        </w:rPr>
        <w:br/>
      </w:r>
      <w:r>
        <w:rPr>
          <w:lang w:eastAsia="zh-CN"/>
        </w:rPr>
        <w:t>　　一、活动目的：</w:t>
      </w:r>
      <w:r>
        <w:rPr>
          <w:lang w:eastAsia="zh-CN"/>
        </w:rPr>
        <w:br/>
      </w:r>
      <w:r>
        <w:rPr>
          <w:lang w:eastAsia="zh-CN"/>
        </w:rPr>
        <w:t>　　1、营造温馨团队，心手相牵构建和谐校园。</w:t>
      </w:r>
      <w:r>
        <w:rPr>
          <w:lang w:eastAsia="zh-CN"/>
        </w:rPr>
        <w:br/>
      </w:r>
      <w:r>
        <w:rPr>
          <w:lang w:eastAsia="zh-CN"/>
        </w:rPr>
        <w:t>　　2、增加教职工之间的沟通和交流，增强集体的凝聚力、向心力。</w:t>
      </w:r>
      <w:r>
        <w:rPr>
          <w:lang w:eastAsia="zh-CN"/>
        </w:rPr>
        <w:br/>
      </w:r>
      <w:r>
        <w:rPr>
          <w:lang w:eastAsia="zh-CN"/>
        </w:rPr>
        <w:t>　　3、愉悦心情，缓解工作压力，增强教职工体质。</w:t>
      </w:r>
      <w:r>
        <w:rPr>
          <w:lang w:eastAsia="zh-CN"/>
        </w:rPr>
        <w:br/>
      </w:r>
      <w:r>
        <w:rPr>
          <w:lang w:eastAsia="zh-CN"/>
        </w:rPr>
        <w:t>　　二、活动组织</w:t>
      </w:r>
      <w:r>
        <w:rPr>
          <w:lang w:eastAsia="zh-CN"/>
        </w:rPr>
        <w:br/>
      </w:r>
      <w:r>
        <w:rPr>
          <w:lang w:eastAsia="zh-CN"/>
        </w:rPr>
        <w:t>　　策划：工会组成员</w:t>
      </w:r>
      <w:r>
        <w:rPr>
          <w:lang w:eastAsia="zh-CN"/>
        </w:rPr>
        <w:br/>
      </w:r>
      <w:r>
        <w:rPr>
          <w:lang w:eastAsia="zh-CN"/>
        </w:rPr>
        <w:t>　　参与：全体教师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三、活动时间：</w:t>
      </w:r>
      <w:r>
        <w:rPr>
          <w:lang w:eastAsia="zh-CN"/>
        </w:rPr>
        <w:br/>
      </w:r>
      <w:r>
        <w:rPr>
          <w:lang w:eastAsia="zh-CN"/>
        </w:rPr>
        <w:t>　　20__年7月7日下午3：30开始</w:t>
      </w:r>
      <w:r>
        <w:rPr>
          <w:lang w:eastAsia="zh-CN"/>
        </w:rPr>
        <w:br/>
      </w:r>
      <w:r>
        <w:rPr>
          <w:lang w:eastAsia="zh-CN"/>
        </w:rPr>
        <w:t>　　四、活动地点：</w:t>
      </w:r>
      <w:r>
        <w:rPr>
          <w:lang w:eastAsia="zh-CN"/>
        </w:rPr>
        <w:br/>
      </w:r>
      <w:r>
        <w:rPr>
          <w:lang w:eastAsia="zh-CN"/>
        </w:rPr>
        <w:t>　　学校一楼。</w:t>
      </w:r>
      <w:r>
        <w:rPr>
          <w:lang w:eastAsia="zh-CN"/>
        </w:rPr>
        <w:br/>
      </w:r>
      <w:r>
        <w:rPr>
          <w:lang w:eastAsia="zh-CN"/>
        </w:rPr>
        <w:t>　　五、活动工作安排：</w:t>
      </w:r>
      <w:r>
        <w:rPr>
          <w:lang w:eastAsia="zh-CN"/>
        </w:rPr>
        <w:br/>
      </w:r>
      <w:r>
        <w:rPr>
          <w:lang w:eastAsia="zh-CN"/>
        </w:rPr>
        <w:t>　　1、活动具体实施与策划(工会组负责)</w:t>
      </w:r>
      <w:r>
        <w:rPr>
          <w:lang w:eastAsia="zh-CN"/>
        </w:rPr>
        <w:br/>
      </w:r>
      <w:r>
        <w:rPr>
          <w:lang w:eastAsia="zh-CN"/>
        </w:rPr>
        <w:t>　　2、后勤保障(办公室负责)</w:t>
      </w:r>
      <w:r>
        <w:rPr>
          <w:lang w:eastAsia="zh-CN"/>
        </w:rPr>
        <w:br/>
      </w:r>
      <w:r>
        <w:rPr>
          <w:lang w:eastAsia="zh-CN"/>
        </w:rPr>
        <w:t>　　3、横幅(办公室负责)内容：沙溪小学教师期末工会活动</w:t>
      </w:r>
      <w:r>
        <w:rPr>
          <w:lang w:eastAsia="zh-CN"/>
        </w:rPr>
        <w:br/>
      </w:r>
      <w:r>
        <w:rPr>
          <w:lang w:eastAsia="zh-CN"/>
        </w:rPr>
        <w:t>　　4、安全保障(曾奎负责)</w:t>
      </w:r>
      <w:r>
        <w:rPr>
          <w:lang w:eastAsia="zh-CN"/>
        </w:rPr>
        <w:br/>
      </w:r>
      <w:r>
        <w:rPr>
          <w:lang w:eastAsia="zh-CN"/>
        </w:rPr>
        <w:t>　　5、摄相工作(吴必华负责)</w:t>
      </w:r>
      <w:r>
        <w:rPr>
          <w:lang w:eastAsia="zh-CN"/>
        </w:rPr>
        <w:br/>
      </w:r>
      <w:r>
        <w:rPr>
          <w:lang w:eastAsia="zh-CN"/>
        </w:rPr>
        <w:t>　　6、活动计时计分：(体育组何丽、李巧岚负责)</w:t>
      </w:r>
      <w:r>
        <w:rPr>
          <w:lang w:eastAsia="zh-CN"/>
        </w:rPr>
        <w:br/>
      </w:r>
      <w:r>
        <w:rPr>
          <w:lang w:eastAsia="zh-CN"/>
        </w:rPr>
        <w:t>　　六、活动内容：</w:t>
      </w:r>
      <w:r>
        <w:rPr>
          <w:lang w:eastAsia="zh-CN"/>
        </w:rPr>
        <w:br/>
      </w:r>
      <w:r>
        <w:rPr>
          <w:lang w:eastAsia="zh-CN"/>
        </w:rPr>
        <w:t>　　1、组织趣味活动、表演、抽奖等;</w:t>
      </w:r>
      <w:r>
        <w:rPr>
          <w:lang w:eastAsia="zh-CN"/>
        </w:rPr>
        <w:br/>
      </w:r>
      <w:r>
        <w:rPr>
          <w:lang w:eastAsia="zh-CN"/>
        </w:rPr>
        <w:t>　　2、活动结束后，到学校饭堂聚餐。</w:t>
      </w:r>
      <w:r>
        <w:rPr>
          <w:lang w:eastAsia="zh-CN"/>
        </w:rPr>
        <w:br/>
      </w:r>
      <w:r>
        <w:rPr>
          <w:lang w:eastAsia="zh-CN"/>
        </w:rPr>
        <w:t>　　附活动安排及游戏规则：</w:t>
      </w:r>
      <w:r>
        <w:rPr>
          <w:lang w:eastAsia="zh-CN"/>
        </w:rPr>
        <w:br/>
      </w:r>
      <w:r>
        <w:rPr>
          <w:lang w:eastAsia="zh-CN"/>
        </w:rPr>
        <w:t>　　1、背夹篮球</w:t>
      </w:r>
      <w:r>
        <w:rPr>
          <w:lang w:eastAsia="zh-CN"/>
        </w:rPr>
        <w:br/>
      </w:r>
      <w:r>
        <w:rPr>
          <w:lang w:eastAsia="zh-CN"/>
        </w:rPr>
        <w:t>　　游戏规则：每个科组出六名成员，分为三对，在起点处用背夹住篮球，跑一个来回，将球交给本组的第二对队员，以此延续到第三对队员，看哪个科组最快到达终点。在比赛跑动过程中不可以借助双手，如中途落地须回到起点重来。</w:t>
      </w:r>
      <w:r>
        <w:rPr>
          <w:lang w:eastAsia="zh-CN"/>
        </w:rPr>
        <w:br/>
      </w:r>
      <w:r>
        <w:rPr>
          <w:lang w:eastAsia="zh-CN"/>
        </w:rPr>
        <w:t>　　2、做动作，猜成语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游戏规则：每个科组出五名组员，第一名组员看成语并用动作演绎传递给第二名组员，依次演绎到最后一名成员，最后一名组员说出成语。</w:t>
      </w:r>
      <w:r>
        <w:rPr>
          <w:lang w:eastAsia="zh-CN"/>
        </w:rPr>
        <w:br/>
      </w:r>
      <w:r>
        <w:rPr>
          <w:lang w:eastAsia="zh-CN"/>
        </w:rPr>
        <w:t>　　抽奖环节：由李主任抽出三等奖10名。</w:t>
      </w:r>
      <w:r>
        <w:rPr>
          <w:lang w:eastAsia="zh-CN"/>
        </w:rPr>
        <w:br/>
      </w:r>
      <w:r>
        <w:rPr>
          <w:lang w:eastAsia="zh-CN"/>
        </w:rPr>
        <w:t>　　3、节目表演：林元扬老师等。</w:t>
      </w:r>
      <w:r>
        <w:rPr>
          <w:lang w:eastAsia="zh-CN"/>
        </w:rPr>
        <w:br/>
      </w:r>
      <w:r>
        <w:rPr>
          <w:lang w:eastAsia="zh-CN"/>
        </w:rPr>
        <w:t>　　4、夹乒乓球</w:t>
      </w:r>
      <w:r>
        <w:rPr>
          <w:lang w:eastAsia="zh-CN"/>
        </w:rPr>
        <w:br/>
      </w:r>
      <w:r>
        <w:rPr>
          <w:lang w:eastAsia="zh-CN"/>
        </w:rPr>
        <w:t>　　游戏规则：全员参与，以科组为单位，用筷子夹乒乓球跑到终点，放进箩筐中，然后返回将筷子交给下一名科组成员，连续接力时间为三分钟，最后看哪一组终点处的乒乓球最多为胜。</w:t>
      </w:r>
      <w:r>
        <w:rPr>
          <w:lang w:eastAsia="zh-CN"/>
        </w:rPr>
        <w:br/>
      </w:r>
      <w:r>
        <w:rPr>
          <w:lang w:eastAsia="zh-CN"/>
        </w:rPr>
        <w:t>　　5、椅上功夫</w:t>
      </w:r>
      <w:r>
        <w:rPr>
          <w:lang w:eastAsia="zh-CN"/>
        </w:rPr>
        <w:br/>
      </w:r>
      <w:r>
        <w:rPr>
          <w:lang w:eastAsia="zh-CN"/>
        </w:rPr>
        <w:t>　　游戏规则：为了加强科组成员的团结精神，让大家能有零距离接触机会，看看哪一组成员能在一张椅子上站上最多的人数，并要在最后坚持三秒钟。</w:t>
      </w:r>
      <w:r>
        <w:rPr>
          <w:lang w:eastAsia="zh-CN"/>
        </w:rPr>
        <w:br/>
      </w:r>
      <w:r>
        <w:rPr>
          <w:lang w:eastAsia="zh-CN"/>
        </w:rPr>
        <w:t>　　抽奖环节：由丘校长抽出二等奖10名。</w:t>
      </w:r>
      <w:r>
        <w:rPr>
          <w:lang w:eastAsia="zh-CN"/>
        </w:rPr>
        <w:br/>
      </w:r>
      <w:r>
        <w:rPr>
          <w:lang w:eastAsia="zh-CN"/>
        </w:rPr>
        <w:t>　　6、节目表演：江家亮老师等。</w:t>
      </w:r>
      <w:r>
        <w:rPr>
          <w:lang w:eastAsia="zh-CN"/>
        </w:rPr>
        <w:br/>
      </w:r>
      <w:r>
        <w:rPr>
          <w:lang w:eastAsia="zh-CN"/>
        </w:rPr>
        <w:t>　　7、隔岸击球</w:t>
      </w:r>
      <w:r>
        <w:rPr>
          <w:lang w:eastAsia="zh-CN"/>
        </w:rPr>
        <w:br/>
      </w:r>
      <w:r>
        <w:rPr>
          <w:lang w:eastAsia="zh-CN"/>
        </w:rPr>
        <w:t>　　游戏规则：每个科组出三名队员，两名队员分别在隔板的两侧击球两个来回，最后将球击进第三名队员的箩筐(或纸箱)里，以时间三分钟计算，看谁接的球最多，则为获胜者。</w:t>
      </w:r>
      <w:r>
        <w:rPr>
          <w:lang w:eastAsia="zh-CN"/>
        </w:rPr>
        <w:br/>
      </w:r>
      <w:r>
        <w:rPr>
          <w:lang w:eastAsia="zh-CN"/>
        </w:rPr>
        <w:t>　　抽奖环节：由谭校长抽出一等奖2名(在完成三轮抽奖后，其余没被抽中的教师均为三等奖)。</w:t>
      </w:r>
      <w:r>
        <w:rPr>
          <w:lang w:eastAsia="zh-CN"/>
        </w:rPr>
        <w:br/>
      </w:r>
      <w:r>
        <w:rPr>
          <w:lang w:eastAsia="zh-CN"/>
        </w:rPr>
        <w:t xml:space="preserve">    2024教师节趣味游戏活动方案 篇3 </w:t>
      </w:r>
      <w:r>
        <w:rPr>
          <w:lang w:eastAsia="zh-CN"/>
        </w:rPr>
        <w:br/>
      </w:r>
      <w:r>
        <w:rPr>
          <w:lang w:eastAsia="zh-CN"/>
        </w:rPr>
        <w:t>　　一、活动目的：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1、愉悦心情，缓解工作压力，增强教职工体质。</w:t>
      </w:r>
      <w:r>
        <w:rPr>
          <w:lang w:eastAsia="zh-CN"/>
        </w:rPr>
        <w:br/>
      </w:r>
      <w:r>
        <w:rPr>
          <w:lang w:eastAsia="zh-CN"/>
        </w:rPr>
        <w:t>　　2、增加教职工之间的沟通和交流，增强工会的凝聚力、向心力。</w:t>
      </w:r>
      <w:r>
        <w:rPr>
          <w:lang w:eastAsia="zh-CN"/>
        </w:rPr>
        <w:br/>
      </w:r>
      <w:r>
        <w:rPr>
          <w:lang w:eastAsia="zh-CN"/>
        </w:rPr>
        <w:t>　　二、活动要求：每个工会小组组选出十人参加活动</w:t>
      </w:r>
      <w:r>
        <w:rPr>
          <w:lang w:eastAsia="zh-CN"/>
        </w:rPr>
        <w:br/>
      </w:r>
      <w:r>
        <w:rPr>
          <w:lang w:eastAsia="zh-CN"/>
        </w:rPr>
        <w:t>　　三、活动地点：学校操场</w:t>
      </w:r>
      <w:r>
        <w:rPr>
          <w:lang w:eastAsia="zh-CN"/>
        </w:rPr>
        <w:br/>
      </w:r>
      <w:r>
        <w:rPr>
          <w:lang w:eastAsia="zh-CN"/>
        </w:rPr>
        <w:t>　　四、活动内容：接力滚轮胎、投准拾贝</w:t>
      </w:r>
      <w:r>
        <w:rPr>
          <w:lang w:eastAsia="zh-CN"/>
        </w:rPr>
        <w:br/>
      </w:r>
      <w:r>
        <w:rPr>
          <w:lang w:eastAsia="zh-CN"/>
        </w:rPr>
        <w:t>　　五、参加人员：学校全体教职工</w:t>
      </w:r>
      <w:r>
        <w:rPr>
          <w:lang w:eastAsia="zh-CN"/>
        </w:rPr>
        <w:br/>
      </w:r>
      <w:r>
        <w:rPr>
          <w:lang w:eastAsia="zh-CN"/>
        </w:rPr>
        <w:t>　　六、活动时间：20__年9月10日下午</w:t>
      </w:r>
      <w:r>
        <w:rPr>
          <w:lang w:eastAsia="zh-CN"/>
        </w:rPr>
        <w:br/>
      </w:r>
      <w:r>
        <w:rPr>
          <w:lang w:eastAsia="zh-CN"/>
        </w:rPr>
        <w:t>　　七、活动形式：</w:t>
      </w:r>
      <w:r>
        <w:rPr>
          <w:lang w:eastAsia="zh-CN"/>
        </w:rPr>
        <w:br/>
      </w:r>
      <w:r>
        <w:rPr>
          <w:lang w:eastAsia="zh-CN"/>
        </w:rPr>
        <w:t>　　1、全体教职工自行到学校操场集合。</w:t>
      </w:r>
      <w:r>
        <w:rPr>
          <w:lang w:eastAsia="zh-CN"/>
        </w:rPr>
        <w:br/>
      </w:r>
      <w:r>
        <w:rPr>
          <w:lang w:eastAsia="zh-CN"/>
        </w:rPr>
        <w:t>　　2、以工会小组为单位参加趣味活动。</w:t>
      </w:r>
      <w:r>
        <w:rPr>
          <w:lang w:eastAsia="zh-CN"/>
        </w:rPr>
        <w:br/>
      </w:r>
      <w:r>
        <w:rPr>
          <w:lang w:eastAsia="zh-CN"/>
        </w:rPr>
        <w:t>　　八、摄影摄像：王以贤 童圣寿 王慧</w:t>
      </w:r>
      <w:r>
        <w:rPr>
          <w:lang w:eastAsia="zh-CN"/>
        </w:rPr>
        <w:br/>
      </w:r>
      <w:r>
        <w:rPr>
          <w:lang w:eastAsia="zh-CN"/>
        </w:rPr>
        <w:t>　　后勤服务：王六培 肖宜武 丁婉君</w:t>
      </w:r>
      <w:r>
        <w:rPr>
          <w:lang w:eastAsia="zh-CN"/>
        </w:rPr>
        <w:br/>
      </w:r>
      <w:r>
        <w:rPr>
          <w:lang w:eastAsia="zh-CN"/>
        </w:rPr>
        <w:t>　　裁判：王康舟 王友森 记录：洪彩芳</w:t>
      </w:r>
      <w:r>
        <w:rPr>
          <w:lang w:eastAsia="zh-CN"/>
        </w:rPr>
        <w:br/>
      </w:r>
      <w:r>
        <w:rPr>
          <w:lang w:eastAsia="zh-CN"/>
        </w:rPr>
        <w:t>　　九、奖励办法：设团体奖一等奖3个，二等奖6个。(如遇得分相同，抽签决定)</w:t>
      </w:r>
      <w:r>
        <w:rPr>
          <w:lang w:eastAsia="zh-CN"/>
        </w:rPr>
        <w:br/>
      </w:r>
      <w:r>
        <w:rPr>
          <w:lang w:eastAsia="zh-CN"/>
        </w:rPr>
        <w:t>　　每个项目分别按名次计分：第一名20分，第二名16分，第三名14分，第四名12分，第五名10分，第六名8分，第七名6分，第八名4分，第九名2分。两个项目得分总和为该组总分。按得分从多到少决定名获奖等第。</w:t>
      </w:r>
      <w:r>
        <w:rPr>
          <w:lang w:eastAsia="zh-CN"/>
        </w:rPr>
        <w:br/>
      </w:r>
      <w:r>
        <w:rPr>
          <w:lang w:eastAsia="zh-CN"/>
        </w:rPr>
        <w:t>　　十、比赛方法和规则</w:t>
      </w:r>
      <w:r>
        <w:rPr>
          <w:lang w:eastAsia="zh-CN"/>
        </w:rPr>
        <w:br/>
      </w:r>
      <w:r>
        <w:rPr>
          <w:lang w:eastAsia="zh-CN"/>
        </w:rPr>
        <w:t>　　1、接力滚轮胎：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比赛方法：每队参赛队员为10人，比赛开始时一人先将轮胎向前滚出，绕过几个障碍物后直线返回出发点交给同伴继续进行，假如碰到障碍物时需将障碍物摆回原地后从失误地点继续进行，当最后一名队员将轮胎滚回出发点时比赛结束。最后以所需时间最短者为胜，时间相等名次并列。</w:t>
      </w:r>
      <w:r>
        <w:rPr>
          <w:lang w:eastAsia="zh-CN"/>
        </w:rPr>
        <w:br/>
      </w:r>
      <w:r>
        <w:rPr>
          <w:lang w:eastAsia="zh-CN"/>
        </w:rPr>
        <w:t>　　2、投准拾贝：</w:t>
      </w:r>
      <w:r>
        <w:rPr>
          <w:lang w:eastAsia="zh-CN"/>
        </w:rPr>
        <w:br/>
      </w:r>
      <w:r>
        <w:rPr>
          <w:lang w:eastAsia="zh-CN"/>
        </w:rPr>
        <w:t>　　场地：在平坦的硬质地面上，画一个半径为1米的圆，圆外5米处画一个半径5m，1/4圆周长的同心圆弧，在这段圆弧上放上一篓网球(50个)。</w:t>
      </w:r>
      <w:r>
        <w:rPr>
          <w:lang w:eastAsia="zh-CN"/>
        </w:rPr>
        <w:br/>
      </w:r>
      <w:r>
        <w:rPr>
          <w:lang w:eastAsia="zh-CN"/>
        </w:rPr>
        <w:t>　　比赛方法：各队选10人，其中一人腰系筐篓，两手不能扶篓子，其余9位队员站在5米外的掷球点上，每个队员掷5个球，掷球者听到开始口令下达后，球需经地面反弹到圆中间系筐篓的运动员的筐篓里，但系筐篓的运动员可以在圆圈内自由摆动身体去接住地面反弹过来的网球，不能出圈。</w:t>
      </w:r>
      <w:r>
        <w:rPr>
          <w:lang w:eastAsia="zh-CN"/>
        </w:rPr>
        <w:br/>
      </w:r>
      <w:r>
        <w:rPr>
          <w:lang w:eastAsia="zh-CN"/>
        </w:rPr>
        <w:t xml:space="preserve">    2024教师节趣味游戏活动方案 篇4 </w:t>
      </w:r>
      <w:r>
        <w:rPr>
          <w:lang w:eastAsia="zh-CN"/>
        </w:rPr>
        <w:br/>
      </w:r>
      <w:r>
        <w:rPr>
          <w:lang w:eastAsia="zh-CN"/>
        </w:rPr>
        <w:t>　　策划人：刘家源</w:t>
      </w:r>
      <w:r>
        <w:rPr>
          <w:lang w:eastAsia="zh-CN"/>
        </w:rPr>
        <w:br/>
      </w:r>
      <w:r>
        <w:rPr>
          <w:lang w:eastAsia="zh-CN"/>
        </w:rPr>
        <w:t>　　主持人：刘家源 童馨 张敏 高佳其 扬若恒 胡丰苑等</w:t>
      </w:r>
      <w:r>
        <w:rPr>
          <w:lang w:eastAsia="zh-CN"/>
        </w:rPr>
        <w:br/>
      </w:r>
      <w:r>
        <w:rPr>
          <w:lang w:eastAsia="zh-CN"/>
        </w:rPr>
        <w:t>　　时间：9月8日下午第4节课</w:t>
      </w:r>
      <w:r>
        <w:rPr>
          <w:lang w:eastAsia="zh-CN"/>
        </w:rPr>
        <w:br/>
      </w:r>
      <w:r>
        <w:rPr>
          <w:lang w:eastAsia="zh-CN"/>
        </w:rPr>
        <w:t>　　一、开场白</w:t>
      </w:r>
      <w:r>
        <w:rPr>
          <w:lang w:eastAsia="zh-CN"/>
        </w:rPr>
        <w:br/>
      </w:r>
      <w:r>
        <w:rPr>
          <w:lang w:eastAsia="zh-CN"/>
        </w:rPr>
        <w:t>　　全班说：亲爱的老师，您辛苦了!“</w:t>
      </w:r>
      <w:r>
        <w:rPr>
          <w:lang w:eastAsia="zh-CN"/>
        </w:rPr>
        <w:br/>
      </w:r>
      <w:r>
        <w:rPr>
          <w:lang w:eastAsia="zh-CN"/>
        </w:rPr>
        <w:t>　　音乐声起、同学每人手中一支点燃的红烛。几位主持人一起手持点燃的红烛走到前面。</w:t>
      </w:r>
      <w:r>
        <w:rPr>
          <w:lang w:eastAsia="zh-CN"/>
        </w:rPr>
        <w:br/>
      </w:r>
      <w:r>
        <w:rPr>
          <w:lang w:eastAsia="zh-CN"/>
        </w:rPr>
        <w:t>　　甲：这是一片与众不同的天空，乙：一片金黄，一片明艳。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甲：它有着朝霞一般的精致，乙：也有着晚霞一样的绚烂。</w:t>
      </w:r>
      <w:r>
        <w:rPr>
          <w:lang w:eastAsia="zh-CN"/>
        </w:rPr>
        <w:br/>
      </w:r>
      <w:r>
        <w:rPr>
          <w:lang w:eastAsia="zh-CN"/>
        </w:rPr>
        <w:t>　　甲：看啊，女：无数可爱的小天使，男：正张开双翼，展翅飞翔。乙：喔，老师，齐：您的天空最美!</w:t>
      </w:r>
      <w:r>
        <w:rPr>
          <w:lang w:eastAsia="zh-CN"/>
        </w:rPr>
        <w:br/>
      </w:r>
      <w:r>
        <w:rPr>
          <w:lang w:eastAsia="zh-CN"/>
        </w:rPr>
        <w:t>　　甲：知道吗?晨曦是因为您而从睡梦中醒来，乙：月光是因为您而变得格外皎洁。甲：有了您，小草才会挺直腰杆，乙：花儿才会绽放笑脸。齐：老师，您的天空最美!</w:t>
      </w:r>
      <w:r>
        <w:rPr>
          <w:lang w:eastAsia="zh-CN"/>
        </w:rPr>
        <w:br/>
      </w:r>
      <w:r>
        <w:rPr>
          <w:lang w:eastAsia="zh-CN"/>
        </w:rPr>
        <w:t>　　甲：老师我想对您说，话到嘴边又咽下，老师我想对您笑，眼里却点点泪花。</w:t>
      </w:r>
      <w:r>
        <w:rPr>
          <w:lang w:eastAsia="zh-CN"/>
        </w:rPr>
        <w:br/>
      </w:r>
      <w:r>
        <w:rPr>
          <w:lang w:eastAsia="zh-CN"/>
        </w:rPr>
        <w:t>　　乙：噢老师，您是烛光里的妈妈，您的黑发已经泛起了霜花。丙：噢老师，您是烛光里的妈妈，您的脸颊印着这么多牵挂。丁：噢妈妈，老师，烛光里的妈妈，您的腰身倦得不再挺拔。</w:t>
      </w:r>
      <w:r>
        <w:rPr>
          <w:lang w:eastAsia="zh-CN"/>
        </w:rPr>
        <w:br/>
      </w:r>
      <w:r>
        <w:rPr>
          <w:lang w:eastAsia="zh-CN"/>
        </w:rPr>
        <w:t>　　合：老师，烛光里的妈妈，您的眼睛为何充满了泪花?妈妈呀，儿女已长大，牵着您的衣襟走过了一个个春秋冬夏。噢，妈妈相信我们，儿女自有儿女的报答。</w:t>
      </w:r>
      <w:r>
        <w:rPr>
          <w:lang w:eastAsia="zh-CN"/>
        </w:rPr>
        <w:br/>
      </w:r>
      <w:r>
        <w:rPr>
          <w:lang w:eastAsia="zh-CN"/>
        </w:rPr>
        <w:t>　　_年_班庆祝”教师节“《老师，烛光里的妈妈》联欢会现在开始。</w:t>
      </w:r>
      <w:r>
        <w:rPr>
          <w:lang w:eastAsia="zh-CN"/>
        </w:rPr>
        <w:br/>
      </w:r>
      <w:r>
        <w:rPr>
          <w:lang w:eastAsia="zh-CN"/>
        </w:rPr>
        <w:t>　　二、才艺节目</w:t>
      </w:r>
      <w:r>
        <w:rPr>
          <w:lang w:eastAsia="zh-CN"/>
        </w:rPr>
        <w:br/>
      </w:r>
      <w:r>
        <w:rPr>
          <w:lang w:eastAsia="zh-CN"/>
        </w:rPr>
        <w:t>　　1.(手捧鲜艳的康乃馨的同学们跑到老师们面前给老师敬礼、献花。)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甲：多少个不眠之夜，多少次灯光长明，你在漫漫的长夜里有伏案的身影，青丝之间增添华发，三尺讲台荡漾着笑声，你用友爱缩短着心与心的路程。你是阳光融化着冷漠的冰雪，你是向导引领我们走出科学的迷宫。</w:t>
      </w:r>
      <w:r>
        <w:rPr>
          <w:lang w:eastAsia="zh-CN"/>
        </w:rPr>
        <w:br/>
      </w:r>
      <w:r>
        <w:rPr>
          <w:lang w:eastAsia="zh-CN"/>
        </w:rPr>
        <w:t>　　音乐起：小合唱《每当我走过老师窗前》。</w:t>
      </w:r>
      <w:r>
        <w:rPr>
          <w:lang w:eastAsia="zh-CN"/>
        </w:rPr>
        <w:br/>
      </w:r>
      <w:r>
        <w:rPr>
          <w:lang w:eastAsia="zh-CN"/>
        </w:rPr>
        <w:t>　　小品《送礼》(一学生表演小品《送礼》。大意如下：一学生平时不认真学习，却错误认为，给老师送礼就是尊重老师。</w:t>
      </w:r>
      <w:r>
        <w:rPr>
          <w:lang w:eastAsia="zh-CN"/>
        </w:rPr>
        <w:br/>
      </w:r>
      <w:r>
        <w:rPr>
          <w:lang w:eastAsia="zh-CN"/>
        </w:rPr>
        <w:t>　　3.乙：是啊，好好学习，成为对社会有用的人，就是我们送给您最好的礼物。老师，您是最值得我们尊重的.人。</w:t>
      </w:r>
      <w:r>
        <w:rPr>
          <w:lang w:eastAsia="zh-CN"/>
        </w:rPr>
        <w:br/>
      </w:r>
      <w:r>
        <w:rPr>
          <w:lang w:eastAsia="zh-CN"/>
        </w:rPr>
        <w:t>　　丙：美国作家米切纳拒绝了总统请他去白宫参加高级宴会，为的是去见自己老师，他用实际行动告诉我们：老师比总统更重要!</w:t>
      </w:r>
      <w:r>
        <w:rPr>
          <w:lang w:eastAsia="zh-CN"/>
        </w:rPr>
        <w:br/>
      </w:r>
      <w:r>
        <w:rPr>
          <w:lang w:eastAsia="zh-CN"/>
        </w:rPr>
        <w:t>　　生(1、讲《华罗庚尊师的故事》，生(2、讲《毛尊师的故事》。</w:t>
      </w:r>
      <w:r>
        <w:rPr>
          <w:lang w:eastAsia="zh-CN"/>
        </w:rPr>
        <w:br/>
      </w:r>
      <w:r>
        <w:rPr>
          <w:lang w:eastAsia="zh-CN"/>
        </w:rPr>
        <w:t>　　4.朗诵乙：您的眼睛在烛光中辉映出一群稚嫩的脸庞，您挥舞的双手，画出一个美丽的世界。站在讲台上，化做一棵树，您就是我们眼中一道最美丽的风景。</w:t>
      </w:r>
      <w:r>
        <w:rPr>
          <w:lang w:eastAsia="zh-CN"/>
        </w:rPr>
        <w:br/>
      </w:r>
      <w:r>
        <w:rPr>
          <w:lang w:eastAsia="zh-CN"/>
        </w:rPr>
        <w:t>　　丙：小时候，我就有个愿望。</w:t>
      </w:r>
      <w:r>
        <w:rPr>
          <w:lang w:eastAsia="zh-CN"/>
        </w:rPr>
        <w:br/>
      </w:r>
      <w:r>
        <w:rPr>
          <w:lang w:eastAsia="zh-CN"/>
        </w:rPr>
        <w:t>　　丁：是什么愿望啊?</w:t>
      </w:r>
      <w:r>
        <w:rPr>
          <w:lang w:eastAsia="zh-CN"/>
        </w:rPr>
        <w:br/>
      </w:r>
      <w:r>
        <w:rPr>
          <w:lang w:eastAsia="zh-CN"/>
        </w:rPr>
        <w:t>　　丙：长大了当一名老师。</w:t>
      </w:r>
      <w:r>
        <w:rPr>
          <w:lang w:eastAsia="zh-CN"/>
        </w:rPr>
        <w:br/>
      </w:r>
      <w:r>
        <w:rPr>
          <w:lang w:eastAsia="zh-CN"/>
        </w:rPr>
        <w:t>　　丁：老师说：”长大后，你就成了我。“</w:t>
      </w:r>
      <w:r>
        <w:rPr>
          <w:lang w:eastAsia="zh-CN"/>
        </w:rPr>
        <w:br/>
      </w:r>
      <w:r>
        <w:rPr>
          <w:lang w:eastAsia="zh-CN"/>
        </w:rPr>
        <w:t>　　丙：是啊，老师，长大后，我就成你，才知道那块黑板写下的是真理，擦去的是功利;长大后，我就成了你，才知道那支粉笔，画出的是彩虹，落下的是泪滴;长大后我就成了你，才知道那个讲台，举起的是别人，奉献的是自己。</w:t>
      </w:r>
      <w:r>
        <w:rPr>
          <w:lang w:eastAsia="zh-CN"/>
        </w:rPr>
        <w:br/>
      </w:r>
      <w:r>
        <w:rPr>
          <w:lang w:eastAsia="zh-CN"/>
        </w:rPr>
        <w:t>　　生1:我真想，真想送一杯热茶，给您带去温暖。</w:t>
      </w:r>
      <w:r>
        <w:rPr>
          <w:lang w:eastAsia="zh-CN"/>
        </w:rPr>
        <w:br/>
      </w:r>
      <w:r>
        <w:rPr>
          <w:lang w:eastAsia="zh-CN"/>
        </w:rPr>
        <w:t>　　生2:我真想，真想化作一缕清风，为您吹走疲劳。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生3:对您最好的尊敬，应该是尊重您的劳动，好好学习，听从您的教导。</w:t>
      </w:r>
      <w:r>
        <w:rPr>
          <w:lang w:eastAsia="zh-CN"/>
        </w:rPr>
        <w:br/>
      </w:r>
      <w:r>
        <w:rPr>
          <w:lang w:eastAsia="zh-CN"/>
        </w:rPr>
        <w:t>　　生4:因为您在课堂上讲的每一句话，</w:t>
      </w:r>
      <w:r>
        <w:rPr>
          <w:lang w:eastAsia="zh-CN"/>
        </w:rPr>
        <w:br/>
      </w:r>
      <w:r>
        <w:rPr>
          <w:lang w:eastAsia="zh-CN"/>
        </w:rPr>
        <w:t>　　生5:在作业本上批改的每一个标点，</w:t>
      </w:r>
      <w:r>
        <w:rPr>
          <w:lang w:eastAsia="zh-CN"/>
        </w:rPr>
        <w:br/>
      </w:r>
      <w:r>
        <w:rPr>
          <w:lang w:eastAsia="zh-CN"/>
        </w:rPr>
        <w:t>　　合：都凝聚着您的心血和希望啊，老师!</w:t>
      </w:r>
      <w:r>
        <w:rPr>
          <w:lang w:eastAsia="zh-CN"/>
        </w:rPr>
        <w:br/>
      </w:r>
      <w:r>
        <w:rPr>
          <w:lang w:eastAsia="zh-CN"/>
        </w:rPr>
        <w:t>　　生6:有人说，老师是人类灵魂的工程师。我要说，老师既是我们的导师，又是我们的知心朋友。</w:t>
      </w:r>
      <w:r>
        <w:rPr>
          <w:lang w:eastAsia="zh-CN"/>
        </w:rPr>
        <w:br/>
      </w:r>
      <w:r>
        <w:rPr>
          <w:lang w:eastAsia="zh-CN"/>
        </w:rPr>
        <w:t>　　生7:亲爱的同学们，你把老师比作什么?</w:t>
      </w:r>
      <w:r>
        <w:rPr>
          <w:lang w:eastAsia="zh-CN"/>
        </w:rPr>
        <w:br/>
      </w:r>
      <w:r>
        <w:rPr>
          <w:lang w:eastAsia="zh-CN"/>
        </w:rPr>
        <w:t>　　生8:我把老师比作蜡烛，燃烧了自己，照亮了别人。</w:t>
      </w:r>
      <w:r>
        <w:rPr>
          <w:lang w:eastAsia="zh-CN"/>
        </w:rPr>
        <w:br/>
      </w:r>
      <w:r>
        <w:rPr>
          <w:lang w:eastAsia="zh-CN"/>
        </w:rPr>
        <w:t>　　生9:我把老师比作小草，朴实无华，默默奉献</w:t>
      </w:r>
      <w:r>
        <w:rPr>
          <w:lang w:eastAsia="zh-CN"/>
        </w:rPr>
        <w:br/>
      </w:r>
      <w:r>
        <w:rPr>
          <w:lang w:eastAsia="zh-CN"/>
        </w:rPr>
        <w:t>　　生10:我把老师比作黑夜里的明灯，给我们指明前进的道路。</w:t>
      </w:r>
      <w:r>
        <w:rPr>
          <w:lang w:eastAsia="zh-CN"/>
        </w:rPr>
        <w:br/>
      </w:r>
      <w:r>
        <w:rPr>
          <w:lang w:eastAsia="zh-CN"/>
        </w:rPr>
        <w:t>　　生11:我把老师比作春雨，随风潜入夜，润物细无声，滋润着干裂的心田。</w:t>
      </w:r>
      <w:r>
        <w:rPr>
          <w:lang w:eastAsia="zh-CN"/>
        </w:rPr>
        <w:br/>
      </w:r>
      <w:r>
        <w:rPr>
          <w:lang w:eastAsia="zh-CN"/>
        </w:rPr>
        <w:t>　　生12:找把老师比作一叶小舟，它载着我们在知识的海洋里遨游。</w:t>
      </w:r>
      <w:r>
        <w:rPr>
          <w:lang w:eastAsia="zh-CN"/>
        </w:rPr>
        <w:br/>
      </w:r>
      <w:r>
        <w:rPr>
          <w:lang w:eastAsia="zh-CN"/>
        </w:rPr>
        <w:t>　　生13:我把老师比作太阳，它让每一颗种子萌发自己的生命。</w:t>
      </w:r>
      <w:r>
        <w:rPr>
          <w:lang w:eastAsia="zh-CN"/>
        </w:rPr>
        <w:br/>
      </w:r>
      <w:r>
        <w:rPr>
          <w:lang w:eastAsia="zh-CN"/>
        </w:rPr>
        <w:t>　　生14:我把老师比作大地，让每一个希望变成丰硕的果实。</w:t>
      </w:r>
      <w:r>
        <w:rPr>
          <w:lang w:eastAsia="zh-CN"/>
        </w:rPr>
        <w:br/>
      </w:r>
      <w:r>
        <w:rPr>
          <w:lang w:eastAsia="zh-CN"/>
        </w:rPr>
        <w:t>　　三、做游戏</w:t>
      </w:r>
      <w:r>
        <w:rPr>
          <w:lang w:eastAsia="zh-CN"/>
        </w:rPr>
        <w:br/>
      </w:r>
      <w:r>
        <w:rPr>
          <w:lang w:eastAsia="zh-CN"/>
        </w:rPr>
        <w:t>　　《猜老师年岁》</w:t>
      </w:r>
      <w:r>
        <w:rPr>
          <w:lang w:eastAsia="zh-CN"/>
        </w:rPr>
        <w:br/>
      </w:r>
      <w:r>
        <w:rPr>
          <w:lang w:eastAsia="zh-CN"/>
        </w:rPr>
        <w:t>　　四、小品</w:t>
      </w:r>
      <w:r>
        <w:rPr>
          <w:lang w:eastAsia="zh-CN"/>
        </w:rPr>
        <w:br/>
      </w:r>
      <w:r>
        <w:rPr>
          <w:lang w:eastAsia="zh-CN"/>
        </w:rPr>
        <w:t>　　《平常遇老师》</w:t>
      </w:r>
      <w:r>
        <w:rPr>
          <w:lang w:eastAsia="zh-CN"/>
        </w:rPr>
        <w:br/>
      </w:r>
      <w:r>
        <w:rPr>
          <w:lang w:eastAsia="zh-CN"/>
        </w:rPr>
        <w:t>　　五、送礼物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六、照相</w:t>
      </w:r>
      <w:r>
        <w:rPr>
          <w:lang w:eastAsia="zh-CN"/>
        </w:rPr>
        <w:br/>
      </w:r>
      <w:r>
        <w:rPr>
          <w:lang w:eastAsia="zh-CN"/>
        </w:rPr>
        <w:t>　　七、结束语</w:t>
      </w:r>
      <w:r>
        <w:rPr>
          <w:lang w:eastAsia="zh-CN"/>
        </w:rPr>
        <w:br/>
      </w:r>
      <w:r>
        <w:rPr>
          <w:lang w:eastAsia="zh-CN"/>
        </w:rPr>
        <w:t>　　甲：老师的工作是神圣的。</w:t>
      </w:r>
      <w:r>
        <w:rPr>
          <w:lang w:eastAsia="zh-CN"/>
        </w:rPr>
        <w:br/>
      </w:r>
      <w:r>
        <w:rPr>
          <w:lang w:eastAsia="zh-CN"/>
        </w:rPr>
        <w:t>　　乙：老师的工作是伟大的。</w:t>
      </w:r>
      <w:r>
        <w:rPr>
          <w:lang w:eastAsia="zh-CN"/>
        </w:rPr>
        <w:br/>
      </w:r>
      <w:r>
        <w:rPr>
          <w:lang w:eastAsia="zh-CN"/>
        </w:rPr>
        <w:t>　　合：他们年复一年，日复一日，在教育岗位上默默无闻地工作着，为祖国的社会主义现代化建设，培育了一代又一代人才。</w:t>
      </w:r>
      <w:r>
        <w:rPr>
          <w:lang w:eastAsia="zh-CN"/>
        </w:rPr>
        <w:br/>
      </w:r>
      <w:r>
        <w:rPr>
          <w:lang w:eastAsia="zh-CN"/>
        </w:rPr>
        <w:t>　　全班合：老师，不知该怎样向您表达内心的情感，就让回忆锁定在那记忆里，在永久的岁月里，永不停止地为您唱那祝福的歌。</w:t>
      </w:r>
      <w:r>
        <w:rPr>
          <w:lang w:eastAsia="zh-CN"/>
        </w:rPr>
        <w:br/>
      </w:r>
      <w:r>
        <w:rPr>
          <w:lang w:eastAsia="zh-CN"/>
        </w:rPr>
        <w:t xml:space="preserve">    2024教师节趣味游戏活动方案 篇5 </w:t>
      </w:r>
      <w:r>
        <w:rPr>
          <w:lang w:eastAsia="zh-CN"/>
        </w:rPr>
        <w:br/>
      </w:r>
      <w:r>
        <w:rPr>
          <w:lang w:eastAsia="zh-CN"/>
        </w:rPr>
        <w:t>　　设计意图：</w:t>
      </w:r>
      <w:r>
        <w:rPr>
          <w:lang w:eastAsia="zh-CN"/>
        </w:rPr>
        <w:br/>
      </w:r>
      <w:r>
        <w:rPr>
          <w:lang w:eastAsia="zh-CN"/>
        </w:rPr>
        <w:t>　　酸奶盒是日常生活中常见废旧物品，如何在体育活动中，发挥其特殊作用呢？本着环保的意识，废物利用的原则，我选择以“酸奶盒“为主题在大班开展体育活动。《纲要》中要求我们在开展体育活动时：既适合幼儿身心的现有水平，又有一定的挑战性”；“既符合幼儿的现实需要，又有利于其长远发展”；“既贴近幼儿的生活来选择幼儿感兴趣的健康事件和问题，又有助于拓展幼儿健康的经验和视野”。大班幼儿正处于想象力丰富的时期，基本动作发展的更为灵活，他们敢于尝试，创造欲望强烈，借此，让幼儿对盒子的玩法进行创意，在此基础上，与同伴合作探索盒子的多种玩法，以激发他们的想象思维。在活动中，培养幼儿的合作与竞争意识。</w:t>
      </w:r>
      <w:r>
        <w:rPr>
          <w:lang w:eastAsia="zh-CN"/>
        </w:rPr>
        <w:br/>
      </w:r>
      <w:r>
        <w:rPr>
          <w:lang w:eastAsia="zh-CN"/>
        </w:rPr>
        <w:t>　　活动目标：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1、发展幼儿的创造性思维，激发探索欲望，在玩中感受体育活动的乐趣。</w:t>
      </w:r>
      <w:r>
        <w:rPr>
          <w:lang w:eastAsia="zh-CN"/>
        </w:rPr>
        <w:br/>
      </w:r>
      <w:r>
        <w:rPr>
          <w:lang w:eastAsia="zh-CN"/>
        </w:rPr>
        <w:t>　　2、引导幼儿有秩序的活动，提高幼儿的综合能力。</w:t>
      </w:r>
      <w:r>
        <w:rPr>
          <w:lang w:eastAsia="zh-CN"/>
        </w:rPr>
        <w:br/>
      </w:r>
      <w:r>
        <w:rPr>
          <w:lang w:eastAsia="zh-CN"/>
        </w:rPr>
        <w:t>　　3、充分发挥幼儿的主动性，由个体活动到集体活动，体现了同伴间的团结协作精神，培养幼儿初步的竞争意识。</w:t>
      </w:r>
      <w:r>
        <w:rPr>
          <w:lang w:eastAsia="zh-CN"/>
        </w:rPr>
        <w:br/>
      </w:r>
      <w:r>
        <w:rPr>
          <w:lang w:eastAsia="zh-CN"/>
        </w:rPr>
        <w:t>　　重点：</w:t>
      </w:r>
      <w:r>
        <w:rPr>
          <w:lang w:eastAsia="zh-CN"/>
        </w:rPr>
        <w:br/>
      </w:r>
      <w:r>
        <w:rPr>
          <w:lang w:eastAsia="zh-CN"/>
        </w:rPr>
        <w:t>　　激发幼儿与同伴合作的基础上创造出盒子的多种玩法</w:t>
      </w:r>
      <w:r>
        <w:rPr>
          <w:lang w:eastAsia="zh-CN"/>
        </w:rPr>
        <w:br/>
      </w:r>
      <w:r>
        <w:rPr>
          <w:lang w:eastAsia="zh-CN"/>
        </w:rPr>
        <w:t>　　难点：</w:t>
      </w:r>
      <w:r>
        <w:rPr>
          <w:lang w:eastAsia="zh-CN"/>
        </w:rPr>
        <w:br/>
      </w:r>
      <w:r>
        <w:rPr>
          <w:lang w:eastAsia="zh-CN"/>
        </w:rPr>
        <w:t>　　利用斜插方式组合成转盘。</w:t>
      </w:r>
      <w:r>
        <w:rPr>
          <w:lang w:eastAsia="zh-CN"/>
        </w:rPr>
        <w:br/>
      </w:r>
      <w:r>
        <w:rPr>
          <w:lang w:eastAsia="zh-CN"/>
        </w:rPr>
        <w:t>　　活动准备：</w:t>
      </w:r>
      <w:r>
        <w:rPr>
          <w:lang w:eastAsia="zh-CN"/>
        </w:rPr>
        <w:br/>
      </w:r>
      <w:r>
        <w:rPr>
          <w:lang w:eastAsia="zh-CN"/>
        </w:rPr>
        <w:t>　　酸奶盒若干、音乐、Dvd</w:t>
      </w:r>
      <w:r>
        <w:rPr>
          <w:lang w:eastAsia="zh-CN"/>
        </w:rPr>
        <w:br/>
      </w:r>
      <w:r>
        <w:rPr>
          <w:lang w:eastAsia="zh-CN"/>
        </w:rPr>
        <w:t>　　活动过程：</w:t>
      </w:r>
      <w:r>
        <w:rPr>
          <w:lang w:eastAsia="zh-CN"/>
        </w:rPr>
        <w:br/>
      </w:r>
      <w:r>
        <w:rPr>
          <w:lang w:eastAsia="zh-CN"/>
        </w:rPr>
        <w:t>　　一、热身运动</w:t>
      </w:r>
      <w:r>
        <w:rPr>
          <w:lang w:eastAsia="zh-CN"/>
        </w:rPr>
        <w:br/>
      </w:r>
      <w:r>
        <w:rPr>
          <w:lang w:eastAsia="zh-CN"/>
        </w:rPr>
        <w:t>　　（1）孩子们，你们喜欢挑战吗？今天盒子王国要举行闯关比赛，你们想接受挑战吗？让我们动一动，跳一跳，准备出发吧！</w:t>
      </w:r>
      <w:r>
        <w:rPr>
          <w:lang w:eastAsia="zh-CN"/>
        </w:rPr>
        <w:br/>
      </w:r>
      <w:r>
        <w:rPr>
          <w:lang w:eastAsia="zh-CN"/>
        </w:rPr>
        <w:t>　　（2）让我们到盒子王国吧！</w:t>
      </w:r>
      <w:r>
        <w:rPr>
          <w:lang w:eastAsia="zh-CN"/>
        </w:rPr>
        <w:br/>
      </w:r>
      <w:r>
        <w:rPr>
          <w:lang w:eastAsia="zh-CN"/>
        </w:rPr>
        <w:t>　　二、幼儿单独玩盒游戏</w:t>
      </w:r>
      <w:r>
        <w:rPr>
          <w:lang w:eastAsia="zh-CN"/>
        </w:rPr>
        <w:br/>
      </w:r>
      <w:r>
        <w:rPr>
          <w:lang w:eastAsia="zh-CN"/>
        </w:rPr>
        <w:t>　　（1）幼儿探索盒子玩法</w:t>
      </w:r>
      <w:r>
        <w:rPr>
          <w:lang w:eastAsia="zh-CN"/>
        </w:rPr>
        <w:br/>
      </w:r>
      <w:r>
        <w:rPr>
          <w:lang w:eastAsia="zh-CN"/>
        </w:rPr>
        <w:t>　　这是什么？盒宝宝想和大家交朋友，玩游戏，怎样玩呢？请你想一想，行动吧！</w:t>
      </w:r>
      <w:r>
        <w:rPr>
          <w:lang w:eastAsia="zh-CN"/>
        </w:rPr>
        <w:br/>
      </w:r>
      <w:r>
        <w:rPr>
          <w:lang w:eastAsia="zh-CN"/>
        </w:rPr>
        <w:t>　　（2）与同伴分享盒子玩法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你是怎样跟盒宝宝做游戏的，来跟大家分享一下吧！师依次提问，请幼儿演示，并给予肯定。</w:t>
      </w:r>
      <w:r>
        <w:rPr>
          <w:lang w:eastAsia="zh-CN"/>
        </w:rPr>
        <w:br/>
      </w:r>
      <w:r>
        <w:rPr>
          <w:lang w:eastAsia="zh-CN"/>
        </w:rPr>
        <w:t>　　（幼儿把盒子抛接、夹跳、顶盒平衡、原地旋转、跳盒、当小船等）</w:t>
      </w:r>
      <w:r>
        <w:rPr>
          <w:lang w:eastAsia="zh-CN"/>
        </w:rPr>
        <w:br/>
      </w:r>
      <w:r>
        <w:rPr>
          <w:lang w:eastAsia="zh-CN"/>
        </w:rPr>
        <w:t>　　三、自由结合探索玩盒游戏</w:t>
      </w:r>
      <w:r>
        <w:rPr>
          <w:lang w:eastAsia="zh-CN"/>
        </w:rPr>
        <w:br/>
      </w:r>
      <w:r>
        <w:rPr>
          <w:lang w:eastAsia="zh-CN"/>
        </w:rPr>
        <w:t>　　(1)结合同伴探索玩盒游戏</w:t>
      </w:r>
      <w:r>
        <w:rPr>
          <w:lang w:eastAsia="zh-CN"/>
        </w:rPr>
        <w:br/>
      </w:r>
      <w:r>
        <w:rPr>
          <w:lang w:eastAsia="zh-CN"/>
        </w:rPr>
        <w:t>　　盒宝宝想和你的好朋友一起玩游戏，我们来试一下吧！</w:t>
      </w:r>
      <w:r>
        <w:rPr>
          <w:lang w:eastAsia="zh-CN"/>
        </w:rPr>
        <w:br/>
      </w:r>
      <w:r>
        <w:rPr>
          <w:lang w:eastAsia="zh-CN"/>
        </w:rPr>
        <w:t>　　（2)与同伴分享盒子玩法</w:t>
      </w:r>
      <w:r>
        <w:rPr>
          <w:lang w:eastAsia="zh-CN"/>
        </w:rPr>
        <w:br/>
      </w:r>
      <w:r>
        <w:rPr>
          <w:lang w:eastAsia="zh-CN"/>
        </w:rPr>
        <w:t>　　你刚才是怎样和好朋友一起跟盒宝宝玩的？请你们来分享一下吧！</w:t>
      </w:r>
      <w:r>
        <w:rPr>
          <w:lang w:eastAsia="zh-CN"/>
        </w:rPr>
        <w:br/>
      </w:r>
      <w:r>
        <w:rPr>
          <w:lang w:eastAsia="zh-CN"/>
        </w:rPr>
        <w:t>　　（幼儿演示单腿走迷宫、跨栏、毛毛虫等游戏）</w:t>
      </w:r>
      <w:r>
        <w:rPr>
          <w:lang w:eastAsia="zh-CN"/>
        </w:rPr>
        <w:br/>
      </w:r>
      <w:r>
        <w:rPr>
          <w:lang w:eastAsia="zh-CN"/>
        </w:rPr>
        <w:t>　　四、盒子滚动的游戏</w:t>
      </w:r>
      <w:r>
        <w:rPr>
          <w:lang w:eastAsia="zh-CN"/>
        </w:rPr>
        <w:br/>
      </w:r>
      <w:r>
        <w:rPr>
          <w:lang w:eastAsia="zh-CN"/>
        </w:rPr>
        <w:t>　　（1）分组活动：怎样让盒宝宝滚动起来？</w:t>
      </w:r>
      <w:r>
        <w:rPr>
          <w:lang w:eastAsia="zh-CN"/>
        </w:rPr>
        <w:br/>
      </w:r>
      <w:r>
        <w:rPr>
          <w:lang w:eastAsia="zh-CN"/>
        </w:rPr>
        <w:t>　　刚才我们让盒宝宝会跳，会跑、会转、你们真能干，现在有更多的盒宝宝也来玩游戏，他们说，怎样让他们一起滚动起来呢？现在我们分成两组，大家共同来想办法，让盒宝宝滚动起来吧！</w:t>
      </w:r>
      <w:r>
        <w:rPr>
          <w:lang w:eastAsia="zh-CN"/>
        </w:rPr>
        <w:br/>
      </w:r>
      <w:r>
        <w:rPr>
          <w:lang w:eastAsia="zh-CN"/>
        </w:rPr>
        <w:t>　　（2）分享活动</w:t>
      </w:r>
      <w:r>
        <w:rPr>
          <w:lang w:eastAsia="zh-CN"/>
        </w:rPr>
        <w:br/>
      </w:r>
      <w:r>
        <w:rPr>
          <w:lang w:eastAsia="zh-CN"/>
        </w:rPr>
        <w:t>　　两组的小朋友都把盒宝宝组合在一起做成了一个大转盘，盒宝宝能滚动起来吗？我们来试试？</w:t>
      </w:r>
      <w:r>
        <w:rPr>
          <w:lang w:eastAsia="zh-CN"/>
        </w:rPr>
        <w:br/>
      </w:r>
      <w:r>
        <w:rPr>
          <w:lang w:eastAsia="zh-CN"/>
        </w:rPr>
        <w:t>　　（3）竞技活动</w:t>
      </w:r>
      <w:r>
        <w:rPr>
          <w:lang w:eastAsia="zh-CN"/>
        </w:rPr>
        <w:br/>
      </w:r>
      <w:r>
        <w:rPr>
          <w:lang w:eastAsia="zh-CN"/>
        </w:rPr>
        <w:t>　　我们来比一比，哪组的盒宝宝滚动的更快！</w:t>
      </w:r>
      <w:r>
        <w:rPr>
          <w:lang w:eastAsia="zh-CN"/>
        </w:rPr>
        <w:br/>
      </w:r>
      <w:r>
        <w:rPr>
          <w:lang w:eastAsia="zh-CN"/>
        </w:rPr>
        <w:t>　　五、结束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你们精彩的完成了挑战，你们都是最棒的，现在我们就可以到盒子王国做客了！</w:t>
      </w:r>
      <w:r>
        <w:rPr>
          <w:lang w:eastAsia="zh-CN"/>
        </w:rPr>
        <w:br/>
      </w:r>
      <w:r>
        <w:rPr>
          <w:lang w:eastAsia="zh-CN"/>
        </w:rPr>
        <w:t xml:space="preserve">    2024教师节趣味游戏活动方案 篇6 </w:t>
      </w:r>
      <w:r>
        <w:rPr>
          <w:lang w:eastAsia="zh-CN"/>
        </w:rPr>
        <w:br/>
      </w:r>
      <w:r>
        <w:rPr>
          <w:lang w:eastAsia="zh-CN"/>
        </w:rPr>
        <w:t>　　游戏介绍：</w:t>
      </w:r>
      <w:r>
        <w:rPr>
          <w:lang w:eastAsia="zh-CN"/>
        </w:rPr>
        <w:br/>
      </w:r>
      <w:r>
        <w:rPr>
          <w:lang w:eastAsia="zh-CN"/>
        </w:rPr>
        <w:t>　　春风吹动，万物复苏。</w:t>
      </w:r>
      <w:r>
        <w:rPr>
          <w:lang w:eastAsia="zh-CN"/>
        </w:rPr>
        <w:br/>
      </w:r>
      <w:r>
        <w:rPr>
          <w:lang w:eastAsia="zh-CN"/>
        </w:rPr>
        <w:t>　　快乐的分子，不断地跳动。</w:t>
      </w:r>
      <w:r>
        <w:rPr>
          <w:lang w:eastAsia="zh-CN"/>
        </w:rPr>
        <w:br/>
      </w:r>
      <w:r>
        <w:rPr>
          <w:lang w:eastAsia="zh-CN"/>
        </w:rPr>
        <w:t>　　你我重温往日的童年，分享儿时的那份乐趣。</w:t>
      </w:r>
      <w:r>
        <w:rPr>
          <w:lang w:eastAsia="zh-CN"/>
        </w:rPr>
        <w:br/>
      </w:r>
      <w:r>
        <w:rPr>
          <w:lang w:eastAsia="zh-CN"/>
        </w:rPr>
        <w:t>　　感受，地球家园对我们的重要性。</w:t>
      </w:r>
      <w:r>
        <w:rPr>
          <w:lang w:eastAsia="zh-CN"/>
        </w:rPr>
        <w:br/>
      </w:r>
      <w:r>
        <w:rPr>
          <w:lang w:eastAsia="zh-CN"/>
        </w:rPr>
        <w:t>　　让我们携起手，共同保卫我们的家园。</w:t>
      </w:r>
      <w:r>
        <w:rPr>
          <w:lang w:eastAsia="zh-CN"/>
        </w:rPr>
        <w:br/>
      </w:r>
      <w:r>
        <w:rPr>
          <w:lang w:eastAsia="zh-CN"/>
        </w:rPr>
        <w:t>　　游戏规则：</w:t>
      </w:r>
      <w:r>
        <w:rPr>
          <w:lang w:eastAsia="zh-CN"/>
        </w:rPr>
        <w:br/>
      </w:r>
      <w:r>
        <w:rPr>
          <w:lang w:eastAsia="zh-CN"/>
        </w:rPr>
        <w:t>　　1、参与者将喝剩下的矿泉水瓶扔到指定的格子里，双脚离地的跳跃到格子附近，再次拾起瓶子，前方有可回收和不可回收两个垃圾桶，选择正确的垃圾桶扔进去，才算过关；</w:t>
      </w:r>
      <w:r>
        <w:rPr>
          <w:lang w:eastAsia="zh-CN"/>
        </w:rPr>
        <w:br/>
      </w:r>
      <w:r>
        <w:rPr>
          <w:lang w:eastAsia="zh-CN"/>
        </w:rPr>
        <w:t>　　2、水瓶未扔到指定位置者、跳格子时双脚落地者及没有把瓶子扔进正确垃圾桶者均算游戏失败；</w:t>
      </w:r>
      <w:r>
        <w:rPr>
          <w:lang w:eastAsia="zh-CN"/>
        </w:rPr>
        <w:br/>
      </w:r>
      <w:r>
        <w:rPr>
          <w:lang w:eastAsia="zh-CN"/>
        </w:rPr>
        <w:t>　　3、全部完成者即可过关；</w:t>
      </w:r>
      <w:r>
        <w:rPr>
          <w:lang w:eastAsia="zh-CN"/>
        </w:rPr>
        <w:br/>
      </w:r>
      <w:r>
        <w:rPr>
          <w:lang w:eastAsia="zh-CN"/>
        </w:rPr>
        <w:t>　　4、过关的参与者，将获得智慧印章一枚。</w:t>
      </w:r>
      <w:r>
        <w:rPr>
          <w:lang w:eastAsia="zh-CN"/>
        </w:rPr>
        <w:br/>
      </w:r>
      <w:r>
        <w:rPr>
          <w:lang w:eastAsia="zh-CN"/>
        </w:rPr>
        <w:t xml:space="preserve">    2024教师节趣味游戏活动方案 篇7 </w:t>
      </w:r>
      <w:r>
        <w:rPr>
          <w:lang w:eastAsia="zh-CN"/>
        </w:rPr>
        <w:br/>
      </w:r>
      <w:r>
        <w:rPr>
          <w:lang w:eastAsia="zh-CN"/>
        </w:rPr>
        <w:t>　　地点：</w:t>
      </w:r>
      <w:r>
        <w:rPr>
          <w:lang w:eastAsia="zh-CN"/>
        </w:rPr>
        <w:br/>
      </w:r>
      <w:r>
        <w:rPr>
          <w:lang w:eastAsia="zh-CN"/>
        </w:rPr>
        <w:t>　　筹建处篮球场</w:t>
      </w:r>
      <w:r>
        <w:rPr>
          <w:lang w:eastAsia="zh-CN"/>
        </w:rPr>
        <w:br/>
      </w:r>
      <w:r>
        <w:rPr>
          <w:lang w:eastAsia="zh-CN"/>
        </w:rPr>
        <w:t>　　时间：</w:t>
      </w:r>
      <w:r>
        <w:rPr>
          <w:lang w:eastAsia="zh-CN"/>
        </w:rPr>
        <w:br/>
      </w:r>
      <w:r>
        <w:rPr>
          <w:lang w:eastAsia="zh-CN"/>
        </w:rPr>
        <w:t>　　20__年1月1日（元旦节）15：00～17：30内容具体如下：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以集体游戏为主，现场报名，自由组队，游戏强调团队协作，各项游戏中获得第一名的将获得礼品。</w:t>
      </w:r>
      <w:r>
        <w:rPr>
          <w:lang w:eastAsia="zh-CN"/>
        </w:rPr>
        <w:br/>
      </w:r>
      <w:r>
        <w:rPr>
          <w:lang w:eastAsia="zh-CN"/>
        </w:rPr>
        <w:t>　　本着“娱乐第一，比赛第二”的原则，重在参与！希望大家可以在欢乐与笑声中度过一个愉快的下午！</w:t>
      </w:r>
      <w:r>
        <w:rPr>
          <w:lang w:eastAsia="zh-CN"/>
        </w:rPr>
        <w:br/>
      </w:r>
      <w:r>
        <w:rPr>
          <w:lang w:eastAsia="zh-CN"/>
        </w:rPr>
        <w:t>　　项目：</w:t>
      </w:r>
      <w:r>
        <w:rPr>
          <w:lang w:eastAsia="zh-CN"/>
        </w:rPr>
        <w:br/>
      </w:r>
      <w:r>
        <w:rPr>
          <w:lang w:eastAsia="zh-CN"/>
        </w:rPr>
        <w:t>　　1、齐心协力</w:t>
      </w:r>
      <w:r>
        <w:rPr>
          <w:lang w:eastAsia="zh-CN"/>
        </w:rPr>
        <w:br/>
      </w:r>
      <w:r>
        <w:rPr>
          <w:lang w:eastAsia="zh-CN"/>
        </w:rPr>
        <w:t>　　游戏方法：现场报名，自由组队，3位员工一组，3名队员站成一排，将中间相邻的脚绑在一起，做3人4足，然后用筷子夹着乒乓球运到5米外的另一边（可左右手同时进行），两分钟内看哪组运得最多的胜出，（乒乓球掉地上的做废，不能再夹起来）。</w:t>
      </w:r>
      <w:r>
        <w:rPr>
          <w:lang w:eastAsia="zh-CN"/>
        </w:rPr>
        <w:br/>
      </w:r>
      <w:r>
        <w:rPr>
          <w:lang w:eastAsia="zh-CN"/>
        </w:rPr>
        <w:t>　　2、当仁不让</w:t>
      </w:r>
      <w:r>
        <w:rPr>
          <w:lang w:eastAsia="zh-CN"/>
        </w:rPr>
        <w:br/>
      </w:r>
      <w:r>
        <w:rPr>
          <w:lang w:eastAsia="zh-CN"/>
        </w:rPr>
        <w:t>　　游戏方法：（经典老游戏“抢板凳”）游戏开始先把凳子成圆形（按参加人数减一计算，即8人摆7张），然后，参加人员在凳子外面围成一圈，主持人敲鼓或放音乐时参加人员就沿着圆形顺时针或逆时针跑动（注意不能插队），当鼓声或音乐停下时参加人员要讯速找到一张凳子座下，因为凳子少一张，所以会有一人没凳子座，这个人就算是被淘汰了，这时要把凳子减少一张，其余的人继续玩，直到剩下最</w:t>
      </w:r>
      <w:r>
        <w:rPr>
          <w:lang w:eastAsia="zh-CN"/>
        </w:rPr>
        <w:br/>
      </w:r>
      <w:r>
        <w:rPr>
          <w:lang w:eastAsia="zh-CN"/>
        </w:rPr>
        <w:t>　　后一人为止，这人就算赢了。赢的人给予奖励。</w:t>
      </w:r>
      <w:r>
        <w:rPr>
          <w:lang w:eastAsia="zh-CN"/>
        </w:rPr>
        <w:br/>
      </w:r>
      <w:r>
        <w:rPr>
          <w:lang w:eastAsia="zh-CN"/>
        </w:rPr>
        <w:t>　　3、马兰花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游戏方法：多人游戏，大家在顺时针跑动时随主持共同大声朗诵童谣““马兰花，马兰花。风吹雨打都不要怕，勤劳的人们在说话，请你马上就开花。开几朵？”“开_朵”（主持人），大家根据主持人说指令，就近迅速抱拢，人数为主持人宣布的数量，多了少了都为失败，失败者即遭淘汰。剩下的人继续游戏，最后，主持人根据情况宣布胜利者（原则上3人以内）</w:t>
      </w:r>
      <w:r>
        <w:rPr>
          <w:lang w:eastAsia="zh-CN"/>
        </w:rPr>
        <w:br/>
      </w:r>
      <w:r>
        <w:rPr>
          <w:lang w:eastAsia="zh-CN"/>
        </w:rPr>
        <w:t>　　4、“水！水！水！”</w:t>
      </w:r>
      <w:r>
        <w:rPr>
          <w:lang w:eastAsia="zh-CN"/>
        </w:rPr>
        <w:br/>
      </w:r>
      <w:r>
        <w:rPr>
          <w:lang w:eastAsia="zh-CN"/>
        </w:rPr>
        <w:t>　　游戏规则：每个组出5个人站成一列，每人嘴上叼一只纸杯，然后从前往后传水，不能用手，全凭嘴和头的动作，在规定时间内按传到最后的水的多少算胜负。</w:t>
      </w:r>
      <w:r>
        <w:rPr>
          <w:lang w:eastAsia="zh-CN"/>
        </w:rPr>
        <w:br/>
      </w:r>
      <w:r>
        <w:rPr>
          <w:lang w:eastAsia="zh-CN"/>
        </w:rPr>
        <w:t>　　5、混合接力</w:t>
      </w:r>
      <w:r>
        <w:rPr>
          <w:lang w:eastAsia="zh-CN"/>
        </w:rPr>
        <w:br/>
      </w:r>
      <w:r>
        <w:rPr>
          <w:lang w:eastAsia="zh-CN"/>
        </w:rPr>
        <w:t>　　篮球、排球、乒乓球（严肃规则，篮球弹两次为违例，排球、乒乓球落地为违例，违例者返回起点重新开始）</w:t>
      </w:r>
      <w:r>
        <w:rPr>
          <w:lang w:eastAsia="zh-CN"/>
        </w:rPr>
        <w:br/>
      </w:r>
      <w:r>
        <w:rPr>
          <w:lang w:eastAsia="zh-CN"/>
        </w:rPr>
        <w:t>　　6、飘来飘去</w:t>
      </w:r>
      <w:r>
        <w:rPr>
          <w:lang w:eastAsia="zh-CN"/>
        </w:rPr>
        <w:br/>
      </w:r>
      <w:r>
        <w:rPr>
          <w:lang w:eastAsia="zh-CN"/>
        </w:rPr>
        <w:t>　　参加人员：两组对抗（每组一般为3人到7人）</w:t>
      </w:r>
      <w:r>
        <w:rPr>
          <w:lang w:eastAsia="zh-CN"/>
        </w:rPr>
        <w:br/>
      </w:r>
      <w:r>
        <w:rPr>
          <w:lang w:eastAsia="zh-CN"/>
        </w:rPr>
        <w:t>　　游戏规则：游戏开始前先把绳子沿场地的正中间拉开（像网球网一样），然后双方排开用头顶球，哪方先落地为输，双方轮流发球。体现配合能力和竞争能力。（注意只能用头，不能用身体的其它部位）</w:t>
      </w:r>
      <w:r>
        <w:rPr>
          <w:lang w:eastAsia="zh-CN"/>
        </w:rPr>
        <w:br/>
      </w:r>
      <w:r>
        <w:rPr>
          <w:lang w:eastAsia="zh-CN"/>
        </w:rPr>
        <w:t>　　7、投圈套物</w:t>
      </w:r>
      <w:r>
        <w:rPr>
          <w:lang w:eastAsia="zh-CN"/>
        </w:rPr>
        <w:br/>
      </w:r>
      <w:r>
        <w:rPr>
          <w:lang w:eastAsia="zh-CN"/>
        </w:rPr>
        <w:t>　　游戏规则：每队5人，每人有5次投圈的机会，套一瓶啤酒，累</w:t>
      </w:r>
      <w:r>
        <w:rPr>
          <w:lang w:eastAsia="zh-CN"/>
        </w:rPr>
        <w:br/>
      </w:r>
      <w:r>
        <w:rPr>
          <w:lang w:eastAsia="zh-CN"/>
        </w:rPr>
        <w:t>　　计套中最多的队有奖品，而最少的队，需在众人监督下，喝完一瓶啤酒。（单组进行，计数）</w:t>
      </w:r>
      <w:r>
        <w:rPr>
          <w:lang w:eastAsia="zh-CN"/>
        </w:rPr>
        <w:br/>
      </w:r>
      <w:r>
        <w:rPr>
          <w:lang w:eastAsia="zh-CN"/>
        </w:rPr>
        <w:t>　　8、背部运球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游戏方法：现场报名，三人一组；一人将气球吹大，二人背对背，将气球放于两人背部之间，从起点开始，两人用背部夹住气球共同行进20米往返（于10米处设置折返点），同时携带一个未充气的气球，如气球中途落地，则需返回起点重新再运，到终点后由两人用背部将气球挤爆，另一人将未充气的气球吹爆，游戏动作完成。用时最短者获胜。（单组进行，计时）</w:t>
      </w:r>
      <w:r>
        <w:rPr>
          <w:lang w:eastAsia="zh-CN"/>
        </w:rPr>
        <w:br/>
      </w:r>
      <w:r>
        <w:rPr>
          <w:lang w:eastAsia="zh-CN"/>
        </w:rPr>
        <w:t>　　9、吸星大法</w:t>
      </w:r>
      <w:r>
        <w:rPr>
          <w:lang w:eastAsia="zh-CN"/>
        </w:rPr>
        <w:br/>
      </w:r>
      <w:r>
        <w:rPr>
          <w:lang w:eastAsia="zh-CN"/>
        </w:rPr>
        <w:t>　　游戏规则：</w:t>
      </w:r>
      <w:r>
        <w:rPr>
          <w:lang w:eastAsia="zh-CN"/>
        </w:rPr>
        <w:br/>
      </w:r>
      <w:r>
        <w:rPr>
          <w:lang w:eastAsia="zh-CN"/>
        </w:rPr>
        <w:t>　　人数：分2～4队</w:t>
      </w:r>
      <w:r>
        <w:rPr>
          <w:lang w:eastAsia="zh-CN"/>
        </w:rPr>
        <w:br/>
      </w:r>
      <w:r>
        <w:rPr>
          <w:lang w:eastAsia="zh-CN"/>
        </w:rPr>
        <w:t>　　器材：吸管、一次性纸杯、椅子、黄豆</w:t>
      </w:r>
      <w:r>
        <w:rPr>
          <w:lang w:eastAsia="zh-CN"/>
        </w:rPr>
        <w:br/>
      </w:r>
      <w:r>
        <w:rPr>
          <w:lang w:eastAsia="zh-CN"/>
        </w:rPr>
        <w:t>　　方法：在距离起点约十公尺放置椅子、一次性纸杯及黄豆，然后让队员拿吸管从起点出发至椅子处，用吸管将杯中黄豆吸起跑回起点，将黄豆放到免洗杯中，黄豆多者胜。</w:t>
      </w:r>
      <w:r>
        <w:rPr>
          <w:lang w:eastAsia="zh-CN"/>
        </w:rPr>
        <w:br/>
      </w:r>
      <w:r>
        <w:rPr>
          <w:lang w:eastAsia="zh-CN"/>
        </w:rPr>
        <w:t>　　10、“滚来滚去”</w:t>
      </w:r>
      <w:r>
        <w:rPr>
          <w:lang w:eastAsia="zh-CN"/>
        </w:rPr>
        <w:br/>
      </w:r>
      <w:r>
        <w:rPr>
          <w:lang w:eastAsia="zh-CN"/>
        </w:rPr>
        <w:t>　　游戏规则：持棒赶球，20米往返（于10米处设置折返点），每个队3名队员同时站在起点处排成一路纵队，第一名队员手持木棒，当听到裁判发令后，利用木棒将球赶至并绕过障碍物，然后再赶球返回起点交与下一名队员，用时最少的队伍获胜。</w:t>
      </w:r>
      <w:r>
        <w:rPr>
          <w:lang w:eastAsia="zh-CN"/>
        </w:rPr>
        <w:br/>
      </w:r>
      <w:r>
        <w:rPr>
          <w:lang w:eastAsia="zh-CN"/>
        </w:rPr>
        <w:t xml:space="preserve">    2024教师节趣味游戏活动方案 篇8 </w:t>
      </w:r>
      <w:r>
        <w:rPr>
          <w:lang w:eastAsia="zh-CN"/>
        </w:rPr>
        <w:br/>
      </w:r>
      <w:r>
        <w:rPr>
          <w:lang w:eastAsia="zh-CN"/>
        </w:rPr>
        <w:t>　　一、活动目的：</w:t>
      </w:r>
      <w:r>
        <w:rPr>
          <w:lang w:eastAsia="zh-CN"/>
        </w:rPr>
        <w:br/>
      </w:r>
      <w:r>
        <w:rPr>
          <w:lang w:eastAsia="zh-CN"/>
        </w:rPr>
        <w:t>　　欢度教师节，丰富教师校园文化娱乐活动，加强教师间的合作能力和凝聚力，在和谐中树立团队精神。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二、活动原则：</w:t>
      </w:r>
      <w:r>
        <w:rPr>
          <w:lang w:eastAsia="zh-CN"/>
        </w:rPr>
        <w:br/>
      </w:r>
      <w:r>
        <w:rPr>
          <w:lang w:eastAsia="zh-CN"/>
        </w:rPr>
        <w:t>　　人人参与，团结进取</w:t>
      </w:r>
      <w:r>
        <w:rPr>
          <w:lang w:eastAsia="zh-CN"/>
        </w:rPr>
        <w:br/>
      </w:r>
      <w:r>
        <w:rPr>
          <w:lang w:eastAsia="zh-CN"/>
        </w:rPr>
        <w:t>　　三、活动时间：</w:t>
      </w:r>
      <w:r>
        <w:rPr>
          <w:lang w:eastAsia="zh-CN"/>
        </w:rPr>
        <w:br/>
      </w:r>
      <w:r>
        <w:rPr>
          <w:lang w:eastAsia="zh-CN"/>
        </w:rPr>
        <w:t>　　9月10日下午2：30</w:t>
      </w:r>
      <w:r>
        <w:rPr>
          <w:lang w:eastAsia="zh-CN"/>
        </w:rPr>
        <w:br/>
      </w:r>
      <w:r>
        <w:rPr>
          <w:lang w:eastAsia="zh-CN"/>
        </w:rPr>
        <w:t>　　四、活动地点：</w:t>
      </w:r>
      <w:r>
        <w:rPr>
          <w:lang w:eastAsia="zh-CN"/>
        </w:rPr>
        <w:br/>
      </w:r>
      <w:r>
        <w:rPr>
          <w:lang w:eastAsia="zh-CN"/>
        </w:rPr>
        <w:t>　　学校操场</w:t>
      </w:r>
      <w:r>
        <w:rPr>
          <w:lang w:eastAsia="zh-CN"/>
        </w:rPr>
        <w:br/>
      </w:r>
      <w:r>
        <w:rPr>
          <w:lang w:eastAsia="zh-CN"/>
        </w:rPr>
        <w:t>　　五、活动摄影：</w:t>
      </w:r>
      <w:r>
        <w:rPr>
          <w:lang w:eastAsia="zh-CN"/>
        </w:rPr>
        <w:br/>
      </w:r>
      <w:r>
        <w:rPr>
          <w:lang w:eastAsia="zh-CN"/>
        </w:rPr>
        <w:t>　　(整理图片上传办公室)</w:t>
      </w:r>
      <w:r>
        <w:rPr>
          <w:lang w:eastAsia="zh-CN"/>
        </w:rPr>
        <w:br/>
      </w:r>
      <w:r>
        <w:rPr>
          <w:lang w:eastAsia="zh-CN"/>
        </w:rPr>
        <w:t>　　六、新闻宣传：</w:t>
      </w:r>
      <w:r>
        <w:rPr>
          <w:lang w:eastAsia="zh-CN"/>
        </w:rPr>
        <w:br/>
      </w:r>
      <w:r>
        <w:rPr>
          <w:lang w:eastAsia="zh-CN"/>
        </w:rPr>
        <w:t>　　(上传相关网站简报)</w:t>
      </w:r>
      <w:r>
        <w:rPr>
          <w:lang w:eastAsia="zh-CN"/>
        </w:rPr>
        <w:br/>
      </w:r>
      <w:r>
        <w:rPr>
          <w:lang w:eastAsia="zh-CN"/>
        </w:rPr>
        <w:t>　　七、活动项目：</w:t>
      </w:r>
      <w:r>
        <w:rPr>
          <w:lang w:eastAsia="zh-CN"/>
        </w:rPr>
        <w:br/>
      </w:r>
      <w:r>
        <w:rPr>
          <w:lang w:eastAsia="zh-CN"/>
        </w:rPr>
        <w:t>　　幸福大圆圈猜猜我是谁真爱传递占领阵地成语我知道</w:t>
      </w:r>
      <w:r>
        <w:rPr>
          <w:lang w:eastAsia="zh-CN"/>
        </w:rPr>
        <w:br/>
      </w:r>
      <w:r>
        <w:rPr>
          <w:lang w:eastAsia="zh-CN"/>
        </w:rPr>
        <w:t>　　八、活动准备：</w:t>
      </w:r>
      <w:r>
        <w:rPr>
          <w:lang w:eastAsia="zh-CN"/>
        </w:rPr>
        <w:br/>
      </w:r>
      <w:r>
        <w:rPr>
          <w:lang w:eastAsia="zh-CN"/>
        </w:rPr>
        <w:t>　　1、奖品100份</w:t>
      </w:r>
      <w:r>
        <w:rPr>
          <w:lang w:eastAsia="zh-CN"/>
        </w:rPr>
        <w:br/>
      </w:r>
      <w:r>
        <w:rPr>
          <w:lang w:eastAsia="zh-CN"/>
        </w:rPr>
        <w:t>　　2、道具吸管铁环便签纸心愿瓶</w:t>
      </w:r>
      <w:r>
        <w:rPr>
          <w:lang w:eastAsia="zh-CN"/>
        </w:rPr>
        <w:br/>
      </w:r>
      <w:r>
        <w:rPr>
          <w:lang w:eastAsia="zh-CN"/>
        </w:rPr>
        <w:t>　　九、参加办法：</w:t>
      </w:r>
      <w:r>
        <w:rPr>
          <w:lang w:eastAsia="zh-CN"/>
        </w:rPr>
        <w:br/>
      </w:r>
      <w:r>
        <w:rPr>
          <w:lang w:eastAsia="zh-CN"/>
        </w:rPr>
        <w:t>　　活动前，全体教师抽签领取号码卡，相同号码的老师一组，一共五组。</w:t>
      </w:r>
      <w:r>
        <w:rPr>
          <w:lang w:eastAsia="zh-CN"/>
        </w:rPr>
        <w:br/>
      </w:r>
      <w:r>
        <w:rPr>
          <w:lang w:eastAsia="zh-CN"/>
        </w:rPr>
        <w:t>　　共5个游戏，然后根据活动项目要求，派队员参加活动，获胜的队获奖。</w:t>
      </w:r>
      <w:r>
        <w:rPr>
          <w:lang w:eastAsia="zh-CN"/>
        </w:rPr>
        <w:br/>
      </w:r>
      <w:r>
        <w:rPr>
          <w:lang w:eastAsia="zh-CN"/>
        </w:rPr>
        <w:t>　　十、场景布置：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后勤工作：后勤处负责前期场地布置桌椅摆放，影响安放等工作。</w:t>
      </w:r>
      <w:r>
        <w:rPr>
          <w:lang w:eastAsia="zh-CN"/>
        </w:rPr>
        <w:br/>
      </w:r>
      <w:r>
        <w:rPr>
          <w:lang w:eastAsia="zh-CN"/>
        </w:rPr>
        <w:t>　　十一、活动内容：</w:t>
      </w:r>
      <w:r>
        <w:rPr>
          <w:lang w:eastAsia="zh-CN"/>
        </w:rPr>
        <w:br/>
      </w:r>
      <w:r>
        <w:rPr>
          <w:lang w:eastAsia="zh-CN"/>
        </w:rPr>
        <w:t>　　第一阶段：以趣味游戏为主的联欢活动</w:t>
      </w:r>
      <w:r>
        <w:rPr>
          <w:lang w:eastAsia="zh-CN"/>
        </w:rPr>
        <w:br/>
      </w:r>
      <w:r>
        <w:rPr>
          <w:lang w:eastAsia="zh-CN"/>
        </w:rPr>
        <w:t>　　第二阶段：自助餐填写心愿放入心愿瓶抽奖表演节目领取精品</w:t>
      </w:r>
      <w:r>
        <w:rPr>
          <w:lang w:eastAsia="zh-CN"/>
        </w:rPr>
        <w:br/>
      </w:r>
      <w:r>
        <w:rPr>
          <w:lang w:eastAsia="zh-CN"/>
        </w:rPr>
        <w:t>　　十二、各项联欢活动规则介绍：</w:t>
      </w:r>
      <w:r>
        <w:rPr>
          <w:lang w:eastAsia="zh-CN"/>
        </w:rPr>
        <w:br/>
      </w:r>
      <w:r>
        <w:rPr>
          <w:lang w:eastAsia="zh-CN"/>
        </w:rPr>
        <w:t>　　1、幸福大圈圈：</w:t>
      </w:r>
      <w:r>
        <w:rPr>
          <w:lang w:eastAsia="zh-CN"/>
        </w:rPr>
        <w:br/>
      </w:r>
      <w:r>
        <w:rPr>
          <w:lang w:eastAsia="zh-CN"/>
        </w:rPr>
        <w:t>　　采用抽签的方式，没两组搭档，一组组员手牵手围城半圆，去捉另一组队员，把对方队员捉完为止。在游戏过程中，捉的一方不许放手，被捉的一方不许跑出规定范围内。(负责人：周兴祥张启艳)</w:t>
      </w:r>
      <w:r>
        <w:rPr>
          <w:lang w:eastAsia="zh-CN"/>
        </w:rPr>
        <w:br/>
      </w:r>
      <w:r>
        <w:rPr>
          <w:lang w:eastAsia="zh-CN"/>
        </w:rPr>
        <w:t>　　2、猜猜我是谁：</w:t>
      </w:r>
      <w:r>
        <w:rPr>
          <w:lang w:eastAsia="zh-CN"/>
        </w:rPr>
        <w:br/>
      </w:r>
      <w:r>
        <w:rPr>
          <w:lang w:eastAsia="zh-CN"/>
        </w:rPr>
        <w:t>　　各组派出一名队员后蒙上眼睛，其余队员站成一横排，派出的队员站在队伍的左边，面对自己的队友，可以问一个问题引对方说话，并猜出对方是谁。被猜的队友不能用原来的声音回答，不能透露自己的信息。还要答非所问。(犯错少，猜的人数多的队胜出)(负责人：)</w:t>
      </w:r>
      <w:r>
        <w:rPr>
          <w:lang w:eastAsia="zh-CN"/>
        </w:rPr>
        <w:br/>
      </w:r>
      <w:r>
        <w:rPr>
          <w:lang w:eastAsia="zh-CN"/>
        </w:rPr>
        <w:t>　　3、真爱传递：</w:t>
      </w:r>
      <w:r>
        <w:rPr>
          <w:lang w:eastAsia="zh-CN"/>
        </w:rPr>
        <w:br/>
      </w:r>
      <w:r>
        <w:rPr>
          <w:lang w:eastAsia="zh-CN"/>
        </w:rPr>
        <w:t>　　10人一组，每队所有人嘴里叼支吸管，第一个人把吸管上的铁环顺次放到第二个人的吸管上，以传递速度决定胜负。游戏进行1次。</w:t>
      </w:r>
      <w:r>
        <w:rPr>
          <w:lang w:eastAsia="zh-CN"/>
        </w:rPr>
        <w:br/>
      </w:r>
      <w:r>
        <w:rPr>
          <w:lang w:eastAsia="zh-CN"/>
        </w:rPr>
        <w:t>　　4、占领阵地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10人一组，要求游戏开始后先共同站在一张大报纸上，各人身体的任何部位，不得碰地，成功后再撕去一半报纸站，接着再撕去一半直至失败，最后以办法能站进最小报纸的队为胜。</w:t>
      </w:r>
      <w:r>
        <w:rPr>
          <w:lang w:eastAsia="zh-CN"/>
        </w:rPr>
        <w:br/>
      </w:r>
      <w:r>
        <w:rPr>
          <w:lang w:eastAsia="zh-CN"/>
        </w:rPr>
        <w:t>　　5、动作模拟</w:t>
      </w:r>
      <w:r>
        <w:rPr>
          <w:lang w:eastAsia="zh-CN"/>
        </w:rPr>
        <w:br/>
      </w:r>
      <w:r>
        <w:rPr>
          <w:lang w:eastAsia="zh-CN"/>
        </w:rPr>
        <w:t>　　10人一组，每组派一人抽取一张纸条，让其抽出一张纸条根据纸条上的节目名称进行表演。其中成语肢体表演必须由他(她)用肢体语言表演出来，不得用语言或是其他的暗示提示观众，最后由他所属的组来猜，每组10个成语，猜的多的一组获胜。</w:t>
      </w:r>
      <w:r>
        <w:rPr>
          <w:lang w:eastAsia="zh-CN"/>
        </w:rPr>
        <w:br/>
      </w:r>
      <w:r>
        <w:rPr>
          <w:lang w:eastAsia="zh-CN"/>
        </w:rPr>
        <w:t xml:space="preserve">    2024教师节趣味游戏活动方案 篇9 </w:t>
      </w:r>
      <w:r>
        <w:rPr>
          <w:lang w:eastAsia="zh-CN"/>
        </w:rPr>
        <w:br/>
      </w:r>
      <w:r>
        <w:rPr>
          <w:lang w:eastAsia="zh-CN"/>
        </w:rPr>
        <w:t>　　一、活动目的</w:t>
      </w:r>
      <w:r>
        <w:rPr>
          <w:lang w:eastAsia="zh-CN"/>
        </w:rPr>
        <w:br/>
      </w:r>
      <w:r>
        <w:rPr>
          <w:lang w:eastAsia="zh-CN"/>
        </w:rPr>
        <w:t>　　为了增进家长与子女之间的情感交流，增加老师与家长共同了解的机会，实现家校共育；增强班级集体的凝聚力，培养学生的集体荣誉感和竞赛意识；提高学生的身体素质，充分调动学生参与体育活动的积极性和主动性；帮助学生懂得在活动中要合作、谦让、遵守规则，敢于克服困难，体验胜利的愉悦。</w:t>
      </w:r>
      <w:r>
        <w:rPr>
          <w:lang w:eastAsia="zh-CN"/>
        </w:rPr>
        <w:br/>
      </w:r>
      <w:r>
        <w:rPr>
          <w:lang w:eastAsia="zh-CN"/>
        </w:rPr>
        <w:t>　　二、活动主题：童心同乐 幸福成长</w:t>
      </w:r>
      <w:r>
        <w:rPr>
          <w:lang w:eastAsia="zh-CN"/>
        </w:rPr>
        <w:br/>
      </w:r>
      <w:r>
        <w:rPr>
          <w:lang w:eastAsia="zh-CN"/>
        </w:rPr>
        <w:t>　　三、参加对象：</w:t>
      </w:r>
      <w:r>
        <w:rPr>
          <w:lang w:eastAsia="zh-CN"/>
        </w:rPr>
        <w:br/>
      </w:r>
      <w:r>
        <w:rPr>
          <w:lang w:eastAsia="zh-CN"/>
        </w:rPr>
        <w:t>　　1、一年级12个班的正副班主任，每个游戏活动正副班主任必须全程参与。</w:t>
      </w:r>
      <w:r>
        <w:rPr>
          <w:lang w:eastAsia="zh-CN"/>
        </w:rPr>
        <w:br/>
      </w:r>
      <w:r>
        <w:rPr>
          <w:lang w:eastAsia="zh-CN"/>
        </w:rPr>
        <w:t>　　2、一年级全体学生和每班不少于22位家长（2位家长裁判，其他家长参与游戏，）。</w:t>
      </w:r>
      <w:r>
        <w:rPr>
          <w:lang w:eastAsia="zh-CN"/>
        </w:rPr>
        <w:br/>
      </w:r>
      <w:r>
        <w:rPr>
          <w:lang w:eastAsia="zh-CN"/>
        </w:rPr>
        <w:t>　　四、活动地点：学校足球场</w:t>
      </w:r>
      <w:r>
        <w:rPr>
          <w:lang w:eastAsia="zh-CN"/>
        </w:rPr>
        <w:br/>
      </w:r>
      <w:r>
        <w:rPr>
          <w:lang w:eastAsia="zh-CN"/>
        </w:rPr>
        <w:t>　　五、活动时间：20__年5月 26 日上午9:00——10:30</w:t>
      </w:r>
      <w:r>
        <w:rPr>
          <w:lang w:eastAsia="zh-CN"/>
        </w:rPr>
        <w:br/>
      </w:r>
      <w:r>
        <w:rPr>
          <w:lang w:eastAsia="zh-CN"/>
        </w:rPr>
        <w:t>　　六、工作人员：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1、总指挥：</w:t>
      </w:r>
      <w:r>
        <w:rPr>
          <w:lang w:eastAsia="zh-CN"/>
        </w:rPr>
        <w:br/>
      </w:r>
      <w:r>
        <w:rPr>
          <w:lang w:eastAsia="zh-CN"/>
        </w:rPr>
        <w:t>　　2、司仪：</w:t>
      </w:r>
      <w:r>
        <w:rPr>
          <w:lang w:eastAsia="zh-CN"/>
        </w:rPr>
        <w:br/>
      </w:r>
      <w:r>
        <w:rPr>
          <w:lang w:eastAsia="zh-CN"/>
        </w:rPr>
        <w:t>　　3、发令：</w:t>
      </w:r>
      <w:r>
        <w:rPr>
          <w:lang w:eastAsia="zh-CN"/>
        </w:rPr>
        <w:br/>
      </w:r>
      <w:r>
        <w:rPr>
          <w:lang w:eastAsia="zh-CN"/>
        </w:rPr>
        <w:t>　　4、场地布置：</w:t>
      </w:r>
      <w:r>
        <w:rPr>
          <w:lang w:eastAsia="zh-CN"/>
        </w:rPr>
        <w:br/>
      </w:r>
      <w:r>
        <w:rPr>
          <w:lang w:eastAsia="zh-CN"/>
        </w:rPr>
        <w:t>　　5、游戏物品准备：（12个大小一样的呼啦圈）</w:t>
      </w:r>
      <w:r>
        <w:rPr>
          <w:lang w:eastAsia="zh-CN"/>
        </w:rPr>
        <w:br/>
      </w:r>
      <w:r>
        <w:rPr>
          <w:lang w:eastAsia="zh-CN"/>
        </w:rPr>
        <w:t>　　6、报道： 拍摄：</w:t>
      </w:r>
      <w:r>
        <w:rPr>
          <w:lang w:eastAsia="zh-CN"/>
        </w:rPr>
        <w:br/>
      </w:r>
      <w:r>
        <w:rPr>
          <w:lang w:eastAsia="zh-CN"/>
        </w:rPr>
        <w:t>　　7、裁判：每班2位家长</w:t>
      </w:r>
      <w:r>
        <w:rPr>
          <w:lang w:eastAsia="zh-CN"/>
        </w:rPr>
        <w:br/>
      </w:r>
      <w:r>
        <w:rPr>
          <w:lang w:eastAsia="zh-CN"/>
        </w:rPr>
        <w:t>　　七、活动安排：</w:t>
      </w:r>
      <w:r>
        <w:rPr>
          <w:lang w:eastAsia="zh-CN"/>
        </w:rPr>
        <w:br/>
      </w:r>
      <w:r>
        <w:rPr>
          <w:lang w:eastAsia="zh-CN"/>
        </w:rPr>
        <w:t>　　整个活动分三轮进行：</w:t>
      </w:r>
      <w:r>
        <w:rPr>
          <w:lang w:eastAsia="zh-CN"/>
        </w:rPr>
        <w:br/>
      </w:r>
      <w:r>
        <w:rPr>
          <w:lang w:eastAsia="zh-CN"/>
        </w:rPr>
        <w:t>　　第一轮 ：（热身活动），游戏名称：桃花朵朵开</w:t>
      </w:r>
      <w:r>
        <w:rPr>
          <w:lang w:eastAsia="zh-CN"/>
        </w:rPr>
        <w:br/>
      </w:r>
      <w:r>
        <w:rPr>
          <w:lang w:eastAsia="zh-CN"/>
        </w:rPr>
        <w:t>　　第二轮 ：（比赛活动）, 游戏名称： 传递呼啦圈</w:t>
      </w:r>
      <w:r>
        <w:rPr>
          <w:lang w:eastAsia="zh-CN"/>
        </w:rPr>
        <w:br/>
      </w:r>
      <w:r>
        <w:rPr>
          <w:lang w:eastAsia="zh-CN"/>
        </w:rPr>
        <w:t>　　第三轮 :（比赛活动）, 游戏名称：穿衣接力赛</w:t>
      </w:r>
      <w:r>
        <w:rPr>
          <w:lang w:eastAsia="zh-CN"/>
        </w:rPr>
        <w:br/>
      </w:r>
      <w:r>
        <w:rPr>
          <w:lang w:eastAsia="zh-CN"/>
        </w:rPr>
        <w:t>　　八、具体安排：</w:t>
      </w:r>
      <w:r>
        <w:rPr>
          <w:lang w:eastAsia="zh-CN"/>
        </w:rPr>
        <w:br/>
      </w:r>
      <w:r>
        <w:rPr>
          <w:lang w:eastAsia="zh-CN"/>
        </w:rPr>
        <w:t>　　1、第一轮 ：（热身活动）</w:t>
      </w:r>
      <w:r>
        <w:rPr>
          <w:lang w:eastAsia="zh-CN"/>
        </w:rPr>
        <w:br/>
      </w:r>
      <w:r>
        <w:rPr>
          <w:lang w:eastAsia="zh-CN"/>
        </w:rPr>
        <w:t>　　游戏名称：桃花朵朵开</w:t>
      </w:r>
      <w:r>
        <w:rPr>
          <w:lang w:eastAsia="zh-CN"/>
        </w:rPr>
        <w:br/>
      </w:r>
      <w:r>
        <w:rPr>
          <w:lang w:eastAsia="zh-CN"/>
        </w:rPr>
        <w:t>　　(1)游戏人数: 20位家长和全班学生参与（游戏分2轮，第一轮家长玩3次，然后到学生玩3次）</w:t>
      </w:r>
      <w:r>
        <w:rPr>
          <w:lang w:eastAsia="zh-CN"/>
        </w:rPr>
        <w:br/>
      </w:r>
      <w:r>
        <w:rPr>
          <w:lang w:eastAsia="zh-CN"/>
        </w:rPr>
        <w:t>　　(2) 游戏规则：以班为单位，20位家长手拉手围成一个小圈，全班孩子手拉手围成一个大圈，做成2个同心圆，然后家长先玩3次，给孩子们做个示范，再到孩子们玩3次，大家听主持人喊命令。例如：</w:t>
      </w:r>
      <w:r>
        <w:rPr>
          <w:lang w:eastAsia="zh-CN"/>
        </w:rPr>
        <w:br/>
      </w:r>
      <w:r>
        <w:rPr>
          <w:lang w:eastAsia="zh-CN"/>
        </w:rPr>
        <w:t>　　主持人1：桃花朵朵开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主持人2：开几朵？</w:t>
      </w:r>
      <w:r>
        <w:rPr>
          <w:lang w:eastAsia="zh-CN"/>
        </w:rPr>
        <w:br/>
      </w:r>
      <w:r>
        <w:rPr>
          <w:lang w:eastAsia="zh-CN"/>
        </w:rPr>
        <w:t>　　主持人1：开六朵</w:t>
      </w:r>
      <w:r>
        <w:rPr>
          <w:lang w:eastAsia="zh-CN"/>
        </w:rPr>
        <w:br/>
      </w:r>
      <w:r>
        <w:rPr>
          <w:lang w:eastAsia="zh-CN"/>
        </w:rPr>
        <w:t>　　主持人2：停</w:t>
      </w:r>
      <w:r>
        <w:rPr>
          <w:lang w:eastAsia="zh-CN"/>
        </w:rPr>
        <w:br/>
      </w:r>
      <w:r>
        <w:rPr>
          <w:lang w:eastAsia="zh-CN"/>
        </w:rPr>
        <w:t>　　那就六个人围成一个小圈，不能围到圈的出局。如此类推：可以开五朵、四朵、三朵……,一共玩6次，游戏结束。</w:t>
      </w:r>
      <w:r>
        <w:rPr>
          <w:lang w:eastAsia="zh-CN"/>
        </w:rPr>
        <w:br/>
      </w:r>
      <w:r>
        <w:rPr>
          <w:lang w:eastAsia="zh-CN"/>
        </w:rPr>
        <w:t>　　2、第二轮 （比赛活动）</w:t>
      </w:r>
      <w:r>
        <w:rPr>
          <w:lang w:eastAsia="zh-CN"/>
        </w:rPr>
        <w:br/>
      </w:r>
      <w:r>
        <w:rPr>
          <w:lang w:eastAsia="zh-CN"/>
        </w:rPr>
        <w:t>　　游戏名称： 传递呼啦圈</w:t>
      </w:r>
      <w:r>
        <w:rPr>
          <w:lang w:eastAsia="zh-CN"/>
        </w:rPr>
        <w:br/>
      </w:r>
      <w:r>
        <w:rPr>
          <w:lang w:eastAsia="zh-CN"/>
        </w:rPr>
        <w:t>　　(1)游戏人数:全班学生参与。</w:t>
      </w:r>
      <w:r>
        <w:rPr>
          <w:lang w:eastAsia="zh-CN"/>
        </w:rPr>
        <w:br/>
      </w:r>
      <w:r>
        <w:rPr>
          <w:lang w:eastAsia="zh-CN"/>
        </w:rPr>
        <w:t>　　（2）游戏赛制：游戏1次完成，12个班分成12条跑道。</w:t>
      </w:r>
      <w:r>
        <w:rPr>
          <w:lang w:eastAsia="zh-CN"/>
        </w:rPr>
        <w:br/>
      </w:r>
      <w:r>
        <w:rPr>
          <w:lang w:eastAsia="zh-CN"/>
        </w:rPr>
        <w:t>　　（3）游戏规则：整个班的.学生手拉手拉成一条长队，呼啦圈从第一个人开始传递，呼啦圈必须穿过每个人的身体，但人与人之间手不能松开，一直传递到最后一个，传递完最后一个人要把呼啦圈举起来。</w:t>
      </w:r>
      <w:r>
        <w:rPr>
          <w:lang w:eastAsia="zh-CN"/>
        </w:rPr>
        <w:br/>
      </w:r>
      <w:r>
        <w:rPr>
          <w:lang w:eastAsia="zh-CN"/>
        </w:rPr>
        <w:t>　　3、第三轮 （比赛活动）</w:t>
      </w:r>
      <w:r>
        <w:rPr>
          <w:lang w:eastAsia="zh-CN"/>
        </w:rPr>
        <w:br/>
      </w:r>
      <w:r>
        <w:rPr>
          <w:lang w:eastAsia="zh-CN"/>
        </w:rPr>
        <w:t>　　游戏名称：穿衣接力赛</w:t>
      </w:r>
      <w:r>
        <w:rPr>
          <w:lang w:eastAsia="zh-CN"/>
        </w:rPr>
        <w:br/>
      </w:r>
      <w:r>
        <w:rPr>
          <w:lang w:eastAsia="zh-CN"/>
        </w:rPr>
        <w:t>　　(1)游戏人数:20个学生和20个家长（一个学生配一个家长）</w:t>
      </w:r>
      <w:r>
        <w:rPr>
          <w:lang w:eastAsia="zh-CN"/>
        </w:rPr>
        <w:br/>
      </w:r>
      <w:r>
        <w:rPr>
          <w:lang w:eastAsia="zh-CN"/>
        </w:rPr>
        <w:t>　　（2）游戏赛距：场地长约30米。</w:t>
      </w:r>
      <w:r>
        <w:rPr>
          <w:lang w:eastAsia="zh-CN"/>
        </w:rPr>
        <w:br/>
      </w:r>
      <w:r>
        <w:rPr>
          <w:lang w:eastAsia="zh-CN"/>
        </w:rPr>
        <w:t>　　(3)游戏赛制：游戏1次完成，12个班分成12条跑道。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4）游戏规则：家长和孩子相对应分开在跑道两头，家长拿着一件成人有7个纽扣的短袖衬衣，纵队排在起点线上，发令后，各队第一位孩子拿着衣服迅速向前跑去，跑到终点，孩子马上帮家长穿衣服，扣好纽扣，整理好衣领（注意：穿衣服的所有动作家长不能帮忙），然后和家长拉着手跑回起点，家长把衣服脱下来给下一位家长。……依次类推，直到20个家长和孩子跑完为止。</w:t>
      </w:r>
      <w:r>
        <w:rPr>
          <w:lang w:eastAsia="zh-CN"/>
        </w:rPr>
        <w:br/>
      </w:r>
      <w:r>
        <w:rPr>
          <w:lang w:eastAsia="zh-CN"/>
        </w:rPr>
        <w:t>　　九、场地设计：</w:t>
      </w:r>
      <w:r>
        <w:rPr>
          <w:lang w:eastAsia="zh-CN"/>
        </w:rPr>
        <w:br/>
      </w:r>
      <w:r>
        <w:rPr>
          <w:lang w:eastAsia="zh-CN"/>
        </w:rPr>
        <w:t xml:space="preserve">    2024教师节趣味游戏活动方案 篇10 </w:t>
      </w:r>
      <w:r>
        <w:rPr>
          <w:lang w:eastAsia="zh-CN"/>
        </w:rPr>
        <w:br/>
      </w:r>
      <w:r>
        <w:rPr>
          <w:lang w:eastAsia="zh-CN"/>
        </w:rPr>
        <w:t>　　活动目的：</w:t>
      </w:r>
      <w:r>
        <w:rPr>
          <w:lang w:eastAsia="zh-CN"/>
        </w:rPr>
        <w:br/>
      </w:r>
      <w:r>
        <w:rPr>
          <w:lang w:eastAsia="zh-CN"/>
        </w:rPr>
        <w:t>　　1、幼儿能协调、灵活地跳圈。</w:t>
      </w:r>
      <w:r>
        <w:rPr>
          <w:lang w:eastAsia="zh-CN"/>
        </w:rPr>
        <w:br/>
      </w:r>
      <w:r>
        <w:rPr>
          <w:lang w:eastAsia="zh-CN"/>
        </w:rPr>
        <w:t>　　2、幼儿能很好地分辨颜色。</w:t>
      </w:r>
      <w:r>
        <w:rPr>
          <w:lang w:eastAsia="zh-CN"/>
        </w:rPr>
        <w:br/>
      </w:r>
      <w:r>
        <w:rPr>
          <w:lang w:eastAsia="zh-CN"/>
        </w:rPr>
        <w:t>　　活动准备：</w:t>
      </w:r>
      <w:r>
        <w:rPr>
          <w:lang w:eastAsia="zh-CN"/>
        </w:rPr>
        <w:br/>
      </w:r>
      <w:r>
        <w:rPr>
          <w:lang w:eastAsia="zh-CN"/>
        </w:rPr>
        <w:t>　　小呼啦圈若干个（也可以画圈）、大纸箱一个、各种玩具若干、篮子两个</w:t>
      </w:r>
      <w:r>
        <w:rPr>
          <w:lang w:eastAsia="zh-CN"/>
        </w:rPr>
        <w:br/>
      </w:r>
      <w:r>
        <w:rPr>
          <w:lang w:eastAsia="zh-CN"/>
        </w:rPr>
        <w:t>　　玩法：</w:t>
      </w:r>
      <w:r>
        <w:rPr>
          <w:lang w:eastAsia="zh-CN"/>
        </w:rPr>
        <w:br/>
      </w:r>
      <w:r>
        <w:rPr>
          <w:lang w:eastAsia="zh-CN"/>
        </w:rPr>
        <w:t>　　1、将幼儿分成人数相等的两组，分别站在各自的起跑线上。将玩具放入大纸箱，纸箱放在离起跑线十米的终点处。</w:t>
      </w:r>
      <w:r>
        <w:rPr>
          <w:lang w:eastAsia="zh-CN"/>
        </w:rPr>
        <w:br/>
      </w:r>
      <w:r>
        <w:rPr>
          <w:lang w:eastAsia="zh-CN"/>
        </w:rPr>
        <w:t>　　将呼啦圈分成两部分，不规则的摆在两队起点到终点之间（间距不要过大）。</w:t>
      </w:r>
      <w:r>
        <w:rPr>
          <w:lang w:eastAsia="zh-CN"/>
        </w:rPr>
        <w:br/>
      </w:r>
      <w:r>
        <w:rPr>
          <w:lang w:eastAsia="zh-CN"/>
        </w:rPr>
        <w:t>　　2、老师说“开始！红色！”两组的`第一名幼儿手里拿着篮子开始跳圈跳向终点（可以单腿跳也可以双腿跳），然后在纸箱里选择带有老师指定颜色的玩具放到篮子里（玩具上只有有一种颜色符合就可以），带着篮子跑回起跑线。最先回来并且带回指定玩具多的小组获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3、第一名小朋友把篮子交给第二名小朋友，然后老师喊“开始！绿色！”第二名小朋友跳向终点后，把篮子里的玩具先倒进大纸箱，然后选择带有老师指定颜色的玩具放进篮子，重复上述过程。</w:t>
      </w:r>
      <w:r>
        <w:rPr>
          <w:lang w:eastAsia="zh-CN"/>
        </w:rPr>
        <w:br/>
      </w:r>
      <w:r>
        <w:rPr>
          <w:lang w:eastAsia="zh-CN"/>
        </w:rPr>
        <w:t>　　注意：</w:t>
      </w:r>
      <w:r>
        <w:rPr>
          <w:lang w:eastAsia="zh-CN"/>
        </w:rPr>
        <w:br/>
      </w:r>
      <w:r>
        <w:rPr>
          <w:lang w:eastAsia="zh-CN"/>
        </w:rPr>
        <w:t>　　1、老师要注意幼儿可能会抢同一件玩具。</w:t>
      </w:r>
      <w:r>
        <w:rPr>
          <w:lang w:eastAsia="zh-CN"/>
        </w:rPr>
        <w:br/>
      </w:r>
      <w:r>
        <w:rPr>
          <w:lang w:eastAsia="zh-CN"/>
        </w:rPr>
        <w:t>　　2、幼儿必须每一圈都要跳到。</w:t>
      </w:r>
      <w:r>
        <w:rPr>
          <w:lang w:eastAsia="zh-CN"/>
        </w:rPr>
        <w:br/>
      </w:r>
      <w:r>
        <w:rPr>
          <w:lang w:eastAsia="zh-CN"/>
        </w:rPr>
        <w:t>　　3、大班体育游戏：电羊</w:t>
      </w:r>
      <w:r>
        <w:rPr>
          <w:lang w:eastAsia="zh-CN"/>
        </w:rPr>
        <w:br/>
      </w:r>
      <w:r>
        <w:rPr>
          <w:lang w:eastAsia="zh-CN"/>
        </w:rPr>
        <w:t>　　活动目标：</w:t>
      </w:r>
      <w:r>
        <w:rPr>
          <w:lang w:eastAsia="zh-CN"/>
        </w:rPr>
        <w:br/>
      </w:r>
      <w:r>
        <w:rPr>
          <w:lang w:eastAsia="zh-CN"/>
        </w:rPr>
        <w:t>　　1、练习在一定范围内动作较灵活的四散追逐跑。</w:t>
      </w:r>
      <w:r>
        <w:rPr>
          <w:lang w:eastAsia="zh-CN"/>
        </w:rPr>
        <w:br/>
      </w:r>
      <w:r>
        <w:rPr>
          <w:lang w:eastAsia="zh-CN"/>
        </w:rPr>
        <w:t>　　2、通过游戏，提高四散追逐跑的能力，知道日常生活中要安全用电。</w:t>
      </w:r>
      <w:r>
        <w:rPr>
          <w:lang w:eastAsia="zh-CN"/>
        </w:rPr>
        <w:br/>
      </w:r>
      <w:r>
        <w:rPr>
          <w:lang w:eastAsia="zh-CN"/>
        </w:rPr>
        <w:t>　　3、在活动中注意安全，不与同伴碰撞。</w:t>
      </w:r>
      <w:r>
        <w:rPr>
          <w:lang w:eastAsia="zh-CN"/>
        </w:rPr>
        <w:br/>
      </w:r>
      <w:r>
        <w:rPr>
          <w:lang w:eastAsia="zh-CN"/>
        </w:rPr>
        <w:t>　　活动准备：</w:t>
      </w:r>
      <w:r>
        <w:rPr>
          <w:lang w:eastAsia="zh-CN"/>
        </w:rPr>
        <w:br/>
      </w:r>
      <w:r>
        <w:rPr>
          <w:lang w:eastAsia="zh-CN"/>
        </w:rPr>
        <w:t>　　大灰狼头饰一只，录音机，磁带。</w:t>
      </w:r>
      <w:r>
        <w:rPr>
          <w:lang w:eastAsia="zh-CN"/>
        </w:rPr>
        <w:br/>
      </w:r>
      <w:r>
        <w:rPr>
          <w:lang w:eastAsia="zh-CN"/>
        </w:rPr>
        <w:t>　　玩法：</w:t>
      </w:r>
      <w:r>
        <w:rPr>
          <w:lang w:eastAsia="zh-CN"/>
        </w:rPr>
        <w:br/>
      </w:r>
      <w:r>
        <w:rPr>
          <w:lang w:eastAsia="zh-CN"/>
        </w:rPr>
        <w:t>　　1.开始部分：动物模仿操，能听音乐跟着老师做操。</w:t>
      </w:r>
      <w:r>
        <w:rPr>
          <w:lang w:eastAsia="zh-CN"/>
        </w:rPr>
        <w:br/>
      </w:r>
      <w:r>
        <w:rPr>
          <w:lang w:eastAsia="zh-CN"/>
        </w:rPr>
        <w:t>　　2.基本部分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新授“电羊”的游戏。交代游戏名称，介绍游戏玩法、规则、边讲边示范。教师请小朋友扮小山羊，这当中有老师事先指定的几名“电羊”。小羊在场地上一边玩耍，一边念儿歌：“头上两只角，身上长白毛。爱吃青青草，咩！我是小山羊。”另选一幼儿扮大灰狼，背对“羊群”站立。儿歌念完，“大灰狼”转身喊：“我来吃羊啦！”即追逐“羊群”，“羊群”四散跑开。如果大灰狼捉住了“小山羊”，就可把“小山羊”带出场外。如果“大灰狼”抓住电羊，电羊就发出“的铃铃”的声音，“大灰狼”触电，站着不能动。千万注意，不能让“大灰狼”和其它“小山羊”知道谁是电羊。</w:t>
      </w:r>
      <w:r>
        <w:rPr>
          <w:lang w:eastAsia="zh-CN"/>
        </w:rPr>
        <w:br/>
      </w:r>
      <w:r>
        <w:rPr>
          <w:lang w:eastAsia="zh-CN"/>
        </w:rPr>
        <w:t>　　（2）让幼儿学念“小山羊”儿歌数遍。</w:t>
      </w:r>
      <w:r>
        <w:rPr>
          <w:lang w:eastAsia="zh-CN"/>
        </w:rPr>
        <w:br/>
      </w:r>
      <w:r>
        <w:rPr>
          <w:lang w:eastAsia="zh-CN"/>
        </w:rPr>
        <w:t>　　（3）幼儿玩电羊游戏数遍后，教师鼓励羊不要被大灰狼抓住，表扬没被抓住的幼儿。而“大灰狼”抓“小羊”越多越能干。</w:t>
      </w:r>
      <w:r>
        <w:rPr>
          <w:lang w:eastAsia="zh-CN"/>
        </w:rPr>
        <w:br/>
      </w:r>
      <w:r>
        <w:rPr>
          <w:lang w:eastAsia="zh-CN"/>
        </w:rPr>
        <w:t>　　活动结束：</w:t>
      </w:r>
      <w:r>
        <w:rPr>
          <w:lang w:eastAsia="zh-CN"/>
        </w:rPr>
        <w:br/>
      </w:r>
      <w:r>
        <w:rPr>
          <w:lang w:eastAsia="zh-CN"/>
        </w:rPr>
        <w:t>　　玩民间游戏“炒蚕豆、炒豌豆”数遍。简单小结，表扬机智、勇敢的小朋友。</w:t>
      </w:r>
      <w:r>
        <w:rPr>
          <w:lang w:eastAsia="zh-CN"/>
        </w:rPr>
        <w:br/>
      </w:r>
      <w:r>
        <w:rPr>
          <w:lang w:eastAsia="zh-CN"/>
        </w:rPr>
        <w:t xml:space="preserve">    2024教师节趣味游戏活动方案 篇11 </w:t>
      </w:r>
      <w:r>
        <w:rPr>
          <w:lang w:eastAsia="zh-CN"/>
        </w:rPr>
        <w:br/>
      </w:r>
      <w:r>
        <w:rPr>
          <w:lang w:eastAsia="zh-CN"/>
        </w:rPr>
        <w:t>　　一、承办单位：</w:t>
      </w:r>
      <w:r>
        <w:rPr>
          <w:lang w:eastAsia="zh-CN"/>
        </w:rPr>
        <w:br/>
      </w:r>
      <w:r>
        <w:rPr>
          <w:lang w:eastAsia="zh-CN"/>
        </w:rPr>
        <w:t>　　20__级经济与管理学院的四个专业团支部：</w:t>
      </w:r>
      <w:r>
        <w:rPr>
          <w:lang w:eastAsia="zh-CN"/>
        </w:rPr>
        <w:br/>
      </w:r>
      <w:r>
        <w:rPr>
          <w:lang w:eastAsia="zh-CN"/>
        </w:rPr>
        <w:t>　　经济学团支部、电子商务团支部、市场营销团支部、信息管理团支部、</w:t>
      </w:r>
      <w:r>
        <w:rPr>
          <w:lang w:eastAsia="zh-CN"/>
        </w:rPr>
        <w:br/>
      </w:r>
      <w:r>
        <w:rPr>
          <w:lang w:eastAsia="zh-CN"/>
        </w:rPr>
        <w:t>　　二、活动目的：</w:t>
      </w:r>
      <w:r>
        <w:rPr>
          <w:lang w:eastAsia="zh-CN"/>
        </w:rPr>
        <w:br/>
      </w:r>
      <w:r>
        <w:rPr>
          <w:lang w:eastAsia="zh-CN"/>
        </w:rPr>
        <w:t>　　为了积极响应学院团委“文明沟通”的持久开展，也为了促进各班级同学之间的合作交流，加强彼此间的联谊与沟通，塑造良好的组织文化与和谐气氛，形成正确的价值观，增强团队意识，增进大家的友谊，也为了让同学们更好的感受趣味游戏的非凡魅力，享受活动带来的欢乐。</w:t>
      </w:r>
      <w:r>
        <w:rPr>
          <w:lang w:eastAsia="zh-CN"/>
        </w:rPr>
        <w:br/>
      </w:r>
      <w:r>
        <w:rPr>
          <w:lang w:eastAsia="zh-CN"/>
        </w:rPr>
        <w:t>　　三、活动人员：</w:t>
      </w:r>
      <w:r>
        <w:rPr>
          <w:lang w:eastAsia="zh-CN"/>
        </w:rPr>
        <w:br/>
      </w:r>
      <w:r>
        <w:rPr>
          <w:lang w:eastAsia="zh-CN"/>
        </w:rPr>
        <w:t>　　以20__级经管学院学生为主，本校其他学院的学生自愿参与。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四、活动时间及地点：</w:t>
      </w:r>
      <w:r>
        <w:rPr>
          <w:lang w:eastAsia="zh-CN"/>
        </w:rPr>
        <w:br/>
      </w:r>
      <w:r>
        <w:rPr>
          <w:lang w:eastAsia="zh-CN"/>
        </w:rPr>
        <w:t>　　10月25日中午，第一食堂前空地。</w:t>
      </w:r>
      <w:r>
        <w:rPr>
          <w:lang w:eastAsia="zh-CN"/>
        </w:rPr>
        <w:br/>
      </w:r>
      <w:r>
        <w:rPr>
          <w:lang w:eastAsia="zh-CN"/>
        </w:rPr>
        <w:t>　　五、活动流程：</w:t>
      </w:r>
      <w:r>
        <w:rPr>
          <w:lang w:eastAsia="zh-CN"/>
        </w:rPr>
        <w:br/>
      </w:r>
      <w:r>
        <w:rPr>
          <w:lang w:eastAsia="zh-CN"/>
        </w:rPr>
        <w:t>　　（1）本学院的同学在自己所在的班级文艺委员处报名，各班文艺委员与活动前确定好参赛同学的人数，其他学院的同学可现场报名；</w:t>
      </w:r>
      <w:r>
        <w:rPr>
          <w:lang w:eastAsia="zh-CN"/>
        </w:rPr>
        <w:br/>
      </w:r>
      <w:r>
        <w:rPr>
          <w:lang w:eastAsia="zh-CN"/>
        </w:rPr>
        <w:t>　　（2）活动过程中的裁判及各活动负责人从各专业选出活动前各裁判需要对各个活动的规则详细了解，做到公正严明，班级的出场次序及赛程安排由组织委员安排决定；</w:t>
      </w:r>
      <w:r>
        <w:rPr>
          <w:lang w:eastAsia="zh-CN"/>
        </w:rPr>
        <w:br/>
      </w:r>
      <w:r>
        <w:rPr>
          <w:lang w:eastAsia="zh-CN"/>
        </w:rPr>
        <w:t>　　（3）比赛始终坚持”友谊第一，比赛第二“的原则；</w:t>
      </w:r>
      <w:r>
        <w:rPr>
          <w:lang w:eastAsia="zh-CN"/>
        </w:rPr>
        <w:br/>
      </w:r>
      <w:r>
        <w:rPr>
          <w:lang w:eastAsia="zh-CN"/>
        </w:rPr>
        <w:t>　　（4）各班宣传委员组织好宣传工作，积极组织活动的相关工作，搞好活动预期效果，拟定好具体宣传方案并粘贴在校展览板上。</w:t>
      </w:r>
      <w:r>
        <w:rPr>
          <w:lang w:eastAsia="zh-CN"/>
        </w:rPr>
        <w:br/>
      </w:r>
      <w:r>
        <w:rPr>
          <w:lang w:eastAsia="zh-CN"/>
        </w:rPr>
        <w:t>　　六、活动器材：</w:t>
      </w:r>
      <w:r>
        <w:rPr>
          <w:lang w:eastAsia="zh-CN"/>
        </w:rPr>
        <w:br/>
      </w:r>
      <w:r>
        <w:rPr>
          <w:lang w:eastAsia="zh-CN"/>
        </w:rPr>
        <w:t>　　由各个负责人根据赛程需要准备，罗列出器材清单统一发配。</w:t>
      </w:r>
      <w:r>
        <w:rPr>
          <w:lang w:eastAsia="zh-CN"/>
        </w:rPr>
        <w:br/>
      </w:r>
      <w:r>
        <w:rPr>
          <w:lang w:eastAsia="zh-CN"/>
        </w:rPr>
        <w:t>　　七、奖项及奖品设置：</w:t>
      </w:r>
      <w:r>
        <w:rPr>
          <w:lang w:eastAsia="zh-CN"/>
        </w:rPr>
        <w:br/>
      </w:r>
      <w:r>
        <w:rPr>
          <w:lang w:eastAsia="zh-CN"/>
        </w:rPr>
        <w:t>　　起草赛程相应的奖品设置的方案，制定奖券，制定奖励规则，统一到生活委员负责处（设置奖品领取处）领取。</w:t>
      </w:r>
      <w:r>
        <w:rPr>
          <w:lang w:eastAsia="zh-CN"/>
        </w:rPr>
        <w:br/>
      </w:r>
      <w:r>
        <w:rPr>
          <w:lang w:eastAsia="zh-CN"/>
        </w:rPr>
        <w:t>　　八、活动赛程内容及规则</w:t>
      </w:r>
      <w:r>
        <w:rPr>
          <w:lang w:eastAsia="zh-CN"/>
        </w:rPr>
        <w:br/>
      </w:r>
      <w:r>
        <w:rPr>
          <w:lang w:eastAsia="zh-CN"/>
        </w:rPr>
        <w:t>　　活动一（背靠背）；</w:t>
      </w:r>
      <w:r>
        <w:rPr>
          <w:lang w:eastAsia="zh-CN"/>
        </w:rPr>
        <w:br/>
      </w:r>
      <w:r>
        <w:rPr>
          <w:lang w:eastAsia="zh-CN"/>
        </w:rPr>
        <w:t>　　游戏方法：每次比赛由4组队员同时进行（负责人可根据实际情况稍做调整），每组两人。每组参赛人员使用背部、臀部、手臂合力将气球压破，不得使用尖状物品触碰气球。限时2分钟。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奖励方法：压破气球多的一组获得该回合的胜利（组内成员每人一张奖券）</w:t>
      </w:r>
      <w:r>
        <w:rPr>
          <w:lang w:eastAsia="zh-CN"/>
        </w:rPr>
        <w:br/>
      </w:r>
      <w:r>
        <w:rPr>
          <w:lang w:eastAsia="zh-CN"/>
        </w:rPr>
        <w:t>　　活动二（夹弹珠）；</w:t>
      </w:r>
      <w:r>
        <w:rPr>
          <w:lang w:eastAsia="zh-CN"/>
        </w:rPr>
        <w:br/>
      </w:r>
      <w:r>
        <w:rPr>
          <w:lang w:eastAsia="zh-CN"/>
        </w:rPr>
        <w:t>　　游戏规则：把一个装着水的和若干弹珠的小盒放在桌子上。两个参赛的同学用筷子分别从这个盒子中夹取弹珠，放到各自旁边的小杯子中，时间为一分钟。在这一分钟内，看谁夹的弹珠数量最多，多者获胜。赢家将得到奖券一张。</w:t>
      </w:r>
      <w:r>
        <w:rPr>
          <w:lang w:eastAsia="zh-CN"/>
        </w:rPr>
        <w:br/>
      </w:r>
      <w:r>
        <w:rPr>
          <w:lang w:eastAsia="zh-CN"/>
        </w:rPr>
        <w:t>　　注意事项：</w:t>
      </w:r>
      <w:r>
        <w:rPr>
          <w:lang w:eastAsia="zh-CN"/>
        </w:rPr>
        <w:br/>
      </w:r>
      <w:r>
        <w:rPr>
          <w:lang w:eastAsia="zh-CN"/>
        </w:rPr>
        <w:t>　　（1）弹珠在被夹到杯子的过程中，滑落就作废，不能重新将其夹起来放到杯子里。</w:t>
      </w:r>
      <w:r>
        <w:rPr>
          <w:lang w:eastAsia="zh-CN"/>
        </w:rPr>
        <w:br/>
      </w:r>
      <w:r>
        <w:rPr>
          <w:lang w:eastAsia="zh-CN"/>
        </w:rPr>
        <w:t>　　（2）夹取弹珠时，必须用筷子，不能用手拿去，否则犯规。</w:t>
      </w:r>
      <w:r>
        <w:rPr>
          <w:lang w:eastAsia="zh-CN"/>
        </w:rPr>
        <w:br/>
      </w:r>
      <w:r>
        <w:rPr>
          <w:lang w:eastAsia="zh-CN"/>
        </w:rPr>
        <w:t>　　获奖方法：夹球最多者获得该轮的胜利</w:t>
      </w:r>
      <w:r>
        <w:rPr>
          <w:lang w:eastAsia="zh-CN"/>
        </w:rPr>
        <w:br/>
      </w:r>
      <w:r>
        <w:rPr>
          <w:lang w:eastAsia="zh-CN"/>
        </w:rPr>
        <w:t>　　（文件一由经济学统一负责，负责人：刘媛，徐安稳）</w:t>
      </w:r>
      <w:r>
        <w:rPr>
          <w:lang w:eastAsia="zh-CN"/>
        </w:rPr>
        <w:br/>
      </w:r>
      <w:r>
        <w:rPr>
          <w:lang w:eastAsia="zh-CN"/>
        </w:rPr>
        <w:t>　　活动三（千钧一发）；</w:t>
      </w:r>
      <w:r>
        <w:rPr>
          <w:lang w:eastAsia="zh-CN"/>
        </w:rPr>
        <w:br/>
      </w:r>
      <w:r>
        <w:rPr>
          <w:lang w:eastAsia="zh-CN"/>
        </w:rPr>
        <w:t>　　游戏规则：将两张桌子拼在一起，参与者手握水</w:t>
      </w:r>
      <w:r>
        <w:rPr>
          <w:lang w:eastAsia="zh-CN"/>
        </w:rPr>
        <w:br/>
      </w:r>
      <w:r>
        <w:rPr>
          <w:lang w:eastAsia="zh-CN"/>
        </w:rPr>
        <w:t>　　杯，从桌子一头推往另一头，但水杯不能掉下桌子，用卷尺测量水杯与桌边界距离最短即为胜利者（距离相同者以杯内水多者胜出）。</w:t>
      </w:r>
      <w:r>
        <w:rPr>
          <w:lang w:eastAsia="zh-CN"/>
        </w:rPr>
        <w:br/>
      </w:r>
      <w:r>
        <w:rPr>
          <w:lang w:eastAsia="zh-CN"/>
        </w:rPr>
        <w:t>　　奖励办法：从规定位置将此水杯推出停止后，根据水杯距离桌面距离依次颁发一，二等奖。</w:t>
      </w:r>
      <w:r>
        <w:rPr>
          <w:lang w:eastAsia="zh-CN"/>
        </w:rPr>
        <w:br/>
      </w:r>
      <w:r>
        <w:rPr>
          <w:lang w:eastAsia="zh-CN"/>
        </w:rPr>
        <w:t>　　活动四（信任前行）；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游戏规则：参赛者两人一组，一名选手蒙上双眼，由队友言语指挥参赛者由起点手持乒乓球通过设定的障碍物，在规定的2分钟内最先将乒乓球投入指定位置，即为胜利。</w:t>
      </w:r>
      <w:r>
        <w:rPr>
          <w:lang w:eastAsia="zh-CN"/>
        </w:rPr>
        <w:br/>
      </w:r>
      <w:r>
        <w:rPr>
          <w:lang w:eastAsia="zh-CN"/>
        </w:rPr>
        <w:t>　　注意事项：</w:t>
      </w:r>
      <w:r>
        <w:rPr>
          <w:lang w:eastAsia="zh-CN"/>
        </w:rPr>
        <w:br/>
      </w:r>
      <w:r>
        <w:rPr>
          <w:lang w:eastAsia="zh-CN"/>
        </w:rPr>
        <w:t>　　（1）参赛者不能随意摘下眼罩，碰倒障碍物需重新返回起点再次开始。</w:t>
      </w:r>
      <w:r>
        <w:rPr>
          <w:lang w:eastAsia="zh-CN"/>
        </w:rPr>
        <w:br/>
      </w:r>
      <w:r>
        <w:rPr>
          <w:lang w:eastAsia="zh-CN"/>
        </w:rPr>
        <w:t>　　（2）裁判注意参赛选手的违规现象，做到公正严明。</w:t>
      </w:r>
      <w:r>
        <w:rPr>
          <w:lang w:eastAsia="zh-CN"/>
        </w:rPr>
        <w:br/>
      </w:r>
      <w:r>
        <w:rPr>
          <w:lang w:eastAsia="zh-CN"/>
        </w:rPr>
        <w:t>　　（3）场外人员不要大声喧哗，以免干扰参赛者。</w:t>
      </w:r>
      <w:r>
        <w:rPr>
          <w:lang w:eastAsia="zh-CN"/>
        </w:rPr>
        <w:br/>
      </w:r>
      <w:r>
        <w:rPr>
          <w:lang w:eastAsia="zh-CN"/>
        </w:rPr>
        <w:t>　　奖励办法：从规定位置出发，在相关规定时间范围内，分设一，二等奖。</w:t>
      </w:r>
      <w:r>
        <w:rPr>
          <w:lang w:eastAsia="zh-CN"/>
        </w:rPr>
        <w:br/>
      </w:r>
      <w:r>
        <w:rPr>
          <w:lang w:eastAsia="zh-CN"/>
        </w:rPr>
        <w:t>　　（文件二由电子商务统一负责，负责人：王雪、赵霞）</w:t>
      </w:r>
      <w:r>
        <w:rPr>
          <w:lang w:eastAsia="zh-CN"/>
        </w:rPr>
        <w:br/>
      </w:r>
      <w:r>
        <w:rPr>
          <w:lang w:eastAsia="zh-CN"/>
        </w:rPr>
        <w:t xml:space="preserve">    2024教师节趣味游戏活动方案 篇12 </w:t>
      </w:r>
      <w:r>
        <w:rPr>
          <w:lang w:eastAsia="zh-CN"/>
        </w:rPr>
        <w:br/>
      </w:r>
      <w:r>
        <w:rPr>
          <w:lang w:eastAsia="zh-CN"/>
        </w:rPr>
        <w:t>　　一、指导思想</w:t>
      </w:r>
      <w:r>
        <w:rPr>
          <w:lang w:eastAsia="zh-CN"/>
        </w:rPr>
        <w:br/>
      </w:r>
      <w:r>
        <w:rPr>
          <w:lang w:eastAsia="zh-CN"/>
        </w:rPr>
        <w:t>　　贯彻落实全国学校体育工作会议精神和教育部关于开展全国亿万学生阳光体育运动的决定。树立“健康第一”、“每天锻炼一小时，健康工作五十年，幸福生活一辈子”的现代健康理念，大力推进体育大课间活动，全面实施《学生体质健康标准》，蓬勃开展“阳光体育活动”。以培养学生刻苦锻炼的精神，培育学校的体育精神，营造一种良好的校园体育文化氛围，使学生自觉地参加每天一小时的体育活动。</w:t>
      </w:r>
      <w:r>
        <w:rPr>
          <w:lang w:eastAsia="zh-CN"/>
        </w:rPr>
        <w:br/>
      </w:r>
      <w:r>
        <w:rPr>
          <w:lang w:eastAsia="zh-CN"/>
        </w:rPr>
        <w:t>　　二、活动主题</w:t>
      </w:r>
      <w:r>
        <w:rPr>
          <w:lang w:eastAsia="zh-CN"/>
        </w:rPr>
        <w:br/>
      </w:r>
      <w:r>
        <w:rPr>
          <w:lang w:eastAsia="zh-CN"/>
        </w:rPr>
        <w:t>　　我运动、我健康、我快乐</w:t>
      </w:r>
      <w:r>
        <w:rPr>
          <w:lang w:eastAsia="zh-CN"/>
        </w:rPr>
        <w:br/>
      </w:r>
      <w:r>
        <w:rPr>
          <w:lang w:eastAsia="zh-CN"/>
        </w:rPr>
        <w:t>　　三、组织领导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组长：_</w:t>
      </w:r>
      <w:r>
        <w:rPr>
          <w:lang w:eastAsia="zh-CN"/>
        </w:rPr>
        <w:br/>
      </w:r>
      <w:r>
        <w:rPr>
          <w:lang w:eastAsia="zh-CN"/>
        </w:rPr>
        <w:t>　　副组长：_、</w:t>
      </w:r>
      <w:r>
        <w:rPr>
          <w:lang w:eastAsia="zh-CN"/>
        </w:rPr>
        <w:br/>
      </w:r>
      <w:r>
        <w:rPr>
          <w:lang w:eastAsia="zh-CN"/>
        </w:rPr>
        <w:t>　　成员：_、_、_</w:t>
      </w:r>
      <w:r>
        <w:rPr>
          <w:lang w:eastAsia="zh-CN"/>
        </w:rPr>
        <w:br/>
      </w:r>
      <w:r>
        <w:rPr>
          <w:lang w:eastAsia="zh-CN"/>
        </w:rPr>
        <w:t>　　四、活动原则</w:t>
      </w:r>
      <w:r>
        <w:rPr>
          <w:lang w:eastAsia="zh-CN"/>
        </w:rPr>
        <w:br/>
      </w:r>
      <w:r>
        <w:rPr>
          <w:lang w:eastAsia="zh-CN"/>
        </w:rPr>
        <w:t>　　1、全员参与性原则</w:t>
      </w:r>
      <w:r>
        <w:rPr>
          <w:lang w:eastAsia="zh-CN"/>
        </w:rPr>
        <w:br/>
      </w:r>
      <w:r>
        <w:rPr>
          <w:lang w:eastAsia="zh-CN"/>
        </w:rPr>
        <w:t>　　没有特殊情况，任何老师不得留学生在教室或办公室做其他事情。</w:t>
      </w:r>
      <w:r>
        <w:rPr>
          <w:lang w:eastAsia="zh-CN"/>
        </w:rPr>
        <w:br/>
      </w:r>
      <w:r>
        <w:rPr>
          <w:lang w:eastAsia="zh-CN"/>
        </w:rPr>
        <w:t>　　2、每天一小时原则</w:t>
      </w:r>
      <w:r>
        <w:rPr>
          <w:lang w:eastAsia="zh-CN"/>
        </w:rPr>
        <w:br/>
      </w:r>
      <w:r>
        <w:rPr>
          <w:lang w:eastAsia="zh-CN"/>
        </w:rPr>
        <w:t>　　每天的课间操、下午学校组织的体育活动一小时以上。</w:t>
      </w:r>
      <w:r>
        <w:rPr>
          <w:lang w:eastAsia="zh-CN"/>
        </w:rPr>
        <w:br/>
      </w:r>
      <w:r>
        <w:rPr>
          <w:lang w:eastAsia="zh-CN"/>
        </w:rPr>
        <w:t>　　3、课内外结合原则</w:t>
      </w:r>
      <w:r>
        <w:rPr>
          <w:lang w:eastAsia="zh-CN"/>
        </w:rPr>
        <w:br/>
      </w:r>
      <w:r>
        <w:rPr>
          <w:lang w:eastAsia="zh-CN"/>
        </w:rPr>
        <w:t>　　做好家长宣传工作，采用家校联动方式，使全体教师、学生、家长行动起来，参与到这一全民健身活动中来。</w:t>
      </w:r>
      <w:r>
        <w:rPr>
          <w:lang w:eastAsia="zh-CN"/>
        </w:rPr>
        <w:br/>
      </w:r>
      <w:r>
        <w:rPr>
          <w:lang w:eastAsia="zh-CN"/>
        </w:rPr>
        <w:t>　　4、安全性原则</w:t>
      </w:r>
      <w:r>
        <w:rPr>
          <w:lang w:eastAsia="zh-CN"/>
        </w:rPr>
        <w:br/>
      </w:r>
      <w:r>
        <w:rPr>
          <w:lang w:eastAsia="zh-CN"/>
        </w:rPr>
        <w:t>　　各班在设计活动时，要充分考虑到学生的年龄因素，场地因素，制定出相适宜的活动计划，在选用器材时注意安全，在带班活动时，带班老师要有高度的责任心。</w:t>
      </w:r>
      <w:r>
        <w:rPr>
          <w:lang w:eastAsia="zh-CN"/>
        </w:rPr>
        <w:br/>
      </w:r>
      <w:r>
        <w:rPr>
          <w:lang w:eastAsia="zh-CN"/>
        </w:rPr>
        <w:t>　　五、实施目标</w:t>
      </w:r>
      <w:r>
        <w:rPr>
          <w:lang w:eastAsia="zh-CN"/>
        </w:rPr>
        <w:br/>
      </w:r>
      <w:r>
        <w:rPr>
          <w:lang w:eastAsia="zh-CN"/>
        </w:rPr>
        <w:t>　　1、树立科学的人才观，充分认识体育对强身健体、陶冶情操、启迪智慧、壮美人生，以及培养团结、合作、坚强、献身和友爱精神，弘扬民族精神的积极作用。</w:t>
      </w:r>
      <w:r>
        <w:rPr>
          <w:lang w:eastAsia="zh-CN"/>
        </w:rPr>
        <w:br/>
      </w:r>
    </w:p>
    <w:p w:rsidR="001B1F19" w14:textId="27C3F48A">
      <w:pPr>
        <w:rPr>
          <w:rFonts w:hint="eastAsia"/>
          <w:lang w:eastAsia="zh-CN"/>
        </w:rPr>
      </w:pPr>
      <w:r>
        <w:rPr>
          <w:lang w:eastAsia="zh-CN"/>
        </w:rPr>
        <w:t>　　2、开展阳光体育运动，要与体育课教学相结合通过体育教学，教育、引导学生积极参加阳光体育运动，增强学校体育工作的活力和吸引力。</w:t>
      </w:r>
      <w:r>
        <w:rPr>
          <w:lang w:eastAsia="zh-CN"/>
        </w:rPr>
        <w:br/>
      </w:r>
      <w:r>
        <w:rPr>
          <w:lang w:eastAsia="zh-CN"/>
        </w:rPr>
        <w:t>　　3、与课外体育活动相结合。保证学生在每天能到室外去，保证能有一小时的体育锻炼时间，将学生课外体育活动纳入学校年度教育计划。</w:t>
      </w:r>
      <w:r>
        <w:rPr>
          <w:lang w:eastAsia="zh-CN"/>
        </w:rPr>
        <w:br/>
      </w:r>
      <w:r>
        <w:rPr>
          <w:lang w:eastAsia="zh-CN"/>
        </w:rPr>
        <w:t>　　4、大力宣传阳光体育运动，广泛传播健康理念，使“健康第一”、“每天锻炼一小时，健康工作五十年，幸福生活一辈子”等口号深入人心。</w:t>
      </w:r>
      <w:r>
        <w:rPr>
          <w:lang w:eastAsia="zh-CN"/>
        </w:rPr>
        <w:br/>
      </w:r>
      <w:r>
        <w:rPr>
          <w:lang w:eastAsia="zh-CN"/>
        </w:rPr>
        <w:t>　　5、建立学校体育活动的长效机制，营造人人参与、个个争先的氛围，通过学校体育活动，保证每名学生至少掌握两项日常锻炼运动技能，养成终身体育锻炼的'习惯。</w:t>
      </w:r>
      <w:r>
        <w:rPr>
          <w:lang w:eastAsia="zh-CN"/>
        </w:rPr>
        <w:br/>
      </w:r>
      <w:r>
        <w:rPr>
          <w:lang w:eastAsia="zh-CN"/>
        </w:rPr>
        <w:t>　　六、活动内容</w:t>
      </w:r>
      <w:r>
        <w:rPr>
          <w:lang w:eastAsia="zh-CN"/>
        </w:rPr>
        <w:br/>
      </w:r>
      <w:r>
        <w:rPr>
          <w:lang w:eastAsia="zh-CN"/>
        </w:rPr>
        <w:t>　　1、积极拓展阳光体育活动，大力普及阳光体育跳绳活动，充分利用早操、活动课、课间休息等时间进行丰富多彩的跳绳活动。</w:t>
      </w:r>
      <w:r>
        <w:rPr>
          <w:lang w:eastAsia="zh-CN"/>
        </w:rPr>
        <w:br/>
      </w:r>
      <w:r>
        <w:rPr>
          <w:lang w:eastAsia="zh-CN"/>
        </w:rPr>
        <w:t>　　2、根据学校体育工作计划，积极开展大课间体育活动，确保学生每天1小时体育活动时间。大课间体育活动做到“五定”，即定计划、定内容、定时间、定场地、定指导教师。</w:t>
      </w:r>
      <w:r>
        <w:rPr>
          <w:lang w:eastAsia="zh-CN"/>
        </w:rPr>
        <w:br/>
      </w:r>
      <w:r>
        <w:rPr>
          <w:lang w:eastAsia="zh-CN"/>
        </w:rPr>
        <w:t>　　3、开足开齐体育课，其中无体育课的当天安排一节体育活动课;同时要积极推进体育教学改革，不断提高体育教学质量。</w:t>
      </w:r>
      <w:r>
        <w:rPr>
          <w:lang w:eastAsia="zh-CN"/>
        </w:rPr>
        <w:br/>
      </w:r>
      <w:r>
        <w:rPr>
          <w:lang w:eastAsia="zh-CN"/>
        </w:rPr>
        <w:t>　　4、继续做好《学生体质健康标准》测试工作。完善学生健康档案，全面实施《学生体质健康标准》。要认真执行体质健康测试报告制度，做到规范化、制度化。</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https://d.book118.com/056233214153010044</w:t>
        </w:r>
      </w:hyperlink>
    </w:p>
    <w:p w:rsidR="001B1F19">
      <w:pPr>
        <w:rPr>
          <w:rFonts w:hint="eastAsia"/>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56233214153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