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小学学校下学期工作计划</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t>小学学校下学期工作计划1</w:t>
      </w:r>
      <w:r>
        <w:rPr>
          <w:lang w:eastAsia="zh-CN"/>
        </w:rPr>
        <w:br/>
      </w:r>
      <w:r>
        <w:rPr>
          <w:lang w:eastAsia="zh-CN"/>
        </w:rPr>
        <w:t xml:space="preserve">    转眼间参加工作已经有6个年头了，在这6年里我认真的完成学校教给我的每一项任务，全身心的投入到教学工作中去，在教育实践中也不断的加强自身的学习，充实和提高自己的教学水平，但与其他优秀教师相比还有一段差距，尤其开学之初我校又走进一批青年教师，为我校的教育事业注入了新的力量，新的活力。面对新的工作，新的挑战我必须不断的学习，发展自己，完善自己。我对自己本学期工作计划计划如下： </w:t>
      </w:r>
      <w:r>
        <w:rPr>
          <w:lang w:eastAsia="zh-CN"/>
        </w:rPr>
        <w:br/>
      </w:r>
      <w:r>
        <w:rPr>
          <w:lang w:eastAsia="zh-CN"/>
        </w:rPr>
        <w:t>　　一、教学工作方面。</w:t>
      </w:r>
      <w:r>
        <w:rPr>
          <w:lang w:eastAsia="zh-CN"/>
        </w:rPr>
        <w:br/>
      </w:r>
      <w:r>
        <w:rPr>
          <w:lang w:eastAsia="zh-CN"/>
        </w:rPr>
        <w:t>　　本学期我继续担任两个班的地理老师，课堂是教师“传道、授业、解惑”的主阵地，为了使每堂课短短的40分钟井然有序、包容性大，信息量多、形式活跃、贴近学生的年龄特点，发挥其最大的效用。我将注重在课前、课中、课后三个方面下功夫。</w:t>
      </w:r>
      <w:r>
        <w:rPr>
          <w:lang w:eastAsia="zh-CN"/>
        </w:rPr>
        <w:br/>
      </w:r>
      <w:r>
        <w:rPr>
          <w:lang w:eastAsia="zh-CN"/>
        </w:rPr>
        <w:t>　　课前备课是重点，备课标、备教材、备学生、备教具、备教法。利用校园网络优势，积极搜集学生感兴趣的材料，进行重组为教学服务。积极参加集体备课，博采众长探索最有效的教学方法。积极听课，听取其他老师在处理课堂问题的具体方法，精心设计教案，有效利用多媒体方式。保证课前的准备工作及时、充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课堂教学我力争在教学中抓关键，突重点，排疑点，讲求教法，渗透学法，既教书更育人，使学生的身心得到全面和谐的发展，努力形成自己的教学风格。课堂上语言准确简洁，突出重点，突破难点，充分发挥教师的主导作用和学生的主体作用，使学生在轻松快乐中掌握知识。</w:t>
      </w:r>
      <w:r>
        <w:rPr>
          <w:lang w:eastAsia="zh-CN"/>
        </w:rPr>
        <w:br/>
      </w:r>
      <w:r>
        <w:rPr>
          <w:lang w:eastAsia="zh-CN"/>
        </w:rPr>
        <w:t>　　课后尽量减轻学生的负担不留作业或少留作业，重点要及时检查练习册完成情况，做好课后反思，记录教学心得。</w:t>
      </w:r>
      <w:r>
        <w:rPr>
          <w:lang w:eastAsia="zh-CN"/>
        </w:rPr>
        <w:br/>
      </w:r>
      <w:r>
        <w:rPr>
          <w:lang w:eastAsia="zh-CN"/>
        </w:rPr>
        <w:t>　　（一）具体教学措施：</w:t>
      </w:r>
      <w:r>
        <w:rPr>
          <w:lang w:eastAsia="zh-CN"/>
        </w:rPr>
        <w:br/>
      </w:r>
      <w:r>
        <w:rPr>
          <w:lang w:eastAsia="zh-CN"/>
        </w:rPr>
        <w:t>　　1、强化学生的.基本技能，学会读图、填图，从宏观上了解地理单元的知识。</w:t>
      </w:r>
      <w:r>
        <w:rPr>
          <w:lang w:eastAsia="zh-CN"/>
        </w:rPr>
        <w:br/>
      </w:r>
      <w:r>
        <w:rPr>
          <w:lang w:eastAsia="zh-CN"/>
        </w:rPr>
        <w:t>　　2、进行地理基础知识和基本数据的强化记忆，对地理知识进行必要的储备。</w:t>
      </w:r>
      <w:r>
        <w:rPr>
          <w:lang w:eastAsia="zh-CN"/>
        </w:rPr>
        <w:br/>
      </w:r>
      <w:r>
        <w:rPr>
          <w:lang w:eastAsia="zh-CN"/>
        </w:rPr>
        <w:t>　　3、课前知识竞赛，以小组为单位，累积总分，期中、期末评比总分第一</w:t>
      </w:r>
      <w:r>
        <w:rPr>
          <w:lang w:eastAsia="zh-CN"/>
        </w:rPr>
        <w:br/>
      </w:r>
      <w:r>
        <w:rPr>
          <w:lang w:eastAsia="zh-CN"/>
        </w:rPr>
        <w:t>　　4、培养学生关注自然，关心社会、关心时事的自觉性，收看《新闻联播》、《世界之窗》、《正大综艺》等节目，增进对世界的了解。</w:t>
      </w:r>
      <w:r>
        <w:rPr>
          <w:lang w:eastAsia="zh-CN"/>
        </w:rPr>
        <w:br/>
      </w:r>
      <w:r>
        <w:rPr>
          <w:lang w:eastAsia="zh-CN"/>
        </w:rPr>
        <w:t>　　（二）教学进度：</w:t>
      </w:r>
      <w:r>
        <w:rPr>
          <w:lang w:eastAsia="zh-CN"/>
        </w:rPr>
        <w:br/>
      </w:r>
      <w:r>
        <w:rPr>
          <w:lang w:eastAsia="zh-CN"/>
        </w:rPr>
        <w:t>　　1——3周：第六章：我们生活的大洲。</w:t>
      </w:r>
      <w:r>
        <w:rPr>
          <w:lang w:eastAsia="zh-CN"/>
        </w:rPr>
        <w:br/>
      </w:r>
      <w:r>
        <w:rPr>
          <w:lang w:eastAsia="zh-CN"/>
        </w:rPr>
        <w:t>　　3——7周：第七章：我们临近的国家和地区。</w:t>
      </w:r>
      <w:r>
        <w:rPr>
          <w:lang w:eastAsia="zh-CN"/>
        </w:rPr>
        <w:br/>
      </w:r>
      <w:r>
        <w:rPr>
          <w:lang w:eastAsia="zh-CN"/>
        </w:rPr>
        <w:t>　　8——12周：东半球其他国家和地区。</w:t>
      </w:r>
      <w:r>
        <w:rPr>
          <w:lang w:eastAsia="zh-CN"/>
        </w:rPr>
        <w:br/>
      </w:r>
      <w:r>
        <w:rPr>
          <w:lang w:eastAsia="zh-CN"/>
        </w:rPr>
        <w:t>　　12——15周；西半球国家和地区。</w:t>
      </w:r>
      <w:r>
        <w:rPr>
          <w:lang w:eastAsia="zh-CN"/>
        </w:rPr>
        <w:br/>
      </w:r>
      <w:r>
        <w:rPr>
          <w:lang w:eastAsia="zh-CN"/>
        </w:rPr>
        <w:t>　　16——17周：极地地区。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18周：复习。</w:t>
      </w:r>
      <w:r>
        <w:rPr>
          <w:lang w:eastAsia="zh-CN"/>
        </w:rPr>
        <w:br/>
      </w:r>
      <w:r>
        <w:rPr>
          <w:lang w:eastAsia="zh-CN"/>
        </w:rPr>
        <w:t>　　19周：考试。</w:t>
      </w:r>
      <w:r>
        <w:rPr>
          <w:lang w:eastAsia="zh-CN"/>
        </w:rPr>
        <w:br/>
      </w:r>
      <w:r>
        <w:rPr>
          <w:lang w:eastAsia="zh-CN"/>
        </w:rPr>
        <w:t>　　二、自身提高方面：</w:t>
      </w:r>
      <w:r>
        <w:rPr>
          <w:lang w:eastAsia="zh-CN"/>
        </w:rPr>
        <w:br/>
      </w:r>
      <w:r>
        <w:rPr>
          <w:lang w:eastAsia="zh-CN"/>
        </w:rPr>
        <w:t>　　1、参加学校举办的“四杯赛”，给自己和学生一个展示自己的舞台。</w:t>
      </w:r>
      <w:r>
        <w:rPr>
          <w:lang w:eastAsia="zh-CN"/>
        </w:rPr>
        <w:br/>
      </w:r>
      <w:r>
        <w:rPr>
          <w:lang w:eastAsia="zh-CN"/>
        </w:rPr>
        <w:t>　　2、每月读一本好书，坚持写读书笔记。</w:t>
      </w:r>
      <w:r>
        <w:rPr>
          <w:lang w:eastAsia="zh-CN"/>
        </w:rPr>
        <w:br/>
      </w:r>
      <w:r>
        <w:rPr>
          <w:lang w:eastAsia="zh-CN"/>
        </w:rPr>
        <w:t>　　3、整理教学心得，发表有关教育教学方面的论文。</w:t>
      </w:r>
      <w:r>
        <w:rPr>
          <w:lang w:eastAsia="zh-CN"/>
        </w:rPr>
        <w:br/>
      </w:r>
      <w:r>
        <w:rPr>
          <w:lang w:eastAsia="zh-CN"/>
        </w:rPr>
        <w:t>　　4、阅读积累经典小故事，每周至少两篇。</w:t>
      </w:r>
      <w:r>
        <w:rPr>
          <w:lang w:eastAsia="zh-CN"/>
        </w:rPr>
        <w:br/>
      </w:r>
      <w:r>
        <w:rPr>
          <w:lang w:eastAsia="zh-CN"/>
        </w:rPr>
        <w:t>　　5、深入课堂，走进学生，了解学生，提高自己的管理能力。</w:t>
      </w:r>
      <w:r>
        <w:rPr>
          <w:lang w:eastAsia="zh-CN"/>
        </w:rPr>
        <w:br/>
      </w:r>
      <w:r>
        <w:rPr>
          <w:lang w:eastAsia="zh-CN"/>
        </w:rPr>
        <w:t>　　6、继续加强教师基本功的训练。</w:t>
      </w:r>
      <w:r>
        <w:rPr>
          <w:lang w:eastAsia="zh-CN"/>
        </w:rPr>
        <w:br/>
      </w:r>
      <w:r>
        <w:rPr>
          <w:lang w:eastAsia="zh-CN"/>
        </w:rPr>
        <w:t>　　三、信息工作方面：</w:t>
      </w:r>
      <w:r>
        <w:rPr>
          <w:lang w:eastAsia="zh-CN"/>
        </w:rPr>
        <w:br/>
      </w:r>
      <w:r>
        <w:rPr>
          <w:lang w:eastAsia="zh-CN"/>
        </w:rPr>
        <w:t>　　不断完善信息工作，设计更有效地工作程序，指导学生工作。</w:t>
      </w:r>
      <w:r>
        <w:rPr>
          <w:lang w:eastAsia="zh-CN"/>
        </w:rPr>
        <w:br/>
      </w:r>
      <w:r>
        <w:rPr>
          <w:lang w:eastAsia="zh-CN"/>
        </w:rPr>
        <w:t>　　在今后的日子里，我会继续发扬工作认真，乐于学习的特点，以真挚的爱，真诚的心，以及有个性的课堂教学风格吸引学生，打动家长。面对新的教育课程新形势，我时刻告诫自己要追求卓越，崇尚一流，拒绝平庸，注重自身创新精神与实践能力、情感、态度与价值观的发展使自己真正成长为富有使命感、历史责任感的优秀教师，把自己的全部知识、才华和爱心奉献给学生、奉献给教育事业。我相信这也是每一个教师所追求的思想境界。小学学校下学期工作计划2</w:t>
      </w:r>
      <w:r>
        <w:rPr>
          <w:lang w:eastAsia="zh-CN"/>
        </w:rPr>
        <w:br/>
      </w:r>
      <w:r>
        <w:rPr>
          <w:lang w:eastAsia="zh-CN"/>
        </w:rPr>
        <w:t xml:space="preserve">    指导思想：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全面落实党的教育方针，办好人民满意教育为目标，以学校规范化，精细化，重德育教育，安全教育大力推进课堂教学改革，提高学生学习兴趣，拓展学生学习渠道，打造书香校园，提高学生的阅读和分析能力，全面提高我校的教育教学质量。</w:t>
      </w:r>
      <w:r>
        <w:rPr>
          <w:lang w:eastAsia="zh-CN"/>
        </w:rPr>
        <w:br/>
      </w:r>
      <w:r>
        <w:rPr>
          <w:lang w:eastAsia="zh-CN"/>
        </w:rPr>
        <w:t>　　本学期我校教育教学工作重点有以下几个方面</w:t>
      </w:r>
      <w:r>
        <w:rPr>
          <w:lang w:eastAsia="zh-CN"/>
        </w:rPr>
        <w:br/>
      </w:r>
      <w:r>
        <w:rPr>
          <w:lang w:eastAsia="zh-CN"/>
        </w:rPr>
        <w:t>　　一、德育教育</w:t>
      </w:r>
      <w:r>
        <w:rPr>
          <w:lang w:eastAsia="zh-CN"/>
        </w:rPr>
        <w:br/>
      </w:r>
      <w:r>
        <w:rPr>
          <w:lang w:eastAsia="zh-CN"/>
        </w:rPr>
        <w:t>　　育人要重视思政，坚定不移地落实立德树人是我们教育人的根本任务，立言先立德，为学先为人，结合教学加强养成教育，思想品德修养，个性化培养，利用平时教学，开展各种活动，不放弃每一位学生，不放弃每一位的一点点星光，让每位学生看到自己的优点和成绩，养成习惯，滴水成河，汇流大海。</w:t>
      </w:r>
      <w:r>
        <w:rPr>
          <w:lang w:eastAsia="zh-CN"/>
        </w:rPr>
        <w:br/>
      </w:r>
      <w:r>
        <w:rPr>
          <w:lang w:eastAsia="zh-CN"/>
        </w:rPr>
        <w:t>　　具体做法:</w:t>
      </w:r>
      <w:r>
        <w:rPr>
          <w:lang w:eastAsia="zh-CN"/>
        </w:rPr>
        <w:br/>
      </w:r>
      <w:r>
        <w:rPr>
          <w:lang w:eastAsia="zh-CN"/>
        </w:rPr>
        <w:t>　　1.以《小学生守则》和《小学生日常行为规范》为标准，班主任是第一责任人，课任老师是第二责任人，对学生进行养成教育的培养。</w:t>
      </w:r>
      <w:r>
        <w:rPr>
          <w:lang w:eastAsia="zh-CN"/>
        </w:rPr>
        <w:br/>
      </w:r>
      <w:r>
        <w:rPr>
          <w:lang w:eastAsia="zh-CN"/>
        </w:rPr>
        <w:t>　　2.学期初制定本班育人目标，有措施，有效果。</w:t>
      </w:r>
      <w:r>
        <w:rPr>
          <w:lang w:eastAsia="zh-CN"/>
        </w:rPr>
        <w:br/>
      </w:r>
      <w:r>
        <w:rPr>
          <w:lang w:eastAsia="zh-CN"/>
        </w:rPr>
        <w:t>　　3.任课教师结合班主任制定的育人目标，结合平时教学进行，常抓不懈。</w:t>
      </w:r>
      <w:r>
        <w:rPr>
          <w:lang w:eastAsia="zh-CN"/>
        </w:rPr>
        <w:br/>
      </w:r>
      <w:r>
        <w:rPr>
          <w:lang w:eastAsia="zh-CN"/>
        </w:rPr>
        <w:t>　　4.学校少先大队利用节假日举办各种活动对学生进行思想教育。</w:t>
      </w:r>
      <w:r>
        <w:rPr>
          <w:lang w:eastAsia="zh-CN"/>
        </w:rPr>
        <w:br/>
      </w:r>
      <w:r>
        <w:rPr>
          <w:lang w:eastAsia="zh-CN"/>
        </w:rPr>
        <w:t>　　5.每学期开始重大节日举行升国旗仪式，通过活动对学生进行爱国教育。</w:t>
      </w:r>
      <w:r>
        <w:rPr>
          <w:lang w:eastAsia="zh-CN"/>
        </w:rPr>
        <w:br/>
      </w:r>
      <w:r>
        <w:rPr>
          <w:lang w:eastAsia="zh-CN"/>
        </w:rPr>
        <w:t>　　6.班主任利用各种形式以引领带督促，以优秀带中间，对差生永不放弃，以点带面，把养成教育落实到实处。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二、学校安全</w:t>
      </w:r>
      <w:r>
        <w:rPr>
          <w:lang w:eastAsia="zh-CN"/>
        </w:rPr>
        <w:br/>
      </w:r>
      <w:r>
        <w:rPr>
          <w:lang w:eastAsia="zh-CN"/>
        </w:rPr>
        <w:t>　　师生人身安全，财产安全是学校工作的重中之重，必须常抓不懈，警钟长鸣。</w:t>
      </w:r>
      <w:r>
        <w:rPr>
          <w:lang w:eastAsia="zh-CN"/>
        </w:rPr>
        <w:br/>
      </w:r>
      <w:r>
        <w:rPr>
          <w:lang w:eastAsia="zh-CN"/>
        </w:rPr>
        <w:t>　　具体做法:</w:t>
      </w:r>
      <w:r>
        <w:rPr>
          <w:lang w:eastAsia="zh-CN"/>
        </w:rPr>
        <w:br/>
      </w:r>
      <w:r>
        <w:rPr>
          <w:lang w:eastAsia="zh-CN"/>
        </w:rPr>
        <w:t>　　1.学校实行封闭式管理，门岗24小时执勤，实行领导带班，老师值班，出入登记制度。</w:t>
      </w:r>
      <w:r>
        <w:rPr>
          <w:lang w:eastAsia="zh-CN"/>
        </w:rPr>
        <w:br/>
      </w:r>
      <w:r>
        <w:rPr>
          <w:lang w:eastAsia="zh-CN"/>
        </w:rPr>
        <w:t>　　2.各班级做好开学第一课工作，对学生进行爱国主义教育，每两周一次安全课利用班会平时教学对学生进行安全教育。</w:t>
      </w:r>
      <w:r>
        <w:rPr>
          <w:lang w:eastAsia="zh-CN"/>
        </w:rPr>
        <w:br/>
      </w:r>
      <w:r>
        <w:rPr>
          <w:lang w:eastAsia="zh-CN"/>
        </w:rPr>
        <w:t>　　3.学校中层领导定时或不定时对学校进行安全大检查，有记录，发现问题及时上报。</w:t>
      </w:r>
      <w:r>
        <w:rPr>
          <w:lang w:eastAsia="zh-CN"/>
        </w:rPr>
        <w:br/>
      </w:r>
      <w:r>
        <w:rPr>
          <w:lang w:eastAsia="zh-CN"/>
        </w:rPr>
        <w:t>　　4.每月进行一次安全演练，有预案，有方案，有影像资料，有总结。</w:t>
      </w:r>
      <w:r>
        <w:rPr>
          <w:lang w:eastAsia="zh-CN"/>
        </w:rPr>
        <w:br/>
      </w:r>
      <w:r>
        <w:rPr>
          <w:lang w:eastAsia="zh-CN"/>
        </w:rPr>
        <w:t>　　5.定期发放安全通知书，致家长的一封信，家校交流，双管齐下。</w:t>
      </w:r>
      <w:r>
        <w:rPr>
          <w:lang w:eastAsia="zh-CN"/>
        </w:rPr>
        <w:br/>
      </w:r>
      <w:r>
        <w:rPr>
          <w:lang w:eastAsia="zh-CN"/>
        </w:rPr>
        <w:t>　　6.各班主任以班级为单位建立微信群，与家长交流，培养老师和家长的关系，老师和学生的关系，做到关心学生就像关心自己孩子一样。</w:t>
      </w:r>
      <w:r>
        <w:rPr>
          <w:lang w:eastAsia="zh-CN"/>
        </w:rPr>
        <w:br/>
      </w:r>
      <w:r>
        <w:rPr>
          <w:lang w:eastAsia="zh-CN"/>
        </w:rPr>
        <w:t>　　三、教学</w:t>
      </w:r>
      <w:r>
        <w:rPr>
          <w:lang w:eastAsia="zh-CN"/>
        </w:rPr>
        <w:br/>
      </w:r>
      <w:r>
        <w:rPr>
          <w:lang w:eastAsia="zh-CN"/>
        </w:rPr>
        <w:t>　　提高教育教学质量是重点，面临新的教育教学改革，我校具体做法:</w:t>
      </w:r>
      <w:r>
        <w:rPr>
          <w:lang w:eastAsia="zh-CN"/>
        </w:rPr>
        <w:br/>
      </w:r>
      <w:r>
        <w:rPr>
          <w:lang w:eastAsia="zh-CN"/>
        </w:rPr>
        <w:t>　　1.从本学期开始按照上级要求在开足开全课时的前提下3C6年级开设书法课。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2.教学常规</w:t>
      </w:r>
      <w:r>
        <w:rPr>
          <w:lang w:eastAsia="zh-CN"/>
        </w:rPr>
        <w:br/>
      </w:r>
      <w:r>
        <w:rPr>
          <w:lang w:eastAsia="zh-CN"/>
        </w:rPr>
        <w:t>　　教学常规指备讲批辅考评研七个环节。七环节环环相扣，落实到位。备课要超时一周备课，讲课要精，给学生留有学习空间，学生变课堂主人，批改到位有记录有批语，有督促措施，有针对性，激励到位，辅导形式多样化，措施多样化。常规检查每月一次，有记录，有标记，教师听课不低于20节。每学期不低于4次教研活动，重点突出实效。</w:t>
      </w:r>
      <w:r>
        <w:rPr>
          <w:lang w:eastAsia="zh-CN"/>
        </w:rPr>
        <w:br/>
      </w:r>
      <w:r>
        <w:rPr>
          <w:lang w:eastAsia="zh-CN"/>
        </w:rPr>
        <w:t>　　3.打造书香校园</w:t>
      </w:r>
      <w:r>
        <w:rPr>
          <w:lang w:eastAsia="zh-CN"/>
        </w:rPr>
        <w:br/>
      </w:r>
      <w:r>
        <w:rPr>
          <w:lang w:eastAsia="zh-CN"/>
        </w:rPr>
        <w:t>　　本学期我校切实落实阅读，书法课及大课间文化，结合少先队活动，生命安全，心理健康，环境保护等知识进入校园进入课堂，阅读课利用课前10分钟，每周阅读课及课外阅读做到自主阅读与组织阅读相结合。网络阅读和纸质阅读相结合。活动与课堂教学相结合，校内阅读与家庭阅读相结合，加大学生阅读量，提高学生的'写作，分析思考能力。</w:t>
      </w:r>
      <w:r>
        <w:rPr>
          <w:lang w:eastAsia="zh-CN"/>
        </w:rPr>
        <w:br/>
      </w:r>
      <w:r>
        <w:rPr>
          <w:lang w:eastAsia="zh-CN"/>
        </w:rPr>
        <w:t>　　4.教学方法的改变</w:t>
      </w:r>
      <w:r>
        <w:rPr>
          <w:lang w:eastAsia="zh-CN"/>
        </w:rPr>
        <w:br/>
      </w:r>
      <w:r>
        <w:rPr>
          <w:lang w:eastAsia="zh-CN"/>
        </w:rPr>
        <w:t>　　一支粉笔，一块黑板老师讲学生学，老师讲什么学生学什么已成过去，教学方法应由有限时空向无限时空转化，养成习惯，把课堂变为学堂，学习的方法多种多样，老师把学习方法传授给学生，让学生在多种多样的学习方法中选择自己喜欢的学习方法去学习，在课堂教学中把差生视为教学重点，做到优生吃饱，中等吃好，差生吃了。让学生学会分享共同学习共同进步，在学习中学会团结，在团结中学会学习，从而培养学生交流，协作，分享的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5.教师队伍</w:t>
      </w:r>
      <w:r>
        <w:rPr>
          <w:lang w:eastAsia="zh-CN"/>
        </w:rPr>
        <w:br/>
      </w:r>
      <w:r>
        <w:rPr>
          <w:lang w:eastAsia="zh-CN"/>
        </w:rPr>
        <w:t>　　教师要做有理想信念，有道德情操，有扎实学识，有仁爱之心的四有教师。抓教研促教学能力提升。提高教师的道德修养，出满勤，干满点，走在改革第一线，干出业绩，认真学习，不断提高自己的专业水平，使自己成为专家型教师。</w:t>
      </w:r>
      <w:r>
        <w:rPr>
          <w:lang w:eastAsia="zh-CN"/>
        </w:rPr>
        <w:br/>
      </w:r>
      <w:r>
        <w:rPr>
          <w:lang w:eastAsia="zh-CN"/>
        </w:rPr>
        <w:t>　　四、后勤保障</w:t>
      </w:r>
      <w:r>
        <w:rPr>
          <w:lang w:eastAsia="zh-CN"/>
        </w:rPr>
        <w:br/>
      </w:r>
      <w:r>
        <w:rPr>
          <w:lang w:eastAsia="zh-CN"/>
        </w:rPr>
        <w:t>　　学校财务工作是一项非常累，非常细心的工作，学期初学校成立以校长为组长，以学校领导和教师代表组成的财务小组，有制度，有预算，商议有记录，大额要提前审批，把有限的资金用在刀刃上，千方百计确保教育教育工作的正常运行。</w:t>
      </w:r>
      <w:r>
        <w:rPr>
          <w:lang w:eastAsia="zh-CN"/>
        </w:rPr>
        <w:br/>
      </w:r>
      <w:r>
        <w:rPr>
          <w:lang w:eastAsia="zh-CN"/>
        </w:rPr>
        <w:t>　　总之，加强安全教育工作，不断提高教育教学水平关系到我校发展，任务艰巨，责任重大，面临教育改革，我们困难重重，但只要全体教师团结协作，有信心使我校教育教学成绩再上新台阶。</w:t>
      </w:r>
      <w:r>
        <w:rPr>
          <w:lang w:eastAsia="zh-CN"/>
        </w:rPr>
        <w:br/>
      </w:r>
      <w:r>
        <w:rPr>
          <w:lang w:eastAsia="zh-CN"/>
        </w:rPr>
        <w:t>____小学</w:t>
      </w:r>
      <w:r>
        <w:rPr>
          <w:lang w:eastAsia="zh-CN"/>
        </w:rPr>
        <w:br/>
      </w:r>
      <w:r>
        <w:rPr>
          <w:lang w:eastAsia="zh-CN"/>
        </w:rPr>
        <w:t>　　20__.__.__小学学校下学期工作计划3</w:t>
      </w:r>
      <w:r>
        <w:rPr>
          <w:lang w:eastAsia="zh-CN"/>
        </w:rPr>
        <w:br/>
      </w:r>
      <w:r>
        <w:rPr>
          <w:lang w:eastAsia="zh-CN"/>
        </w:rPr>
        <w:t xml:space="preserve">    一、指导思想 </w:t>
      </w:r>
      <w:r>
        <w:rPr>
          <w:lang w:eastAsia="zh-CN"/>
        </w:rPr>
        <w:br/>
      </w:r>
      <w:r>
        <w:rPr>
          <w:lang w:eastAsia="zh-CN"/>
        </w:rPr>
        <w:t>　　本学期新接任高三（8）班，为把本班建成具有“立志、刻苦、多思、进取”的班风，把学生培养成有理想、有道德、有文化、有纪律的一代新人，做一位合格的社会主义建设者和接班人。在新学年中要不断努力，争取不断前进，树立良好的班风。</w:t>
      </w:r>
      <w:r>
        <w:rPr>
          <w:lang w:eastAsia="zh-CN"/>
        </w:rPr>
        <w:br/>
      </w:r>
      <w:r>
        <w:rPr>
          <w:lang w:eastAsia="zh-CN"/>
        </w:rPr>
        <w:t>　　二、要点与措施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1、提高自身修养：树立为学生服务的意识，一切为了学生，为了学生的一切；为学生提供一个公平的发展机会；树立正确的教育观、人才观和价值观；以身作则，做“领头羊”，不做“牧羊人”；</w:t>
      </w:r>
      <w:r>
        <w:rPr>
          <w:lang w:eastAsia="zh-CN"/>
        </w:rPr>
        <w:br/>
      </w:r>
      <w:r>
        <w:rPr>
          <w:lang w:eastAsia="zh-CN"/>
        </w:rPr>
        <w:t>　　2、对学生现状，本着“成材源于觉醒，心态决定命运，自信走向成功”的观念，狠抓理想教育、心态调整和培养自信等工作，培养和增强学生的自学意识。</w:t>
      </w:r>
      <w:r>
        <w:rPr>
          <w:lang w:eastAsia="zh-CN"/>
        </w:rPr>
        <w:br/>
      </w:r>
      <w:r>
        <w:rPr>
          <w:lang w:eastAsia="zh-CN"/>
        </w:rPr>
        <w:t>　　3、作好班干部的培养工作，定期开班委会，及时总结工作，树立典型，有问题及时解决，要求班干部以身作则，发挥先锋和模范作用。</w:t>
      </w:r>
      <w:r>
        <w:rPr>
          <w:lang w:eastAsia="zh-CN"/>
        </w:rPr>
        <w:br/>
      </w:r>
      <w:r>
        <w:rPr>
          <w:lang w:eastAsia="zh-CN"/>
        </w:rPr>
        <w:t>　　4、协调好任课教师与学生之间的关系，使任课教师心情舒畅，乐于传授，学生课堂轻松活泼，积极进取，营造平等、和谐、融洽和积极向上的'师生关系。</w:t>
      </w:r>
      <w:r>
        <w:rPr>
          <w:lang w:eastAsia="zh-CN"/>
        </w:rPr>
        <w:br/>
      </w:r>
      <w:r>
        <w:rPr>
          <w:lang w:eastAsia="zh-CN"/>
        </w:rPr>
        <w:t>　　5、积极参加学校组织的各种活动，规范升旗仪式，抓好每天卫生，两操工作，重视学校各项评比工作，争取学习、卫生达优，各项成绩优秀，同时发挥学生的自主管理能力。</w:t>
      </w:r>
      <w:r>
        <w:rPr>
          <w:lang w:eastAsia="zh-CN"/>
        </w:rPr>
        <w:br/>
      </w:r>
      <w:r>
        <w:rPr>
          <w:lang w:eastAsia="zh-CN"/>
        </w:rPr>
        <w:t>　　三、班级工作的具体实施与原则</w:t>
      </w:r>
      <w:r>
        <w:rPr>
          <w:lang w:eastAsia="zh-CN"/>
        </w:rPr>
        <w:br/>
      </w:r>
      <w:r>
        <w:rPr>
          <w:lang w:eastAsia="zh-CN"/>
        </w:rPr>
        <w:t>　　1、工作的系统化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教育是一个系统工程”，家庭教育、学校教育、社会教育是教育的三大支柱，三者缺一不可。要把三个集体联系成一个整体，进行口径一致的统一教育工作，依靠这三个集体的力量更好的培养每个班级体及其成员。对每个学生进行集体主义教育，学会与同学交往，通过各种集体活动，培养集体荣誉感，增强集体凝聚力。与各任课老师配合，营造和谐的教育关系，也使学生体味到教师队伍的团结友好，无形中受到教育。有计划的开展家长会、家庭教育辅导与沟通、与个别谈话相结合，做好家庭教育的指导。</w:t>
      </w:r>
      <w:r>
        <w:rPr>
          <w:lang w:eastAsia="zh-CN"/>
        </w:rPr>
        <w:br/>
      </w:r>
      <w:r>
        <w:rPr>
          <w:lang w:eastAsia="zh-CN"/>
        </w:rPr>
        <w:t>　　2、教育的人性化</w:t>
      </w:r>
      <w:r>
        <w:rPr>
          <w:lang w:eastAsia="zh-CN"/>
        </w:rPr>
        <w:br/>
      </w:r>
      <w:r>
        <w:rPr>
          <w:lang w:eastAsia="zh-CN"/>
        </w:rPr>
        <w:t>　　教育不仅要促进学生的全面发展和健康成长。更要突出学生的自己表现，在鼓励表现个性的同时，严格要求形成良好的学习习惯；进行心理教育，研究学习个性，做好学法指导工作；着眼学生的长期发展，培养学生终身教育的基础。培养学生的思想品德和行为规范，针对不同类型、不同接受能力的学生给以不同形式不同内容的教育，使之易于、乐于接受并化教育以恰当的行为，真正尊重每一个学生并发现其闪光点，把思想工作做到学生心坎上。</w:t>
      </w:r>
      <w:r>
        <w:rPr>
          <w:lang w:eastAsia="zh-CN"/>
        </w:rPr>
        <w:br/>
      </w:r>
      <w:r>
        <w:rPr>
          <w:lang w:eastAsia="zh-CN"/>
        </w:rPr>
        <w:t>　　3、教育的生活化</w:t>
      </w:r>
      <w:r>
        <w:rPr>
          <w:lang w:eastAsia="zh-CN"/>
        </w:rPr>
        <w:br/>
      </w:r>
      <w:r>
        <w:rPr>
          <w:lang w:eastAsia="zh-CN"/>
        </w:rPr>
        <w:t>　　积极开展法纪教育，教育学生从小做守法有德的公民，指导学生健康有序的生活、工作，培养学生适应能力、学习能力、交往能力与其他方面的特别能力。</w:t>
      </w:r>
      <w:r>
        <w:rPr>
          <w:lang w:eastAsia="zh-CN"/>
        </w:rPr>
        <w:br/>
      </w:r>
      <w:r>
        <w:rPr>
          <w:lang w:eastAsia="zh-CN"/>
        </w:rPr>
        <w:t>　　4、教育的榜样化</w:t>
      </w:r>
      <w:r>
        <w:rPr>
          <w:lang w:eastAsia="zh-CN"/>
        </w:rPr>
        <w:br/>
      </w:r>
      <w:r>
        <w:rPr>
          <w:lang w:eastAsia="zh-CN"/>
        </w:rPr>
        <w:t>　　消除传统思想教育“大道理化”的弊端，施行案例教育，充分利用广播、电视、报刊、杂志、网络等传媒，宣传学生学习、生活中的先进典型、树正气，立样板，自己教育，促进学生主动、健康、向上、生动活泼的成长。小学学校下学期工作计划4</w:t>
      </w:r>
      <w:r>
        <w:rPr>
          <w:lang w:eastAsia="zh-CN"/>
        </w:rPr>
        <w:br/>
      </w:r>
      <w:r>
        <w:rPr>
          <w:lang w:eastAsia="zh-CN"/>
        </w:rPr>
        <w:t xml:space="preserve">    本两周完成重点工作 </w:t>
      </w:r>
      <w:r>
        <w:rPr>
          <w:lang w:eastAsia="zh-CN"/>
        </w:rPr>
        <w:br/>
      </w:r>
      <w:r>
        <w:rPr>
          <w:lang w:eastAsia="zh-CN"/>
        </w:rPr>
        <w:t>　　教师上班前（2月15日——2月21日）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1.依据学校工作要求及重点工作，制定本学期小学部工作计划及月工作任务分解表。</w:t>
      </w:r>
      <w:r>
        <w:rPr>
          <w:lang w:eastAsia="zh-CN"/>
        </w:rPr>
        <w:br/>
      </w:r>
      <w:r>
        <w:rPr>
          <w:lang w:eastAsia="zh-CN"/>
        </w:rPr>
        <w:t>　　2.参加学校行政工作会议，汇报学期工作计划，明确学期目标任务。</w:t>
      </w:r>
      <w:r>
        <w:rPr>
          <w:lang w:eastAsia="zh-CN"/>
        </w:rPr>
        <w:br/>
      </w:r>
      <w:r>
        <w:rPr>
          <w:lang w:eastAsia="zh-CN"/>
        </w:rPr>
        <w:t>　　3.修改完善小学部工作计划。撰写学期教师工作要求，准备教师工作会议。</w:t>
      </w:r>
      <w:r>
        <w:rPr>
          <w:lang w:eastAsia="zh-CN"/>
        </w:rPr>
        <w:br/>
      </w:r>
      <w:r>
        <w:rPr>
          <w:lang w:eastAsia="zh-CN"/>
        </w:rPr>
        <w:t>　　教师上班（2月22日——2月28日）</w:t>
      </w:r>
      <w:r>
        <w:rPr>
          <w:lang w:eastAsia="zh-CN"/>
        </w:rPr>
        <w:br/>
      </w:r>
      <w:r>
        <w:rPr>
          <w:lang w:eastAsia="zh-CN"/>
        </w:rPr>
        <w:t>　　教育工作</w:t>
      </w:r>
      <w:r>
        <w:rPr>
          <w:lang w:eastAsia="zh-CN"/>
        </w:rPr>
        <w:br/>
      </w:r>
      <w:r>
        <w:rPr>
          <w:lang w:eastAsia="zh-CN"/>
        </w:rPr>
        <w:t>　　1.召开值周教师、配班教师、卫生分担区教师会议，明确本学期任务、职责，做好学期准备工作。</w:t>
      </w:r>
      <w:r>
        <w:rPr>
          <w:lang w:eastAsia="zh-CN"/>
        </w:rPr>
        <w:br/>
      </w:r>
      <w:r>
        <w:rPr>
          <w:lang w:eastAsia="zh-CN"/>
        </w:rPr>
        <w:t>　　2.布置小学部教育教学工作任务，下发少先队活动、主题升旗、红领巾广播站主题广播内容分解表。</w:t>
      </w:r>
      <w:r>
        <w:rPr>
          <w:lang w:eastAsia="zh-CN"/>
        </w:rPr>
        <w:br/>
      </w:r>
      <w:r>
        <w:rPr>
          <w:lang w:eastAsia="zh-CN"/>
        </w:rPr>
        <w:t>　　3.各班级研究确定创建主题班级文化建设计划。</w:t>
      </w:r>
      <w:r>
        <w:rPr>
          <w:lang w:eastAsia="zh-CN"/>
        </w:rPr>
        <w:br/>
      </w:r>
      <w:r>
        <w:rPr>
          <w:lang w:eastAsia="zh-CN"/>
        </w:rPr>
        <w:t>　　教学工作</w:t>
      </w:r>
      <w:r>
        <w:rPr>
          <w:lang w:eastAsia="zh-CN"/>
        </w:rPr>
        <w:br/>
      </w:r>
      <w:r>
        <w:rPr>
          <w:lang w:eastAsia="zh-CN"/>
        </w:rPr>
        <w:t>　　1.召开小学部全体教师学期工作会议。对本学期工作进行全面部署，下发小学部学期工作任务分解表，教师内化学期工作任务。对教师提出本学期工作的具体要求。</w:t>
      </w:r>
      <w:r>
        <w:rPr>
          <w:lang w:eastAsia="zh-CN"/>
        </w:rPr>
        <w:br/>
      </w:r>
      <w:r>
        <w:rPr>
          <w:lang w:eastAsia="zh-CN"/>
        </w:rPr>
        <w:t>　　2.各学年学科组制定教学进度、教学计划、集体备课与主题教研计划。</w:t>
      </w:r>
      <w:r>
        <w:rPr>
          <w:lang w:eastAsia="zh-CN"/>
        </w:rPr>
        <w:br/>
      </w:r>
      <w:r>
        <w:rPr>
          <w:lang w:eastAsia="zh-CN"/>
        </w:rPr>
        <w:t>　　3.学期课程表调整编排。</w:t>
      </w:r>
      <w:r>
        <w:rPr>
          <w:lang w:eastAsia="zh-CN"/>
        </w:rPr>
        <w:br/>
      </w:r>
      <w:r>
        <w:rPr>
          <w:lang w:eastAsia="zh-CN"/>
        </w:rPr>
        <w:t>　　4.教师人事调整安排工作。</w:t>
      </w:r>
      <w:r>
        <w:rPr>
          <w:lang w:eastAsia="zh-CN"/>
        </w:rPr>
        <w:br/>
      </w:r>
      <w:r>
        <w:rPr>
          <w:lang w:eastAsia="zh-CN"/>
        </w:rPr>
        <w:t>　　5.教师假期备课情况检查指导。</w:t>
      </w:r>
      <w:r>
        <w:rPr>
          <w:lang w:eastAsia="zh-CN"/>
        </w:rPr>
        <w:br/>
      </w:r>
      <w:r>
        <w:rPr>
          <w:lang w:eastAsia="zh-CN"/>
        </w:rPr>
        <w:t>　　6.教师备课培训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7.学年组学科组集体备课、个人备课。</w:t>
      </w:r>
      <w:r>
        <w:rPr>
          <w:lang w:eastAsia="zh-CN"/>
        </w:rPr>
        <w:br/>
      </w:r>
      <w:r>
        <w:rPr>
          <w:lang w:eastAsia="zh-CN"/>
        </w:rPr>
        <w:t>　　8.落实开学前教育教学等各项准备工作。</w:t>
      </w:r>
      <w:r>
        <w:rPr>
          <w:lang w:eastAsia="zh-CN"/>
        </w:rPr>
        <w:br/>
      </w:r>
      <w:r>
        <w:rPr>
          <w:lang w:eastAsia="zh-CN"/>
        </w:rPr>
        <w:t>　　研训工作</w:t>
      </w:r>
      <w:r>
        <w:rPr>
          <w:lang w:eastAsia="zh-CN"/>
        </w:rPr>
        <w:br/>
      </w:r>
      <w:r>
        <w:rPr>
          <w:lang w:eastAsia="zh-CN"/>
        </w:rPr>
        <w:t>　　1.教师制定个人三年发展规划</w:t>
      </w:r>
      <w:r>
        <w:rPr>
          <w:lang w:eastAsia="zh-CN"/>
        </w:rPr>
        <w:br/>
      </w:r>
      <w:r>
        <w:rPr>
          <w:lang w:eastAsia="zh-CN"/>
        </w:rPr>
        <w:t>　　2.教师钢楷、粉楷培训</w:t>
      </w:r>
      <w:r>
        <w:rPr>
          <w:lang w:eastAsia="zh-CN"/>
        </w:rPr>
        <w:br/>
      </w:r>
      <w:r>
        <w:rPr>
          <w:lang w:eastAsia="zh-CN"/>
        </w:rPr>
        <w:t>　　3.教师假期读书分享交流会（小组交流）</w:t>
      </w:r>
      <w:r>
        <w:rPr>
          <w:lang w:eastAsia="zh-CN"/>
        </w:rPr>
        <w:br/>
      </w:r>
      <w:r>
        <w:rPr>
          <w:lang w:eastAsia="zh-CN"/>
        </w:rPr>
        <w:t>　　其他工作</w:t>
      </w:r>
      <w:r>
        <w:rPr>
          <w:lang w:eastAsia="zh-CN"/>
        </w:rPr>
        <w:br/>
      </w:r>
      <w:r>
        <w:rPr>
          <w:lang w:eastAsia="zh-CN"/>
        </w:rPr>
        <w:t>　　1.做好转学生考测录取等工作。（五年参考23人，录取7人。 四年参考11人，录取1人。三年参考8人，录取0人。二年参考5人，录取0。一年参考1人，录取1人。共48人参考，录取9人，录取率18.8%）</w:t>
      </w:r>
      <w:r>
        <w:rPr>
          <w:lang w:eastAsia="zh-CN"/>
        </w:rPr>
        <w:br/>
      </w:r>
      <w:r>
        <w:rPr>
          <w:lang w:eastAsia="zh-CN"/>
        </w:rPr>
        <w:t>　　2.小学部教学楼环境创建工作。</w:t>
      </w:r>
      <w:r>
        <w:rPr>
          <w:lang w:eastAsia="zh-CN"/>
        </w:rPr>
        <w:br/>
      </w:r>
      <w:r>
        <w:rPr>
          <w:lang w:eastAsia="zh-CN"/>
        </w:rPr>
        <w:t>　　3.打扫各教室、办公室卫生、布置教室、办公室环境文化等。</w:t>
      </w:r>
      <w:r>
        <w:rPr>
          <w:lang w:eastAsia="zh-CN"/>
        </w:rPr>
        <w:br/>
      </w:r>
      <w:r>
        <w:rPr>
          <w:lang w:eastAsia="zh-CN"/>
        </w:rPr>
        <w:t>　　4.做好开学前的`各项准备工作（发放教育教学备品、书本、练习册等）</w:t>
      </w:r>
      <w:r>
        <w:rPr>
          <w:lang w:eastAsia="zh-CN"/>
        </w:rPr>
        <w:br/>
      </w:r>
      <w:r>
        <w:rPr>
          <w:lang w:eastAsia="zh-CN"/>
        </w:rPr>
        <w:t>　　5.安排转学生坐校车工作、教师接送学生校车工作、个别学生校本课申报工作。安排教师、班级卫生分担区划分工作。</w:t>
      </w:r>
      <w:r>
        <w:rPr>
          <w:lang w:eastAsia="zh-CN"/>
        </w:rPr>
        <w:br/>
      </w:r>
      <w:r>
        <w:rPr>
          <w:lang w:eastAsia="zh-CN"/>
        </w:rPr>
        <w:t>　　6.教师招聘考测工作</w:t>
      </w:r>
      <w:r>
        <w:rPr>
          <w:lang w:eastAsia="zh-CN"/>
        </w:rPr>
        <w:br/>
      </w:r>
      <w:r>
        <w:rPr>
          <w:lang w:eastAsia="zh-CN"/>
        </w:rPr>
        <w:t>　　7.安亲班工作。</w:t>
      </w:r>
      <w:r>
        <w:rPr>
          <w:lang w:eastAsia="zh-CN"/>
        </w:rPr>
        <w:br/>
      </w:r>
      <w:r>
        <w:rPr>
          <w:lang w:eastAsia="zh-CN"/>
        </w:rPr>
        <w:t>　　8.教学楼内环境创建设计工作。</w:t>
      </w:r>
      <w:r>
        <w:rPr>
          <w:lang w:eastAsia="zh-CN"/>
        </w:rPr>
        <w:br/>
      </w:r>
      <w:r>
        <w:rPr>
          <w:lang w:eastAsia="zh-CN"/>
        </w:rPr>
        <w:t>　　下两周工作重点</w:t>
      </w:r>
      <w:r>
        <w:rPr>
          <w:lang w:eastAsia="zh-CN"/>
        </w:rPr>
        <w:br/>
      </w:r>
      <w:r>
        <w:rPr>
          <w:lang w:eastAsia="zh-CN"/>
        </w:rPr>
        <w:t>　　第一周（2月29日——3月6日）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教育工作</w:t>
      </w:r>
      <w:r>
        <w:rPr>
          <w:lang w:eastAsia="zh-CN"/>
        </w:rPr>
        <w:br/>
      </w:r>
      <w:r>
        <w:rPr>
          <w:lang w:eastAsia="zh-CN"/>
        </w:rPr>
        <w:t>　　1.教师做好开学前教育教学等各项准备工作。</w:t>
      </w:r>
      <w:r>
        <w:rPr>
          <w:lang w:eastAsia="zh-CN"/>
        </w:rPr>
        <w:br/>
      </w:r>
      <w:r>
        <w:rPr>
          <w:lang w:eastAsia="zh-CN"/>
        </w:rPr>
        <w:t>　　2.开学典礼暨“走进新学期、播种新希望”主题升旗仪式。（升旗班级：五年一班五年二班）奖励寒假读书小明星。</w:t>
      </w:r>
      <w:r>
        <w:rPr>
          <w:lang w:eastAsia="zh-CN"/>
        </w:rPr>
        <w:br/>
      </w:r>
      <w:r>
        <w:rPr>
          <w:lang w:eastAsia="zh-CN"/>
        </w:rPr>
        <w:t>　　3.红领巾广播站第一期播音。</w:t>
      </w:r>
      <w:r>
        <w:rPr>
          <w:lang w:eastAsia="zh-CN"/>
        </w:rPr>
        <w:br/>
      </w:r>
      <w:r>
        <w:rPr>
          <w:lang w:eastAsia="zh-CN"/>
        </w:rPr>
        <w:t>　　4.召开大队干会议，安排培训值周生工作。</w:t>
      </w:r>
      <w:r>
        <w:rPr>
          <w:lang w:eastAsia="zh-CN"/>
        </w:rPr>
        <w:br/>
      </w:r>
      <w:r>
        <w:rPr>
          <w:lang w:eastAsia="zh-CN"/>
        </w:rPr>
        <w:t>　　5.上好“开学第一课”，班级组织开好“第一个主题班会”</w:t>
      </w:r>
      <w:r>
        <w:rPr>
          <w:lang w:eastAsia="zh-CN"/>
        </w:rPr>
        <w:br/>
      </w:r>
      <w:r>
        <w:rPr>
          <w:lang w:eastAsia="zh-CN"/>
        </w:rPr>
        <w:t>　　6.下发三八节、学雷锋主题系列活动方案。</w:t>
      </w:r>
      <w:r>
        <w:rPr>
          <w:lang w:eastAsia="zh-CN"/>
        </w:rPr>
        <w:br/>
      </w:r>
      <w:r>
        <w:rPr>
          <w:lang w:eastAsia="zh-CN"/>
        </w:rPr>
        <w:t>　　教学工作</w:t>
      </w:r>
      <w:r>
        <w:rPr>
          <w:lang w:eastAsia="zh-CN"/>
        </w:rPr>
        <w:br/>
      </w:r>
      <w:r>
        <w:rPr>
          <w:lang w:eastAsia="zh-CN"/>
        </w:rPr>
        <w:t>　　1.教师“推门课、调研课”教学活动</w:t>
      </w:r>
      <w:r>
        <w:rPr>
          <w:lang w:eastAsia="zh-CN"/>
        </w:rPr>
        <w:br/>
      </w:r>
      <w:r>
        <w:rPr>
          <w:lang w:eastAsia="zh-CN"/>
        </w:rPr>
        <w:t>　　2.学生寒假作业检查评展工作。</w:t>
      </w:r>
      <w:r>
        <w:rPr>
          <w:lang w:eastAsia="zh-CN"/>
        </w:rPr>
        <w:br/>
      </w:r>
      <w:r>
        <w:rPr>
          <w:lang w:eastAsia="zh-CN"/>
        </w:rPr>
        <w:t>　　3.学年组、学科组不同课型研究课确定研究内容。</w:t>
      </w:r>
      <w:r>
        <w:rPr>
          <w:lang w:eastAsia="zh-CN"/>
        </w:rPr>
        <w:br/>
      </w:r>
      <w:r>
        <w:rPr>
          <w:lang w:eastAsia="zh-CN"/>
        </w:rPr>
        <w:t>　　4.学年学科主题备课、主题教研</w:t>
      </w:r>
      <w:r>
        <w:rPr>
          <w:lang w:eastAsia="zh-CN"/>
        </w:rPr>
        <w:br/>
      </w:r>
      <w:r>
        <w:rPr>
          <w:lang w:eastAsia="zh-CN"/>
        </w:rPr>
        <w:t>　　研训工作</w:t>
      </w:r>
      <w:r>
        <w:rPr>
          <w:lang w:eastAsia="zh-CN"/>
        </w:rPr>
        <w:br/>
      </w:r>
      <w:r>
        <w:rPr>
          <w:lang w:eastAsia="zh-CN"/>
        </w:rPr>
        <w:t>　　1.《发扬工匠精神，做履职尽责的教师》专题培训。</w:t>
      </w:r>
      <w:r>
        <w:rPr>
          <w:lang w:eastAsia="zh-CN"/>
        </w:rPr>
        <w:br/>
      </w:r>
      <w:r>
        <w:rPr>
          <w:lang w:eastAsia="zh-CN"/>
        </w:rPr>
        <w:t>　　2.各教研组确定本学期“有效教学”研究主题</w:t>
      </w:r>
      <w:r>
        <w:rPr>
          <w:lang w:eastAsia="zh-CN"/>
        </w:rPr>
        <w:br/>
      </w:r>
      <w:r>
        <w:rPr>
          <w:lang w:eastAsia="zh-CN"/>
        </w:rPr>
        <w:t>　　3.教师假期读书分享交流会（小组推荐代表大会交流）</w:t>
      </w:r>
      <w:r>
        <w:rPr>
          <w:lang w:eastAsia="zh-CN"/>
        </w:rPr>
        <w:br/>
      </w:r>
      <w:r>
        <w:rPr>
          <w:lang w:eastAsia="zh-CN"/>
        </w:rPr>
        <w:t>　　其它工作</w:t>
      </w:r>
      <w:r>
        <w:rPr>
          <w:lang w:eastAsia="zh-CN"/>
        </w:rPr>
        <w:br/>
      </w:r>
      <w:r>
        <w:rPr>
          <w:lang w:eastAsia="zh-CN"/>
        </w:rPr>
        <w:t>　　1.转学生29日考测工作：21人考测（复考9人），录取7人，期中1人签试读协议。</w:t>
      </w:r>
      <w:r>
        <w:rPr>
          <w:lang w:eastAsia="zh-CN"/>
        </w:rPr>
        <w:br/>
      </w:r>
      <w:r>
        <w:rPr>
          <w:lang w:eastAsia="zh-CN"/>
        </w:rPr>
        <w:t>　　2.教学楼内环境创建工作</w:t>
      </w:r>
      <w:r>
        <w:rPr>
          <w:lang w:eastAsia="zh-CN"/>
        </w:rPr>
        <w:br/>
      </w:r>
      <w:r>
        <w:rPr>
          <w:lang w:eastAsia="zh-CN"/>
        </w:rPr>
        <w:t>　　3.完善家长与学校签订协议工作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4.制定安亲班工作计划，培训辅导教师、开课。</w:t>
      </w:r>
      <w:r>
        <w:rPr>
          <w:lang w:eastAsia="zh-CN"/>
        </w:rPr>
        <w:br/>
      </w:r>
      <w:r>
        <w:rPr>
          <w:lang w:eastAsia="zh-CN"/>
        </w:rPr>
        <w:t>　　第二周（3月7日——3月13日）</w:t>
      </w:r>
      <w:r>
        <w:rPr>
          <w:lang w:eastAsia="zh-CN"/>
        </w:rPr>
        <w:br/>
      </w:r>
      <w:r>
        <w:rPr>
          <w:lang w:eastAsia="zh-CN"/>
        </w:rPr>
        <w:t>　　教育工作</w:t>
      </w:r>
      <w:r>
        <w:rPr>
          <w:lang w:eastAsia="zh-CN"/>
        </w:rPr>
        <w:br/>
      </w:r>
      <w:r>
        <w:rPr>
          <w:lang w:eastAsia="zh-CN"/>
        </w:rPr>
        <w:t>　　1.三八节——孝敬母亲“五个一”活动。</w:t>
      </w:r>
      <w:r>
        <w:rPr>
          <w:lang w:eastAsia="zh-CN"/>
        </w:rPr>
        <w:br/>
      </w:r>
      <w:r>
        <w:rPr>
          <w:lang w:eastAsia="zh-CN"/>
        </w:rPr>
        <w:t>　　2.红领巾广播站第二期播音。</w:t>
      </w:r>
      <w:r>
        <w:rPr>
          <w:lang w:eastAsia="zh-CN"/>
        </w:rPr>
        <w:br/>
      </w:r>
      <w:r>
        <w:rPr>
          <w:lang w:eastAsia="zh-CN"/>
        </w:rPr>
        <w:t>　　3.学生假期读书交流班会。</w:t>
      </w:r>
      <w:r>
        <w:rPr>
          <w:lang w:eastAsia="zh-CN"/>
        </w:rPr>
        <w:br/>
      </w:r>
      <w:r>
        <w:rPr>
          <w:lang w:eastAsia="zh-CN"/>
        </w:rPr>
        <w:t>　　4.重点检查学生校车纪律和班级环境个人卫生。</w:t>
      </w:r>
      <w:r>
        <w:rPr>
          <w:lang w:eastAsia="zh-CN"/>
        </w:rPr>
        <w:br/>
      </w:r>
      <w:r>
        <w:rPr>
          <w:lang w:eastAsia="zh-CN"/>
        </w:rPr>
        <w:t>　　5.各学年统计上报“走猫步”参赛学生</w:t>
      </w:r>
      <w:r>
        <w:rPr>
          <w:lang w:eastAsia="zh-CN"/>
        </w:rPr>
        <w:br/>
      </w:r>
      <w:r>
        <w:rPr>
          <w:lang w:eastAsia="zh-CN"/>
        </w:rPr>
        <w:t>　　6.值周教师工作会议</w:t>
      </w:r>
      <w:r>
        <w:rPr>
          <w:lang w:eastAsia="zh-CN"/>
        </w:rPr>
        <w:br/>
      </w:r>
      <w:r>
        <w:rPr>
          <w:lang w:eastAsia="zh-CN"/>
        </w:rPr>
        <w:t>　　教学工作</w:t>
      </w:r>
      <w:r>
        <w:rPr>
          <w:lang w:eastAsia="zh-CN"/>
        </w:rPr>
        <w:br/>
      </w:r>
      <w:r>
        <w:rPr>
          <w:lang w:eastAsia="zh-CN"/>
        </w:rPr>
        <w:t>　　1.进行常规巡课工作。</w:t>
      </w:r>
      <w:r>
        <w:rPr>
          <w:lang w:eastAsia="zh-CN"/>
        </w:rPr>
        <w:br/>
      </w:r>
      <w:r>
        <w:rPr>
          <w:lang w:eastAsia="zh-CN"/>
        </w:rPr>
        <w:t>　　2.教师推门课、研究课活动</w:t>
      </w:r>
      <w:r>
        <w:rPr>
          <w:lang w:eastAsia="zh-CN"/>
        </w:rPr>
        <w:br/>
      </w:r>
      <w:r>
        <w:rPr>
          <w:lang w:eastAsia="zh-CN"/>
        </w:rPr>
        <w:t>　　3.学年组、学科组不同课型研究课教研活动</w:t>
      </w:r>
      <w:r>
        <w:rPr>
          <w:lang w:eastAsia="zh-CN"/>
        </w:rPr>
        <w:br/>
      </w:r>
      <w:r>
        <w:rPr>
          <w:lang w:eastAsia="zh-CN"/>
        </w:rPr>
        <w:t>　　4.“语文、数学、科学”学科微课录制工作。</w:t>
      </w:r>
      <w:r>
        <w:rPr>
          <w:lang w:eastAsia="zh-CN"/>
        </w:rPr>
        <w:br/>
      </w:r>
      <w:r>
        <w:rPr>
          <w:lang w:eastAsia="zh-CN"/>
        </w:rPr>
        <w:t>　　5.学年学科集体备课、主题教学研究活动。</w:t>
      </w:r>
      <w:r>
        <w:rPr>
          <w:lang w:eastAsia="zh-CN"/>
        </w:rPr>
        <w:br/>
      </w:r>
      <w:r>
        <w:rPr>
          <w:lang w:eastAsia="zh-CN"/>
        </w:rPr>
        <w:t>　　①一年级单元备课：《20以内的退位减法》</w:t>
      </w:r>
      <w:r>
        <w:rPr>
          <w:lang w:eastAsia="zh-CN"/>
        </w:rPr>
        <w:br/>
      </w:r>
      <w:r>
        <w:rPr>
          <w:lang w:eastAsia="zh-CN"/>
        </w:rPr>
        <w:t>　　②二年级单元备课：语文三单元 数学二单元 表内除法</w:t>
      </w:r>
      <w:r>
        <w:rPr>
          <w:lang w:eastAsia="zh-CN"/>
        </w:rPr>
        <w:br/>
      </w:r>
      <w:r>
        <w:rPr>
          <w:lang w:eastAsia="zh-CN"/>
        </w:rPr>
        <w:t>　　③三年主题备课：《翠鸟》——描写动物的方法的研究</w:t>
      </w:r>
      <w:r>
        <w:rPr>
          <w:lang w:eastAsia="zh-CN"/>
        </w:rPr>
        <w:br/>
      </w:r>
      <w:r>
        <w:rPr>
          <w:lang w:eastAsia="zh-CN"/>
        </w:rPr>
        <w:t>　　④科任一组主题教研：如何运用“示范教学法”</w:t>
      </w:r>
      <w:r>
        <w:rPr>
          <w:lang w:eastAsia="zh-CN"/>
        </w:rPr>
        <w:br/>
      </w:r>
      <w:r>
        <w:rPr>
          <w:lang w:eastAsia="zh-CN"/>
        </w:rPr>
        <w:t>　　⑤科任二组主题备课：《春天来了》——研究品生课与其它学科课如何整合</w:t>
      </w:r>
      <w:r>
        <w:rPr>
          <w:lang w:eastAsia="zh-CN"/>
        </w:rPr>
        <w:br/>
      </w:r>
      <w:r>
        <w:rPr>
          <w:lang w:eastAsia="zh-CN"/>
        </w:rPr>
        <w:t>　　⑥科任三组主题备课：一年级Unit2</w:t>
      </w:r>
      <w:r>
        <w:rPr>
          <w:lang w:eastAsia="zh-CN"/>
        </w:rPr>
        <w:t xml:space="preserve"> Room</w:t>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——教学活动设计的梯度性教学研究</w:t>
      </w:r>
      <w:r>
        <w:rPr>
          <w:lang w:eastAsia="zh-CN"/>
        </w:rPr>
        <w:br/>
      </w:r>
      <w:r>
        <w:rPr>
          <w:lang w:eastAsia="zh-CN"/>
        </w:rPr>
        <w:t>　　研训工作</w:t>
      </w:r>
      <w:r>
        <w:rPr>
          <w:lang w:eastAsia="zh-CN"/>
        </w:rPr>
        <w:br/>
      </w:r>
      <w:r>
        <w:rPr>
          <w:lang w:eastAsia="zh-CN"/>
        </w:rPr>
        <w:t>　　1.各学年、学科研究组确定教师基本功展示主题及形式。</w:t>
      </w:r>
      <w:r>
        <w:rPr>
          <w:lang w:eastAsia="zh-CN"/>
        </w:rPr>
        <w:br/>
      </w:r>
      <w:r>
        <w:rPr>
          <w:lang w:eastAsia="zh-CN"/>
        </w:rPr>
        <w:t>　　2.实习教师寒假读书交流</w:t>
      </w:r>
      <w:r>
        <w:rPr>
          <w:lang w:eastAsia="zh-CN"/>
        </w:rPr>
        <w:br/>
      </w:r>
      <w:r>
        <w:rPr>
          <w:lang w:eastAsia="zh-CN"/>
        </w:rPr>
        <w:t>　　其它工作</w:t>
      </w:r>
      <w:r>
        <w:rPr>
          <w:lang w:eastAsia="zh-CN"/>
        </w:rPr>
        <w:br/>
      </w:r>
      <w:r>
        <w:rPr>
          <w:lang w:eastAsia="zh-CN"/>
        </w:rPr>
        <w:t>　　1.安亲班招生辅导管理工作</w:t>
      </w:r>
      <w:r>
        <w:rPr>
          <w:lang w:eastAsia="zh-CN"/>
        </w:rPr>
        <w:br/>
      </w:r>
      <w:r>
        <w:rPr>
          <w:lang w:eastAsia="zh-CN"/>
        </w:rPr>
        <w:t>　　2.教学楼内环境创建工作小学学校下学期工作计划5</w:t>
      </w:r>
      <w:r>
        <w:rPr>
          <w:lang w:eastAsia="zh-CN"/>
        </w:rPr>
        <w:br/>
      </w:r>
      <w:r>
        <w:rPr>
          <w:lang w:eastAsia="zh-CN"/>
        </w:rPr>
        <w:t xml:space="preserve">    一、指导思想： </w:t>
      </w:r>
      <w:r>
        <w:rPr>
          <w:lang w:eastAsia="zh-CN"/>
        </w:rPr>
        <w:br/>
      </w:r>
      <w:r>
        <w:rPr>
          <w:lang w:eastAsia="zh-CN"/>
        </w:rPr>
        <w:t>　　我班共有59名学生，本班学生学习努力，进取心强。行为习惯方面：学生能按照一日行为规范来做，但自觉性还有待提高，尤其是男孩子在这方面的养成习惯做得还不够，下课会有奔跑现象出现，经常要老师同学提醒。</w:t>
      </w:r>
      <w:r>
        <w:rPr>
          <w:lang w:eastAsia="zh-CN"/>
        </w:rPr>
        <w:br/>
      </w:r>
      <w:r>
        <w:rPr>
          <w:lang w:eastAsia="zh-CN"/>
        </w:rPr>
        <w:t>　　学习情况：大部分学生思维活跃，作业能认真完成，有一定的竞争意识。但也有少数学生没有很好的学习习惯。</w:t>
      </w:r>
      <w:r>
        <w:rPr>
          <w:lang w:eastAsia="zh-CN"/>
        </w:rPr>
        <w:br/>
      </w:r>
      <w:r>
        <w:rPr>
          <w:lang w:eastAsia="zh-CN"/>
        </w:rPr>
        <w:t>　　品德情况：学生爱集体，爱劳动，爱师长，爱同学，有较强的集体荣誉感。但由于是独生子女的关系，会出现自私、虚荣心、盲目自满的思想。</w:t>
      </w:r>
      <w:r>
        <w:rPr>
          <w:lang w:eastAsia="zh-CN"/>
        </w:rPr>
        <w:br/>
      </w:r>
      <w:r>
        <w:rPr>
          <w:lang w:eastAsia="zh-CN"/>
        </w:rPr>
        <w:t>　　结合这种情况我将做一下准备和计划：</w:t>
      </w:r>
      <w:r>
        <w:rPr>
          <w:lang w:eastAsia="zh-CN"/>
        </w:rPr>
        <w:br/>
      </w:r>
      <w:r>
        <w:rPr>
          <w:lang w:eastAsia="zh-CN"/>
        </w:rPr>
        <w:t>　　二、具体工作：</w:t>
      </w:r>
      <w:r>
        <w:rPr>
          <w:lang w:eastAsia="zh-CN"/>
        </w:rPr>
        <w:br/>
      </w:r>
      <w:r>
        <w:rPr>
          <w:lang w:eastAsia="zh-CN"/>
        </w:rPr>
        <w:t>　　（一）班级建设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1、文化建设：在开学一到两周内，将教室文化布置到位，教室布置相应内容如下：班风、班训、班级公示、我们的作品、语文学习成绩一览表、图书角、卫生角等除了硬件方面的建设，还力争在一学期内充分发挥学生、家长的主观能动性。</w:t>
      </w:r>
      <w:r>
        <w:rPr>
          <w:lang w:eastAsia="zh-CN"/>
        </w:rPr>
        <w:br/>
      </w:r>
      <w:r>
        <w:rPr>
          <w:lang w:eastAsia="zh-CN"/>
        </w:rPr>
        <w:t>　　2、学习建设：提高学生的学习成绩永远是学校工作的中心，因此将采取各种办法调动孩子们的学习积极性，让他们主动学习，积极学习。从提高作业质量入手，到每一课、每一单元、每一学科知识的落实，让每一个孩子都能够得到发展,让每一个孩子都能够享受到学习的乐趣，体会到成功的喜悦。</w:t>
      </w:r>
      <w:r>
        <w:rPr>
          <w:lang w:eastAsia="zh-CN"/>
        </w:rPr>
        <w:br/>
      </w:r>
      <w:r>
        <w:rPr>
          <w:lang w:eastAsia="zh-CN"/>
        </w:rPr>
        <w:t>　　3、安全教育：安全教育是前提条件，将不遗余力的督促学生注意各方面的安全，上学放学，课中课余，将安全防患工作做到位，杜绝安全隐患。对于一些危险性的游戏，禁止学生参与;上学放学路上的安全，将与家长沟通，一起进行教育。</w:t>
      </w:r>
      <w:r>
        <w:rPr>
          <w:lang w:eastAsia="zh-CN"/>
        </w:rPr>
        <w:br/>
      </w:r>
      <w:r>
        <w:rPr>
          <w:lang w:eastAsia="zh-CN"/>
        </w:rPr>
        <w:t>　　（二）管理方法、途径</w:t>
      </w:r>
      <w:r>
        <w:rPr>
          <w:lang w:eastAsia="zh-CN"/>
        </w:rPr>
        <w:br/>
      </w:r>
      <w:r>
        <w:rPr>
          <w:lang w:eastAsia="zh-CN"/>
        </w:rPr>
        <w:t>　　为了更好地开展工作，提高学生学习的纪律性和自觉性，我认为应该对学生的情况有一定的了解，但学生的内心世界，我还不敢说完全掌握。为了深入了解学生的思想状况，我主要采取以下几种途径：</w:t>
      </w:r>
      <w:r>
        <w:rPr>
          <w:lang w:eastAsia="zh-CN"/>
        </w:rPr>
        <w:br/>
      </w:r>
      <w:r>
        <w:rPr>
          <w:lang w:eastAsia="zh-CN"/>
        </w:rPr>
        <w:t>　　（1）与学生交谈。有计划地利用班队会课与学生交谈，通过召开中下生座谈会、召开班干部会议等方式来了解学生情况，增加师生感情消除学生与教师之间的隔膜，有利于开展工作。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（2）不定期抽查学生的作业。通过平时的观察与检查学生的书面作业，了解学生的学习态度和进度，学生出现较大的进步要及时鼓励与表扬，当学生的成绩出现较大的退步时，要及时调查原因，扭转局势。</w:t>
      </w:r>
      <w:r>
        <w:rPr>
          <w:lang w:eastAsia="zh-CN"/>
        </w:rPr>
        <w:br/>
      </w:r>
      <w:r>
        <w:rPr>
          <w:lang w:eastAsia="zh-CN"/>
        </w:rPr>
        <w:t>　　（3）进行家庭访问、召开家长会。通过与小学生父母的对话，了解小学生在家庭、社会等方面的表现情况。争取家长对学校工作的配合。</w:t>
      </w:r>
      <w:r>
        <w:rPr>
          <w:lang w:eastAsia="zh-CN"/>
        </w:rPr>
        <w:br/>
      </w:r>
      <w:r>
        <w:rPr>
          <w:lang w:eastAsia="zh-CN"/>
        </w:rPr>
        <w:t>　　（4）在学习上对学生严格管理。常写观察日记，提高孩子们的写作能力。</w:t>
      </w:r>
      <w:r>
        <w:rPr>
          <w:lang w:eastAsia="zh-CN"/>
        </w:rPr>
        <w:br/>
      </w:r>
      <w:r>
        <w:rPr>
          <w:lang w:eastAsia="zh-CN"/>
        </w:rPr>
        <w:t>　　（三）日常工作</w:t>
      </w:r>
      <w:r>
        <w:rPr>
          <w:lang w:eastAsia="zh-CN"/>
        </w:rPr>
        <w:br/>
      </w:r>
      <w:r>
        <w:rPr>
          <w:lang w:eastAsia="zh-CN"/>
        </w:rPr>
        <w:t>　　（1）组织好学生参加升旗和做操。</w:t>
      </w:r>
      <w:r>
        <w:rPr>
          <w:lang w:eastAsia="zh-CN"/>
        </w:rPr>
        <w:br/>
      </w:r>
      <w:r>
        <w:rPr>
          <w:lang w:eastAsia="zh-CN"/>
        </w:rPr>
        <w:t>　　组织学生参加每一周的升国旗，是对学生进行形象具体的爱国主义教育，做课间操是班主任坚持跟班指导，要求学生做到精神饱满，姿势正确，动作符合节奏，做操完毕整理好队伍，依次返回课室。</w:t>
      </w:r>
      <w:r>
        <w:rPr>
          <w:lang w:eastAsia="zh-CN"/>
        </w:rPr>
        <w:br/>
      </w:r>
      <w:r>
        <w:rPr>
          <w:lang w:eastAsia="zh-CN"/>
        </w:rPr>
        <w:t>　　（2）检查本班学生值日生工作。</w:t>
      </w:r>
      <w:r>
        <w:rPr>
          <w:lang w:eastAsia="zh-CN"/>
        </w:rPr>
        <w:br/>
      </w:r>
      <w:r>
        <w:rPr>
          <w:lang w:eastAsia="zh-CN"/>
        </w:rPr>
        <w:t>　　班级的值日制是培养小学生良好道德品质和自治自理能力的重要途径。学校通过班级的值日工作，对他们进行关心他人，关心集体，热爱劳动，培养劳动习惯等方面的教育，都有着重要的现实意义。</w:t>
      </w:r>
      <w:r>
        <w:rPr>
          <w:lang w:eastAsia="zh-CN"/>
        </w:rPr>
        <w:br/>
      </w:r>
      <w:r>
        <w:rPr>
          <w:lang w:eastAsia="zh-CN"/>
        </w:rPr>
        <w:t>　　（四）组织和培养班集体</w:t>
      </w:r>
      <w:r>
        <w:rPr>
          <w:lang w:eastAsia="zh-CN"/>
        </w:rPr>
        <w:br/>
      </w:r>
      <w:r>
        <w:rPr>
          <w:lang w:eastAsia="zh-CN"/>
        </w:rPr>
        <w:t>　　（1）确立共同的奋斗目标、培养良好的班风。</w:t>
      </w:r>
      <w:r>
        <w:rPr>
          <w:lang w:eastAsia="zh-CN"/>
        </w:rPr>
        <w:br/>
      </w:r>
      <w:r>
        <w:rPr>
          <w:lang w:eastAsia="zh-CN"/>
        </w:rPr>
        <w:t>　　班主任在了解和研究学生的基础上，向全班学生提出明确的前进目标，并制定出有效措施，鼓励全班学生努力去实现奋斗目标，一个奋斗目标的实现，就可以使班集体达到巩固和发展。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一个优秀的班集体还应该有良好的班风，正确的舆论。这种班风、舆论对学生有很大的教育作用。为此，班主任必须培养良好的班风，而培养班风要以正确的舆论做起。班上有了正确的舆论，坏事在班上就得不到支持，就会很快被制止，学风、班风就可以达到巩固的目的。</w:t>
      </w:r>
      <w:r>
        <w:rPr>
          <w:lang w:eastAsia="zh-CN"/>
        </w:rPr>
        <w:br/>
      </w:r>
      <w:r>
        <w:rPr>
          <w:lang w:eastAsia="zh-CN"/>
        </w:rPr>
        <w:t>　　（2）选拔、培养和使用班干部。</w:t>
      </w:r>
      <w:r>
        <w:rPr>
          <w:lang w:eastAsia="zh-CN"/>
        </w:rPr>
        <w:br/>
      </w:r>
      <w:r>
        <w:rPr>
          <w:lang w:eastAsia="zh-CN"/>
        </w:rPr>
        <w:t>　　实践证明，班干部是班主任的好助手，正确选拔、培养和使用班干部，有利于班主任搞好班上的工作。</w:t>
      </w:r>
      <w:r>
        <w:rPr>
          <w:lang w:eastAsia="zh-CN"/>
        </w:rPr>
        <w:br/>
      </w:r>
      <w:r>
        <w:rPr>
          <w:lang w:eastAsia="zh-CN"/>
        </w:rPr>
        <w:t>　　（3）做好个别学生的教育工作。</w:t>
      </w:r>
      <w:r>
        <w:rPr>
          <w:lang w:eastAsia="zh-CN"/>
        </w:rPr>
        <w:br/>
      </w:r>
      <w:r>
        <w:rPr>
          <w:lang w:eastAsia="zh-CN"/>
        </w:rPr>
        <w:t>　　班主任在组织学生开展集体活动的同时，要注意对学生进行个别教育工作。班集体中总有一些比较特殊的学生，他们或是学习差，或是性格孤僻，或是顽皮捣蛋。班主任必须做好这些特殊学生的教育工作总之，对个别生不能一概而论为差生，要区别对待，对症下药，因材施教。班级管理是一门艺术。班主任要在工作中努力吸取新经验，充分发挥班主任的教育作用，引导学生健康成长。</w:t>
      </w:r>
      <w:r>
        <w:rPr>
          <w:lang w:eastAsia="zh-CN"/>
        </w:rPr>
        <w:br/>
      </w:r>
      <w:r>
        <w:rPr>
          <w:lang w:eastAsia="zh-CN"/>
        </w:rPr>
        <w:t>　　三、工作目标：</w:t>
      </w:r>
      <w:r>
        <w:rPr>
          <w:lang w:eastAsia="zh-CN"/>
        </w:rPr>
        <w:br/>
      </w:r>
      <w:r>
        <w:rPr>
          <w:lang w:eastAsia="zh-CN"/>
        </w:rPr>
        <w:t>　　本学期我班的基本目标是：建立一支有进取心、能力较强的班干部队伍，全体同学都能树立明确的学习目的，形成良好的`学习风气;培养学生良好的行为规范，弘扬正气，逐步形成守纪、进取、勤奋的班风。</w:t>
      </w:r>
      <w:r>
        <w:rPr>
          <w:lang w:eastAsia="zh-CN"/>
        </w:rPr>
        <w:br/>
      </w:r>
      <w:r>
        <w:rPr>
          <w:lang w:eastAsia="zh-CN"/>
        </w:rPr>
        <w:t>　　四、班级愿景：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本学期的班级目标是：团结和谐，积极发展!为着这个目标，我们将不遗余力的努力奋斗!</w:t>
      </w:r>
      <w:r>
        <w:rPr>
          <w:lang w:eastAsia="zh-CN"/>
        </w:rPr>
        <w:br/>
      </w:r>
      <w:r>
        <w:rPr>
          <w:lang w:eastAsia="zh-CN"/>
        </w:rPr>
        <w:t>　　小学四年级下学期班主任工作计划（二）</w:t>
      </w:r>
      <w:r>
        <w:rPr>
          <w:lang w:eastAsia="zh-CN"/>
        </w:rPr>
        <w:br/>
      </w:r>
      <w:r>
        <w:rPr>
          <w:lang w:eastAsia="zh-CN"/>
        </w:rPr>
        <w:t>　　寒假结束了，学生们满怀喜悦之情回到校园、回到课堂之中，看到学生一年年不断的成长，心中倍感欣慰。作为教师，作为班主任的我，就是看着一批批的学生学业有成，能够在长大之后成为国家的栋梁之才。教师的工作时如此的重要，我作为班主任，更要教好学生！</w:t>
      </w:r>
      <w:r>
        <w:rPr>
          <w:lang w:eastAsia="zh-CN"/>
        </w:rPr>
        <w:br/>
      </w:r>
      <w:r>
        <w:rPr>
          <w:lang w:eastAsia="zh-CN"/>
        </w:rPr>
        <w:t>　　一、基本情况：</w:t>
      </w:r>
      <w:r>
        <w:rPr>
          <w:lang w:eastAsia="zh-CN"/>
        </w:rPr>
        <w:br/>
      </w:r>
      <w:r>
        <w:rPr>
          <w:lang w:eastAsia="zh-CN"/>
        </w:rPr>
        <w:t>　　我班现有学生62名。该班级学生经过共同学习生活，已经形成了勤奋学习、积极向上、团结友爱、关心集体、尊敬师长的良好道德品德；他们已经形成了良好的学习习惯，具有较强的学习能力，学习比较刻苦，成绩比较稳定。</w:t>
      </w:r>
      <w:r>
        <w:rPr>
          <w:lang w:eastAsia="zh-CN"/>
        </w:rPr>
        <w:br/>
      </w:r>
      <w:r>
        <w:rPr>
          <w:lang w:eastAsia="zh-CN"/>
        </w:rPr>
        <w:t>　　二、工作目标：</w:t>
      </w:r>
      <w:r>
        <w:rPr>
          <w:lang w:eastAsia="zh-CN"/>
        </w:rPr>
        <w:br/>
      </w:r>
      <w:r>
        <w:rPr>
          <w:lang w:eastAsia="zh-CN"/>
        </w:rPr>
        <w:t>　　1、思想工作的教育，进一步提高班级的向心力和凝聚力；</w:t>
      </w:r>
      <w:r>
        <w:rPr>
          <w:lang w:eastAsia="zh-CN"/>
        </w:rPr>
        <w:br/>
      </w:r>
      <w:r>
        <w:rPr>
          <w:lang w:eastAsia="zh-CN"/>
        </w:rPr>
        <w:t>　　2、形成良好的班风，培养每一位学生对己讲仪表，对人讲礼貌，学习讲勤奋，社会讲公德，在家讲孝敬。</w:t>
      </w:r>
      <w:r>
        <w:rPr>
          <w:lang w:eastAsia="zh-CN"/>
        </w:rPr>
        <w:br/>
      </w:r>
      <w:r>
        <w:rPr>
          <w:lang w:eastAsia="zh-CN"/>
        </w:rPr>
        <w:t>　　3、加强学困生的转化工作，不使一名学生掉队，力争全班同学在学习、纪律等方面齐头并进。</w:t>
      </w:r>
      <w:r>
        <w:rPr>
          <w:lang w:eastAsia="zh-CN"/>
        </w:rPr>
        <w:br/>
      </w:r>
      <w:r>
        <w:rPr>
          <w:lang w:eastAsia="zh-CN"/>
        </w:rPr>
        <w:t>　　4、积极参加学校的各项活动，力争上游。</w:t>
      </w:r>
      <w:r>
        <w:rPr>
          <w:lang w:eastAsia="zh-CN"/>
        </w:rPr>
        <w:br/>
      </w:r>
      <w:r>
        <w:rPr>
          <w:lang w:eastAsia="zh-CN"/>
        </w:rPr>
        <w:t>　　5、争创优秀班集体。</w:t>
      </w:r>
      <w:r>
        <w:rPr>
          <w:lang w:eastAsia="zh-CN"/>
        </w:rPr>
        <w:br/>
      </w:r>
      <w:r>
        <w:rPr>
          <w:lang w:eastAsia="zh-CN"/>
        </w:rPr>
        <w:t>　　四、工作措施：</w:t>
      </w:r>
      <w:r>
        <w:rPr>
          <w:lang w:eastAsia="zh-CN"/>
        </w:rPr>
        <w:br/>
      </w:r>
      <w:r>
        <w:rPr>
          <w:lang w:eastAsia="zh-CN"/>
        </w:rPr>
        <w:t>　　1、做好任课老师的协调工作，形成教育合力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谐调好各科教学，合理统筹教学课时，薄弱学科更要尽量满足，以促进学生的全科平衡发展。要密切联系任课教师，在服务好他们的学科教学之余，也要建议他们加入到对学生的德育教育中来，共同探讨教育学生的方法，统一管理学生的尺度，形成教育合力。</w:t>
      </w:r>
      <w:r>
        <w:rPr>
          <w:lang w:eastAsia="zh-CN"/>
        </w:rPr>
        <w:br/>
      </w:r>
      <w:r>
        <w:rPr>
          <w:lang w:eastAsia="zh-CN"/>
        </w:rPr>
        <w:t>　　2、抓住“初始效应”期，鼓励学生树立奋斗目标</w:t>
      </w:r>
      <w:r>
        <w:rPr>
          <w:lang w:eastAsia="zh-CN"/>
        </w:rPr>
        <w:br/>
      </w:r>
      <w:r>
        <w:rPr>
          <w:lang w:eastAsia="zh-CN"/>
        </w:rPr>
        <w:t>　　学生在新的学习阶段开始时，往往都有最初的计划和目标这一开始阶段就是学生的“初始效应”期。但由于多数人的意志力不足，不能持之以恒，这一些良好的愿望，就成了“闪念”。我作为班主任，准备在学期初的第一周内，抓住这一有利时机，因势利导，与每位学生作一次思想上的沟通，对他们的良好愿望表示理解和支持，向他们指出以往学习中存在的不足并提出改进意见，帮助他们确立合理的奋斗目标，激发他们的意志力，鼓励他们上进，使他们的＂闪念＂变成贯穿初中最后一个学习阶段的＂恒念＂。</w:t>
      </w:r>
      <w:r>
        <w:rPr>
          <w:lang w:eastAsia="zh-CN"/>
        </w:rPr>
        <w:br/>
      </w:r>
      <w:r>
        <w:rPr>
          <w:lang w:eastAsia="zh-CN"/>
        </w:rPr>
        <w:t>　　3、进一步完善班级学生综合考核量化工作</w:t>
      </w:r>
      <w:r>
        <w:rPr>
          <w:lang w:eastAsia="zh-CN"/>
        </w:rPr>
        <w:br/>
      </w:r>
      <w:r>
        <w:rPr>
          <w:lang w:eastAsia="zh-CN"/>
        </w:rPr>
        <w:t>　　制定“学生综合考核量化”评价表，包括出勤、卫生、纪律、作业等方面，根据标准对学生的在校行为进行及时评分，反馈，每周小结，引导学生根据统计结果，自觉的改好行为习惯，加强纪律观念，端正学习态度，以促使良好班风、学风的养成。同时对一些统计结果较差的同学，则要及时进行耐心细致的个别教育。</w:t>
      </w:r>
      <w:r>
        <w:rPr>
          <w:lang w:eastAsia="zh-CN"/>
        </w:rPr>
        <w:br/>
      </w:r>
      <w:r>
        <w:rPr>
          <w:lang w:eastAsia="zh-CN"/>
        </w:rPr>
        <w:t>　　4、对学生中的“弱势群体”要多关怀激励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随着素质教育的深化，上级教育单位对“全科合格率”越来越重视，所以，扶持学生中的“弱势群体”便成了班主任工作中的重点。这一类学生，由于成绩偏差，自信心不足，自卑感强，逆反心重，故在对他们的教育过程中万不可随意的批评制责，而要耐心宽容，并适时给与关怀激励。</w:t>
      </w:r>
      <w:r>
        <w:rPr>
          <w:lang w:eastAsia="zh-CN"/>
        </w:rPr>
        <w:br/>
      </w:r>
      <w:r>
        <w:rPr>
          <w:lang w:eastAsia="zh-CN"/>
        </w:rPr>
        <w:t>　　班主任不应充当班集体的“保姆”，而应是班级德育工作的组织者。这样班主任应当力争是学生的朋友，同时是各科任老师德育的伙伴，学校领导的参谋。自己在班级管理过程中不断学习，沟通与外界的联系，跟上改革与发展的脚步，树立信心，鼓足勇气，以更好地开展班级管理工作。</w:t>
      </w:r>
      <w:r>
        <w:rPr>
          <w:lang w:eastAsia="zh-CN"/>
        </w:rPr>
        <w:br/>
      </w:r>
      <w:r>
        <w:rPr>
          <w:lang w:eastAsia="zh-CN"/>
        </w:rPr>
        <w:t>　　班主任的工作就是这样，虽然比较繁琐，但是却很有意义，看着自己的学生一天天的长大，心里也是感到很欣慰。孩子们的今天就是我们祖国的明天，照顾好他们就是照顾好我们祖国的未来。我一定更要坚持更好的努力下去，将孩子们的带好，我相信我会做到的。小学学校下学期工作计划6</w:t>
      </w:r>
      <w:r>
        <w:rPr>
          <w:lang w:eastAsia="zh-CN"/>
        </w:rPr>
        <w:br/>
      </w:r>
      <w:r>
        <w:rPr>
          <w:lang w:eastAsia="zh-CN"/>
        </w:rPr>
        <w:t xml:space="preserve">    一、指导思想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在新学期里，我校将继续以科学发展观、创先争优、三品两德统领学校教育教学工作，以__县县委教育工委、__县教委20__年工作意见为准绳，认真学习贯彻党的“十八大”和《国家中长期教育改革和发展规划纲要（2010-2020年）》精神，在上级主管部门和属地党委、镇府的领导下完善学校办学机制，依法办学，依法治校。以提高教育教学质量促进学生健康成长为目标，深入实施素质教育，坚持“实事求是、返朴归真、转型超越、和谐共进”为工作原则，努力做到基础扎实、特色明显，办农村“优质教育、特色教育和品牌教育”。狠抓教学工作，以落实常规和课题研究促进教学质量进一步提高；加强内部管理，创设良好的师德师风和文明校风；落实安全管理，建设平安校园。齐抓共管，齐心协力，努力使学校各项工作在新的学期里更上新台阶，再创新辉煌。</w:t>
      </w:r>
      <w:r>
        <w:rPr>
          <w:lang w:eastAsia="zh-CN"/>
        </w:rPr>
        <w:br/>
      </w:r>
      <w:r>
        <w:rPr>
          <w:lang w:eastAsia="zh-CN"/>
        </w:rPr>
        <w:t>　　二、 工作目标</w:t>
      </w:r>
      <w:r>
        <w:rPr>
          <w:lang w:eastAsia="zh-CN"/>
        </w:rPr>
        <w:br/>
      </w:r>
      <w:r>
        <w:rPr>
          <w:lang w:eastAsia="zh-CN"/>
        </w:rPr>
        <w:t>　　1.完善学校办学机制，依法办学，依法治校。</w:t>
      </w:r>
      <w:r>
        <w:rPr>
          <w:lang w:eastAsia="zh-CN"/>
        </w:rPr>
        <w:br/>
      </w:r>
      <w:r>
        <w:rPr>
          <w:lang w:eastAsia="zh-CN"/>
        </w:rPr>
        <w:t>　　2、凸显学校品位，加强校园文化建设。</w:t>
      </w:r>
      <w:r>
        <w:rPr>
          <w:lang w:eastAsia="zh-CN"/>
        </w:rPr>
        <w:br/>
      </w:r>
      <w:r>
        <w:rPr>
          <w:lang w:eastAsia="zh-CN"/>
        </w:rPr>
        <w:t>　　3、学生常规管理科学规范，班风校风正，学风浓。</w:t>
      </w:r>
      <w:r>
        <w:rPr>
          <w:lang w:eastAsia="zh-CN"/>
        </w:rPr>
        <w:br/>
      </w:r>
      <w:r>
        <w:rPr>
          <w:lang w:eastAsia="zh-CN"/>
        </w:rPr>
        <w:t>　　4、学生行为习惯良好，思想素质和道德品质不断提高，德智体美劳全面发展。</w:t>
      </w:r>
      <w:r>
        <w:rPr>
          <w:lang w:eastAsia="zh-CN"/>
        </w:rPr>
        <w:br/>
      </w:r>
      <w:r>
        <w:rPr>
          <w:lang w:eastAsia="zh-CN"/>
        </w:rPr>
        <w:t>　　5、加强教师队伍建设，教师思想素质、业务素质不断提高。</w:t>
      </w:r>
      <w:r>
        <w:rPr>
          <w:lang w:eastAsia="zh-CN"/>
        </w:rPr>
        <w:br/>
      </w:r>
      <w:r>
        <w:rPr>
          <w:lang w:eastAsia="zh-CN"/>
        </w:rPr>
        <w:t>　　6、进一步做好教育教学工作，坚持“质量立校”。</w:t>
      </w:r>
      <w:r>
        <w:rPr>
          <w:lang w:eastAsia="zh-CN"/>
        </w:rPr>
        <w:br/>
      </w:r>
      <w:r>
        <w:rPr>
          <w:lang w:eastAsia="zh-CN"/>
        </w:rPr>
        <w:t>　　7、在创建了市“平安校园”县“健康校园”的基础上争创市县“绿色校园、数字校园、人文校园”。</w:t>
      </w:r>
      <w:r>
        <w:rPr>
          <w:lang w:eastAsia="zh-CN"/>
        </w:rPr>
        <w:br/>
      </w:r>
      <w:r>
        <w:rPr>
          <w:lang w:eastAsia="zh-CN"/>
        </w:rPr>
        <w:t>　　8、进一步加强帮扶工作，切实做到相互学习、相互促进、共同提高、共同进步。</w:t>
      </w:r>
      <w:r>
        <w:rPr>
          <w:lang w:eastAsia="zh-CN"/>
        </w:rPr>
        <w:br/>
      </w:r>
      <w:r>
        <w:rPr>
          <w:lang w:eastAsia="zh-CN"/>
        </w:rPr>
        <w:t>　　三、 工作措施</w:t>
      </w:r>
      <w:r>
        <w:rPr>
          <w:lang w:eastAsia="zh-CN"/>
        </w:rPr>
        <w:br/>
      </w:r>
      <w:r>
        <w:rPr>
          <w:lang w:eastAsia="zh-CN"/>
        </w:rPr>
        <w:t>　　（一）管理工作：以人为本，抓好两支队伍建设</w:t>
      </w:r>
      <w:r>
        <w:rPr>
          <w:lang w:eastAsia="zh-CN"/>
        </w:rPr>
        <w:br/>
      </w:r>
      <w:r>
        <w:rPr>
          <w:lang w:eastAsia="zh-CN"/>
        </w:rPr>
        <w:t>　　1、抓好学校领导班子建设。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大力弘扬领导干部的学习之风，在领导干部中要进一步强化认真学习、增长才干的自觉性。要求领导班子能灵活研究新问题、大胆开拓新思路，努力适应新时代管理需要，推动管理工作上台阶、出质量。进一步提高学校管理人员的办事效率和服务意识，强化工作责任感、事业心。落实民主集中制，建设廉洁、高效、团结的领导班子，凝聚教师力量，一心一意为学校发展贡献力量。</w:t>
      </w:r>
      <w:r>
        <w:rPr>
          <w:lang w:eastAsia="zh-CN"/>
        </w:rPr>
        <w:br/>
      </w:r>
      <w:r>
        <w:rPr>
          <w:lang w:eastAsia="zh-CN"/>
        </w:rPr>
        <w:t>　　按照教育工委、教委关于加强村校管理的精神做好几件事：建好班子、建好管理网络、立好规矩、定好制度，积极运行逐步走上正轨。</w:t>
      </w:r>
      <w:r>
        <w:rPr>
          <w:lang w:eastAsia="zh-CN"/>
        </w:rPr>
        <w:br/>
      </w:r>
      <w:r>
        <w:rPr>
          <w:lang w:eastAsia="zh-CN"/>
        </w:rPr>
        <w:t>　　2、开展岗位大练兵活动，着力塑造我校教师的良好形象。本学年我们要大力加强教师职业道德建设，开展岗位大练兵活动。充分发挥党支部的组织教育作用，加强德育工作，积极引导广大教师确立“敬业爱岗、乐于奉献、廉洁从教”的师表风范。尊重、热爱学生，言传身教，教书育人，自觉遵守教师职业道德规范，增强 “一切为了学生、为了学生一切”的责任意识和质量意识，以高尚的情操引导学生德、智、体、美全面发展。同时进一步抓好党建工作，加强党员队伍建设，发挥党员的先锋模范作用。</w:t>
      </w:r>
      <w:r>
        <w:rPr>
          <w:lang w:eastAsia="zh-CN"/>
        </w:rPr>
        <w:br/>
      </w:r>
      <w:r>
        <w:rPr>
          <w:lang w:eastAsia="zh-CN"/>
        </w:rPr>
        <w:t>　　继续在中心校50岁以下教师中开展上“合格课”活动。学生中开展数学计算能力竞赛、作文通讯赛、一、二、三年级开展文字书写竞赛、四、五、六年级开展书法竞赛。</w:t>
      </w:r>
      <w:r>
        <w:rPr>
          <w:lang w:eastAsia="zh-CN"/>
        </w:rPr>
        <w:br/>
      </w:r>
      <w:r>
        <w:rPr>
          <w:lang w:eastAsia="zh-CN"/>
        </w:rPr>
        <w:t>　　3、加强校本培训工作，进一步打造学校“名师”。我们要进一步加强校本开发、培训工作，积极开展校本教研活动，促进教师的专业发展，切实提高教师教育教学业务水平，创建学习型教师群体，实现全方位、长时间的过程培养。尤其是要加强骨干教师的培养与使用，做到“用有人才、用好人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4、进一步加强现代教育技术工作。进一步加强学校的现代教育技术工作，要求教师努力树立“关键是意识现代化”的观念，进一步掌握现常用的现代教育技术手段，利用远程教育资源和空中课堂上好课、每位教师都要掌握上网搜索资料、处理资料以及收发电子邮件的本领。充分发挥网络资源在教学中的作用。教育信息技术装备进一步完善。完善中心校、村校班班通工程，提升学校教育装备品质，本学期要以教委“两测试”为契机在信息技术和教育装备的使用与管理上下大力气，信息技术部门要在现有的装备条件基础上进一步放大信息技术的服务功能，要围绕学校三年主动发展规划中信息技术建设的目标，有序建设和开发教育资源，统筹做好资源制作、组织应用、管理考核等工作。创建科学、有序、高效的__市“数字校园”。</w:t>
      </w:r>
      <w:r>
        <w:rPr>
          <w:lang w:eastAsia="zh-CN"/>
        </w:rPr>
        <w:br/>
      </w:r>
      <w:r>
        <w:rPr>
          <w:lang w:eastAsia="zh-CN"/>
        </w:rPr>
        <w:t>　　（二）德育工作：抓好德育教育，强化养成训练。</w:t>
      </w:r>
      <w:r>
        <w:rPr>
          <w:lang w:eastAsia="zh-CN"/>
        </w:rPr>
        <w:br/>
      </w:r>
      <w:r>
        <w:rPr>
          <w:lang w:eastAsia="zh-CN"/>
        </w:rPr>
        <w:t>　　深入贯彻落实《中共中央国务院关于进一步加强和改进未成年人思想道德建设的若干意见》，继续深入开展文明行为习惯养成教育，爱心教育、诚信教育、爱国主义教育。具体做好六个方面的工作：</w:t>
      </w:r>
      <w:r>
        <w:rPr>
          <w:lang w:eastAsia="zh-CN"/>
        </w:rPr>
        <w:br/>
      </w:r>
      <w:r>
        <w:rPr>
          <w:lang w:eastAsia="zh-CN"/>
        </w:rPr>
        <w:t>　　1、加强未成年人思想道德建设。</w:t>
      </w:r>
      <w:r>
        <w:rPr>
          <w:lang w:eastAsia="zh-CN"/>
        </w:rPr>
        <w:br/>
      </w:r>
      <w:r>
        <w:rPr>
          <w:lang w:eastAsia="zh-CN"/>
        </w:rPr>
        <w:t>　　①制定学校未成年人思想道德建设实施方案，并付诸实施。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②结合植树节、“三八”妇女节、青年节、劳动节、儿童节、“七一”等重大节日，以学校少先队组织开展丰富多彩的各类活动，同时通过学校网站、红领巾广播站、板报、班队会、国旗下讲话等形式，培养少先队员的爱国主义热情，自觉接受爱国主义教育；通过对革命传统的认识，不断加深对少先队员的集体主义教育，培养少先队员尊敬师长、关爱他人以及吃苦耐劳的精神。根据学校书香校园的'活动要求，扎实开展人文教育。</w:t>
      </w:r>
      <w:r>
        <w:rPr>
          <w:lang w:eastAsia="zh-CN"/>
        </w:rPr>
        <w:br/>
      </w:r>
      <w:r>
        <w:rPr>
          <w:lang w:eastAsia="zh-CN"/>
        </w:rPr>
        <w:t>　　2、以开展“书香校园”活动为载体，狠抓爱国主义教育。</w:t>
      </w:r>
      <w:r>
        <w:rPr>
          <w:lang w:eastAsia="zh-CN"/>
        </w:rPr>
        <w:br/>
      </w:r>
      <w:r>
        <w:rPr>
          <w:lang w:eastAsia="zh-CN"/>
        </w:rPr>
        <w:t>　　学校要以少先队组织为龙头，结合艺术节开展“唱、读、讲、传”，学校为各班添置一口书橱开设图书角，鼓励广大少年儿童积极行动起来，推动读书活动的开展，使学校真正成为“书香校园”，让朗朗的读书声响彻在义学堂小学校园乃至更广阔的上空。</w:t>
      </w:r>
      <w:r>
        <w:rPr>
          <w:lang w:eastAsia="zh-CN"/>
        </w:rPr>
        <w:br/>
      </w:r>
      <w:r>
        <w:rPr>
          <w:lang w:eastAsia="zh-CN"/>
        </w:rPr>
        <w:t>　　3、加强行为规范的养成教育。</w:t>
      </w:r>
      <w:r>
        <w:rPr>
          <w:lang w:eastAsia="zh-CN"/>
        </w:rPr>
        <w:br/>
      </w:r>
      <w:r>
        <w:rPr>
          <w:lang w:eastAsia="zh-CN"/>
        </w:rPr>
        <w:t>　　开展以“学校是我家，美化靠大家”为主题的学习教育活动，培养学生形成讲文明、懂礼貌、守纪律的良好行为习惯。切实落实“三自”常规管理模式。在深入贯彻新的《中小学生守则》和《中小学生日常行为规范》的基础上，实施自我管理、自我教育、自主学习的“三自”常规管理模式，使各个中队事事有人做，人人有事做。明确每月常规重点及每周常规要点，以年龄特点有针对性培养各个年级段应养成的习惯，分别安排教育重点。班主任根据本班特点，创造性开展工作，强化训练要求。坚持列队放学制度和路队制度。</w:t>
      </w:r>
      <w:r>
        <w:rPr>
          <w:lang w:eastAsia="zh-CN"/>
        </w:rPr>
        <w:br/>
      </w:r>
      <w:r>
        <w:rPr>
          <w:lang w:eastAsia="zh-CN"/>
        </w:rPr>
        <w:t>　　4、加强业务培训，提升班主任管理水平。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加强德育队伍建设。一是要继续贯彻实施《中小学班主任工作规定》，完善班主任工作细则和考核细则；二是要重视全员育人、全过程育人、全方位育人，使全体教职员工都成为德育工作者。三是要加强“三结合”网络建设，建立和完善学校家长委员会，密切学校和家庭的协作，构建学校、家庭和社会有机结合的教育体系，促进家校和谐与社会和谐，使全社会都参与学生的思想道德建设工作。四是要着力探索符合本校实际的德育课题研究，提升全体班主任的理论和实践研究水平，以研促德。</w:t>
      </w:r>
      <w:r>
        <w:rPr>
          <w:lang w:eastAsia="zh-CN"/>
        </w:rPr>
        <w:br/>
      </w:r>
      <w:r>
        <w:rPr>
          <w:lang w:eastAsia="zh-CN"/>
        </w:rPr>
        <w:t>　　充分利用我校资源优势，合理利用班主任例会时间，开展管理交流，专题研讨，案例分析等活动，提高我校班主任的整体素质。开展走出去活动组织班主任到县内外有特色的学校参观，通过借鉴提升我校班主任的管理能力和水平。组织学习国家教育部下发的《关于进一步加强中小学班主任工作的意见》，让班主任充分认识到其工作的重要性，进一步明确自己的工作职责。</w:t>
      </w:r>
      <w:r>
        <w:rPr>
          <w:lang w:eastAsia="zh-CN"/>
        </w:rPr>
        <w:br/>
      </w:r>
      <w:r>
        <w:rPr>
          <w:lang w:eastAsia="zh-CN"/>
        </w:rPr>
        <w:t>　　5、深入开展主题教育活动</w:t>
      </w:r>
      <w:r>
        <w:rPr>
          <w:lang w:eastAsia="zh-CN"/>
        </w:rPr>
        <w:br/>
      </w:r>
      <w:r>
        <w:rPr>
          <w:lang w:eastAsia="zh-CN"/>
        </w:rPr>
        <w:t>　　开展专题队会活动。利用植树节开展环境教育活动、三八妇女节开展感恩教育活动、“六一”艺术节开展艺术教育活动。通过活动培养队员自主管理、自主参与、自主组织的意识和能力。</w:t>
      </w:r>
      <w:r>
        <w:rPr>
          <w:lang w:eastAsia="zh-CN"/>
        </w:rPr>
        <w:br/>
      </w:r>
      <w:r>
        <w:rPr>
          <w:lang w:eastAsia="zh-CN"/>
        </w:rPr>
        <w:t>　　6、加强校园文化建设。本学期计划开展“名师名生”为主题的校园文化建设，计划在第二教学楼建设名生墙、第三教学楼建设名师墙。</w:t>
      </w:r>
      <w:r>
        <w:rPr>
          <w:lang w:eastAsia="zh-CN"/>
        </w:rPr>
        <w:br/>
      </w:r>
      <w:r>
        <w:rPr>
          <w:lang w:eastAsia="zh-CN"/>
        </w:rPr>
        <w:t>　　（三）教学工作：突出质量意识，强化教学管理，推动教育创新。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1、教育质量是学校生命线，我们要把提高教育质量当作头等大事来抓，全面推进素质教育，促进教育质量再上新水平。加强质量监控，强化学科目标责任制。</w:t>
      </w:r>
      <w:r>
        <w:rPr>
          <w:lang w:eastAsia="zh-CN"/>
        </w:rPr>
        <w:br/>
      </w:r>
      <w:r>
        <w:rPr>
          <w:lang w:eastAsia="zh-CN"/>
        </w:rPr>
        <w:t>　　2、完成教研组活动从规范化到制度化的转换。</w:t>
      </w:r>
      <w:r>
        <w:rPr>
          <w:lang w:eastAsia="zh-CN"/>
        </w:rPr>
        <w:br/>
      </w:r>
      <w:r>
        <w:rPr>
          <w:lang w:eastAsia="zh-CN"/>
        </w:rPr>
        <w:t>　　本学年，尝试做好“课改教学开放周”的活动，精心组织、积极调研、细心开展开放周的教研活动工作。通过开放周就教学情况，教学效果提出问题，再研究问题，从而达到解决问题的目的。这是规范性的教研活动。</w:t>
      </w:r>
      <w:r>
        <w:rPr>
          <w:lang w:eastAsia="zh-CN"/>
        </w:rPr>
        <w:br/>
      </w:r>
      <w:r>
        <w:rPr>
          <w:lang w:eastAsia="zh-CN"/>
        </w:rPr>
        <w:t>　　3、加强学校艺、体工作，促进学校文艺、体育的健康发展。</w:t>
      </w:r>
      <w:r>
        <w:rPr>
          <w:lang w:eastAsia="zh-CN"/>
        </w:rPr>
        <w:br/>
      </w:r>
      <w:r>
        <w:rPr>
          <w:lang w:eastAsia="zh-CN"/>
        </w:rPr>
        <w:t>　　（1）筹备“六一”文艺活动，“合格课”及“五一”教师趣味比赛。</w:t>
      </w:r>
      <w:r>
        <w:rPr>
          <w:lang w:eastAsia="zh-CN"/>
        </w:rPr>
        <w:br/>
      </w:r>
      <w:r>
        <w:rPr>
          <w:lang w:eastAsia="zh-CN"/>
        </w:rPr>
        <w:t>　　（2）认真落实两课两操、大课间、课外活动、阳光体育、健康教育工作。</w:t>
      </w:r>
      <w:r>
        <w:rPr>
          <w:lang w:eastAsia="zh-CN"/>
        </w:rPr>
        <w:br/>
      </w:r>
      <w:r>
        <w:rPr>
          <w:lang w:eastAsia="zh-CN"/>
        </w:rPr>
        <w:t>　　（3）加强教育，师生形成共识，建立制度，精心组织。责任分工，政教处做好值日安排，做好督查。安稳办与教务处协调加强学生的卫生知识教育，以高度的责任感做好学生的健康监测和传染病、常见病、多发病的防治，推动学校卫生工作水平不断提高。</w:t>
      </w:r>
      <w:r>
        <w:rPr>
          <w:lang w:eastAsia="zh-CN"/>
        </w:rPr>
        <w:br/>
      </w:r>
      <w:r>
        <w:rPr>
          <w:lang w:eastAsia="zh-CN"/>
        </w:rPr>
        <w:t>　　（4）开展书法进课堂活动。各年级以写字课为阵地，一学校书法展示活动、六一艺术节为平台促进书法课的深入持久地开展。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5）整合资源，形成合力。开展学校资源向社区开放工作，搭建良好的“家庭、学校、社区三结合”艺术教育平台,积极争取社会多方面的支持，开展多种形式的艺术观摩、演出、展览等活动。搭建学生展示艺术才华的平台，并主动发挥本校艺术资源的作用，为社区文化提供支持与服务。</w:t>
      </w:r>
      <w:r>
        <w:rPr>
          <w:lang w:eastAsia="zh-CN"/>
        </w:rPr>
        <w:br/>
      </w:r>
      <w:r>
        <w:rPr>
          <w:lang w:eastAsia="zh-CN"/>
        </w:rPr>
        <w:t>　　4、坚持行政督导，加强常规管理。</w:t>
      </w:r>
      <w:r>
        <w:rPr>
          <w:lang w:eastAsia="zh-CN"/>
        </w:rPr>
        <w:br/>
      </w:r>
      <w:r>
        <w:rPr>
          <w:lang w:eastAsia="zh-CN"/>
        </w:rPr>
        <w:t>　　行政督导是行政领导班子深入教学一线，了解学校教育教学情况，查找教育教学工作中存在的问题，集体会诊，最终达到纠正问题解决问题的目的。本学期，继续加强学校管理和教务管理的月查工作，层层签订学校管理以及教学质量责任书,每月对全校教师进行全方位的全程综合督导。坚持对五、六年级教学质量的月考制度。</w:t>
      </w:r>
      <w:r>
        <w:rPr>
          <w:lang w:eastAsia="zh-CN"/>
        </w:rPr>
        <w:br/>
      </w:r>
      <w:r>
        <w:rPr>
          <w:lang w:eastAsia="zh-CN"/>
        </w:rPr>
        <w:t>　　（四）教科研工作：适应需要，提升层次，争出成果</w:t>
      </w:r>
      <w:r>
        <w:rPr>
          <w:lang w:eastAsia="zh-CN"/>
        </w:rPr>
        <w:br/>
      </w:r>
      <w:r>
        <w:rPr>
          <w:lang w:eastAsia="zh-CN"/>
        </w:rPr>
        <w:t>　　1、加大学校教科研，推进课程改革实验工作</w:t>
      </w:r>
      <w:r>
        <w:rPr>
          <w:lang w:eastAsia="zh-CN"/>
        </w:rPr>
        <w:br/>
      </w:r>
      <w:r>
        <w:rPr>
          <w:lang w:eastAsia="zh-CN"/>
        </w:rPr>
        <w:t>　　（1）以新课程理念为指导，围绕教学的热点、焦点问题，开展课改研讨系列活动。</w:t>
      </w:r>
      <w:r>
        <w:rPr>
          <w:lang w:eastAsia="zh-CN"/>
        </w:rPr>
        <w:br/>
      </w:r>
      <w:r>
        <w:rPr>
          <w:lang w:eastAsia="zh-CN"/>
        </w:rPr>
        <w:t>　　（2）强化各学科的教育教学，加强横向联系与交流。</w:t>
      </w:r>
      <w:r>
        <w:rPr>
          <w:lang w:eastAsia="zh-CN"/>
        </w:rPr>
        <w:br/>
      </w:r>
      <w:r>
        <w:rPr>
          <w:lang w:eastAsia="zh-CN"/>
        </w:rPr>
        <w:t>　　2、夯实校本教研，提高教师业务能力</w:t>
      </w:r>
      <w:r>
        <w:rPr>
          <w:lang w:eastAsia="zh-CN"/>
        </w:rPr>
        <w:br/>
      </w:r>
      <w:r>
        <w:rPr>
          <w:lang w:eastAsia="zh-CN"/>
        </w:rPr>
        <w:t>　　（1）切实抓好校本教研工作，把提高教师业务水平作为重要工作去落实。大力提倡集体备课，校本教研经常化、制度化。（具体见教研计划安排）以教研组、年级组为单位，按照学校教研工作安排，不断创新业务学习、集体备课的新内容、新形势、新措施，切实加强校本研修的针对性、实效性。本学期将根据各科特点与专题举行教师论坛，为教师搭建平台，交流、畅谈教学感悟、收获、得失，让教学研究向深层次推进。</w:t>
      </w:r>
      <w:r>
        <w:rPr>
          <w:lang w:eastAsia="zh-CN"/>
        </w:rPr>
        <w:br/>
      </w:r>
    </w:p>
    <w:p w:rsidR="001B1F19" w14:textId="27C3F48A">
      <w:pPr>
        <w:rPr>
          <w:rFonts w:hint="eastAsia"/>
          <w:lang w:eastAsia="zh-CN"/>
        </w:rPr>
      </w:pPr>
      <w:r>
        <w:rPr>
          <w:lang w:eastAsia="zh-CN"/>
        </w:rPr>
        <w:t>　　（2）利用优势，为我校青年教师创造成长的机会。除在本校拜师学艺外，尽可能地提供参加市、县教学研究活动的机会，增长见识、开阔视野。继续利用与南门镇花林小学结对的优势，开展定期互访，名师“手拉手”、互动教研等活动，提高教师的教育教学水平。</w:t>
      </w:r>
      <w:r>
        <w:rPr>
          <w:lang w:eastAsia="zh-CN"/>
        </w:rPr>
        <w:br/>
      </w:r>
      <w:r>
        <w:rPr>
          <w:lang w:eastAsia="zh-CN"/>
        </w:rPr>
        <w:t>　　（3）加强教研和科研的结合。</w:t>
      </w:r>
      <w:r>
        <w:rPr>
          <w:lang w:eastAsia="zh-CN"/>
        </w:rPr>
        <w:br/>
      </w:r>
      <w:r>
        <w:rPr>
          <w:lang w:eastAsia="zh-CN"/>
        </w:rPr>
        <w:t>　　（4）举行论文案例评比活动。</w:t>
      </w:r>
      <w:r>
        <w:rPr>
          <w:lang w:eastAsia="zh-CN"/>
        </w:rPr>
        <w:br/>
      </w:r>
      <w:r>
        <w:rPr>
          <w:lang w:eastAsia="zh-CN"/>
        </w:rPr>
        <w:t>　　3、加强课题管理与研究工作</w:t>
      </w:r>
      <w:r>
        <w:rPr>
          <w:lang w:eastAsia="zh-CN"/>
        </w:rPr>
        <w:br/>
      </w:r>
      <w:r>
        <w:rPr>
          <w:lang w:eastAsia="zh-CN"/>
        </w:rPr>
        <w:t>　　（1）组织所有课题组成员学习科研理论，用以指导科研实践。</w:t>
      </w:r>
      <w:r>
        <w:rPr>
          <w:lang w:eastAsia="zh-CN"/>
        </w:rPr>
        <w:br/>
      </w:r>
      <w:r>
        <w:rPr>
          <w:lang w:eastAsia="zh-CN"/>
        </w:rPr>
        <w:t>　　（2）对立项课题，每月进行一次集中碰头，交流实验方法，探讨疑难问题，开展有针对性的反思。</w:t>
      </w:r>
      <w:r>
        <w:rPr>
          <w:lang w:eastAsia="zh-CN"/>
        </w:rPr>
        <w:br/>
      </w:r>
      <w:r>
        <w:rPr>
          <w:lang w:eastAsia="zh-CN"/>
        </w:rPr>
        <w:t>　　（3）对要申报的教研课题的教师进行集中辅导，开展教育科研结题培训，指导研究报告的撰写，引导好科研教师对自己所研究的课题的提炼。</w:t>
      </w:r>
      <w:r>
        <w:rPr>
          <w:lang w:eastAsia="zh-CN"/>
        </w:rPr>
        <w:br/>
      </w:r>
      <w:r>
        <w:rPr>
          <w:lang w:eastAsia="zh-CN"/>
        </w:rPr>
        <w:t>　　（4）做好教育科研信息的传递工作。</w:t>
      </w:r>
      <w:r>
        <w:rPr>
          <w:lang w:eastAsia="zh-CN"/>
        </w:rPr>
        <w:br/>
      </w:r>
      <w:r>
        <w:rPr>
          <w:lang w:eastAsia="zh-CN"/>
        </w:rPr>
        <w:t>　　4、利用联片教研基地校的平台提升我校教师的教学研究能力和水平，提高我校的地域影响力增加竞争力。切实加强帮扶工作，创新帮扶形式与内容相互学习相互提高，共同进步。</w:t>
      </w:r>
      <w:r>
        <w:rPr>
          <w:lang w:eastAsia="zh-CN"/>
        </w:rPr>
        <w:br/>
      </w:r>
      <w:r>
        <w:rPr>
          <w:lang w:eastAsia="zh-CN"/>
        </w:rPr>
        <w:t>　　（五）服务保障：抓好后勤保障体系，改善办学条件</w:t>
      </w:r>
      <w:r>
        <w:rPr>
          <w:lang w:eastAsia="zh-CN"/>
        </w:rPr>
        <w:br/>
      </w:r>
      <w:r>
        <w:rPr>
          <w:lang w:eastAsia="zh-CN"/>
        </w:rPr>
        <w:t>　　1、完善工会工作机制，切实保障职工的民主权利。</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https://d.book118.com/057003011166006040</w:t>
        </w:r>
      </w:hyperlink>
    </w:p>
    <w:p w:rsidR="001B1F19">
      <w:pPr>
        <w:rPr>
          <w:rFonts w:hint="eastAsia"/>
          <w:lang w:eastAsia="zh-CN"/>
        </w:rPr>
      </w:pPr>
    </w:p>
    <w:sectPr>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5700301116600604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