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数学备课组工作计划模板汇总（34篇）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数学备课组工作计划模板汇总（精选34篇）</w:t>
      </w:r>
      <w:r>
        <w:rPr>
          <w:lang w:eastAsia="zh-CN"/>
        </w:rPr>
        <w:br/>
      </w:r>
      <w:r>
        <w:rPr>
          <w:lang w:eastAsia="zh-CN"/>
        </w:rPr>
        <w:t xml:space="preserve">    数学备课组工作计划模板汇总 篇1 </w:t>
      </w:r>
      <w:r>
        <w:rPr>
          <w:lang w:eastAsia="zh-CN"/>
        </w:rPr>
        <w:br/>
      </w:r>
      <w:r>
        <w:rPr>
          <w:lang w:eastAsia="zh-CN"/>
        </w:rPr>
        <w:t>　　一、指导思想</w:t>
      </w:r>
      <w:r>
        <w:rPr>
          <w:lang w:eastAsia="zh-CN"/>
        </w:rPr>
        <w:br/>
      </w:r>
      <w:r>
        <w:rPr>
          <w:lang w:eastAsia="zh-CN"/>
        </w:rPr>
        <w:t>　　贯彻学校有关教育教学计划，在学校和年级段的直接领导下，严格执行学校的各项教育教学制度和要求，认真完成各项任务。教学的宗旨是使学生获得所必须的基本数学知识和技能的同时，在情感、态度、价值观和一般能力等方面都能获得充分的发展，为学生的终身学习奠定良好的基础。为20__年的高考做准备，为学生打下坚实的基础，争取高考的优胜，是我们教学目标。</w:t>
      </w:r>
      <w:r>
        <w:rPr>
          <w:lang w:eastAsia="zh-CN"/>
        </w:rPr>
        <w:br/>
      </w:r>
      <w:r>
        <w:rPr>
          <w:lang w:eastAsia="zh-CN"/>
        </w:rPr>
        <w:t>　　二、本学期的复习安排与要求：</w:t>
      </w:r>
      <w:r>
        <w:rPr>
          <w:lang w:eastAsia="zh-CN"/>
        </w:rPr>
        <w:br/>
      </w:r>
      <w:r>
        <w:rPr>
          <w:lang w:eastAsia="zh-CN"/>
        </w:rPr>
        <w:t>　　一轮复习，大至延续到明年的3月。目标由“点”到“线”，把知识点一个一个理清楚，使学生能在夯实基础中逐步提高自己的数学能力。为加强复习的计划性，增强复习的实效性，对本学期的备课重点有以下几个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1.作好每章复习。这是个将数学知识由“线”到“网”的过程，将分散的知识串成面、串成体，形成知识体系的网络化，将问题归类，进行知识迁移和联想、分解与组合，一题多变、一题多解，举一反三，触类旁通。不仅重视单元内综合，更注重学科内的综合，关注在知识的交会点处设计问题。</w:t>
      </w:r>
      <w:r>
        <w:rPr>
          <w:lang w:eastAsia="zh-CN"/>
        </w:rPr>
        <w:br/>
      </w:r>
      <w:r>
        <w:rPr>
          <w:lang w:eastAsia="zh-CN"/>
        </w:rPr>
        <w:t>　　2.重视数学思想方法的教学。 在问题的分析、思路发展过程中运用数学思想方法进行思维的导向，在思维过程中点明数学思想方法在解题思路发现过程中所起的重点作用。</w:t>
      </w:r>
      <w:r>
        <w:rPr>
          <w:lang w:eastAsia="zh-CN"/>
        </w:rPr>
        <w:br/>
      </w:r>
      <w:r>
        <w:rPr>
          <w:lang w:eastAsia="zh-CN"/>
        </w:rPr>
        <w:t>　　3.增强学生的阅读理解能力，提高审题能力。 平时的练习中，会遇到很多熟悉的题目，在高考题中，将出现一些“新”的题目。“新”是测试真实能力的基本条件，学生在考试中经常有一种“恐长”，“恐新”心理，在平时教学中强调变式训练，题目形式要新，寻找一些“新”题、“好”题给学生，由学生独立思考，分析探索，寻找解题途径。</w:t>
      </w:r>
      <w:r>
        <w:rPr>
          <w:lang w:eastAsia="zh-CN"/>
        </w:rPr>
        <w:br/>
      </w:r>
      <w:r>
        <w:rPr>
          <w:lang w:eastAsia="zh-CN"/>
        </w:rPr>
        <w:t>　　4.提高学生的解题能力 。数学复习的主要目的.就是备战高考，有针对性地对学生进行做题训练尤为重要。模拟题要定时定量训练，把训练当考试，积累经验、锤炼心理。选择题的训练立足基础，提高准确性，注重方法灵活性。填空题的训练注重训练学生准确、严谨、全面、灵活运用知识的能力和基本运算能力，注重书写结果的规范性。填空题只写答案，缺少选项提供的目标信息，结果正确与否难以判断，一步失误，全题零分。解答题重视审题过程，思维的发生、发展过程。</w:t>
      </w:r>
      <w:r>
        <w:rPr>
          <w:lang w:eastAsia="zh-CN"/>
        </w:rPr>
        <w:br/>
      </w:r>
      <w:r>
        <w:rPr>
          <w:lang w:eastAsia="zh-CN"/>
        </w:rPr>
        <w:t>　　5.注重学生卷面表达的训练。</w:t>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xml:space="preserve"> 高考要获得好分数，除了具有较高的数学功底外，还要避免出现失误失分。一方面要通过试题训练使学生减少、避免马虎、失误丢分，还要强调学生的书面表达，训练学生答卷时做到字迹工整、格式规范、推证合理、详略适当，做到会的题目不丢分，不会做的题目也争取得部分步骤分。</w:t>
      </w:r>
      <w:r>
        <w:rPr>
          <w:lang w:eastAsia="zh-CN"/>
        </w:rPr>
        <w:br/>
      </w:r>
      <w:r>
        <w:rPr>
          <w:lang w:eastAsia="zh-CN"/>
        </w:rPr>
        <w:t>　　6.做好试卷评析工作。学生将常常面临模拟训练，教师的讲评试卷要分析题目考的哪些知识点、需要哪几种能力、体现哪些数学方法，使学生体会出题者意图。讲评中还要不断转换条件，进行变式训练，达到举一反三，触类旁通的训练，不能只满足于就题论题，要注重探求解题规律，提高点评的质量和效益。</w:t>
      </w:r>
      <w:r>
        <w:rPr>
          <w:lang w:eastAsia="zh-CN"/>
        </w:rPr>
        <w:br/>
      </w:r>
      <w:r>
        <w:rPr>
          <w:lang w:eastAsia="zh-CN"/>
        </w:rPr>
        <w:t xml:space="preserve">    数学备课组工作计划模板汇总 篇2 </w:t>
      </w:r>
      <w:r>
        <w:rPr>
          <w:lang w:eastAsia="zh-CN"/>
        </w:rPr>
        <w:br/>
      </w:r>
      <w:r>
        <w:rPr>
          <w:lang w:eastAsia="zh-CN"/>
        </w:rPr>
        <w:t>　　一、指导思想</w:t>
      </w:r>
      <w:r>
        <w:rPr>
          <w:lang w:eastAsia="zh-CN"/>
        </w:rPr>
        <w:br/>
      </w:r>
      <w:r>
        <w:rPr>
          <w:lang w:eastAsia="zh-CN"/>
        </w:rPr>
        <w:t>　　备课组是学校开展教学研究活动的主阵地，我们二年级数学备课组坚持以《数学课程标准》为指导，以学校和教研组工作计划为主线，以理论和实践结合为手段，不断深化课堂教学改革，深化思想道德教育。在这学期，我们将通过理论学习、备课与说课、听课与评课、作业批改与学生辅导等活动，把工作落到实处，提高数学学科教学效益与质量。并以此培养学生的学科情感，激发学生的学习兴趣，养成良好的学习习惯，促进学生主动持续发展。</w:t>
      </w:r>
      <w:r>
        <w:rPr>
          <w:lang w:eastAsia="zh-CN"/>
        </w:rPr>
        <w:br/>
      </w:r>
      <w:r>
        <w:rPr>
          <w:lang w:eastAsia="zh-CN"/>
        </w:rPr>
        <w:t>　　二、工作思路</w:t>
      </w:r>
      <w:r>
        <w:rPr>
          <w:lang w:eastAsia="zh-CN"/>
        </w:rPr>
        <w:br/>
      </w:r>
      <w:r>
        <w:rPr>
          <w:lang w:eastAsia="zh-CN"/>
        </w:rPr>
        <w:t>　　1、组织全组教师认真学习教科研工作计划和数学教学计划的相关内容。</w:t>
      </w:r>
      <w:r>
        <w:rPr>
          <w:lang w:eastAsia="zh-CN"/>
        </w:rPr>
        <w:br/>
      </w:r>
      <w:r>
        <w:rPr>
          <w:lang w:eastAsia="zh-CN"/>
        </w:rPr>
        <w:t>　　2、按要求制定本组活动计划，明确目标，落实任务。</w:t>
      </w:r>
      <w:r>
        <w:rPr>
          <w:lang w:eastAsia="zh-CN"/>
        </w:rPr>
        <w:br/>
      </w:r>
      <w:r>
        <w:rPr>
          <w:lang w:eastAsia="zh-CN"/>
        </w:rPr>
        <w:t>　　三、具体措施</w:t>
      </w:r>
      <w:r>
        <w:rPr>
          <w:lang w:eastAsia="zh-CN"/>
        </w:rPr>
        <w:br/>
      </w:r>
      <w:r>
        <w:rPr>
          <w:lang w:eastAsia="zh-CN"/>
        </w:rPr>
        <w:t>　　1、加强学习，不断提高业务水平。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继续学习理论知识及课改前沿信息，不断接受新的教学理念、教育方法、教育手段，积极开展教学改革实践，不断提高课堂教学水平。</w:t>
      </w:r>
      <w:r>
        <w:rPr>
          <w:lang w:eastAsia="zh-CN"/>
        </w:rPr>
        <w:br/>
      </w:r>
      <w:r>
        <w:rPr>
          <w:lang w:eastAsia="zh-CN"/>
        </w:rPr>
        <w:t>　　2、加强良好学科情感、态度的培养，激发学习热情，提高学生自主学习的能力。在平时的教学中，除了用赏识、鼓励等方法，增强学生的学习兴趣外，还要注意利用学科知识的魅力，来吸引学生。同时要根据班级学生的特点，采取一定的激励策略，让好生更想学，中下生对数学的学习也充满自信和兴趣，切实促进学生积极主动学习。对那些“后进生”要分层要求，多创设条件让他们体验到“成功”的喜悦。</w:t>
      </w:r>
      <w:r>
        <w:rPr>
          <w:lang w:eastAsia="zh-CN"/>
        </w:rPr>
        <w:br/>
      </w:r>
      <w:r>
        <w:rPr>
          <w:lang w:eastAsia="zh-CN"/>
        </w:rPr>
        <w:t>　　3、继续改革数学课堂教学，提高课堂效率。</w:t>
      </w:r>
      <w:r>
        <w:rPr>
          <w:lang w:eastAsia="zh-CN"/>
        </w:rPr>
        <w:br/>
      </w:r>
      <w:r>
        <w:rPr>
          <w:lang w:eastAsia="zh-CN"/>
        </w:rPr>
        <w:t>　　(1)认真开展集体备课活动，每周一下午第一节进行有效的集体备课活动，主要研讨选定的课，科学地制定出“三维目标”，确立每节课的教学重难点，然后着重研讨突破重难点的方法策略或探究如何上更具特色更有实效性。上完课后，对此课进行二次讨论和修改。</w:t>
      </w:r>
      <w:r>
        <w:rPr>
          <w:lang w:eastAsia="zh-CN"/>
        </w:rPr>
        <w:br/>
      </w:r>
      <w:r>
        <w:rPr>
          <w:lang w:eastAsia="zh-CN"/>
        </w:rPr>
        <w:t>　　(2)继续抓好学法指导和学生良好学习习惯的养成，特别是学生的书写、倾听、发言、勤思善问、认真审题等习惯和能力的培养。积极提高培优补差工作，全面提高教学质量。</w:t>
      </w:r>
      <w:r>
        <w:rPr>
          <w:lang w:eastAsia="zh-CN"/>
        </w:rPr>
        <w:br/>
      </w:r>
      <w:r>
        <w:rPr>
          <w:lang w:eastAsia="zh-CN"/>
        </w:rPr>
        <w:t>　　4、立足课题，开展研讨，相互学习，共同提高。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开展好课题研究——培养低年级的学习习惯，按照课题研究方案有计划、有步骤地落实、渗透到平时的课堂教学实践中。本学期选一人上好校级打磨课，开课教师要认真准备，结合本组教师的意见，在“自主、合作”的基础上体现出个人风格，听课教师要勤记录善反思。评课要实在、多提意见。通过活动，使组内每位成员都能明确自己在教学上的长处和短处，使自己扬长避短，把新课程的理念真正贯彻到课堂教学中。</w:t>
      </w:r>
      <w:r>
        <w:rPr>
          <w:lang w:eastAsia="zh-CN"/>
        </w:rPr>
        <w:br/>
      </w:r>
      <w:r>
        <w:rPr>
          <w:lang w:eastAsia="zh-CN"/>
        </w:rPr>
        <w:t xml:space="preserve">    数学备课组工作计划模板汇总 篇3 </w:t>
      </w:r>
      <w:r>
        <w:rPr>
          <w:lang w:eastAsia="zh-CN"/>
        </w:rPr>
        <w:br/>
      </w:r>
      <w:r>
        <w:rPr>
          <w:lang w:eastAsia="zh-CN"/>
        </w:rPr>
        <w:t>　　一、 常规工作</w:t>
      </w:r>
      <w:r>
        <w:rPr>
          <w:lang w:eastAsia="zh-CN"/>
        </w:rPr>
        <w:br/>
      </w:r>
      <w:r>
        <w:rPr>
          <w:lang w:eastAsia="zh-CN"/>
        </w:rPr>
        <w:t>　　1 以学校组织选学的教学理论为基础，进一步领会、贯彻、落实课程改革的精神外，以中考为方向，研究新教材的考试纲要，根据本册教材编排的特点，单元教材说明和教学建议，结合学生学情，做到对本册教材的重点、难点，心中有数，正确把握。</w:t>
      </w:r>
      <w:r>
        <w:rPr>
          <w:lang w:eastAsia="zh-CN"/>
        </w:rPr>
        <w:br/>
      </w:r>
      <w:r>
        <w:rPr>
          <w:lang w:eastAsia="zh-CN"/>
        </w:rPr>
        <w:t>　　2 积极参与校内外各种级别、各种途径的听课、教学研究活动，做到听课有启示、有收获;加强数学学科的研究活动，开展听课、评课为主的教学研究活动，认真完成听课感想和评课小结。组织组内教师积极认真参与校、区组织的各类教学评比活动，以此为契机切实开展教研活动，提高自身业务水平。</w:t>
      </w:r>
      <w:r>
        <w:rPr>
          <w:lang w:eastAsia="zh-CN"/>
        </w:rPr>
        <w:br/>
      </w:r>
      <w:r>
        <w:rPr>
          <w:lang w:eastAsia="zh-CN"/>
        </w:rPr>
        <w:t>　　3 树立全局观念，严格控制学生作业量。定期组织备课组教师进行学情分析，发现问题，寻找对策，确保本备课组的教学水平的不断提高。</w:t>
      </w:r>
      <w:r>
        <w:rPr>
          <w:lang w:eastAsia="zh-CN"/>
        </w:rPr>
        <w:br/>
      </w:r>
      <w:r>
        <w:rPr>
          <w:lang w:eastAsia="zh-CN"/>
        </w:rPr>
        <w:t>　　4 围绕学校教改课题突出重点抓课堂教学改革，抓教学质量。不断努力探讨好的教学方式和方法，努力提高本学科成绩的优良率，努力实现由“经验型”老师向“研究型”老师的转变。</w:t>
      </w:r>
      <w:r>
        <w:rPr>
          <w:lang w:eastAsia="zh-CN"/>
        </w:rPr>
        <w:br/>
      </w:r>
      <w:r>
        <w:rPr>
          <w:lang w:eastAsia="zh-CN"/>
        </w:rPr>
        <w:t>　　二、 集体备课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1 集体备课主题：</w:t>
      </w:r>
      <w:r>
        <w:rPr>
          <w:lang w:eastAsia="zh-CN"/>
        </w:rPr>
        <w:br/>
      </w:r>
      <w:r>
        <w:rPr>
          <w:lang w:eastAsia="zh-CN"/>
        </w:rPr>
        <w:t>　　2 集体备课步骤：</w:t>
      </w:r>
      <w:r>
        <w:rPr>
          <w:lang w:eastAsia="zh-CN"/>
        </w:rPr>
        <w:br/>
      </w:r>
      <w:r>
        <w:rPr>
          <w:lang w:eastAsia="zh-CN"/>
        </w:rPr>
        <w:t>　　(1)集体备课的基本程序是：个人粗备——集体备课——个人细备。实行周集体备课。每周一个中心发言人。</w:t>
      </w:r>
      <w:r>
        <w:rPr>
          <w:lang w:eastAsia="zh-CN"/>
        </w:rPr>
        <w:br/>
      </w:r>
      <w:r>
        <w:rPr>
          <w:lang w:eastAsia="zh-CN"/>
        </w:rPr>
        <w:t>　　(2)中心发言人在集体备课前深入钻研教材和课标，反复阅读教学参考书及有关资料，根据集备主题准备详尽的资料或相应的探讨问题。</w:t>
      </w:r>
      <w:r>
        <w:rPr>
          <w:lang w:eastAsia="zh-CN"/>
        </w:rPr>
        <w:br/>
      </w:r>
      <w:r>
        <w:rPr>
          <w:lang w:eastAsia="zh-CN"/>
        </w:rPr>
        <w:t>　　(3)组内每位教师积极参与集体备课活动，各抒已见，充分讨论，统一认识。活动结束后，认真做好活动记录。</w:t>
      </w:r>
      <w:r>
        <w:rPr>
          <w:lang w:eastAsia="zh-CN"/>
        </w:rPr>
        <w:br/>
      </w:r>
      <w:r>
        <w:rPr>
          <w:lang w:eastAsia="zh-CN"/>
        </w:rPr>
        <w:t>　　三、 青年教师培养 初二数学组由老、中、青组成，年轻的老师较多，她们自身素质也都不错，但为了更好的促青年教师和我们整体的'成长，我们要在集体备课、授课上多下功夫，通过集体备课、互相听评课互相取长补短，共同进步。同时全组共同重点研讨复习课和讲评课的授课模式，如何提高数学课的思维量从而提高数学课堂效率。</w:t>
      </w:r>
      <w:r>
        <w:rPr>
          <w:lang w:eastAsia="zh-CN"/>
        </w:rPr>
        <w:br/>
      </w:r>
      <w:r>
        <w:rPr>
          <w:lang w:eastAsia="zh-CN"/>
        </w:rPr>
        <w:t>　　四、 学科竞赛，单元测试，单项比赛</w:t>
      </w:r>
      <w:r>
        <w:rPr>
          <w:lang w:eastAsia="zh-CN"/>
        </w:rPr>
        <w:br/>
      </w:r>
      <w:r>
        <w:rPr>
          <w:lang w:eastAsia="zh-CN"/>
        </w:rPr>
        <w:t>　　为让老师深入了解学生的掌握情况和检测自己的教学水平，并及时做好查漏补缺工作。本学期计划在每单元 新授完后即进行单元测试，共5次。具体是二元一次方程组：3月9号;平行线的有关证明：3月25;概率初步，4月8;三角形的有关证明：5月22;一元一次不等式与一元一次不等式组：6月12;进行1次单项测试，是二元一次方程的运算大比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五、分层作业设计</w:t>
      </w:r>
      <w:r>
        <w:rPr>
          <w:lang w:eastAsia="zh-CN"/>
        </w:rPr>
        <w:br/>
      </w:r>
      <w:r>
        <w:rPr>
          <w:lang w:eastAsia="zh-CN"/>
        </w:rPr>
        <w:t>　　随着年龄的增加，年级的升高，数学学科的难度及知识量也相应增大了，我们发现部分学生开始感到学数学很吃力，学习劲头明显没有以前足了，两极分化的现象开始萌芽。为解决这一问题，我们设计分层作业。</w:t>
      </w:r>
      <w:r>
        <w:rPr>
          <w:lang w:eastAsia="zh-CN"/>
        </w:rPr>
        <w:br/>
      </w:r>
      <w:r>
        <w:rPr>
          <w:lang w:eastAsia="zh-CN"/>
        </w:rPr>
        <w:t>　　针对学生的个性差异，将学生分A,B,C组。其中成绩好的为A组，成绩中等的为B组，成绩较差的为C组。在分组时便给学生讲清分组的目的和重要性，以消除学生思想中的消极心理，让他们积极配合我的工作。在教学中根据各组成绩情况布置相应的作业。每天的作业采用优化的弹性作业结构设计：分基本作业、提高性作业、探索性作业。凡完成本课时所必须完成的作业，视为基本作业，允许优生不做，其他人人要完成。考虑到学生好、中、差的实际，将题目作些变化，视为提高性作业，供B组和A组完成。设计一些难度较大的作业，视为探索性作业，便于A组同学完成，让他们在更大的空间展示自己的能力，尝试到学习的喜悦。</w:t>
      </w:r>
      <w:r>
        <w:rPr>
          <w:lang w:eastAsia="zh-CN"/>
        </w:rPr>
        <w:br/>
      </w:r>
      <w:r>
        <w:rPr>
          <w:lang w:eastAsia="zh-CN"/>
        </w:rPr>
        <w:t>　　教学中的分组不是一成不变的，采用滚动式的方法。在一个月的作业中都能够达到高一级的要求，可以进入到高一组。B组中有学习特别困难的也可以退入到C组。学生在这样的激励机制下，学习有压力也有动力，在成功的尝试中来树立学习的自信心，培养学习数学的兴趣，从而可实现：“人人都能获得必需的数学，不同的人在数学上得到不同的发展”的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评价学生作业的方法测评学生，对学困生判分适当放松，对优生判分适当从严。在完成作业的时间上，学困生可放松，对优等生可紧些。在考核时也分层考核，在一张试卷中设计基础题、中档题和拔高题，提高题和拔高题在试卷中注明，拔高题只供A组的同学完成，提高题是优、中等生都要完成，而基础题是每个同学都要做的。在同一时间段内分值设计不同，采用附加分的形式来提高优、中等生的学习兴趣，激发他们学习的热情。</w:t>
      </w:r>
      <w:r>
        <w:rPr>
          <w:lang w:eastAsia="zh-CN"/>
        </w:rPr>
        <w:br/>
      </w:r>
      <w:r>
        <w:rPr>
          <w:lang w:eastAsia="zh-CN"/>
        </w:rPr>
        <w:t>　　六、有效辅导</w:t>
      </w:r>
      <w:r>
        <w:rPr>
          <w:lang w:eastAsia="zh-CN"/>
        </w:rPr>
        <w:br/>
      </w:r>
      <w:r>
        <w:rPr>
          <w:lang w:eastAsia="zh-CN"/>
        </w:rPr>
        <w:t>　　开展培优、补差治翘脚工作。我们既研究学困生，群策群力想办法提高这些孩子的学习动力和兴趣，利用课余时间重点关爱帮教学困生，对学困生做到关心、激励，提高合格率;同时对学有余力的学生也拓展他们学习的广度和深度。</w:t>
      </w:r>
      <w:r>
        <w:rPr>
          <w:lang w:eastAsia="zh-CN"/>
        </w:rPr>
        <w:br/>
      </w:r>
      <w:r>
        <w:rPr>
          <w:lang w:eastAsia="zh-CN"/>
        </w:rPr>
        <w:t xml:space="preserve">    数学备课组工作计划模板汇总 篇4 </w:t>
      </w:r>
      <w:r>
        <w:rPr>
          <w:lang w:eastAsia="zh-CN"/>
        </w:rPr>
        <w:br/>
      </w:r>
      <w:r>
        <w:rPr>
          <w:lang w:eastAsia="zh-CN"/>
        </w:rPr>
        <w:t>　　一、指导思想：</w:t>
      </w:r>
      <w:r>
        <w:rPr>
          <w:lang w:eastAsia="zh-CN"/>
        </w:rPr>
        <w:br/>
      </w:r>
      <w:r>
        <w:rPr>
          <w:lang w:eastAsia="zh-CN"/>
        </w:rPr>
        <w:t>　　数学备课组（高段）本学期将紧紧围绕学校工作计划、教导处工作计划及数学教研组计划，认真组织备课组内教师钻研课标和教材，有效落实每一次的集体备课，积极开展好数学教学研究工作。</w:t>
      </w:r>
      <w:r>
        <w:rPr>
          <w:lang w:eastAsia="zh-CN"/>
        </w:rPr>
        <w:br/>
      </w:r>
      <w:r>
        <w:rPr>
          <w:lang w:eastAsia="zh-CN"/>
        </w:rPr>
        <w:t>　　二、工作重点：</w:t>
      </w:r>
      <w:r>
        <w:rPr>
          <w:lang w:eastAsia="zh-CN"/>
        </w:rPr>
        <w:br/>
      </w:r>
      <w:r>
        <w:rPr>
          <w:lang w:eastAsia="zh-CN"/>
        </w:rPr>
        <w:t>　　1、组织教师认真研读课程标准及其解读，钻研教材，体现课改理念，合理制订教学目标。</w:t>
      </w:r>
      <w:r>
        <w:rPr>
          <w:lang w:eastAsia="zh-CN"/>
        </w:rPr>
        <w:br/>
      </w:r>
      <w:r>
        <w:rPr>
          <w:lang w:eastAsia="zh-CN"/>
        </w:rPr>
        <w:t>　　2、充分发挥备课组的'积极作用，精心组织集体备课活动，明确分工。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3、积极配合教研组，加强对年轻教师的指导和帮助，加强组内听评课。</w:t>
      </w:r>
      <w:r>
        <w:rPr>
          <w:lang w:eastAsia="zh-CN"/>
        </w:rPr>
        <w:br/>
      </w:r>
      <w:r>
        <w:rPr>
          <w:lang w:eastAsia="zh-CN"/>
        </w:rPr>
        <w:t>　　4、配合教导处做好教学检查工作。</w:t>
      </w:r>
      <w:r>
        <w:rPr>
          <w:lang w:eastAsia="zh-CN"/>
        </w:rPr>
        <w:br/>
      </w:r>
      <w:r>
        <w:rPr>
          <w:lang w:eastAsia="zh-CN"/>
        </w:rPr>
        <w:t>　　5、落实教导处、教研组布置的其他工作。</w:t>
      </w:r>
      <w:r>
        <w:rPr>
          <w:lang w:eastAsia="zh-CN"/>
        </w:rPr>
        <w:br/>
      </w:r>
      <w:r>
        <w:rPr>
          <w:lang w:eastAsia="zh-CN"/>
        </w:rPr>
        <w:t>　　三、主要工作安排：</w:t>
      </w:r>
      <w:r>
        <w:rPr>
          <w:lang w:eastAsia="zh-CN"/>
        </w:rPr>
        <w:br/>
      </w:r>
      <w:r>
        <w:rPr>
          <w:lang w:eastAsia="zh-CN"/>
        </w:rPr>
        <w:t>　　3月：</w:t>
      </w:r>
      <w:r>
        <w:rPr>
          <w:lang w:eastAsia="zh-CN"/>
        </w:rPr>
        <w:br/>
      </w:r>
      <w:r>
        <w:rPr>
          <w:lang w:eastAsia="zh-CN"/>
        </w:rPr>
        <w:t>　　1、制定本学期备课组计划，讨论备课组每次活动主题。</w:t>
      </w:r>
      <w:r>
        <w:rPr>
          <w:lang w:eastAsia="zh-CN"/>
        </w:rPr>
        <w:br/>
      </w:r>
      <w:r>
        <w:rPr>
          <w:lang w:eastAsia="zh-CN"/>
        </w:rPr>
        <w:t>　　2、开展集体备课活动</w:t>
      </w:r>
      <w:r>
        <w:rPr>
          <w:lang w:eastAsia="zh-CN"/>
        </w:rPr>
        <w:br/>
      </w:r>
      <w:r>
        <w:rPr>
          <w:lang w:eastAsia="zh-CN"/>
        </w:rPr>
        <w:t>　　4月：</w:t>
      </w:r>
      <w:r>
        <w:rPr>
          <w:lang w:eastAsia="zh-CN"/>
        </w:rPr>
        <w:br/>
      </w:r>
      <w:r>
        <w:rPr>
          <w:lang w:eastAsia="zh-CN"/>
        </w:rPr>
        <w:t>　　1、开展集体备课活动。</w:t>
      </w:r>
      <w:r>
        <w:rPr>
          <w:lang w:eastAsia="zh-CN"/>
        </w:rPr>
        <w:br/>
      </w:r>
      <w:r>
        <w:rPr>
          <w:lang w:eastAsia="zh-CN"/>
        </w:rPr>
        <w:t>　　2、部分教师上公开课。</w:t>
      </w:r>
      <w:r>
        <w:rPr>
          <w:lang w:eastAsia="zh-CN"/>
        </w:rPr>
        <w:br/>
      </w:r>
      <w:r>
        <w:rPr>
          <w:lang w:eastAsia="zh-CN"/>
        </w:rPr>
        <w:t>　　3、县小学教学视导</w:t>
      </w:r>
      <w:r>
        <w:rPr>
          <w:lang w:eastAsia="zh-CN"/>
        </w:rPr>
        <w:br/>
      </w:r>
      <w:r>
        <w:rPr>
          <w:lang w:eastAsia="zh-CN"/>
        </w:rPr>
        <w:t>　　4、安排部分老师参加“小学数学课程深化——数学实验课展示活动”。</w:t>
      </w:r>
      <w:r>
        <w:rPr>
          <w:lang w:eastAsia="zh-CN"/>
        </w:rPr>
        <w:br/>
      </w:r>
      <w:r>
        <w:rPr>
          <w:lang w:eastAsia="zh-CN"/>
        </w:rPr>
        <w:t>　　5月：</w:t>
      </w:r>
      <w:r>
        <w:rPr>
          <w:lang w:eastAsia="zh-CN"/>
        </w:rPr>
        <w:br/>
      </w:r>
      <w:r>
        <w:rPr>
          <w:lang w:eastAsia="zh-CN"/>
        </w:rPr>
        <w:t>　　1、开展集体备课活动。</w:t>
      </w:r>
      <w:r>
        <w:rPr>
          <w:lang w:eastAsia="zh-CN"/>
        </w:rPr>
        <w:br/>
      </w:r>
      <w:r>
        <w:rPr>
          <w:lang w:eastAsia="zh-CN"/>
        </w:rPr>
        <w:t>　　2、参加“小学数学课程变革——朱乐平老师的一课研究活动”。</w:t>
      </w:r>
      <w:r>
        <w:rPr>
          <w:lang w:eastAsia="zh-CN"/>
        </w:rPr>
        <w:br/>
      </w:r>
      <w:r>
        <w:rPr>
          <w:lang w:eastAsia="zh-CN"/>
        </w:rPr>
        <w:t>　　3、新常规新设计评比。</w:t>
      </w:r>
      <w:r>
        <w:rPr>
          <w:lang w:eastAsia="zh-CN"/>
        </w:rPr>
        <w:br/>
      </w:r>
      <w:r>
        <w:rPr>
          <w:lang w:eastAsia="zh-CN"/>
        </w:rPr>
        <w:t>　　4、请名师来做专题指导，开展校青年教师课堂教学展示交流活动。</w:t>
      </w:r>
      <w:r>
        <w:rPr>
          <w:lang w:eastAsia="zh-CN"/>
        </w:rPr>
        <w:br/>
      </w:r>
      <w:r>
        <w:rPr>
          <w:lang w:eastAsia="zh-CN"/>
        </w:rPr>
        <w:t>　　6月：</w:t>
      </w:r>
      <w:r>
        <w:rPr>
          <w:lang w:eastAsia="zh-CN"/>
        </w:rPr>
        <w:br/>
      </w:r>
      <w:r>
        <w:rPr>
          <w:lang w:eastAsia="zh-CN"/>
        </w:rPr>
        <w:t>　　1、制订期末复习计划。</w:t>
      </w:r>
      <w:r>
        <w:rPr>
          <w:lang w:eastAsia="zh-CN"/>
        </w:rPr>
        <w:br/>
      </w:r>
      <w:r>
        <w:rPr>
          <w:lang w:eastAsia="zh-CN"/>
        </w:rPr>
        <w:t>　　2、参加“小学数学课程变革——比和比例一课三构活动”。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3、配合教导处完成教学检查及反馈。</w:t>
      </w:r>
      <w:r>
        <w:rPr>
          <w:lang w:eastAsia="zh-CN"/>
        </w:rPr>
        <w:br/>
      </w:r>
      <w:r>
        <w:rPr>
          <w:lang w:eastAsia="zh-CN"/>
        </w:rPr>
        <w:t>　　4、组内进行工作总结，资料整理与上交。</w:t>
      </w:r>
      <w:r>
        <w:rPr>
          <w:lang w:eastAsia="zh-CN"/>
        </w:rPr>
        <w:br/>
      </w:r>
      <w:r>
        <w:rPr>
          <w:lang w:eastAsia="zh-CN"/>
        </w:rPr>
        <w:t>　　5、做好期末教学质量分析及反馈。</w:t>
      </w:r>
      <w:r>
        <w:rPr>
          <w:lang w:eastAsia="zh-CN"/>
        </w:rPr>
        <w:br/>
      </w:r>
      <w:r>
        <w:rPr>
          <w:lang w:eastAsia="zh-CN"/>
        </w:rPr>
        <w:t xml:space="preserve">    数学备课组工作计划模板汇总 篇5 </w:t>
      </w:r>
      <w:r>
        <w:rPr>
          <w:lang w:eastAsia="zh-CN"/>
        </w:rPr>
        <w:br/>
      </w:r>
      <w:r>
        <w:rPr>
          <w:lang w:eastAsia="zh-CN"/>
        </w:rPr>
        <w:t>　　一、备课组工作目标</w:t>
      </w:r>
      <w:r>
        <w:rPr>
          <w:lang w:eastAsia="zh-CN"/>
        </w:rPr>
        <w:br/>
      </w:r>
      <w:r>
        <w:rPr>
          <w:lang w:eastAsia="zh-CN"/>
        </w:rPr>
        <w:t>　　数学学科备课组全体教师要主动学习教育教学理论，充实学科专业知识，及时掌握课改动态，不断更新教育观念，为新课程改革实验在我校落地开花贡献我们的一份力量。</w:t>
      </w:r>
      <w:r>
        <w:rPr>
          <w:lang w:eastAsia="zh-CN"/>
        </w:rPr>
        <w:br/>
      </w:r>
      <w:r>
        <w:rPr>
          <w:lang w:eastAsia="zh-CN"/>
        </w:rPr>
        <w:t>　　二.本学期工作措施</w:t>
      </w:r>
      <w:r>
        <w:rPr>
          <w:lang w:eastAsia="zh-CN"/>
        </w:rPr>
        <w:br/>
      </w:r>
      <w:r>
        <w:rPr>
          <w:lang w:eastAsia="zh-CN"/>
        </w:rPr>
        <w:t>　　1.准确了解、客观分析学生数学知识水平</w:t>
      </w:r>
      <w:r>
        <w:rPr>
          <w:lang w:eastAsia="zh-CN"/>
        </w:rPr>
        <w:br/>
      </w:r>
      <w:r>
        <w:rPr>
          <w:lang w:eastAsia="zh-CN"/>
        </w:rPr>
        <w:t>　　高一年级共14个班，(5)(6)班为重点A班，(7)—(10)班是B类班级，其余为C类平行班，教师应通过摸底考试和平时教学尽快了解、分析学生数学知识水平和学习能力。</w:t>
      </w:r>
      <w:r>
        <w:rPr>
          <w:lang w:eastAsia="zh-CN"/>
        </w:rPr>
        <w:br/>
      </w:r>
      <w:r>
        <w:rPr>
          <w:lang w:eastAsia="zh-CN"/>
        </w:rPr>
        <w:t>　　2.凝聚备课组集体智慧，形成个性化教学设计</w:t>
      </w:r>
      <w:r>
        <w:rPr>
          <w:lang w:eastAsia="zh-CN"/>
        </w:rPr>
        <w:br/>
      </w:r>
      <w:r>
        <w:rPr>
          <w:lang w:eastAsia="zh-CN"/>
        </w:rPr>
        <w:t>　　为了把集体备课落到实处，将集体备课时间定为每周四上午第三节课，由备课组长主持，每次一位教师(按照备课主讲人分工表所定)作教材分析，备课组长评价、补充。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们将根据教学大纲的整体要求，在集体备课时解决以下问题：明确教学目标的确定，教学重点的把握，教学难点的突破，课上例题的选择，另外在集体备课时还应备教法的实施和学法的指导，要根据所教学生已有的知识水平，更好地坚持因材施教的原则。对于重点课题和有难度的课题要重点研究。主发言教师负责将典型例题整理打印，如有必要制作课件供全体教师使用，实现部分资源共享。在备课组集体备课达成共识的基础上，各教师再根据自己的教学特点及所教学生的情况备课。</w:t>
      </w:r>
      <w:r>
        <w:rPr>
          <w:lang w:eastAsia="zh-CN"/>
        </w:rPr>
        <w:br/>
      </w:r>
      <w:r>
        <w:rPr>
          <w:lang w:eastAsia="zh-CN"/>
        </w:rPr>
        <w:t>　　具体集体备课时一般流程如下：</w:t>
      </w:r>
      <w:r>
        <w:rPr>
          <w:lang w:eastAsia="zh-CN"/>
        </w:rPr>
        <w:br/>
      </w:r>
      <w:r>
        <w:rPr>
          <w:lang w:eastAsia="zh-CN"/>
        </w:rPr>
        <w:t>　　(1)备课组所有成员简述各自在上周对于教学任务的完成情况，多说说自己课堂教学和课后巩固中出现的问题，然后备课组各成员根据所讲内容交流解决措施;</w:t>
      </w:r>
      <w:r>
        <w:rPr>
          <w:lang w:eastAsia="zh-CN"/>
        </w:rPr>
        <w:br/>
      </w:r>
      <w:r>
        <w:rPr>
          <w:lang w:eastAsia="zh-CN"/>
        </w:rPr>
        <w:t>　　(2)合类班级统一教学进度;</w:t>
      </w:r>
      <w:r>
        <w:rPr>
          <w:lang w:eastAsia="zh-CN"/>
        </w:rPr>
        <w:br/>
      </w:r>
      <w:r>
        <w:rPr>
          <w:lang w:eastAsia="zh-CN"/>
        </w:rPr>
        <w:t>　　(3)由主发言人带领大家共同学习下周教学任务中的有关教学大纲，明确教学目标，指出重点、难点，列举一些典型例题，精选练习题等，并请有教学经验的老师做必要的解释、说明和补充，对于一些认识分歧比较大的地方，认真讨论，达成共识。</w:t>
      </w:r>
      <w:r>
        <w:rPr>
          <w:lang w:eastAsia="zh-CN"/>
        </w:rPr>
        <w:br/>
      </w:r>
      <w:r>
        <w:rPr>
          <w:lang w:eastAsia="zh-CN"/>
        </w:rPr>
        <w:t>　　(4)制定下次练习题目及出题老师，并请上次练习的命题老师分发每人一份练习的初稿，请备课组全体成员认真阅读，并讨论相关题目的取舍，以确保练习质量。完成相关试题任务分配。</w:t>
      </w:r>
      <w:r>
        <w:rPr>
          <w:lang w:eastAsia="zh-CN"/>
        </w:rPr>
        <w:br/>
      </w:r>
      <w:r>
        <w:rPr>
          <w:lang w:eastAsia="zh-CN"/>
        </w:rPr>
        <w:t>　　3.致力教学研究，提高备课组整体施教水平</w:t>
      </w:r>
      <w:r>
        <w:rPr>
          <w:lang w:eastAsia="zh-CN"/>
        </w:rPr>
        <w:br/>
      </w:r>
      <w:r>
        <w:rPr>
          <w:lang w:eastAsia="zh-CN"/>
        </w:rPr>
        <w:t>　　(1)研究如何备课，怎样上课</w:t>
      </w:r>
      <w:r>
        <w:rPr>
          <w:lang w:eastAsia="zh-CN"/>
        </w:rPr>
        <w:br/>
      </w:r>
      <w:r>
        <w:rPr>
          <w:lang w:eastAsia="zh-CN"/>
        </w:rPr>
        <w:t>　　统一进度，统一教学目标及内容，主张进行个性化的教学设计：针对教学对象的实际情况，进行有针对性的教学设计，形式不要求统一，但要努力提高教学有效性，花大力气在精选例题、习题上，花精力在对学生的分层辅导、留作业上。</w:t>
      </w:r>
      <w:r>
        <w:rPr>
          <w:lang w:eastAsia="zh-CN"/>
        </w:rPr>
        <w:br/>
      </w:r>
      <w:r>
        <w:rPr>
          <w:lang w:eastAsia="zh-CN"/>
        </w:rPr>
        <w:t>　　(2)研究怎样听课，怎样评课，如何提高教学能力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首先，鼓励备课组教师互相听课，争取走出去，到兄弟学校听课学习。</w:t>
      </w:r>
      <w:r>
        <w:rPr>
          <w:lang w:eastAsia="zh-CN"/>
        </w:rPr>
        <w:br/>
      </w:r>
      <w:r>
        <w:rPr>
          <w:lang w:eastAsia="zh-CN"/>
        </w:rPr>
        <w:t>　　第二，听课不仅要听知识，还要听方法、听态度。教师听课存在的普遍现象是注重记录例题、练习和解法，但实际上听课时还应注重分析授课教师的工作态度、教学精神和教学方法。</w:t>
      </w:r>
      <w:r>
        <w:rPr>
          <w:lang w:eastAsia="zh-CN"/>
        </w:rPr>
        <w:br/>
      </w:r>
      <w:r>
        <w:rPr>
          <w:lang w:eastAsia="zh-CN"/>
        </w:rPr>
        <w:t>　　第三，听课后的反思与评价是重要的一环，听课后做一个整体回顾，这样的教学内容以这样的教学程序和方法进行，有什么优势与不足。而教学评价应从教学基本功、教学设计、教学方法、教学效果等方面进行，在听课中取人之长、补己之短，成为个人教学水平提升的.助力。</w:t>
      </w:r>
      <w:r>
        <w:rPr>
          <w:lang w:eastAsia="zh-CN"/>
        </w:rPr>
        <w:br/>
      </w:r>
      <w:r>
        <w:rPr>
          <w:lang w:eastAsia="zh-CN"/>
        </w:rPr>
        <w:t>　　4.合理安排本学期教学进度，扎扎实实完成教学任务</w:t>
      </w:r>
      <w:r>
        <w:rPr>
          <w:lang w:eastAsia="zh-CN"/>
        </w:rPr>
        <w:br/>
      </w:r>
      <w:r>
        <w:rPr>
          <w:lang w:eastAsia="zh-CN"/>
        </w:rPr>
        <w:t>　　本学期授课时间约为21周，约80课时，要学习数学(必修4)和数学(必修5)，每个模块30课时，并于4.11-17日完成数学竞赛活动具体计划见【附表】。</w:t>
      </w:r>
      <w:r>
        <w:rPr>
          <w:lang w:eastAsia="zh-CN"/>
        </w:rPr>
        <w:br/>
      </w:r>
      <w:r>
        <w:rPr>
          <w:lang w:eastAsia="zh-CN"/>
        </w:rPr>
        <w:t>　　要求高一全体数学教师按照以上教学进度统一推进课程，教师可根据各班实际情况做些“微调”，教师之间相差1～2课时是正常的 ，但不能超过以上计划所定课时。</w:t>
      </w:r>
      <w:r>
        <w:rPr>
          <w:lang w:eastAsia="zh-CN"/>
        </w:rPr>
        <w:br/>
      </w:r>
      <w:r>
        <w:rPr>
          <w:lang w:eastAsia="zh-CN"/>
        </w:rPr>
        <w:t>　　5.提高课堂效率，分层布置作业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课堂上教师要努力创设情境，激发学生的学习兴趣，努力提高课堂效率。讲授概念、公式、定理时，要引导学生注重辨析，揭示本质;在讲解例题或习题的时候，要注重引导思考过程;要适当地作课堂小结，提高学生的归纳总结的能力，让学生从知识、能力上都有所收获。</w:t>
      </w:r>
      <w:r>
        <w:rPr>
          <w:lang w:eastAsia="zh-CN"/>
        </w:rPr>
        <w:br/>
      </w:r>
      <w:r>
        <w:rPr>
          <w:lang w:eastAsia="zh-CN"/>
        </w:rPr>
        <w:t>　　因为一个班上的学生知识水平和能力上差异较大，提倡分层留作业，可以将班上数学成绩优异的学生5～7名组成A组，布置难度较大的题目，每周布置一次高考题帮助提高;将班上数学基础薄弱的学生组成C组，主要给他们布置课本习题或优化方案《课时作业》中的基础题目，其他同学组成B组，完成中等难度习题。这样做是非常适合我校学生的实际情况的，效果将会很好，但教师的工作量较大，因此需要探索“部分批改”和“全批全改”想结合的批改作业方式，但必须保证效果。</w:t>
      </w:r>
      <w:r>
        <w:rPr>
          <w:lang w:eastAsia="zh-CN"/>
        </w:rPr>
        <w:br/>
      </w:r>
      <w:r>
        <w:rPr>
          <w:lang w:eastAsia="zh-CN"/>
        </w:rPr>
        <w:t xml:space="preserve">    数学备课组工作计划模板汇总 篇6 </w:t>
      </w:r>
      <w:r>
        <w:rPr>
          <w:lang w:eastAsia="zh-CN"/>
        </w:rPr>
        <w:br/>
      </w:r>
      <w:r>
        <w:rPr>
          <w:lang w:eastAsia="zh-CN"/>
        </w:rPr>
        <w:t>　　一、本学期工作目标：</w:t>
      </w:r>
      <w:r>
        <w:rPr>
          <w:lang w:eastAsia="zh-CN"/>
        </w:rPr>
        <w:br/>
      </w:r>
      <w:r>
        <w:rPr>
          <w:lang w:eastAsia="zh-CN"/>
        </w:rPr>
        <w:t>　　1.深入学习新课程标准，钻研新教材，</w:t>
      </w:r>
      <w:r>
        <w:rPr>
          <w:lang w:eastAsia="zh-CN"/>
        </w:rPr>
        <w:br/>
      </w:r>
      <w:r>
        <w:rPr>
          <w:lang w:eastAsia="zh-CN"/>
        </w:rPr>
        <w:t>　　2.转变教学观点，树立教学是为学生终身发展服务的思想。</w:t>
      </w:r>
      <w:r>
        <w:rPr>
          <w:lang w:eastAsia="zh-CN"/>
        </w:rPr>
        <w:br/>
      </w:r>
      <w:r>
        <w:rPr>
          <w:lang w:eastAsia="zh-CN"/>
        </w:rPr>
        <w:t>　　3.优化教学情景，激发学生的学习兴趣。</w:t>
      </w:r>
      <w:r>
        <w:rPr>
          <w:lang w:eastAsia="zh-CN"/>
        </w:rPr>
        <w:br/>
      </w:r>
      <w:r>
        <w:rPr>
          <w:lang w:eastAsia="zh-CN"/>
        </w:rPr>
        <w:t>　　4.开展课堂教研活动，提高课堂教学效益。</w:t>
      </w:r>
      <w:r>
        <w:rPr>
          <w:lang w:eastAsia="zh-CN"/>
        </w:rPr>
        <w:br/>
      </w:r>
      <w:r>
        <w:rPr>
          <w:lang w:eastAsia="zh-CN"/>
        </w:rPr>
        <w:t>　　5.培优转差工作</w:t>
      </w:r>
      <w:r>
        <w:rPr>
          <w:lang w:eastAsia="zh-CN"/>
        </w:rPr>
        <w:br/>
      </w:r>
      <w:r>
        <w:rPr>
          <w:lang w:eastAsia="zh-CN"/>
        </w:rPr>
        <w:t>　　6.争取年级平均分在全区的前列</w:t>
      </w:r>
      <w:r>
        <w:rPr>
          <w:lang w:eastAsia="zh-CN"/>
        </w:rPr>
        <w:br/>
      </w:r>
      <w:r>
        <w:rPr>
          <w:lang w:eastAsia="zh-CN"/>
        </w:rPr>
        <w:t>　　二、集体备课安排：</w:t>
      </w:r>
      <w:r>
        <w:rPr>
          <w:lang w:eastAsia="zh-CN"/>
        </w:rPr>
        <w:br/>
      </w:r>
      <w:r>
        <w:rPr>
          <w:lang w:eastAsia="zh-CN"/>
        </w:rPr>
        <w:t>　　1、备课组人员：江美红、冯培红、赵志明、鲍文碐、蒋小飞、翟春梅、刘艳霜</w:t>
      </w:r>
      <w:r>
        <w:rPr>
          <w:lang w:eastAsia="zh-CN"/>
        </w:rPr>
        <w:br/>
      </w:r>
      <w:r>
        <w:rPr>
          <w:lang w:eastAsia="zh-CN"/>
        </w:rPr>
        <w:t>　　2、备课任务：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1）每周每组成员各备一节，一周六节课，并配有一周导学单和周练习试卷。</w:t>
      </w:r>
      <w:r>
        <w:rPr>
          <w:lang w:eastAsia="zh-CN"/>
        </w:rPr>
        <w:br/>
      </w:r>
      <w:r>
        <w:rPr>
          <w:lang w:eastAsia="zh-CN"/>
        </w:rPr>
        <w:t>　　2）交流上周授课过程中的问题和感受。（由组员轮流组织发言）</w:t>
      </w:r>
      <w:r>
        <w:rPr>
          <w:lang w:eastAsia="zh-CN"/>
        </w:rPr>
        <w:br/>
      </w:r>
      <w:r>
        <w:rPr>
          <w:lang w:eastAsia="zh-CN"/>
        </w:rPr>
        <w:t>　　3）主备内容：</w:t>
      </w:r>
      <w:r>
        <w:rPr>
          <w:lang w:eastAsia="zh-CN"/>
        </w:rPr>
        <w:br/>
      </w:r>
      <w:r>
        <w:rPr>
          <w:lang w:eastAsia="zh-CN"/>
        </w:rPr>
        <w:t>　　①、目标（知识、能力、发展），</w:t>
      </w:r>
      <w:r>
        <w:rPr>
          <w:lang w:eastAsia="zh-CN"/>
        </w:rPr>
        <w:br/>
      </w:r>
      <w:r>
        <w:rPr>
          <w:lang w:eastAsia="zh-CN"/>
        </w:rPr>
        <w:t>　　②、本节重点及突出方法，</w:t>
      </w:r>
      <w:r>
        <w:rPr>
          <w:lang w:eastAsia="zh-CN"/>
        </w:rPr>
        <w:br/>
      </w:r>
      <w:r>
        <w:rPr>
          <w:lang w:eastAsia="zh-CN"/>
        </w:rPr>
        <w:t>　　③、本节难点及克服措施。</w:t>
      </w:r>
      <w:r>
        <w:rPr>
          <w:lang w:eastAsia="zh-CN"/>
        </w:rPr>
        <w:br/>
      </w:r>
      <w:r>
        <w:rPr>
          <w:lang w:eastAsia="zh-CN"/>
        </w:rPr>
        <w:t>　　④、整节课的大体思路及补充内容（结合课件展示）</w:t>
      </w:r>
      <w:r>
        <w:rPr>
          <w:lang w:eastAsia="zh-CN"/>
        </w:rPr>
        <w:br/>
      </w:r>
      <w:r>
        <w:rPr>
          <w:lang w:eastAsia="zh-CN"/>
        </w:rPr>
        <w:t>　　⑤、有效作业：严格控制作业量，尽量减少不必要的重复题目，充分体现当天所授课程的重难点，原则少而精。</w:t>
      </w:r>
      <w:r>
        <w:rPr>
          <w:lang w:eastAsia="zh-CN"/>
        </w:rPr>
        <w:br/>
      </w:r>
      <w:r>
        <w:rPr>
          <w:lang w:eastAsia="zh-CN"/>
        </w:rPr>
        <w:t>　　⑥、本节数学思想方法点拨及其体现：点到为止，逐层感受。</w:t>
      </w:r>
      <w:r>
        <w:rPr>
          <w:lang w:eastAsia="zh-CN"/>
        </w:rPr>
        <w:br/>
      </w:r>
      <w:r>
        <w:rPr>
          <w:lang w:eastAsia="zh-CN"/>
        </w:rPr>
        <w:t>　　4）分配下周所用单元测试卷的人员安排。注意：两位新老师每次备课前要主动与指导老师沟通，试卷出完后主动找指导老师修改。</w:t>
      </w:r>
      <w:r>
        <w:rPr>
          <w:lang w:eastAsia="zh-CN"/>
        </w:rPr>
        <w:br/>
      </w:r>
      <w:r>
        <w:rPr>
          <w:lang w:eastAsia="zh-CN"/>
        </w:rPr>
        <w:t>　　三、本学期活动主题：</w:t>
      </w:r>
      <w:r>
        <w:rPr>
          <w:lang w:eastAsia="zh-CN"/>
        </w:rPr>
        <w:br/>
      </w:r>
      <w:r>
        <w:rPr>
          <w:lang w:eastAsia="zh-CN"/>
        </w:rPr>
        <w:t>　　1、课堂观察活动，把握好“小组合作、同伴引领”课堂教学模式，一次集体听课的机会，安排不同老师重点听一节课的不同方面，回来后每位老师就自己负责的'内容发言，谈谈对当节课在此方面的表现，自己的认识和升华。</w:t>
      </w:r>
      <w:r>
        <w:rPr>
          <w:lang w:eastAsia="zh-CN"/>
        </w:rPr>
        <w:br/>
      </w:r>
      <w:r>
        <w:rPr>
          <w:lang w:eastAsia="zh-CN"/>
        </w:rPr>
        <w:t>　　2、开展组内和校内的校公开课，同课异构活动：共同选定某个课题，在不集体备课的前提下，由不同年龄阶段的老师授课，全组其余老师集体听课。在集体备课时每位老师发言，谈谈同一节课不同的授课思路、不同的课堂结构、不同的教学气氛等，有何优势与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3、组织青年教师上好汇报课和校公开课。</w:t>
      </w:r>
      <w:r>
        <w:rPr>
          <w:lang w:eastAsia="zh-CN"/>
        </w:rPr>
        <w:br/>
      </w:r>
      <w:r>
        <w:rPr>
          <w:lang w:eastAsia="zh-CN"/>
        </w:rPr>
        <w:t>　　四、重大事件：</w:t>
      </w:r>
      <w:r>
        <w:rPr>
          <w:lang w:eastAsia="zh-CN"/>
        </w:rPr>
        <w:br/>
      </w:r>
      <w:r>
        <w:rPr>
          <w:lang w:eastAsia="zh-CN"/>
        </w:rPr>
        <w:t>　　组织好期中、期末的复习和考试工作。</w:t>
      </w:r>
      <w:r>
        <w:rPr>
          <w:lang w:eastAsia="zh-CN"/>
        </w:rPr>
        <w:br/>
      </w:r>
      <w:r>
        <w:rPr>
          <w:lang w:eastAsia="zh-CN"/>
        </w:rPr>
        <w:t>　　初二数学教学进度安排表</w:t>
      </w:r>
      <w:r>
        <w:rPr>
          <w:lang w:eastAsia="zh-CN"/>
        </w:rPr>
        <w:br/>
      </w:r>
      <w:r>
        <w:rPr>
          <w:lang w:eastAsia="zh-CN"/>
        </w:rPr>
        <w:t>　　20__~20__学年第一学期</w:t>
      </w:r>
      <w:r>
        <w:rPr>
          <w:lang w:eastAsia="zh-CN"/>
        </w:rPr>
        <w:br/>
      </w:r>
      <w:r>
        <w:rPr>
          <w:lang w:eastAsia="zh-CN"/>
        </w:rPr>
        <w:t>　　学科</w:t>
      </w:r>
      <w:r>
        <w:rPr>
          <w:lang w:eastAsia="zh-CN"/>
        </w:rPr>
        <w:br/>
      </w:r>
      <w:r>
        <w:rPr>
          <w:lang w:eastAsia="zh-CN"/>
        </w:rPr>
        <w:t>　　数学</w:t>
      </w:r>
      <w:r>
        <w:rPr>
          <w:lang w:eastAsia="zh-CN"/>
        </w:rPr>
        <w:br/>
      </w:r>
      <w:r>
        <w:rPr>
          <w:lang w:eastAsia="zh-CN"/>
        </w:rPr>
        <w:t>　　年级</w:t>
      </w:r>
      <w:r>
        <w:rPr>
          <w:lang w:eastAsia="zh-CN"/>
        </w:rPr>
        <w:br/>
      </w:r>
      <w:r>
        <w:rPr>
          <w:lang w:eastAsia="zh-CN"/>
        </w:rPr>
        <w:t>　　初二</w:t>
      </w:r>
      <w:r>
        <w:rPr>
          <w:lang w:eastAsia="zh-CN"/>
        </w:rPr>
        <w:br/>
      </w:r>
      <w:r>
        <w:rPr>
          <w:lang w:eastAsia="zh-CN"/>
        </w:rPr>
        <w:t>　　任课教师</w:t>
      </w:r>
      <w:r>
        <w:rPr>
          <w:lang w:eastAsia="zh-CN"/>
        </w:rPr>
        <w:br/>
      </w:r>
      <w:r>
        <w:rPr>
          <w:lang w:eastAsia="zh-CN"/>
        </w:rPr>
        <w:t>　　周次</w:t>
      </w:r>
      <w:r>
        <w:rPr>
          <w:lang w:eastAsia="zh-CN"/>
        </w:rPr>
        <w:br/>
      </w:r>
      <w:r>
        <w:rPr>
          <w:lang w:eastAsia="zh-CN"/>
        </w:rPr>
        <w:t>　　日期</w:t>
      </w:r>
      <w:r>
        <w:rPr>
          <w:lang w:eastAsia="zh-CN"/>
        </w:rPr>
        <w:br/>
      </w:r>
      <w:r>
        <w:rPr>
          <w:lang w:eastAsia="zh-CN"/>
        </w:rPr>
        <w:t>　　内容</w:t>
      </w:r>
      <w:r>
        <w:rPr>
          <w:lang w:eastAsia="zh-CN"/>
        </w:rPr>
        <w:br/>
      </w:r>
      <w:r>
        <w:rPr>
          <w:lang w:eastAsia="zh-CN"/>
        </w:rPr>
        <w:t>　　课时</w:t>
      </w:r>
      <w:r>
        <w:rPr>
          <w:lang w:eastAsia="zh-CN"/>
        </w:rPr>
        <w:br/>
      </w:r>
      <w:r>
        <w:rPr>
          <w:lang w:eastAsia="zh-CN"/>
        </w:rPr>
        <w:t>　　一</w:t>
      </w:r>
      <w:r>
        <w:rPr>
          <w:lang w:eastAsia="zh-CN"/>
        </w:rPr>
        <w:br/>
      </w:r>
      <w:r>
        <w:rPr>
          <w:lang w:eastAsia="zh-CN"/>
        </w:rPr>
        <w:t>　　9.1~9.2</w:t>
      </w:r>
      <w:r>
        <w:rPr>
          <w:lang w:eastAsia="zh-CN"/>
        </w:rPr>
        <w:br/>
      </w:r>
      <w:r>
        <w:rPr>
          <w:lang w:eastAsia="zh-CN"/>
        </w:rPr>
        <w:t>　　全等图形三角形(1)暑假自主学习检测(1)</w:t>
      </w:r>
      <w:r>
        <w:rPr>
          <w:lang w:eastAsia="zh-CN"/>
        </w:rPr>
        <w:br/>
      </w:r>
      <w:r>
        <w:rPr>
          <w:lang w:eastAsia="zh-CN"/>
        </w:rPr>
        <w:t>　　2</w:t>
      </w:r>
      <w:r>
        <w:rPr>
          <w:lang w:eastAsia="zh-CN"/>
        </w:rPr>
        <w:br/>
      </w:r>
      <w:r>
        <w:rPr>
          <w:lang w:eastAsia="zh-CN"/>
        </w:rPr>
        <w:t>　　二</w:t>
      </w:r>
      <w:r>
        <w:rPr>
          <w:lang w:eastAsia="zh-CN"/>
        </w:rPr>
        <w:br/>
      </w:r>
      <w:r>
        <w:rPr>
          <w:lang w:eastAsia="zh-CN"/>
        </w:rPr>
        <w:t>　　9.6~9.11</w:t>
      </w:r>
      <w:r>
        <w:rPr>
          <w:lang w:eastAsia="zh-CN"/>
        </w:rPr>
        <w:br/>
      </w:r>
      <w:r>
        <w:rPr>
          <w:lang w:eastAsia="zh-CN"/>
        </w:rPr>
        <w:t>　　全等三角形(1)探索全等三角形的条件(5)</w:t>
      </w:r>
      <w:r>
        <w:rPr>
          <w:lang w:eastAsia="zh-CN"/>
        </w:rPr>
        <w:br/>
      </w:r>
      <w:r>
        <w:rPr>
          <w:lang w:eastAsia="zh-CN"/>
        </w:rPr>
        <w:t>　　6</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三</w:t>
      </w:r>
      <w:r>
        <w:rPr>
          <w:lang w:eastAsia="zh-CN"/>
        </w:rPr>
        <w:br/>
      </w:r>
      <w:r>
        <w:rPr>
          <w:lang w:eastAsia="zh-CN"/>
        </w:rPr>
        <w:t>　　9.14~9.18</w:t>
      </w:r>
      <w:r>
        <w:rPr>
          <w:lang w:eastAsia="zh-CN"/>
        </w:rPr>
        <w:br/>
      </w:r>
      <w:r>
        <w:rPr>
          <w:lang w:eastAsia="zh-CN"/>
        </w:rPr>
        <w:t>　　探索全等三角形的条件(1)单元复习及检测(4)</w:t>
      </w:r>
      <w:r>
        <w:rPr>
          <w:lang w:eastAsia="zh-CN"/>
        </w:rPr>
        <w:br/>
      </w:r>
      <w:r>
        <w:rPr>
          <w:lang w:eastAsia="zh-CN"/>
        </w:rPr>
        <w:t>　　5</w:t>
      </w:r>
      <w:r>
        <w:rPr>
          <w:lang w:eastAsia="zh-CN"/>
        </w:rPr>
        <w:br/>
      </w:r>
      <w:r>
        <w:rPr>
          <w:lang w:eastAsia="zh-CN"/>
        </w:rPr>
        <w:t>　　四</w:t>
      </w:r>
      <w:r>
        <w:rPr>
          <w:lang w:eastAsia="zh-CN"/>
        </w:rPr>
        <w:br/>
      </w:r>
      <w:r>
        <w:rPr>
          <w:lang w:eastAsia="zh-CN"/>
        </w:rPr>
        <w:t>　　9.21~9.25</w:t>
      </w:r>
      <w:r>
        <w:rPr>
          <w:lang w:eastAsia="zh-CN"/>
        </w:rPr>
        <w:br/>
      </w:r>
      <w:r>
        <w:rPr>
          <w:lang w:eastAsia="zh-CN"/>
        </w:rPr>
        <w:t>　　轴对称与轴对称图形(1)轴对称性质(2)</w:t>
      </w:r>
      <w:r>
        <w:rPr>
          <w:lang w:eastAsia="zh-CN"/>
        </w:rPr>
        <w:br/>
      </w:r>
      <w:r>
        <w:rPr>
          <w:lang w:eastAsia="zh-CN"/>
        </w:rPr>
        <w:t>　　线段、角的轴对称性(2)</w:t>
      </w:r>
      <w:r>
        <w:rPr>
          <w:lang w:eastAsia="zh-CN"/>
        </w:rPr>
        <w:br/>
      </w:r>
      <w:r>
        <w:rPr>
          <w:lang w:eastAsia="zh-CN"/>
        </w:rPr>
        <w:t>　　5</w:t>
      </w:r>
      <w:r>
        <w:rPr>
          <w:lang w:eastAsia="zh-CN"/>
        </w:rPr>
        <w:br/>
      </w:r>
      <w:r>
        <w:rPr>
          <w:lang w:eastAsia="zh-CN"/>
        </w:rPr>
        <w:t>　　五</w:t>
      </w:r>
      <w:r>
        <w:rPr>
          <w:lang w:eastAsia="zh-CN"/>
        </w:rPr>
        <w:br/>
      </w:r>
      <w:r>
        <w:rPr>
          <w:lang w:eastAsia="zh-CN"/>
        </w:rPr>
        <w:t>　　9.28~9.30</w:t>
      </w:r>
      <w:r>
        <w:rPr>
          <w:lang w:eastAsia="zh-CN"/>
        </w:rPr>
        <w:br/>
      </w:r>
      <w:r>
        <w:rPr>
          <w:lang w:eastAsia="zh-CN"/>
        </w:rPr>
        <w:t>　　线段、角的轴对称性(2)等腰三角形的轴对称性(1)</w:t>
      </w:r>
      <w:r>
        <w:rPr>
          <w:lang w:eastAsia="zh-CN"/>
        </w:rPr>
        <w:br/>
      </w:r>
      <w:r>
        <w:rPr>
          <w:lang w:eastAsia="zh-CN"/>
        </w:rPr>
        <w:t>　　3</w:t>
      </w:r>
      <w:r>
        <w:rPr>
          <w:lang w:eastAsia="zh-CN"/>
        </w:rPr>
        <w:br/>
      </w:r>
      <w:r>
        <w:rPr>
          <w:lang w:eastAsia="zh-CN"/>
        </w:rPr>
        <w:t>　　六</w:t>
      </w:r>
      <w:r>
        <w:rPr>
          <w:lang w:eastAsia="zh-CN"/>
        </w:rPr>
        <w:br/>
      </w:r>
      <w:r>
        <w:rPr>
          <w:lang w:eastAsia="zh-CN"/>
        </w:rPr>
        <w:t>　　10.8~10.9</w:t>
      </w:r>
      <w:r>
        <w:rPr>
          <w:lang w:eastAsia="zh-CN"/>
        </w:rPr>
        <w:br/>
      </w:r>
      <w:r>
        <w:rPr>
          <w:lang w:eastAsia="zh-CN"/>
        </w:rPr>
        <w:t>　　等腰三角形的轴对称性(2)</w:t>
      </w:r>
      <w:r>
        <w:rPr>
          <w:lang w:eastAsia="zh-CN"/>
        </w:rPr>
        <w:br/>
      </w:r>
      <w:r>
        <w:rPr>
          <w:lang w:eastAsia="zh-CN"/>
        </w:rPr>
        <w:t>　　2</w:t>
      </w:r>
      <w:r>
        <w:rPr>
          <w:lang w:eastAsia="zh-CN"/>
        </w:rPr>
        <w:br/>
      </w:r>
      <w:r>
        <w:rPr>
          <w:lang w:eastAsia="zh-CN"/>
        </w:rPr>
        <w:t>　　七</w:t>
      </w:r>
      <w:r>
        <w:rPr>
          <w:lang w:eastAsia="zh-CN"/>
        </w:rPr>
        <w:br/>
      </w:r>
      <w:r>
        <w:rPr>
          <w:lang w:eastAsia="zh-CN"/>
        </w:rPr>
        <w:t>　　10.12~10.16</w:t>
      </w:r>
      <w:r>
        <w:rPr>
          <w:lang w:eastAsia="zh-CN"/>
        </w:rPr>
        <w:br/>
      </w:r>
      <w:r>
        <w:rPr>
          <w:lang w:eastAsia="zh-CN"/>
        </w:rPr>
        <w:t>　　等腰梯形的轴对称性(1)单元复习及检测(2)</w:t>
      </w:r>
      <w:r>
        <w:rPr>
          <w:lang w:eastAsia="zh-CN"/>
        </w:rPr>
        <w:br/>
      </w:r>
      <w:r>
        <w:rPr>
          <w:lang w:eastAsia="zh-CN"/>
        </w:rPr>
        <w:t>　　平方根(2)</w:t>
      </w:r>
      <w:r>
        <w:rPr>
          <w:lang w:eastAsia="zh-CN"/>
        </w:rPr>
        <w:br/>
      </w:r>
      <w:r>
        <w:rPr>
          <w:lang w:eastAsia="zh-CN"/>
        </w:rPr>
        <w:t>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八</w:t>
      </w:r>
      <w:r>
        <w:rPr>
          <w:lang w:eastAsia="zh-CN"/>
        </w:rPr>
        <w:br/>
      </w:r>
      <w:r>
        <w:rPr>
          <w:lang w:eastAsia="zh-CN"/>
        </w:rPr>
        <w:t>　　10.19~10.23</w:t>
      </w:r>
      <w:r>
        <w:rPr>
          <w:lang w:eastAsia="zh-CN"/>
        </w:rPr>
        <w:br/>
      </w:r>
      <w:r>
        <w:rPr>
          <w:lang w:eastAsia="zh-CN"/>
        </w:rPr>
        <w:t>　　立方根(1)实数(1)近似数(1)单元复习及检测(2)</w:t>
      </w:r>
      <w:r>
        <w:rPr>
          <w:lang w:eastAsia="zh-CN"/>
        </w:rPr>
        <w:br/>
      </w:r>
      <w:r>
        <w:rPr>
          <w:lang w:eastAsia="zh-CN"/>
        </w:rPr>
        <w:t>　　5</w:t>
      </w:r>
      <w:r>
        <w:rPr>
          <w:lang w:eastAsia="zh-CN"/>
        </w:rPr>
        <w:br/>
      </w:r>
      <w:r>
        <w:rPr>
          <w:lang w:eastAsia="zh-CN"/>
        </w:rPr>
        <w:t>　　九</w:t>
      </w:r>
      <w:r>
        <w:rPr>
          <w:lang w:eastAsia="zh-CN"/>
        </w:rPr>
        <w:br/>
      </w:r>
      <w:r>
        <w:rPr>
          <w:lang w:eastAsia="zh-CN"/>
        </w:rPr>
        <w:t>　　10.26~10.30</w:t>
      </w:r>
      <w:r>
        <w:rPr>
          <w:lang w:eastAsia="zh-CN"/>
        </w:rPr>
        <w:br/>
      </w:r>
      <w:r>
        <w:rPr>
          <w:lang w:eastAsia="zh-CN"/>
        </w:rPr>
        <w:t>　　期中复习(5)</w:t>
      </w:r>
      <w:r>
        <w:rPr>
          <w:lang w:eastAsia="zh-CN"/>
        </w:rPr>
        <w:br/>
      </w:r>
      <w:r>
        <w:rPr>
          <w:lang w:eastAsia="zh-CN"/>
        </w:rPr>
        <w:t>　　5</w:t>
      </w:r>
      <w:r>
        <w:rPr>
          <w:lang w:eastAsia="zh-CN"/>
        </w:rPr>
        <w:br/>
      </w:r>
      <w:r>
        <w:rPr>
          <w:lang w:eastAsia="zh-CN"/>
        </w:rPr>
        <w:t>　　十</w:t>
      </w:r>
      <w:r>
        <w:rPr>
          <w:lang w:eastAsia="zh-CN"/>
        </w:rPr>
        <w:br/>
      </w:r>
      <w:r>
        <w:rPr>
          <w:lang w:eastAsia="zh-CN"/>
        </w:rPr>
        <w:t>　　11.2~11.6</w:t>
      </w:r>
      <w:r>
        <w:rPr>
          <w:lang w:eastAsia="zh-CN"/>
        </w:rPr>
        <w:br/>
      </w:r>
      <w:r>
        <w:rPr>
          <w:lang w:eastAsia="zh-CN"/>
        </w:rPr>
        <w:t>　　期中考试(3)试卷分析(2)</w:t>
      </w:r>
      <w:r>
        <w:rPr>
          <w:lang w:eastAsia="zh-CN"/>
        </w:rPr>
        <w:br/>
      </w:r>
      <w:r>
        <w:rPr>
          <w:lang w:eastAsia="zh-CN"/>
        </w:rPr>
        <w:t>　　5</w:t>
      </w:r>
      <w:r>
        <w:rPr>
          <w:lang w:eastAsia="zh-CN"/>
        </w:rPr>
        <w:br/>
      </w:r>
      <w:r>
        <w:rPr>
          <w:lang w:eastAsia="zh-CN"/>
        </w:rPr>
        <w:t>　　十一</w:t>
      </w:r>
      <w:r>
        <w:rPr>
          <w:lang w:eastAsia="zh-CN"/>
        </w:rPr>
        <w:br/>
      </w:r>
      <w:r>
        <w:rPr>
          <w:lang w:eastAsia="zh-CN"/>
        </w:rPr>
        <w:t>　　11.9~11.13</w:t>
      </w:r>
      <w:r>
        <w:rPr>
          <w:lang w:eastAsia="zh-CN"/>
        </w:rPr>
        <w:br/>
      </w:r>
      <w:r>
        <w:rPr>
          <w:lang w:eastAsia="zh-CN"/>
        </w:rPr>
        <w:t>　　勾股定理(2)勾股定理的逆定理(1)</w:t>
      </w:r>
      <w:r>
        <w:rPr>
          <w:lang w:eastAsia="zh-CN"/>
        </w:rPr>
        <w:br/>
      </w:r>
      <w:r>
        <w:rPr>
          <w:lang w:eastAsia="zh-CN"/>
        </w:rPr>
        <w:t>　　勾股定理的简单运用(2)</w:t>
      </w:r>
      <w:r>
        <w:rPr>
          <w:lang w:eastAsia="zh-CN"/>
        </w:rPr>
        <w:br/>
      </w:r>
      <w:r>
        <w:rPr>
          <w:lang w:eastAsia="zh-CN"/>
        </w:rPr>
        <w:t>　　5</w:t>
      </w:r>
      <w:r>
        <w:rPr>
          <w:lang w:eastAsia="zh-CN"/>
        </w:rPr>
        <w:br/>
      </w:r>
      <w:r>
        <w:rPr>
          <w:lang w:eastAsia="zh-CN"/>
        </w:rPr>
        <w:t>　　十二</w:t>
      </w:r>
      <w:r>
        <w:rPr>
          <w:lang w:eastAsia="zh-CN"/>
        </w:rPr>
        <w:br/>
      </w:r>
      <w:r>
        <w:rPr>
          <w:lang w:eastAsia="zh-CN"/>
        </w:rPr>
        <w:t>　　11.16~11.20</w:t>
      </w:r>
      <w:r>
        <w:rPr>
          <w:lang w:eastAsia="zh-CN"/>
        </w:rPr>
        <w:br/>
      </w:r>
      <w:r>
        <w:rPr>
          <w:lang w:eastAsia="zh-CN"/>
        </w:rPr>
        <w:t>　　单元复习及检测(2)</w:t>
      </w:r>
      <w:r>
        <w:rPr>
          <w:lang w:eastAsia="zh-CN"/>
        </w:rPr>
        <w:br/>
      </w:r>
      <w:r>
        <w:rPr>
          <w:lang w:eastAsia="zh-CN"/>
        </w:rPr>
        <w:t>　　物体位置的确定(1)平面直角坐标系(2)</w:t>
      </w:r>
      <w:r>
        <w:rPr>
          <w:lang w:eastAsia="zh-CN"/>
        </w:rPr>
        <w:br/>
      </w:r>
      <w:r>
        <w:rPr>
          <w:lang w:eastAsia="zh-CN"/>
        </w:rPr>
        <w:t>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十三</w:t>
      </w:r>
      <w:r>
        <w:rPr>
          <w:lang w:eastAsia="zh-CN"/>
        </w:rPr>
        <w:br/>
      </w:r>
      <w:r>
        <w:rPr>
          <w:lang w:eastAsia="zh-CN"/>
        </w:rPr>
        <w:t>　　11.23~11.27</w:t>
      </w:r>
      <w:r>
        <w:rPr>
          <w:lang w:eastAsia="zh-CN"/>
        </w:rPr>
        <w:br/>
      </w:r>
      <w:r>
        <w:rPr>
          <w:lang w:eastAsia="zh-CN"/>
        </w:rPr>
        <w:t>　　平面直角坐标系(1)函数(1)一次函数(1)</w:t>
      </w:r>
      <w:r>
        <w:rPr>
          <w:lang w:eastAsia="zh-CN"/>
        </w:rPr>
        <w:br/>
      </w:r>
      <w:r>
        <w:rPr>
          <w:lang w:eastAsia="zh-CN"/>
        </w:rPr>
        <w:t>　　一次函数的图象(2)</w:t>
      </w:r>
      <w:r>
        <w:rPr>
          <w:lang w:eastAsia="zh-CN"/>
        </w:rPr>
        <w:br/>
      </w:r>
      <w:r>
        <w:rPr>
          <w:lang w:eastAsia="zh-CN"/>
        </w:rPr>
        <w:t>　　5</w:t>
      </w:r>
      <w:r>
        <w:rPr>
          <w:lang w:eastAsia="zh-CN"/>
        </w:rPr>
        <w:br/>
      </w:r>
      <w:r>
        <w:rPr>
          <w:lang w:eastAsia="zh-CN"/>
        </w:rPr>
        <w:t>　　十四</w:t>
      </w:r>
      <w:r>
        <w:rPr>
          <w:lang w:eastAsia="zh-CN"/>
        </w:rPr>
        <w:br/>
      </w:r>
      <w:r>
        <w:rPr>
          <w:lang w:eastAsia="zh-CN"/>
        </w:rPr>
        <w:t>　　11.30~12.4</w:t>
      </w:r>
      <w:r>
        <w:rPr>
          <w:lang w:eastAsia="zh-CN"/>
        </w:rPr>
        <w:br/>
      </w:r>
      <w:r>
        <w:rPr>
          <w:lang w:eastAsia="zh-CN"/>
        </w:rPr>
        <w:t>　　一次函数的图象(2)用一次函数解决问题(2)</w:t>
      </w:r>
      <w:r>
        <w:rPr>
          <w:lang w:eastAsia="zh-CN"/>
        </w:rPr>
        <w:br/>
      </w:r>
      <w:r>
        <w:rPr>
          <w:lang w:eastAsia="zh-CN"/>
        </w:rPr>
        <w:t>　　一次函数与二元一次方程(1)</w:t>
      </w:r>
      <w:r>
        <w:rPr>
          <w:lang w:eastAsia="zh-CN"/>
        </w:rPr>
        <w:br/>
      </w:r>
      <w:r>
        <w:rPr>
          <w:lang w:eastAsia="zh-CN"/>
        </w:rPr>
        <w:t>　　5</w:t>
      </w:r>
      <w:r>
        <w:rPr>
          <w:lang w:eastAsia="zh-CN"/>
        </w:rPr>
        <w:br/>
      </w:r>
      <w:r>
        <w:rPr>
          <w:lang w:eastAsia="zh-CN"/>
        </w:rPr>
        <w:t>　　十五</w:t>
      </w:r>
      <w:r>
        <w:rPr>
          <w:lang w:eastAsia="zh-CN"/>
        </w:rPr>
        <w:br/>
      </w:r>
      <w:r>
        <w:rPr>
          <w:lang w:eastAsia="zh-CN"/>
        </w:rPr>
        <w:t>　　12.7~12.11</w:t>
      </w:r>
      <w:r>
        <w:rPr>
          <w:lang w:eastAsia="zh-CN"/>
        </w:rPr>
        <w:br/>
      </w:r>
      <w:r>
        <w:rPr>
          <w:lang w:eastAsia="zh-CN"/>
        </w:rPr>
        <w:t>　　一次函数、一元一次方程与一元一次不等式(1)</w:t>
      </w:r>
      <w:r>
        <w:rPr>
          <w:lang w:eastAsia="zh-CN"/>
        </w:rPr>
        <w:br/>
      </w:r>
      <w:r>
        <w:rPr>
          <w:lang w:eastAsia="zh-CN"/>
        </w:rPr>
        <w:t>　　单元复习及检测(4)</w:t>
      </w:r>
      <w:r>
        <w:rPr>
          <w:lang w:eastAsia="zh-CN"/>
        </w:rPr>
        <w:br/>
      </w:r>
      <w:r>
        <w:rPr>
          <w:lang w:eastAsia="zh-CN"/>
        </w:rPr>
        <w:t>　　5</w:t>
      </w:r>
      <w:r>
        <w:rPr>
          <w:lang w:eastAsia="zh-CN"/>
        </w:rPr>
        <w:br/>
      </w:r>
      <w:r>
        <w:rPr>
          <w:lang w:eastAsia="zh-CN"/>
        </w:rPr>
        <w:t>　　十六</w:t>
      </w:r>
      <w:r>
        <w:rPr>
          <w:lang w:eastAsia="zh-CN"/>
        </w:rPr>
        <w:br/>
      </w:r>
      <w:r>
        <w:rPr>
          <w:lang w:eastAsia="zh-CN"/>
        </w:rPr>
        <w:t>　　12.14~12.18</w:t>
      </w:r>
      <w:r>
        <w:rPr>
          <w:lang w:eastAsia="zh-CN"/>
        </w:rPr>
        <w:br/>
      </w:r>
      <w:r>
        <w:rPr>
          <w:lang w:eastAsia="zh-CN"/>
        </w:rPr>
        <w:t>　　普查与抽样调查(1)统计表、统计图的选用(1)</w:t>
      </w:r>
      <w:r>
        <w:rPr>
          <w:lang w:eastAsia="zh-CN"/>
        </w:rPr>
        <w:br/>
      </w:r>
      <w:r>
        <w:rPr>
          <w:lang w:eastAsia="zh-CN"/>
        </w:rPr>
        <w:t>　　频数与频率、频数分布图和频数分布直方图(1)</w:t>
      </w:r>
      <w:r>
        <w:rPr>
          <w:lang w:eastAsia="zh-CN"/>
        </w:rPr>
        <w:br/>
      </w:r>
      <w:r>
        <w:rPr>
          <w:lang w:eastAsia="zh-CN"/>
        </w:rPr>
        <w:t>　　确定事件与随机事件(1)</w:t>
      </w:r>
      <w:r>
        <w:rPr>
          <w:lang w:eastAsia="zh-CN"/>
        </w:rPr>
        <w:br/>
      </w:r>
      <w:r>
        <w:rPr>
          <w:lang w:eastAsia="zh-CN"/>
        </w:rPr>
        <w:t>　　频率与概率、可能性的大小(1)</w:t>
      </w:r>
      <w:r>
        <w:rPr>
          <w:lang w:eastAsia="zh-CN"/>
        </w:rPr>
        <w:br/>
      </w:r>
      <w:r>
        <w:rPr>
          <w:lang w:eastAsia="zh-CN"/>
        </w:rPr>
        <w:t>　　5</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十七</w:t>
      </w:r>
      <w:r>
        <w:rPr>
          <w:lang w:eastAsia="zh-CN"/>
        </w:rPr>
        <w:br/>
      </w:r>
      <w:r>
        <w:rPr>
          <w:lang w:eastAsia="zh-CN"/>
        </w:rPr>
        <w:t>　　12.21~12.25</w:t>
      </w:r>
      <w:r>
        <w:rPr>
          <w:lang w:eastAsia="zh-CN"/>
        </w:rPr>
        <w:br/>
      </w:r>
      <w:r>
        <w:rPr>
          <w:lang w:eastAsia="zh-CN"/>
        </w:rPr>
        <w:t>　　期末复习(5)</w:t>
      </w:r>
      <w:r>
        <w:rPr>
          <w:lang w:eastAsia="zh-CN"/>
        </w:rPr>
        <w:br/>
      </w:r>
      <w:r>
        <w:rPr>
          <w:lang w:eastAsia="zh-CN"/>
        </w:rPr>
        <w:t>　　5</w:t>
      </w:r>
      <w:r>
        <w:rPr>
          <w:lang w:eastAsia="zh-CN"/>
        </w:rPr>
        <w:br/>
      </w:r>
      <w:r>
        <w:rPr>
          <w:lang w:eastAsia="zh-CN"/>
        </w:rPr>
        <w:t>　　十八</w:t>
      </w:r>
      <w:r>
        <w:rPr>
          <w:lang w:eastAsia="zh-CN"/>
        </w:rPr>
        <w:br/>
      </w:r>
      <w:r>
        <w:rPr>
          <w:lang w:eastAsia="zh-CN"/>
        </w:rPr>
        <w:t>　　12.28~12.31</w:t>
      </w:r>
      <w:r>
        <w:rPr>
          <w:lang w:eastAsia="zh-CN"/>
        </w:rPr>
        <w:br/>
      </w:r>
      <w:r>
        <w:rPr>
          <w:lang w:eastAsia="zh-CN"/>
        </w:rPr>
        <w:t>　　期末复习(4)</w:t>
      </w:r>
      <w:r>
        <w:rPr>
          <w:lang w:eastAsia="zh-CN"/>
        </w:rPr>
        <w:br/>
      </w:r>
      <w:r>
        <w:rPr>
          <w:lang w:eastAsia="zh-CN"/>
        </w:rPr>
        <w:t>　　4</w:t>
      </w:r>
      <w:r>
        <w:rPr>
          <w:lang w:eastAsia="zh-CN"/>
        </w:rPr>
        <w:br/>
      </w:r>
      <w:r>
        <w:rPr>
          <w:lang w:eastAsia="zh-CN"/>
        </w:rPr>
        <w:t>　　十九</w:t>
      </w:r>
      <w:r>
        <w:rPr>
          <w:lang w:eastAsia="zh-CN"/>
        </w:rPr>
        <w:br/>
      </w:r>
      <w:r>
        <w:rPr>
          <w:lang w:eastAsia="zh-CN"/>
        </w:rPr>
        <w:t>　　1.4~1.8</w:t>
      </w:r>
      <w:r>
        <w:rPr>
          <w:lang w:eastAsia="zh-CN"/>
        </w:rPr>
        <w:br/>
      </w:r>
      <w:r>
        <w:rPr>
          <w:lang w:eastAsia="zh-CN"/>
        </w:rPr>
        <w:t>　　期末复习(5)</w:t>
      </w:r>
      <w:r>
        <w:rPr>
          <w:lang w:eastAsia="zh-CN"/>
        </w:rPr>
        <w:br/>
      </w:r>
      <w:r>
        <w:rPr>
          <w:lang w:eastAsia="zh-CN"/>
        </w:rPr>
        <w:t>　　5</w:t>
      </w:r>
      <w:r>
        <w:rPr>
          <w:lang w:eastAsia="zh-CN"/>
        </w:rPr>
        <w:br/>
      </w:r>
      <w:r>
        <w:rPr>
          <w:lang w:eastAsia="zh-CN"/>
        </w:rPr>
        <w:t>　　二十</w:t>
      </w:r>
      <w:r>
        <w:rPr>
          <w:lang w:eastAsia="zh-CN"/>
        </w:rPr>
        <w:br/>
      </w:r>
      <w:r>
        <w:rPr>
          <w:lang w:eastAsia="zh-CN"/>
        </w:rPr>
        <w:t>　　1.11~1.15</w:t>
      </w:r>
      <w:r>
        <w:rPr>
          <w:lang w:eastAsia="zh-CN"/>
        </w:rPr>
        <w:br/>
      </w:r>
      <w:r>
        <w:rPr>
          <w:lang w:eastAsia="zh-CN"/>
        </w:rPr>
        <w:t>　　期末复习(2)期末考试(3)</w:t>
      </w:r>
      <w:r>
        <w:rPr>
          <w:lang w:eastAsia="zh-CN"/>
        </w:rPr>
        <w:br/>
      </w:r>
      <w:r>
        <w:rPr>
          <w:lang w:eastAsia="zh-CN"/>
        </w:rPr>
        <w:t>　　5</w:t>
      </w:r>
      <w:r>
        <w:rPr>
          <w:lang w:eastAsia="zh-CN"/>
        </w:rPr>
        <w:br/>
      </w:r>
      <w:r>
        <w:rPr>
          <w:lang w:eastAsia="zh-CN"/>
        </w:rPr>
        <w:t>　　注：</w:t>
      </w:r>
      <w:r>
        <w:rPr>
          <w:lang w:eastAsia="zh-CN"/>
        </w:rPr>
        <w:br/>
      </w:r>
      <w:r>
        <w:rPr>
          <w:lang w:eastAsia="zh-CN"/>
        </w:rPr>
        <w:t>　　1.第7周补充《等腰梯形的轴对称性》，教学要求为了解和简单运用；</w:t>
      </w:r>
      <w:r>
        <w:rPr>
          <w:lang w:eastAsia="zh-CN"/>
        </w:rPr>
        <w:br/>
      </w:r>
      <w:r>
        <w:rPr>
          <w:lang w:eastAsia="zh-CN"/>
        </w:rPr>
        <w:t>　　2.第16周补充《数据的收集、整理、描述》和《认识概率》为八（下）教材内容，非重点课时，请尽量压缩课时，留出更多时间期末复习；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3.第8周与第11周的平方根与勾股定理交换了顺序；</w:t>
      </w:r>
      <w:r>
        <w:rPr>
          <w:lang w:eastAsia="zh-CN"/>
        </w:rPr>
        <w:br/>
      </w:r>
      <w:r>
        <w:rPr>
          <w:lang w:eastAsia="zh-CN"/>
        </w:rPr>
        <w:t>　　4.期末考试为苏州市统测，补充内容一律不纳入期末考试范围。</w:t>
      </w:r>
      <w:r>
        <w:rPr>
          <w:lang w:eastAsia="zh-CN"/>
        </w:rPr>
        <w:br/>
      </w:r>
      <w:r>
        <w:rPr>
          <w:lang w:eastAsia="zh-CN"/>
        </w:rPr>
        <w:t xml:space="preserve">    数学备课组工作计划模板汇总 篇7 </w:t>
      </w:r>
      <w:r>
        <w:rPr>
          <w:lang w:eastAsia="zh-CN"/>
        </w:rPr>
        <w:br/>
      </w:r>
      <w:r>
        <w:rPr>
          <w:lang w:eastAsia="zh-CN"/>
        </w:rPr>
        <w:t>　　一、指导思想：</w:t>
      </w:r>
      <w:r>
        <w:rPr>
          <w:lang w:eastAsia="zh-CN"/>
        </w:rPr>
        <w:br/>
      </w:r>
      <w:r>
        <w:rPr>
          <w:lang w:eastAsia="zh-CN"/>
        </w:rPr>
        <w:t>　　以课程改革的实施为动力，以新课程标准精神为指导，加强学习、更新观念，围绕进一步优化集体备课质量、优化课堂教学效益、规范教学常规管理和提高教师实施新课程的能力，扎实开展六年级数学备课组研训活动，不断提升教育教学质量。</w:t>
      </w:r>
      <w:r>
        <w:rPr>
          <w:lang w:eastAsia="zh-CN"/>
        </w:rPr>
        <w:br/>
      </w:r>
      <w:r>
        <w:rPr>
          <w:lang w:eastAsia="zh-CN"/>
        </w:rPr>
        <w:t>　　二、工作目标：</w:t>
      </w:r>
      <w:r>
        <w:rPr>
          <w:lang w:eastAsia="zh-CN"/>
        </w:rPr>
        <w:br/>
      </w:r>
      <w:r>
        <w:rPr>
          <w:lang w:eastAsia="zh-CN"/>
        </w:rPr>
        <w:t>　　以备课组建设为抓手，以研究与实践为引领，聚焦课堂教学，以教学质量建设为中心，本着“求真、务实”的态度，以质量求生存，以创新求发展，在提高课堂教学效率的同时，争创校优秀备课组。</w:t>
      </w:r>
      <w:r>
        <w:rPr>
          <w:lang w:eastAsia="zh-CN"/>
        </w:rPr>
        <w:br/>
      </w:r>
      <w:r>
        <w:rPr>
          <w:lang w:eastAsia="zh-CN"/>
        </w:rPr>
        <w:t>　　三、具体措施：</w:t>
      </w:r>
      <w:r>
        <w:rPr>
          <w:lang w:eastAsia="zh-CN"/>
        </w:rPr>
        <w:br/>
      </w:r>
      <w:r>
        <w:rPr>
          <w:lang w:eastAsia="zh-CN"/>
        </w:rPr>
        <w:t>　　1、严格执行教学工作计划，遵照计划合理安排备课组工作，实现以学校计划为中心，备课组工作为基础的教学研究。</w:t>
      </w:r>
      <w:r>
        <w:rPr>
          <w:lang w:eastAsia="zh-CN"/>
        </w:rPr>
        <w:br/>
      </w:r>
      <w:r>
        <w:rPr>
          <w:lang w:eastAsia="zh-CN"/>
        </w:rPr>
        <w:t>　　2、深入课程研究，以备课组为单位钻研教材、分析学生，结合我校高效课堂模式和本年级学生的实际特点制定合理可行教学方案，积极提高课堂教学效益。</w:t>
      </w:r>
      <w:r>
        <w:rPr>
          <w:lang w:eastAsia="zh-CN"/>
        </w:rPr>
        <w:br/>
      </w:r>
      <w:r>
        <w:rPr>
          <w:lang w:eastAsia="zh-CN"/>
        </w:rPr>
        <w:t>　　3、重氛围，改进集体备课的程序，将个人备课和集体备课结合起来。坚持每周一次的集体备课，每次集体备课确定一个中心发言人，围绕一个主题进行探讨和研究。</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4、组内每位教师要积极参与集体备课活动，各抒已见，充分讨论，统一认识，实行教学上的“五统一”。活动结束后，认真做好活动记录，以备学校领导及教务处检查。</w:t>
      </w:r>
      <w:r>
        <w:rPr>
          <w:lang w:eastAsia="zh-CN"/>
        </w:rPr>
        <w:br/>
      </w:r>
      <w:r>
        <w:rPr>
          <w:lang w:eastAsia="zh-CN"/>
        </w:rPr>
        <w:t>　　5、根据本学科特点，研究学生的学习方法，加强学法指导，做好培优补差工作，在实现大面积提高教学质量的同时提高尖子生的层次，注重总结经验，不断完善，形成制度，争取创设学校教学工作的亮点。</w:t>
      </w:r>
      <w:r>
        <w:rPr>
          <w:lang w:eastAsia="zh-CN"/>
        </w:rPr>
        <w:br/>
      </w:r>
      <w:r>
        <w:rPr>
          <w:lang w:eastAsia="zh-CN"/>
        </w:rPr>
        <w:t>　　6、加强备课组建设，互相交流，深入探讨，共同提高，发挥团队作战的效应。以老带新，以新促老，营造良好氛围，实施好备课组计划。</w:t>
      </w:r>
      <w:r>
        <w:rPr>
          <w:lang w:eastAsia="zh-CN"/>
        </w:rPr>
        <w:br/>
      </w:r>
      <w:r>
        <w:rPr>
          <w:lang w:eastAsia="zh-CN"/>
        </w:rPr>
        <w:t>　　7、提倡教学相长，平时多开展个人间的合作研讨，交流教学经验，讨论教学问题，努力提高备课质量。</w:t>
      </w:r>
      <w:r>
        <w:rPr>
          <w:lang w:eastAsia="zh-CN"/>
        </w:rPr>
        <w:br/>
      </w:r>
      <w:r>
        <w:rPr>
          <w:lang w:eastAsia="zh-CN"/>
        </w:rPr>
        <w:t>　　8、提倡多阅读各类教育教学报刊资料，努力汲取先进的教育思想、高效率的教学设计，用以指导自己的教学备课。</w:t>
      </w:r>
      <w:r>
        <w:rPr>
          <w:lang w:eastAsia="zh-CN"/>
        </w:rPr>
        <w:br/>
      </w:r>
      <w:r>
        <w:rPr>
          <w:lang w:eastAsia="zh-CN"/>
        </w:rPr>
        <w:t>　　9、转变备课组教师观念，提倡做研究型教师。以备课组长为首，以课题研究为契机，带动组内教师积极开展个人研究，号召大家成立小课题，在研究中争取形成个人教学特色。</w:t>
      </w:r>
      <w:r>
        <w:rPr>
          <w:lang w:eastAsia="zh-CN"/>
        </w:rPr>
        <w:br/>
      </w:r>
      <w:r>
        <w:rPr>
          <w:lang w:eastAsia="zh-CN"/>
        </w:rPr>
        <w:t xml:space="preserve">    数学备课组工作计划模板汇总 篇8 </w:t>
      </w:r>
      <w:r>
        <w:rPr>
          <w:lang w:eastAsia="zh-CN"/>
        </w:rPr>
        <w:br/>
      </w:r>
      <w:r>
        <w:rPr>
          <w:lang w:eastAsia="zh-CN"/>
        </w:rPr>
        <w:t>　　一、备课组工作目标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加强备课组的自身建设，落实教学常规，加强教学的交流沟通。以发展教育的理念为指引，以本学期学校工作计划为指南，以年级部的工作布署会议为依据为加强备课组教师的教育教学理论学习，更新教学观念，落实教学常规，全面提高学生的数学能力，尤其是提高创新意识和思维逻辑能力，为高考出成绩打好基础。</w:t>
      </w:r>
      <w:r>
        <w:rPr>
          <w:lang w:eastAsia="zh-CN"/>
        </w:rPr>
        <w:br/>
      </w:r>
      <w:r>
        <w:rPr>
          <w:lang w:eastAsia="zh-CN"/>
        </w:rPr>
        <w:t>　　二、本学期工作措施</w:t>
      </w:r>
      <w:r>
        <w:rPr>
          <w:lang w:eastAsia="zh-CN"/>
        </w:rPr>
        <w:br/>
      </w:r>
      <w:r>
        <w:rPr>
          <w:lang w:eastAsia="zh-CN"/>
        </w:rPr>
        <w:t>　　1、制定好教学计划</w:t>
      </w:r>
      <w:r>
        <w:rPr>
          <w:lang w:eastAsia="zh-CN"/>
        </w:rPr>
        <w:br/>
      </w:r>
      <w:r>
        <w:rPr>
          <w:lang w:eastAsia="zh-CN"/>
        </w:rPr>
        <w:t>　　组织本组教师认真学习和研究本册教材，弄清教材的重点和难点，要求尽快适应教材的教学要求，制定好本册的教学计划。</w:t>
      </w:r>
      <w:r>
        <w:rPr>
          <w:lang w:eastAsia="zh-CN"/>
        </w:rPr>
        <w:br/>
      </w:r>
      <w:r>
        <w:rPr>
          <w:lang w:eastAsia="zh-CN"/>
        </w:rPr>
        <w:t>　　本学期数学要学习必修1和必修4，内容多，因为本学期有军训和几个大的节假日，所以教学时间比较紧张，这就要求我们每位教师精心备课，提高课堂效率。全体数学教师按照以上教学进度统一推进课程，教师可根据各班实际情况做些“微调”，教师之间相差1～2课时是正常的，但不能超过以上计划所定课时。</w:t>
      </w:r>
      <w:r>
        <w:rPr>
          <w:lang w:eastAsia="zh-CN"/>
        </w:rPr>
        <w:br/>
      </w:r>
      <w:r>
        <w:rPr>
          <w:lang w:eastAsia="zh-CN"/>
        </w:rPr>
        <w:t>　　2、加强理论学习，严格按照大纲和高考要求，把握教材广度、深度和难度。</w:t>
      </w:r>
      <w:r>
        <w:rPr>
          <w:lang w:eastAsia="zh-CN"/>
        </w:rPr>
        <w:br/>
      </w:r>
      <w:r>
        <w:rPr>
          <w:lang w:eastAsia="zh-CN"/>
        </w:rPr>
        <w:t>　　3、集体备课，资源共享</w:t>
      </w:r>
      <w:r>
        <w:rPr>
          <w:lang w:eastAsia="zh-CN"/>
        </w:rPr>
        <w:br/>
      </w:r>
      <w:r>
        <w:rPr>
          <w:lang w:eastAsia="zh-CN"/>
        </w:rPr>
        <w:t>　　①每周定时进行学科教研，学科组教研定为每周四下午第三节课，将本周的教学中存在的问题交流，分析，找出解决的方法。</w:t>
      </w:r>
      <w:r>
        <w:rPr>
          <w:lang w:eastAsia="zh-CN"/>
        </w:rPr>
        <w:br/>
      </w:r>
      <w:r>
        <w:rPr>
          <w:lang w:eastAsia="zh-CN"/>
        </w:rPr>
        <w:t>　　②布置下周教学任务，认真学习教学大纲，明确教学目标，指出重点、难点，列举一些典型例题，精选练习题等，并请有教学经验的老师做必要的解释、说明和补充。</w:t>
      </w:r>
      <w:r>
        <w:rPr>
          <w:lang w:eastAsia="zh-CN"/>
        </w:rPr>
        <w:br/>
      </w:r>
      <w:r>
        <w:rPr>
          <w:lang w:eastAsia="zh-CN"/>
        </w:rPr>
        <w:t>　　③鼓励教师将本周或近两周在教学中发现的易错题或者认为比较不错的题进行汇总，再让学生练习，提高练习的针对性。</w:t>
      </w:r>
      <w:r>
        <w:rPr>
          <w:lang w:eastAsia="zh-CN"/>
        </w:rPr>
        <w:br/>
      </w:r>
      <w:r>
        <w:rPr>
          <w:lang w:eastAsia="zh-CN"/>
        </w:rPr>
        <w:t>　　4、落实教学常规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作业批改到位，根据学校和年级的要求强调学生答题的规范性，要求学生有易错题本和笔记本，作业要求统一的A4纸，习题要精心挑选，符合学生的实际情况，针对不同层次的学生，要有作业上的梯度。练习试卷题目要求涵盖本单元或章节重难点，题型要求灵活多变。严格控制印刷量，不搞题海战术。</w:t>
      </w:r>
      <w:r>
        <w:rPr>
          <w:lang w:eastAsia="zh-CN"/>
        </w:rPr>
        <w:br/>
      </w:r>
      <w:r>
        <w:rPr>
          <w:lang w:eastAsia="zh-CN"/>
        </w:rPr>
        <w:t>　　5、落实听课评课工作</w:t>
      </w:r>
      <w:r>
        <w:rPr>
          <w:lang w:eastAsia="zh-CN"/>
        </w:rPr>
        <w:br/>
      </w:r>
      <w:r>
        <w:rPr>
          <w:lang w:eastAsia="zh-CN"/>
        </w:rPr>
        <w:t>　　我部年长教师3人，中青年教师2人，新毕业教师2人。结构合理，新入职教师每周至少听3节“老教师”的课，备课组长每周听课，每两周组织组内教师听新入职教师的课，组织好评课，请老教师对新教师的课进行点评，指导，发挥老教师的优势，授课教师自我评价。不定期邀请高三，高二和A部教师来我级部听中青年和新教师的研究课，增进交流。同时鼓励中青年和新教师去高三，高二和A部听课学习，长见识，为高二甚至高考做好准备。</w:t>
      </w:r>
      <w:r>
        <w:rPr>
          <w:lang w:eastAsia="zh-CN"/>
        </w:rPr>
        <w:br/>
      </w:r>
      <w:r>
        <w:rPr>
          <w:lang w:eastAsia="zh-CN"/>
        </w:rPr>
        <w:t>　　6、加强优生的培养和学困生的转化工作</w:t>
      </w:r>
      <w:r>
        <w:rPr>
          <w:lang w:eastAsia="zh-CN"/>
        </w:rPr>
        <w:br/>
      </w:r>
      <w:r>
        <w:rPr>
          <w:lang w:eastAsia="zh-CN"/>
        </w:rPr>
        <w:t>　　做好尖子生的培养工作和全体学生的学习监测，做好初中到高中的平稳过渡，争取不叫学生两极分化，同时也要因材施教，探索适合本班的教学方法。</w:t>
      </w:r>
      <w:r>
        <w:rPr>
          <w:lang w:eastAsia="zh-CN"/>
        </w:rPr>
        <w:br/>
      </w:r>
      <w:r>
        <w:rPr>
          <w:lang w:eastAsia="zh-CN"/>
        </w:rPr>
        <w:t>　　7、加强与区教研室的联系，把握教育教学动向。</w:t>
      </w:r>
      <w:r>
        <w:rPr>
          <w:lang w:eastAsia="zh-CN"/>
        </w:rPr>
        <w:br/>
      </w:r>
      <w:r>
        <w:rPr>
          <w:lang w:eastAsia="zh-CN"/>
        </w:rPr>
        <w:t xml:space="preserve">    数学备课组工作计划模板汇总 篇9 </w:t>
      </w:r>
      <w:r>
        <w:rPr>
          <w:lang w:eastAsia="zh-CN"/>
        </w:rPr>
        <w:br/>
      </w:r>
      <w:r>
        <w:rPr>
          <w:lang w:eastAsia="zh-CN"/>
        </w:rPr>
        <w:t>　　一、学情分析</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本学年我担任七（1）（2）班数学教学工作。在学生所学知识的掌握程度上，对于大多数学困生来说，简单的基础知识还不能有效掌握，成绩较差学生的逻辑推理、逻辑思维能力，计算能力要得到加强，还要提升整体成绩，适时补充课外知识，拓展学生的知识面，抽出一定的时间给强化几何训练，提升学生素质；学生的学习习惯养成还不理想，预习的习惯，进行总结的习惯，自习课专心致至学习的习惯，主动纠正错误的习惯，还需要加强，需要教师的督促才能勉强去做。面向全体学生，整体提高水平，全面培养能力，养成良好的学习习惯一直是学校教学长期而重点的任务。</w:t>
      </w:r>
      <w:r>
        <w:rPr>
          <w:lang w:eastAsia="zh-CN"/>
        </w:rPr>
        <w:br/>
      </w:r>
      <w:r>
        <w:rPr>
          <w:lang w:eastAsia="zh-CN"/>
        </w:rPr>
        <w:t>　　二、指导思想</w:t>
      </w:r>
      <w:r>
        <w:rPr>
          <w:lang w:eastAsia="zh-CN"/>
        </w:rPr>
        <w:br/>
      </w:r>
      <w:r>
        <w:rPr>
          <w:lang w:eastAsia="zh-CN"/>
        </w:rPr>
        <w:t>　　坚持科学的教育策略，以《初中数学新课程标准》为标准，将新课程改革落到实处。以提高学生的基础知识和基本技能为根本任务，制定切实可行的教学计划，重点培养学生创新思维和应用数学的能力。通过本学期的数学教学，进一步培养学生学习数学的兴趣，激发其求知欲 望。完成七年级下册数学教学任务。</w:t>
      </w:r>
      <w:r>
        <w:rPr>
          <w:lang w:eastAsia="zh-CN"/>
        </w:rPr>
        <w:br/>
      </w:r>
      <w:r>
        <w:rPr>
          <w:lang w:eastAsia="zh-CN"/>
        </w:rPr>
        <w:t>　　三、教学目标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知识技能目标：学习有关平行线的知识，理解平方根、立方根的概念，了解实数的概念；掌握平面直角坐标系的画法，掌握有序数对（坐标）与坐标平面内点的对应关系；学会二元一次方程组、不等式及不等式组的解法并能用来解决相应的实际问题，能够绘制简单的统计图表。同时进一步提高学生几何作图能力。过程方法目标：学会观察和分析几何图形，发现图形的特征和图形之间存在的关联，学会总结规律。进一步巩固方程思想，学会使用代数式表示数量及数量之间的关系。态度情感目标：认识生活，感知生活，领悟数学是为生活服务，进而提高数学学习的兴趣和学习积极性。</w:t>
      </w:r>
      <w:r>
        <w:rPr>
          <w:lang w:eastAsia="zh-CN"/>
        </w:rPr>
        <w:br/>
      </w:r>
      <w:r>
        <w:rPr>
          <w:lang w:eastAsia="zh-CN"/>
        </w:rPr>
        <w:t>　　四、教材分析</w:t>
      </w:r>
      <w:r>
        <w:rPr>
          <w:lang w:eastAsia="zh-CN"/>
        </w:rPr>
        <w:br/>
      </w:r>
      <w:r>
        <w:rPr>
          <w:lang w:eastAsia="zh-CN"/>
        </w:rPr>
        <w:t>　　本学期的教学内容共计六章，第5章：相交线和平行线；第6章：实数；第7章：平面直角坐标系；第8章：二元一次方程组；第9章：不等式和不等式组；第10章：数据的收集、整理与描述。</w:t>
      </w:r>
      <w:r>
        <w:rPr>
          <w:lang w:eastAsia="zh-CN"/>
        </w:rPr>
        <w:br/>
      </w:r>
      <w:r>
        <w:rPr>
          <w:lang w:eastAsia="zh-CN"/>
        </w:rPr>
        <w:t>　　教材每章开始时，都设置了章前图与引言语，激发了学生的学习兴趣与求知欲 望。在教学中，适当安排如“观察与猜想、试验与探究、阅读与思考、信息技术应用”等以及栏目，让我们给学生适当的思考空间，使学生能更好地自主学习。在教材各块内容间，又穿插安排了综合性、实践性、开放性等等的数学活动，不但扩大了学生知识面，而且增强了学生对数学文化价值的体验与数学的应用意识。习题设计分为；复习巩固、综合运用、拓广探索三类，体现了满足不同层次学生发展的需要。</w:t>
      </w:r>
      <w:r>
        <w:rPr>
          <w:lang w:eastAsia="zh-CN"/>
        </w:rPr>
        <w:br/>
      </w:r>
      <w:r>
        <w:rPr>
          <w:lang w:eastAsia="zh-CN"/>
        </w:rPr>
        <w:t>　　整个教材体现了如下特点：</w:t>
      </w:r>
      <w:r>
        <w:rPr>
          <w:lang w:eastAsia="zh-CN"/>
        </w:rPr>
        <w:br/>
      </w:r>
      <w:r>
        <w:rPr>
          <w:lang w:eastAsia="zh-CN"/>
        </w:rPr>
        <w:t>　　1、现代性——更新知识载体，渗透现代数学思想方法，引入信息技术。</w:t>
      </w:r>
      <w:r>
        <w:rPr>
          <w:lang w:eastAsia="zh-CN"/>
        </w:rPr>
        <w:br/>
      </w:r>
      <w:r>
        <w:rPr>
          <w:lang w:eastAsia="zh-CN"/>
        </w:rPr>
        <w:t>　　2、实践性——联系社会实际，贴近生活实际。</w:t>
      </w:r>
      <w:r>
        <w:rPr>
          <w:lang w:eastAsia="zh-CN"/>
        </w:rPr>
        <w:br/>
      </w:r>
      <w:r>
        <w:rPr>
          <w:lang w:eastAsia="zh-CN"/>
        </w:rPr>
        <w:t>　　3、探究性——创造条件，为学生提供自主活动、自主探索的机会，获取知识技能。</w:t>
      </w:r>
      <w:r>
        <w:rPr>
          <w:lang w:eastAsia="zh-CN"/>
        </w:rPr>
        <w:br/>
      </w:r>
      <w:r>
        <w:rPr>
          <w:lang w:eastAsia="zh-CN"/>
        </w:rPr>
        <w:t>　　4、发展性——面向全体学生，满足不同学生发展需要。</w:t>
      </w:r>
      <w:r>
        <w:rPr>
          <w:lang w:eastAsia="zh-CN"/>
        </w:rPr>
        <w:br/>
      </w:r>
      <w:r>
        <w:rPr>
          <w:lang w:eastAsia="zh-CN"/>
        </w:rPr>
        <w:t>　　5、趣味性——文字通俗，形式活泼，图文并茂，趣味直观。</w:t>
      </w:r>
      <w:r>
        <w:rPr>
          <w:lang w:eastAsia="zh-CN"/>
        </w:rPr>
        <w:br/>
      </w:r>
      <w:r>
        <w:rPr>
          <w:lang w:eastAsia="zh-CN"/>
        </w:rPr>
        <w:t>　　五、教学措施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1、认真研读新课程标准，钻研教材，精选习题，精心备课，做好教案，上好新课。同时仔细批改作业，作好辅导，发现问题及时解决作认真总结成功与失败的经验和原因。</w:t>
      </w:r>
      <w:r>
        <w:rPr>
          <w:lang w:eastAsia="zh-CN"/>
        </w:rPr>
        <w:br/>
      </w:r>
      <w:r>
        <w:rPr>
          <w:lang w:eastAsia="zh-CN"/>
        </w:rPr>
        <w:t>　　2、营造积极向上、和谐、平等、自主的学习氛围，引导学生进行合作探究、交流和分享发现的快乐。从而体会到学习的乐趣，激发学生的学习兴趣。</w:t>
      </w:r>
      <w:r>
        <w:rPr>
          <w:lang w:eastAsia="zh-CN"/>
        </w:rPr>
        <w:br/>
      </w:r>
      <w:r>
        <w:rPr>
          <w:lang w:eastAsia="zh-CN"/>
        </w:rPr>
        <w:t>　　3、精心设计探究主题，引导学生学会发散思维，培养学生创造性思维的能力，实现一题多解、举一反三、触类旁通。</w:t>
      </w:r>
      <w:r>
        <w:rPr>
          <w:lang w:eastAsia="zh-CN"/>
        </w:rPr>
        <w:br/>
      </w:r>
      <w:r>
        <w:rPr>
          <w:lang w:eastAsia="zh-CN"/>
        </w:rPr>
        <w:t>　　4、开展分层教学模式，成立互助学习小组，以优带差，以中促优。同时狠抓中等生，带动后进生，实现共同进步。</w:t>
      </w:r>
      <w:r>
        <w:rPr>
          <w:lang w:eastAsia="zh-CN"/>
        </w:rPr>
        <w:br/>
      </w:r>
      <w:r>
        <w:rPr>
          <w:lang w:eastAsia="zh-CN"/>
        </w:rPr>
        <w:t>　　5、积极做好学困生转化工作。对学习过程中有困难的学生，及时给予帮助，帮助他们找到应对措施，帮助他们渡过难关。</w:t>
      </w:r>
      <w:r>
        <w:rPr>
          <w:lang w:eastAsia="zh-CN"/>
        </w:rPr>
        <w:br/>
      </w:r>
      <w:r>
        <w:rPr>
          <w:lang w:eastAsia="zh-CN"/>
        </w:rPr>
        <w:t xml:space="preserve">    数学备课组工作计划模板汇总 篇10 </w:t>
      </w:r>
      <w:r>
        <w:rPr>
          <w:lang w:eastAsia="zh-CN"/>
        </w:rPr>
        <w:br/>
      </w:r>
      <w:r>
        <w:rPr>
          <w:lang w:eastAsia="zh-CN"/>
        </w:rPr>
        <w:t>　　新学期新气象，在高二下学期我希望我们能保持以往的教学理念，创新教育方法，认真准备新学期的教学工作。</w:t>
      </w:r>
      <w:r>
        <w:rPr>
          <w:lang w:eastAsia="zh-CN"/>
        </w:rPr>
        <w:br/>
      </w:r>
      <w:r>
        <w:rPr>
          <w:lang w:eastAsia="zh-CN"/>
        </w:rPr>
        <w:t>　　一、指导思想</w:t>
      </w:r>
      <w:r>
        <w:rPr>
          <w:lang w:eastAsia="zh-CN"/>
        </w:rPr>
        <w:br/>
      </w:r>
      <w:r>
        <w:rPr>
          <w:lang w:eastAsia="zh-CN"/>
        </w:rPr>
        <w:t>　　在国家新课改的理念下，由过去的“精英”教育转化为现在的“大众”教育的要求下，由过去重理论转化为现在重实际应用的情况下，我备课组三位教师得全面推进高一新课程改革。改变教学观念，改进教学方法，更新教学法手段，提高教学效率，力求尽可能的改变学生的学习态度和学习方式;培养学生自主学习，积极探究，乐于合作的精神，尽可能完成学校的教学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二、教学目标</w:t>
      </w:r>
      <w:r>
        <w:rPr>
          <w:lang w:eastAsia="zh-CN"/>
        </w:rPr>
        <w:br/>
      </w:r>
      <w:r>
        <w:rPr>
          <w:lang w:eastAsia="zh-CN"/>
        </w:rPr>
        <w:t>　　1、获得必要的数学基础知识和基本技能，理解基本的数学概念、数学结论等产生的背景、应用，体会其中所蕴含的数学思想和方法，以及在后续学习中的作用。通过不同形式的自主学习、探究活动，体验数学发现和创造的历程。</w:t>
      </w:r>
      <w:r>
        <w:rPr>
          <w:lang w:eastAsia="zh-CN"/>
        </w:rPr>
        <w:br/>
      </w:r>
      <w:r>
        <w:rPr>
          <w:lang w:eastAsia="zh-CN"/>
        </w:rPr>
        <w:t>　　2、提高空间想想、抽象概括、推理论证、运算求解、数据处理等基本能力。</w:t>
      </w:r>
      <w:r>
        <w:rPr>
          <w:lang w:eastAsia="zh-CN"/>
        </w:rPr>
        <w:br/>
      </w:r>
      <w:r>
        <w:rPr>
          <w:lang w:eastAsia="zh-CN"/>
        </w:rPr>
        <w:t>　　3、提高数学地提出、分析和解决问题的能力，数学表达和交流的能力，发展独立获取数学知识的能力。</w:t>
      </w:r>
      <w:r>
        <w:rPr>
          <w:lang w:eastAsia="zh-CN"/>
        </w:rPr>
        <w:br/>
      </w:r>
      <w:r>
        <w:rPr>
          <w:lang w:eastAsia="zh-CN"/>
        </w:rPr>
        <w:t>　　4、发展数学应用意识和创新意识，力求对现实世界中蕴含的一些数学模式进行思考和作出判断。</w:t>
      </w:r>
      <w:r>
        <w:rPr>
          <w:lang w:eastAsia="zh-CN"/>
        </w:rPr>
        <w:br/>
      </w:r>
      <w:r>
        <w:rPr>
          <w:lang w:eastAsia="zh-CN"/>
        </w:rPr>
        <w:t>　　5、提高学习数学的兴趣，树立学好数学的信心，形成锲而不舍的钻研精神和科学态度。</w:t>
      </w:r>
      <w:r>
        <w:rPr>
          <w:lang w:eastAsia="zh-CN"/>
        </w:rPr>
        <w:br/>
      </w:r>
      <w:r>
        <w:rPr>
          <w:lang w:eastAsia="zh-CN"/>
        </w:rPr>
        <w:t>　　三、教学措施</w:t>
      </w:r>
      <w:r>
        <w:rPr>
          <w:lang w:eastAsia="zh-CN"/>
        </w:rPr>
        <w:br/>
      </w:r>
      <w:r>
        <w:rPr>
          <w:lang w:eastAsia="zh-CN"/>
        </w:rPr>
        <w:t>　　1、学习新课程，建构新理念。理念是行动的先导，则创新的源泉，是新课程改革的灵魂。面对高中新课程，我们只有改变旧传统，建构新理念，才能有效地实施新课程。</w:t>
      </w:r>
      <w:r>
        <w:rPr>
          <w:lang w:eastAsia="zh-CN"/>
        </w:rPr>
        <w:br/>
      </w:r>
      <w:r>
        <w:rPr>
          <w:lang w:eastAsia="zh-CN"/>
        </w:rPr>
        <w:t>　　2、钻研新课程，掌握新内容。教师教什么?学生学什么?是教师在具体实施新课程教学内容是首先要解决的核心问题。充分了解这一问题，设计出更加符合新课程理念的教学目标与教学过程。</w:t>
      </w:r>
      <w:r>
        <w:rPr>
          <w:lang w:eastAsia="zh-CN"/>
        </w:rPr>
        <w:br/>
      </w:r>
      <w:r>
        <w:rPr>
          <w:lang w:eastAsia="zh-CN"/>
        </w:rPr>
        <w:t>　　3、倡导积极主动、勇于探索的学习方式。</w:t>
      </w:r>
      <w:r>
        <w:rPr>
          <w:lang w:eastAsia="zh-CN"/>
        </w:rPr>
        <w:br/>
      </w:r>
      <w:r>
        <w:rPr>
          <w:lang w:eastAsia="zh-CN"/>
        </w:rPr>
        <w:t>　　4、注意信息技术与数学课程的整合。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5、坚持集体备课，发挥团队作用。</w:t>
      </w:r>
      <w:r>
        <w:rPr>
          <w:lang w:eastAsia="zh-CN"/>
        </w:rPr>
        <w:br/>
      </w:r>
      <w:r>
        <w:rPr>
          <w:lang w:eastAsia="zh-CN"/>
        </w:rPr>
        <w:t>　　6、组织相关的教研活动，互相交流、互相学习。</w:t>
      </w:r>
      <w:r>
        <w:rPr>
          <w:lang w:eastAsia="zh-CN"/>
        </w:rPr>
        <w:br/>
      </w:r>
      <w:r>
        <w:rPr>
          <w:lang w:eastAsia="zh-CN"/>
        </w:rPr>
        <w:t>　　7、采用“走出去、引进来”的方法，学习他人之长，吸引他人经验。</w:t>
      </w:r>
      <w:r>
        <w:rPr>
          <w:lang w:eastAsia="zh-CN"/>
        </w:rPr>
        <w:br/>
      </w:r>
      <w:r>
        <w:rPr>
          <w:lang w:eastAsia="zh-CN"/>
        </w:rPr>
        <w:t>　　四、教学要求</w:t>
      </w:r>
      <w:r>
        <w:rPr>
          <w:lang w:eastAsia="zh-CN"/>
        </w:rPr>
        <w:br/>
      </w:r>
      <w:r>
        <w:rPr>
          <w:lang w:eastAsia="zh-CN"/>
        </w:rPr>
        <w:t>　　整体把握新课程，理清贯穿教材的主要脉络，反映和揭示教学内容的内在联系，展示重要概念的来龙去脉。</w:t>
      </w:r>
      <w:r>
        <w:rPr>
          <w:lang w:eastAsia="zh-CN"/>
        </w:rPr>
        <w:br/>
      </w:r>
      <w:r>
        <w:rPr>
          <w:lang w:eastAsia="zh-CN"/>
        </w:rPr>
        <w:t>　　各班级学生必须完成新课标要求，培养学生的数学兴趣，发展学生的数学应用意识，渗透高考要求，倡导自主学习方式，逐渐提高学生的数学思维能力。</w:t>
      </w:r>
      <w:r>
        <w:rPr>
          <w:lang w:eastAsia="zh-CN"/>
        </w:rPr>
        <w:br/>
      </w:r>
      <w:r>
        <w:rPr>
          <w:lang w:eastAsia="zh-CN"/>
        </w:rPr>
        <w:t xml:space="preserve">    数学备课组工作计划模板汇总 篇11 </w:t>
      </w:r>
      <w:r>
        <w:rPr>
          <w:lang w:eastAsia="zh-CN"/>
        </w:rPr>
        <w:br/>
      </w:r>
      <w:r>
        <w:rPr>
          <w:lang w:eastAsia="zh-CN"/>
        </w:rPr>
        <w:t>　　一、教学内容与进度安排</w:t>
      </w:r>
      <w:r>
        <w:rPr>
          <w:lang w:eastAsia="zh-CN"/>
        </w:rPr>
        <w:br/>
      </w:r>
      <w:r>
        <w:rPr>
          <w:lang w:eastAsia="zh-CN"/>
        </w:rPr>
        <w:t>　　1.本学期上课完成教学内容安排:完马必修四的第三章三角恒等变换，必修五全册三章解三角形、数列、不等式，必修二三四两章直线与方程、圆与方程。</w:t>
      </w:r>
      <w:r>
        <w:rPr>
          <w:lang w:eastAsia="zh-CN"/>
        </w:rPr>
        <w:br/>
      </w:r>
      <w:r>
        <w:rPr>
          <w:lang w:eastAsia="zh-CN"/>
        </w:rPr>
        <w:t>　　2.教学进度安排:</w:t>
      </w:r>
      <w:r>
        <w:rPr>
          <w:lang w:eastAsia="zh-CN"/>
        </w:rPr>
        <w:br/>
      </w:r>
      <w:r>
        <w:rPr>
          <w:lang w:eastAsia="zh-CN"/>
        </w:rPr>
        <w:t>　　第1周复习三解函数的图像与性质及两角和的余弦公式、和与差的三角函数</w:t>
      </w:r>
      <w:r>
        <w:rPr>
          <w:lang w:eastAsia="zh-CN"/>
        </w:rPr>
        <w:br/>
      </w:r>
      <w:r>
        <w:rPr>
          <w:lang w:eastAsia="zh-CN"/>
        </w:rPr>
        <w:t>　　第2周倍角公式、半角公式、三角恒等变化</w:t>
      </w:r>
      <w:r>
        <w:rPr>
          <w:lang w:eastAsia="zh-CN"/>
        </w:rPr>
        <w:br/>
      </w:r>
      <w:r>
        <w:rPr>
          <w:lang w:eastAsia="zh-CN"/>
        </w:rPr>
        <w:t>　　第3周三角恒等变化、正弦定理</w:t>
      </w:r>
      <w:r>
        <w:rPr>
          <w:lang w:eastAsia="zh-CN"/>
        </w:rPr>
        <w:br/>
      </w:r>
      <w:r>
        <w:rPr>
          <w:lang w:eastAsia="zh-CN"/>
        </w:rPr>
        <w:t>　　第4周正弦定理、余弦定理</w:t>
      </w:r>
      <w:r>
        <w:rPr>
          <w:lang w:eastAsia="zh-CN"/>
        </w:rPr>
        <w:br/>
      </w:r>
      <w:r>
        <w:rPr>
          <w:lang w:eastAsia="zh-CN"/>
        </w:rPr>
        <w:t>　　第5周正余弦定理及其应用</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第6周三角函数复习及单元测试</w:t>
      </w:r>
      <w:r>
        <w:rPr>
          <w:lang w:eastAsia="zh-CN"/>
        </w:rPr>
        <w:br/>
      </w:r>
      <w:r>
        <w:rPr>
          <w:lang w:eastAsia="zh-CN"/>
        </w:rPr>
        <w:t>　　第7周数列的概念与简单表示法</w:t>
      </w:r>
      <w:r>
        <w:rPr>
          <w:lang w:eastAsia="zh-CN"/>
        </w:rPr>
        <w:br/>
      </w:r>
      <w:r>
        <w:rPr>
          <w:lang w:eastAsia="zh-CN"/>
        </w:rPr>
        <w:t>　　第8周等差数列、等差数列的前n项和</w:t>
      </w:r>
      <w:r>
        <w:rPr>
          <w:lang w:eastAsia="zh-CN"/>
        </w:rPr>
        <w:br/>
      </w:r>
      <w:r>
        <w:rPr>
          <w:lang w:eastAsia="zh-CN"/>
        </w:rPr>
        <w:t>　　第9周等比数列、的等比数列的前n项和</w:t>
      </w:r>
      <w:r>
        <w:rPr>
          <w:lang w:eastAsia="zh-CN"/>
        </w:rPr>
        <w:br/>
      </w:r>
      <w:r>
        <w:rPr>
          <w:lang w:eastAsia="zh-CN"/>
        </w:rPr>
        <w:t>　　第10周数列复习</w:t>
      </w:r>
      <w:r>
        <w:rPr>
          <w:lang w:eastAsia="zh-CN"/>
        </w:rPr>
        <w:br/>
      </w:r>
      <w:r>
        <w:rPr>
          <w:lang w:eastAsia="zh-CN"/>
        </w:rPr>
        <w:t>　　第11周复习、期中考试</w:t>
      </w:r>
      <w:r>
        <w:rPr>
          <w:lang w:eastAsia="zh-CN"/>
        </w:rPr>
        <w:br/>
      </w:r>
      <w:r>
        <w:rPr>
          <w:lang w:eastAsia="zh-CN"/>
        </w:rPr>
        <w:t>　　第12周直线的倾斜角与斜率</w:t>
      </w:r>
      <w:r>
        <w:rPr>
          <w:lang w:eastAsia="zh-CN"/>
        </w:rPr>
        <w:br/>
      </w:r>
      <w:r>
        <w:rPr>
          <w:lang w:eastAsia="zh-CN"/>
        </w:rPr>
        <w:t>　　第13周直线方程</w:t>
      </w:r>
      <w:r>
        <w:rPr>
          <w:lang w:eastAsia="zh-CN"/>
        </w:rPr>
        <w:br/>
      </w:r>
      <w:r>
        <w:rPr>
          <w:lang w:eastAsia="zh-CN"/>
        </w:rPr>
        <w:t>　　第14周直线的交点坐标与距离公式</w:t>
      </w:r>
      <w:r>
        <w:rPr>
          <w:lang w:eastAsia="zh-CN"/>
        </w:rPr>
        <w:br/>
      </w:r>
      <w:r>
        <w:rPr>
          <w:lang w:eastAsia="zh-CN"/>
        </w:rPr>
        <w:t>　　第15周不等关系与不等式</w:t>
      </w:r>
      <w:r>
        <w:rPr>
          <w:lang w:eastAsia="zh-CN"/>
        </w:rPr>
        <w:br/>
      </w:r>
      <w:r>
        <w:rPr>
          <w:lang w:eastAsia="zh-CN"/>
        </w:rPr>
        <w:t>　　第16周二元一次等式与简单的线性规划</w:t>
      </w:r>
      <w:r>
        <w:rPr>
          <w:lang w:eastAsia="zh-CN"/>
        </w:rPr>
        <w:br/>
      </w:r>
      <w:r>
        <w:rPr>
          <w:lang w:eastAsia="zh-CN"/>
        </w:rPr>
        <w:t>　　第17周基本不等式</w:t>
      </w:r>
      <w:r>
        <w:rPr>
          <w:lang w:eastAsia="zh-CN"/>
        </w:rPr>
        <w:br/>
      </w:r>
      <w:r>
        <w:rPr>
          <w:lang w:eastAsia="zh-CN"/>
        </w:rPr>
        <w:t>　　第18周圆的方程</w:t>
      </w:r>
      <w:r>
        <w:rPr>
          <w:lang w:eastAsia="zh-CN"/>
        </w:rPr>
        <w:br/>
      </w:r>
      <w:r>
        <w:rPr>
          <w:lang w:eastAsia="zh-CN"/>
        </w:rPr>
        <w:t>　　第19周直线与圆的'位置关系</w:t>
      </w:r>
      <w:r>
        <w:rPr>
          <w:lang w:eastAsia="zh-CN"/>
        </w:rPr>
        <w:br/>
      </w:r>
      <w:r>
        <w:rPr>
          <w:lang w:eastAsia="zh-CN"/>
        </w:rPr>
        <w:t>　　第20周空间直角坐标系、复习</w:t>
      </w:r>
      <w:r>
        <w:rPr>
          <w:lang w:eastAsia="zh-CN"/>
        </w:rPr>
        <w:br/>
      </w:r>
      <w:r>
        <w:rPr>
          <w:lang w:eastAsia="zh-CN"/>
        </w:rPr>
        <w:t>　　第21周期末考试</w:t>
      </w:r>
      <w:r>
        <w:rPr>
          <w:lang w:eastAsia="zh-CN"/>
        </w:rPr>
        <w:br/>
      </w:r>
      <w:r>
        <w:rPr>
          <w:lang w:eastAsia="zh-CN"/>
        </w:rPr>
        <w:t>　　二、答成目标</w:t>
      </w:r>
      <w:r>
        <w:rPr>
          <w:lang w:eastAsia="zh-CN"/>
        </w:rPr>
        <w:br/>
      </w:r>
      <w:r>
        <w:rPr>
          <w:lang w:eastAsia="zh-CN"/>
        </w:rPr>
        <w:t>　　1、适当拓宽学生数学知识视野，注重渗透一些常用的数学思想方法、加深对数学本质的认识。</w:t>
      </w:r>
      <w:r>
        <w:rPr>
          <w:lang w:eastAsia="zh-CN"/>
        </w:rPr>
        <w:br/>
      </w:r>
      <w:r>
        <w:rPr>
          <w:lang w:eastAsia="zh-CN"/>
        </w:rPr>
        <w:t>　　2、注重培养学生良好的思维品质，提高学生的探究知识及运用数学知识和数学思想方法分析、解决问题的能力。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3、注意培养学生的应用意识、创新意识、协作意识，培养学生良好的科学态度。</w:t>
      </w:r>
      <w:r>
        <w:rPr>
          <w:lang w:eastAsia="zh-CN"/>
        </w:rPr>
        <w:br/>
      </w:r>
      <w:r>
        <w:rPr>
          <w:lang w:eastAsia="zh-CN"/>
        </w:rPr>
        <w:t>　　4、使学生在探究知识，解决问题的过程中，感受数学文化的博大精深和数学方法的巨大创造力，感受数学的魅力，增强对数学的向往感;从而激发学生学习数学的热情。培养学生不畏困难、敢于攀登科学高峰的勇气。</w:t>
      </w:r>
      <w:r>
        <w:rPr>
          <w:lang w:eastAsia="zh-CN"/>
        </w:rPr>
        <w:br/>
      </w:r>
      <w:r>
        <w:rPr>
          <w:lang w:eastAsia="zh-CN"/>
        </w:rPr>
        <w:t>　　三、答成方法</w:t>
      </w:r>
      <w:r>
        <w:rPr>
          <w:lang w:eastAsia="zh-CN"/>
        </w:rPr>
        <w:br/>
      </w:r>
      <w:r>
        <w:rPr>
          <w:lang w:eastAsia="zh-CN"/>
        </w:rPr>
        <w:t>　　1、根据教学进度和学生认知结构特点，精心选择、合理安排教学内容，循序渐进，逐步提高。</w:t>
      </w:r>
      <w:r>
        <w:rPr>
          <w:lang w:eastAsia="zh-CN"/>
        </w:rPr>
        <w:br/>
      </w:r>
      <w:r>
        <w:rPr>
          <w:lang w:eastAsia="zh-CN"/>
        </w:rPr>
        <w:t>　　2、以集体讲解与学生自主学习和小组合作学习相结合的学习形式组织学习，充分调动学生学习的积极性，保障学生的主体地位。</w:t>
      </w:r>
      <w:r>
        <w:rPr>
          <w:lang w:eastAsia="zh-CN"/>
        </w:rPr>
        <w:br/>
      </w:r>
      <w:r>
        <w:rPr>
          <w:lang w:eastAsia="zh-CN"/>
        </w:rPr>
        <w:t>　　3、精编课后巩固练习与强化，及时检查、及时批改、及时反馈，确保质量。</w:t>
      </w:r>
      <w:r>
        <w:rPr>
          <w:lang w:eastAsia="zh-CN"/>
        </w:rPr>
        <w:br/>
      </w:r>
      <w:r>
        <w:rPr>
          <w:lang w:eastAsia="zh-CN"/>
        </w:rPr>
        <w:t>　　4、做好每周的周练的选题与落实。</w:t>
      </w:r>
      <w:r>
        <w:rPr>
          <w:lang w:eastAsia="zh-CN"/>
        </w:rPr>
        <w:br/>
      </w:r>
      <w:r>
        <w:rPr>
          <w:lang w:eastAsia="zh-CN"/>
        </w:rPr>
        <w:t xml:space="preserve">    数学备课组工作计划模板汇总 篇12 </w:t>
      </w:r>
      <w:r>
        <w:rPr>
          <w:lang w:eastAsia="zh-CN"/>
        </w:rPr>
        <w:br/>
      </w:r>
      <w:r>
        <w:rPr>
          <w:lang w:eastAsia="zh-CN"/>
        </w:rPr>
        <w:t>　　一、 指导思想：</w:t>
      </w:r>
      <w:r>
        <w:rPr>
          <w:lang w:eastAsia="zh-CN"/>
        </w:rPr>
        <w:br/>
      </w:r>
      <w:r>
        <w:rPr>
          <w:lang w:eastAsia="zh-CN"/>
        </w:rPr>
        <w:t>　　以邓爷爷“三个面向”思想为指导，深入推进和贯彻《初中数学新课程标准》的精神，以学生发展为本,以改变学习方式为目的，以培养高素质的人才为目标,，培养学生创新精神和实践能力为重点的素质教育，探索有效教学的新模式。促进学生全面、持续、和谐地发展。不仅要考</w:t>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xml:space="preserve"> 虑数学自身的特点，更应遵循学生学习数学的心理规律，强调从学生已有的生活经验出发，让学生亲身经历将实际问题抽象成数学模型并进行解释与应用的过程，进而使学生获得对数</w:t>
      </w:r>
      <w:r>
        <w:rPr>
          <w:lang w:eastAsia="zh-CN"/>
        </w:rPr>
        <w:t xml:space="preserve"> 学理解的同时，在思维能力、情感态度与价值观等多方面得到进步和发展。</w:t>
      </w:r>
      <w:r>
        <w:rPr>
          <w:lang w:eastAsia="zh-CN"/>
        </w:rPr>
        <w:t xml:space="preserve"> 以课堂教学为中心，紧紧围绕初中数学教材、数学学科“基本要求”进行教学，针对近年来中考命题的变化和趋势进行研究，收集试卷，精选习题，建立题库，努力把握中考方向，积极探索高效的复习途径，力求达到减负、加压、增效的目的，力求中考取得好成绩。</w:t>
      </w:r>
      <w:r>
        <w:rPr>
          <w:lang w:eastAsia="zh-CN"/>
        </w:rPr>
        <w:br/>
      </w:r>
      <w:r>
        <w:rPr>
          <w:lang w:eastAsia="zh-CN"/>
        </w:rPr>
        <w:t>　　二、 教学目标：</w:t>
      </w:r>
      <w:r>
        <w:rPr>
          <w:lang w:eastAsia="zh-CN"/>
        </w:rPr>
        <w:br/>
      </w:r>
      <w:r>
        <w:rPr>
          <w:lang w:eastAsia="zh-CN"/>
        </w:rPr>
        <w:t>　　态度与价值观：通过学习交流、合作、讨论的方式，积极探索，改进学生的学习方式，提高学习质量，逐步形成正确地数学价值观。</w:t>
      </w:r>
      <w:r>
        <w:rPr>
          <w:lang w:eastAsia="zh-CN"/>
        </w:rPr>
        <w:br/>
      </w:r>
      <w:r>
        <w:rPr>
          <w:lang w:eastAsia="zh-CN"/>
        </w:rPr>
        <w:t>　　知识与技能：理解掌握解直角三角形有关知识，和视图知识，掌握初中数学教材、数学学科“基本要求”的知识点，掌握每一阶段相关知识，训练相应解题方法和能力，培养学生创新精神。</w:t>
      </w:r>
      <w:r>
        <w:rPr>
          <w:lang w:eastAsia="zh-CN"/>
        </w:rPr>
        <w:br/>
      </w:r>
      <w:r>
        <w:rPr>
          <w:lang w:eastAsia="zh-CN"/>
        </w:rPr>
        <w:t>　　过程与方法：通过探索、学习，使学生逐步学会正确、合理地进行运算，逐步学会观察、分析、综合、抽象，会用归纳、演绎、类比进行简单地推理。围绕初中数学教材、数学学科“基本要求”进行知识梳理，围绕初中数学“六大块”主要内容进行专题复习，适时的进行分层教学，面向全体学生、培养全体学生、发展全体学生</w:t>
      </w:r>
      <w:r>
        <w:rPr>
          <w:lang w:eastAsia="zh-CN"/>
        </w:rPr>
        <w:br/>
      </w:r>
      <w:r>
        <w:rPr>
          <w:lang w:eastAsia="zh-CN"/>
        </w:rPr>
        <w:t>　　三、教学措施</w:t>
      </w:r>
      <w:r>
        <w:rPr>
          <w:lang w:eastAsia="zh-CN"/>
        </w:rPr>
        <w:br/>
      </w:r>
      <w:r>
        <w:rPr>
          <w:lang w:eastAsia="zh-CN"/>
        </w:rPr>
        <w:t>　　1.认真学习钻研新课标，掌握教材。</w:t>
      </w:r>
      <w:r>
        <w:rPr>
          <w:lang w:eastAsia="zh-CN"/>
        </w:rPr>
        <w:br/>
      </w:r>
      <w:r>
        <w:rPr>
          <w:lang w:eastAsia="zh-CN"/>
        </w:rPr>
        <w:t>　　2.认真备课，争取充分掌握学生动态。</w:t>
      </w:r>
      <w:r>
        <w:rPr>
          <w:lang w:eastAsia="zh-CN"/>
        </w:rPr>
        <w:br/>
      </w:r>
      <w:r>
        <w:rPr>
          <w:lang w:eastAsia="zh-CN"/>
        </w:rPr>
        <w:t>　　3.认真上好每一堂课，加强信息技术应用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4.落实每一堂课后辅助，查漏补缺。</w:t>
      </w:r>
      <w:r>
        <w:rPr>
          <w:lang w:eastAsia="zh-CN"/>
        </w:rPr>
        <w:br/>
      </w:r>
      <w:r>
        <w:rPr>
          <w:lang w:eastAsia="zh-CN"/>
        </w:rPr>
        <w:t>　　5.积极与其它老师沟通，加强教研教改，提高教学水平。</w:t>
      </w:r>
      <w:r>
        <w:rPr>
          <w:lang w:eastAsia="zh-CN"/>
        </w:rPr>
        <w:br/>
      </w:r>
      <w:r>
        <w:rPr>
          <w:lang w:eastAsia="zh-CN"/>
        </w:rPr>
        <w:t>　　6.经常听取学生良好的合理化建议。</w:t>
      </w:r>
      <w:r>
        <w:rPr>
          <w:lang w:eastAsia="zh-CN"/>
        </w:rPr>
        <w:br/>
      </w:r>
      <w:r>
        <w:rPr>
          <w:lang w:eastAsia="zh-CN"/>
        </w:rPr>
        <w:t>　　7.以“两头”带“中间”使不同学生都有不同层次发展。</w:t>
      </w:r>
      <w:r>
        <w:rPr>
          <w:lang w:eastAsia="zh-CN"/>
        </w:rPr>
        <w:br/>
      </w:r>
      <w:r>
        <w:rPr>
          <w:lang w:eastAsia="zh-CN"/>
        </w:rPr>
        <w:t>　　8.深化两极生的转化</w:t>
      </w:r>
      <w:r>
        <w:rPr>
          <w:lang w:eastAsia="zh-CN"/>
        </w:rPr>
        <w:br/>
      </w:r>
      <w:r>
        <w:rPr>
          <w:lang w:eastAsia="zh-CN"/>
        </w:rPr>
        <w:t xml:space="preserve">    数学备课组工作计划模板汇总 篇13 </w:t>
      </w:r>
      <w:r>
        <w:rPr>
          <w:lang w:eastAsia="zh-CN"/>
        </w:rPr>
        <w:br/>
      </w:r>
      <w:r>
        <w:rPr>
          <w:lang w:eastAsia="zh-CN"/>
        </w:rPr>
        <w:t>　　一、指导思想：</w:t>
      </w:r>
      <w:r>
        <w:rPr>
          <w:lang w:eastAsia="zh-CN"/>
        </w:rPr>
        <w:br/>
      </w:r>
      <w:r>
        <w:rPr>
          <w:lang w:eastAsia="zh-CN"/>
        </w:rPr>
        <w:t>　　认真贯彻市区教研室对构建“学为中心”课堂的理念精神，打造“学习共同体课堂”，认真贯彻自然风采教学，结合本校教务处的教学计划纲要，以及本校实际学情，落实“以学为中心”，关注课堂中学生的思维发展，更好地培养学生的创新能力。</w:t>
      </w:r>
      <w:r>
        <w:rPr>
          <w:lang w:eastAsia="zh-CN"/>
        </w:rPr>
        <w:br/>
      </w:r>
      <w:r>
        <w:rPr>
          <w:lang w:eastAsia="zh-CN"/>
        </w:rPr>
        <w:t>　　二、工作要点：</w:t>
      </w:r>
      <w:r>
        <w:rPr>
          <w:lang w:eastAsia="zh-CN"/>
        </w:rPr>
        <w:br/>
      </w:r>
      <w:r>
        <w:rPr>
          <w:lang w:eastAsia="zh-CN"/>
        </w:rPr>
        <w:t>　　1.加强理论学习，提升教师素养</w:t>
      </w:r>
      <w:r>
        <w:rPr>
          <w:lang w:eastAsia="zh-CN"/>
        </w:rPr>
        <w:br/>
      </w:r>
      <w:r>
        <w:rPr>
          <w:lang w:eastAsia="zh-CN"/>
        </w:rPr>
        <w:t>　　进一步认真学习20__版《新课程标准》，领会新教材的编写意图和特点，认真分析教学内容、目标、重难点，严格执行新标准的指导思想，落实构建“学为中心”课堂。继续开展教科研活动，各位教师要加强学习，努力实践，善于总结，积极参与校本教材的研发工作，提高教科研能力，及时认真地填好《教研活动记录》《备课组活动记录》，积极进行教学改革创新。</w:t>
      </w:r>
      <w:r>
        <w:rPr>
          <w:lang w:eastAsia="zh-CN"/>
        </w:rPr>
        <w:br/>
      </w:r>
      <w:r>
        <w:rPr>
          <w:lang w:eastAsia="zh-CN"/>
        </w:rPr>
        <w:t>　　2.坚持教学常规管理，使之规范有序。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(1)探讨名校提高教学质量的共同规律;努力加强课堂教学模式的探究工作,推广以学生为主体的问题式和探究式等先进的教学模式,构建生动活泼、形式多样、内容丰富的课堂学习形式,力求使学生在和谐愉悦的氛围中主动获取知识。</w:t>
      </w:r>
      <w:r>
        <w:rPr>
          <w:lang w:eastAsia="zh-CN"/>
        </w:rPr>
        <w:br/>
      </w:r>
      <w:r>
        <w:rPr>
          <w:lang w:eastAsia="zh-CN"/>
        </w:rPr>
        <w:t>　　(2)各学段教师积极进行交流、合作。例如教辅资料的选择、备课细节的斟酌、教学方法的探讨等等。</w:t>
      </w:r>
      <w:r>
        <w:rPr>
          <w:lang w:eastAsia="zh-CN"/>
        </w:rPr>
        <w:br/>
      </w:r>
      <w:r>
        <w:rPr>
          <w:lang w:eastAsia="zh-CN"/>
        </w:rPr>
        <w:t>　　(3)鼓励教师积极参与教研活动。例如，每学期读一本教育名著，写出读书笔记;上一节公开课，写出教后反思;整理一个教育故事，写出案例评析;开展一个小课题研究，写出教学论文;研究一位名师授课，写出学习感悟等。</w:t>
      </w:r>
      <w:r>
        <w:rPr>
          <w:lang w:eastAsia="zh-CN"/>
        </w:rPr>
        <w:br/>
      </w:r>
      <w:r>
        <w:rPr>
          <w:lang w:eastAsia="zh-CN"/>
        </w:rPr>
        <w:t>　　3.继续抓好备课组建设，发挥备课组的作用。</w:t>
      </w:r>
      <w:r>
        <w:rPr>
          <w:lang w:eastAsia="zh-CN"/>
        </w:rPr>
        <w:br/>
      </w:r>
      <w:r>
        <w:rPr>
          <w:lang w:eastAsia="zh-CN"/>
        </w:rPr>
        <w:t>　　本学期组内坚持每月集体备课制度，提高集体备课质量，不但统一教学进度，还要统一教材中需要掌握的重点内容、重点题型，以及适当地降低要求的内容。坚持每个大单元进行检测验收。</w:t>
      </w:r>
      <w:r>
        <w:rPr>
          <w:lang w:eastAsia="zh-CN"/>
        </w:rPr>
        <w:br/>
      </w:r>
      <w:r>
        <w:rPr>
          <w:lang w:eastAsia="zh-CN"/>
        </w:rPr>
        <w:t>　　4. 加快培养教师的步伐，为学校的可持续发展打下坚实的基础。</w:t>
      </w:r>
      <w:r>
        <w:rPr>
          <w:lang w:eastAsia="zh-CN"/>
        </w:rPr>
        <w:br/>
      </w:r>
      <w:r>
        <w:rPr>
          <w:lang w:eastAsia="zh-CN"/>
        </w:rPr>
        <w:t>　　把 “磨课”活动当作培养骨干教师的途径，并作为备课组的一项长期的重要的工作来抓，为学校的可持续发展打下坚实的基础。通过校内公开课活动帮助他们提高上公开课的水平。</w:t>
      </w:r>
      <w:r>
        <w:rPr>
          <w:lang w:eastAsia="zh-CN"/>
        </w:rPr>
        <w:br/>
      </w:r>
      <w:r>
        <w:rPr>
          <w:lang w:eastAsia="zh-CN"/>
        </w:rPr>
        <w:t>　　5、认真开展课题研究，不断深化教学改革。</w:t>
      </w:r>
      <w:r>
        <w:rPr>
          <w:lang w:eastAsia="zh-CN"/>
        </w:rPr>
        <w:br/>
      </w:r>
      <w:r>
        <w:rPr>
          <w:lang w:eastAsia="zh-CN"/>
        </w:rPr>
        <w:t>　　进一步发挥教研组功能，组内教师积极参与小课题研究，并协助学校科研室搞好专题研究活动。在本组内，开展业务学习活动,每次活动确定主题和中心发言人，主题的确定切忌大而虚，倡导小而实，真正起到为教学服务的作用;中心发言人要做精心的准备，然后大家一起探讨、交流，共同提高教育教学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6.抓好数学课外活动工作。</w:t>
      </w:r>
      <w:r>
        <w:rPr>
          <w:lang w:eastAsia="zh-CN"/>
        </w:rPr>
        <w:br/>
      </w:r>
      <w:r>
        <w:rPr>
          <w:lang w:eastAsia="zh-CN"/>
        </w:rPr>
        <w:t>　　根据数学教学大纲的要求，抓好数学课外活动，尤其是研究性学习活动的正常开展，使学有余力的学生在数学能力方面得到更好的培养，使他们的数学才能得到进一步发展。</w:t>
      </w:r>
      <w:r>
        <w:rPr>
          <w:lang w:eastAsia="zh-CN"/>
        </w:rPr>
        <w:br/>
      </w:r>
      <w:r>
        <w:rPr>
          <w:lang w:eastAsia="zh-CN"/>
        </w:rPr>
        <w:t>　　7.配合教导处、科研室做好一切教学科研工作。</w:t>
      </w:r>
      <w:r>
        <w:rPr>
          <w:lang w:eastAsia="zh-CN"/>
        </w:rPr>
        <w:br/>
      </w:r>
      <w:r>
        <w:rPr>
          <w:lang w:eastAsia="zh-CN"/>
        </w:rPr>
        <w:t>　　协同教导处、科研室督促本组教师开展教学教研各项活动。做积极、上进、好学的教研团队。</w:t>
      </w:r>
      <w:r>
        <w:rPr>
          <w:lang w:eastAsia="zh-CN"/>
        </w:rPr>
        <w:br/>
      </w:r>
      <w:r>
        <w:rPr>
          <w:lang w:eastAsia="zh-CN"/>
        </w:rPr>
        <w:t>　　8.做好课题的研究工作;完成课题研究项目。</w:t>
      </w:r>
      <w:r>
        <w:rPr>
          <w:lang w:eastAsia="zh-CN"/>
        </w:rPr>
        <w:br/>
      </w:r>
      <w:r>
        <w:rPr>
          <w:lang w:eastAsia="zh-CN"/>
        </w:rPr>
        <w:t>　　以自然风采教学为本，在实践中研究，在理论指导下促进课堂生成。做到科研教学两不误。</w:t>
      </w:r>
      <w:r>
        <w:rPr>
          <w:lang w:eastAsia="zh-CN"/>
        </w:rPr>
        <w:br/>
      </w:r>
      <w:r>
        <w:rPr>
          <w:lang w:eastAsia="zh-CN"/>
        </w:rPr>
        <w:t>　　9.备课组活动时间：每周三上午第四节。</w:t>
      </w:r>
      <w:r>
        <w:rPr>
          <w:lang w:eastAsia="zh-CN"/>
        </w:rPr>
        <w:br/>
      </w:r>
      <w:r>
        <w:rPr>
          <w:lang w:eastAsia="zh-CN"/>
        </w:rPr>
        <w:t>　　活动内容：每周的备课，教学研讨和课题研究。</w:t>
      </w:r>
      <w:r>
        <w:rPr>
          <w:lang w:eastAsia="zh-CN"/>
        </w:rPr>
        <w:br/>
      </w:r>
      <w:r>
        <w:rPr>
          <w:lang w:eastAsia="zh-CN"/>
        </w:rPr>
        <w:t xml:space="preserve">    数学备课组工作计划模板汇总 篇14 </w:t>
      </w:r>
      <w:r>
        <w:rPr>
          <w:lang w:eastAsia="zh-CN"/>
        </w:rPr>
        <w:br/>
      </w:r>
      <w:r>
        <w:rPr>
          <w:lang w:eastAsia="zh-CN"/>
        </w:rPr>
        <w:t>　　教学质量是学校的生命线，是立校之本，教学质量的好坏，直接关系到我校的办学效益。备课组工作开展的如何，将直接影响本组全体教师的思想、业务素质和本学科的教学质量。为把本备课组建设成一支强有力的队伍，根据学校的有关规定，并结合本组的实际，特制定本学期的教研组工作计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1、由备课组长负责继续实行集体备课制，切实做好备课过程中的各环节：即说课，编写教案；议课，精改教案；温课，优化教学；省课，反思教学。充分发挥教研组、备课组的.集体智慧，同时注重发挥每位教师各自的教学特色和风格，备课组长要把好本组的教学质量关，每位教师都要明确树立集体质量意识。继续落实青年教师的结对子制度。</w:t>
      </w:r>
      <w:r>
        <w:rPr>
          <w:lang w:eastAsia="zh-CN"/>
        </w:rPr>
        <w:br/>
      </w:r>
      <w:r>
        <w:rPr>
          <w:lang w:eastAsia="zh-CN"/>
        </w:rPr>
        <w:t>　　2、加强备课组的管理，狠抓组风建设，组长经常深入备课组，了解、检查本组的教学工作情况，每月对各教师的备课、听课情况检查一次，以便及时发现问题、解决问题。</w:t>
      </w:r>
      <w:r>
        <w:rPr>
          <w:lang w:eastAsia="zh-CN"/>
        </w:rPr>
        <w:br/>
      </w:r>
      <w:r>
        <w:rPr>
          <w:lang w:eastAsia="zh-CN"/>
        </w:rPr>
        <w:t>　　3、发动教师积极参加听课活动，集思广益，对校级开设的公开课、示范课等一律参加。争取备课组开设两堂组内公开课，向学校推出一堂校级公开课，由胡承新老师负责。</w:t>
      </w:r>
      <w:r>
        <w:rPr>
          <w:lang w:eastAsia="zh-CN"/>
        </w:rPr>
        <w:br/>
      </w:r>
      <w:r>
        <w:rPr>
          <w:lang w:eastAsia="zh-CN"/>
        </w:rPr>
        <w:t>　　4、初一、初二年级要抓好基础教学，要面向全体，抓两头带中间，特别要重视做好后进生的补差工作；初三年级面临着升学考试，教师要齐心协力，认真做好复习工作，其他教师也要关注毕业班级的教学，献技献策，争取在中考中取得优异成绩。同时初三年级要切实做好准备参加全国数学竞赛的辅导工作，力争在竞赛中取得可喜成绩。</w:t>
      </w:r>
      <w:r>
        <w:rPr>
          <w:lang w:eastAsia="zh-CN"/>
        </w:rPr>
        <w:br/>
      </w:r>
      <w:r>
        <w:rPr>
          <w:lang w:eastAsia="zh-CN"/>
        </w:rPr>
        <w:t>　　5、每周五认真组织教师理论学习，提高本组教师的理论素养，召开两次组内的中考研究会，研究中考试题的特征，预测出题方向。鼓励教师积极参加现代化教学培训，提高现代化教学工具的使用能力，争取在各类课件比赛中有部分教师获奖。</w:t>
      </w:r>
      <w:r>
        <w:rPr>
          <w:lang w:eastAsia="zh-CN"/>
        </w:rPr>
        <w:br/>
      </w:r>
      <w:r>
        <w:rPr>
          <w:lang w:eastAsia="zh-CN"/>
        </w:rPr>
        <w:t>　　6、要求各教师根据自身专长，加强学习，努力实践，善于总结，积极参与科研，提高科研能力。</w:t>
      </w:r>
      <w:r>
        <w:rPr>
          <w:lang w:eastAsia="zh-CN"/>
        </w:rPr>
        <w:br/>
      </w:r>
      <w:r>
        <w:rPr>
          <w:lang w:eastAsia="zh-CN"/>
        </w:rPr>
        <w:t xml:space="preserve">    数学备课组工作计划模板汇总 篇15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数学是学生学业成绩分化最严重的学科之一，从促进学生发展出发，教师助学生建立自己的数学学习记录，分析，通过反思促进自己的数学学习。针对数学学习困难生比例大的现状，可加强对他们的日常测试分析、改错和分类辅导分类测试，允许部分学生进行补测，让学生及时体验成功，增强学习信心，自我激励，改进学习现状。</w:t>
      </w:r>
      <w:r>
        <w:rPr>
          <w:lang w:eastAsia="zh-CN"/>
        </w:rPr>
        <w:br/>
      </w:r>
      <w:r>
        <w:rPr>
          <w:lang w:eastAsia="zh-CN"/>
        </w:rPr>
        <w:t>　　一、指导思想</w:t>
      </w:r>
      <w:r>
        <w:rPr>
          <w:lang w:eastAsia="zh-CN"/>
        </w:rPr>
        <w:br/>
      </w:r>
      <w:r>
        <w:rPr>
          <w:lang w:eastAsia="zh-CN"/>
        </w:rPr>
        <w:t>　　1.以新课标理念为指导，以数学教研组工作计划为参考，以人的发展为目标，进一步加强年级备课组集体备课的力度，倡导以培养学生创新精神和实践能力为重点的素质教育，探索有效教学的新模式。</w:t>
      </w:r>
      <w:r>
        <w:rPr>
          <w:lang w:eastAsia="zh-CN"/>
        </w:rPr>
        <w:br/>
      </w:r>
      <w:r>
        <w:rPr>
          <w:lang w:eastAsia="zh-CN"/>
        </w:rPr>
        <w:t>　　2.针对近年来__中考数学命题的变化和趋势进行研究，收集试卷，精选习题，建立题库，努力把握中考方向，积极探索高效教学途径，力求达到减负加压增效，并关注学生的可持续发展。</w:t>
      </w:r>
      <w:r>
        <w:rPr>
          <w:lang w:eastAsia="zh-CN"/>
        </w:rPr>
        <w:br/>
      </w:r>
      <w:r>
        <w:rPr>
          <w:lang w:eastAsia="zh-CN"/>
        </w:rPr>
        <w:t>　　3.认真贯彻校教务处工作计划。以组风建设为主线，以新课程标准为指导，以教法探索为重点，以构建“自主学习”课堂教学模式为主题，以提高队伍素质，提高课堂效率，提高教学质量为目的。深化课堂教学改革，努力改善教与学的方式，使我校数学教学、教研质量进一步提高。</w:t>
      </w:r>
      <w:r>
        <w:rPr>
          <w:lang w:eastAsia="zh-CN"/>
        </w:rPr>
        <w:br/>
      </w:r>
      <w:r>
        <w:rPr>
          <w:lang w:eastAsia="zh-CN"/>
        </w:rPr>
        <w:t>　　二、基本情况及工作目标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本届九年级学生整体情况并不是很理想，尖子缺乏，数学基础薄弱的学生多，基础一般的学生缺乏学习的主动性和自主学习的能力。针对学生的特点，教学上打算在全面抓好“四基”的同时，拔出一部分尖子学生起领头作用，对有学习积极性而基础一般的学生给予大力的帮助，提高他们的学习成绩，采用分层辅导等方法培养他们的学习兴趣，从而提高他们的学习成绩。本学期是关键的一个学期，几乎所有九年级新内容都在本学期完成。因此，在此学期中，我们要做到面向九年级全体学生，以课程标准为依据，以人教版初中数学教材为基本素材，突出重点，夯实基础。在工作中注意以改进教法，狠抓“四基”的落实，努力提高课堂教学的质量和效率，并注重学生的创新意识的培养，提高学生灵活运用知识的能力。争取这届九年级学生数学整体成绩在以前的基础上有较大的提高。</w:t>
      </w:r>
      <w:r>
        <w:rPr>
          <w:lang w:eastAsia="zh-CN"/>
        </w:rPr>
        <w:br/>
      </w:r>
      <w:r>
        <w:rPr>
          <w:lang w:eastAsia="zh-CN"/>
        </w:rPr>
        <w:t>　　1.加强组风建设，狠抓教学常规，更新教学观念，提高教师实践能力。</w:t>
      </w:r>
      <w:r>
        <w:rPr>
          <w:lang w:eastAsia="zh-CN"/>
        </w:rPr>
        <w:br/>
      </w:r>
      <w:r>
        <w:rPr>
          <w:lang w:eastAsia="zh-CN"/>
        </w:rPr>
        <w:t>　　2.构建“自主学习”课堂教学模式，努力改善教与学的方式。</w:t>
      </w:r>
      <w:r>
        <w:rPr>
          <w:lang w:eastAsia="zh-CN"/>
        </w:rPr>
        <w:br/>
      </w:r>
      <w:r>
        <w:rPr>
          <w:lang w:eastAsia="zh-CN"/>
        </w:rPr>
        <w:t>　　3.进一步提高教师的信息技术与数学教学整合能力。</w:t>
      </w:r>
      <w:r>
        <w:rPr>
          <w:lang w:eastAsia="zh-CN"/>
        </w:rPr>
        <w:br/>
      </w:r>
      <w:r>
        <w:rPr>
          <w:lang w:eastAsia="zh-CN"/>
        </w:rPr>
        <w:t>　　4.抓好培优补差工作，努力解决厌学问题。</w:t>
      </w:r>
      <w:r>
        <w:rPr>
          <w:lang w:eastAsia="zh-CN"/>
        </w:rPr>
        <w:br/>
      </w:r>
      <w:r>
        <w:rPr>
          <w:lang w:eastAsia="zh-CN"/>
        </w:rPr>
        <w:t>　　5.继续抓好培养青年教师工作。</w:t>
      </w:r>
      <w:r>
        <w:rPr>
          <w:lang w:eastAsia="zh-CN"/>
        </w:rPr>
        <w:br/>
      </w:r>
      <w:r>
        <w:rPr>
          <w:lang w:eastAsia="zh-CN"/>
        </w:rPr>
        <w:t>　　6.进一步加强科研力度，树立科研兴教思想。</w:t>
      </w:r>
      <w:r>
        <w:rPr>
          <w:lang w:eastAsia="zh-CN"/>
        </w:rPr>
        <w:br/>
      </w:r>
      <w:r>
        <w:rPr>
          <w:lang w:eastAsia="zh-CN"/>
        </w:rPr>
        <w:t>　　三、工作措施</w:t>
      </w:r>
      <w:r>
        <w:rPr>
          <w:lang w:eastAsia="zh-CN"/>
        </w:rPr>
        <w:br/>
      </w:r>
    </w:p>
    <w:p w:rsidR="001B1F19" w14:textId="27C3F48A">
      <w:pPr>
        <w:rPr>
          <w:rFonts w:hint="eastAsia"/>
          <w:lang w:eastAsia="zh-CN"/>
        </w:rPr>
      </w:pPr>
      <w:r>
        <w:rPr>
          <w:lang w:eastAsia="zh-CN"/>
        </w:rPr>
        <w:t>　　1.做好备课工作，实施“实效课堂”。按照学校对集体备课的要求，本学期定在每周五上午3、4节课集体备课，组内教师轮流做中心发言人(见具体安排)。每个中心发言人要对安排的课进行详细的准备，要对准备好的电子稿，结合自己的特长，备教材的目标、重难点以及突破方法、备学生易错、易忽视的知识点，交流学生中的“亮点”、备试题、备总结交流等等(如自己觉得有困难，可事先和其他老师先作交流，研讨，杜绝出现说我还没准备好，没什么可说的之类的话)。要求每次把一星期课的教学目标、教学思路、课堂安排等各方面进行详细说课，同组教师互相磋商(非中心发言人在集体备课前也要对本周的上课内容作初步的备课，在备课时对中心发言人的内容加以补充)，学生学习习惯的养成问题也可拿出来讨论，寻求有效的做法，同时做好每次备课记录。上完课后，教师之间可根据上课存在的各种问题，进行讨论、交流，取长补短。</w:t>
      </w:r>
      <w:r>
        <w:rPr>
          <w:lang w:eastAsia="zh-CN"/>
        </w:rPr>
        <w:br/>
      </w:r>
      <w:r>
        <w:rPr>
          <w:lang w:eastAsia="zh-CN"/>
        </w:rPr>
        <w:t>　　加强组风建设，把数学组建设成师徳形象好，教研风气浓，协作意识和团体凝聚力强，特别是对学生、对学校发展有强烈责任感和使命感的教研组。主要通过组内讨论，与领导交流，师生沟通及自修师德，听专家讲座等形式，增强教师的责任感和使命感，同时教研组长配合教导处承担对数学教学的指导和管理，以抓"课堂常规"为突破口，抓好各项常规管理。严格执行教导处的各项计划。</w:t>
      </w:r>
      <w:r>
        <w:rPr>
          <w:lang w:eastAsia="zh-CN"/>
        </w:rPr>
        <w:br/>
      </w:r>
      <w:r>
        <w:rPr>
          <w:lang w:eastAsia="zh-CN"/>
        </w:rPr>
        <w:t>　　2.更新教学观念，构建“自主学习”课堂教学模式</w:t>
      </w:r>
      <w:r>
        <w:rPr>
          <w:lang w:eastAsia="zh-CN"/>
        </w:rPr>
        <w:br/>
      </w:r>
      <w:r>
        <w:rPr>
          <w:lang w:eastAsia="zh-CN"/>
        </w:rPr>
        <w:t>　　用新课程改革的理念来转变和更新教学观念，武装自己，指导平常的教学工作，提高课堂教学效率。</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https://d.book118.com/057126112062006040</w:t>
        </w:r>
      </w:hyperlink>
    </w:p>
    <w:p w:rsidR="001B1F19">
      <w:pPr>
        <w:rPr>
          <w:rFonts w:hint="eastAsia"/>
          <w:lang w:eastAsia="zh-CN"/>
        </w:rPr>
      </w:pPr>
    </w:p>
    <w:sectPr>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57126112062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51</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