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初一数学上册教学计划</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初一数学上册教学计划1</w:t>
      </w:r>
      <w:r>
        <w:rPr>
          <w:lang w:eastAsia="zh-CN"/>
        </w:rPr>
        <w:br/>
      </w:r>
      <w:r>
        <w:rPr>
          <w:lang w:eastAsia="zh-CN"/>
        </w:rPr>
        <w:t xml:space="preserve">    一、 基本情况分析 </w:t>
      </w:r>
      <w:r>
        <w:rPr>
          <w:lang w:eastAsia="zh-CN"/>
        </w:rPr>
        <w:br/>
      </w:r>
      <w:r>
        <w:rPr>
          <w:lang w:eastAsia="zh-CN"/>
        </w:rPr>
        <w:t>　　1、学生情况分析</w:t>
      </w:r>
      <w:r>
        <w:rPr>
          <w:lang w:eastAsia="zh-CN"/>
        </w:rPr>
        <w:br/>
      </w:r>
      <w:r>
        <w:rPr>
          <w:lang w:eastAsia="zh-CN"/>
        </w:rPr>
        <w:t>　　这学期我承担七(1)(2)两班的数学教学，这些学生整体基础参差不齐，小学没有养成良好的学习习惯，所以任务艰巨。在小学所学知识的掌握程度上，对优生来说，能够透彻理解知识，知识间的内在联系也较为清楚，但位数不多。对多数学生来说，简单的基础知识还不能有效掌握，成绩稍差。学生的逻辑推理、逻辑思维能力，计算能力要得到加强，还要提升整体成绩，适时补充课外知识，拓展学生的知识面，抽出一定的时间给强化几何训练，全面提升学生的数学素质。</w:t>
      </w:r>
      <w:r>
        <w:rPr>
          <w:lang w:eastAsia="zh-CN"/>
        </w:rPr>
        <w:br/>
      </w:r>
      <w:r>
        <w:rPr>
          <w:lang w:eastAsia="zh-CN"/>
        </w:rPr>
        <w:t>　　2、教材分析：</w:t>
      </w:r>
      <w:r>
        <w:rPr>
          <w:lang w:eastAsia="zh-CN"/>
        </w:rPr>
        <w:br/>
      </w:r>
      <w:r>
        <w:rPr>
          <w:lang w:eastAsia="zh-CN"/>
        </w:rPr>
        <w:t>　　1、第1章有理数：本章主要学习有理数的基本性质及运算。本章重点内容是有理数的概念，性质和运算。本章的难点在于理解有理数的基本性质、运算法则，并将它们应用到解决实际问题和计算中。</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2、第2章整式的加减：本章主要是学习单项式和多项式的加减运算。本章重点内容是单项式、多项式、同类项的概念;合并同类项及去括号的法则及整式的加减运算。本章难点在于理解合并同类项和去括号的法则。</w:t>
      </w:r>
      <w:r>
        <w:rPr>
          <w:lang w:eastAsia="zh-CN"/>
        </w:rPr>
        <w:br/>
      </w:r>
      <w:r>
        <w:rPr>
          <w:lang w:eastAsia="zh-CN"/>
        </w:rPr>
        <w:t>　　3、第3章一元一次方程：本章主要学习一元一次方程的概念、等式的基本性质、一元一次方程的解法及应用。本章重点内容是理解等式的基本性质;掌握解一元一次方程的一般步骤;列方程解决实际问题的基本思路。本章难点在于解一元一次方程，并利用一元一次方程解决简单的实际问题。</w:t>
      </w:r>
      <w:r>
        <w:rPr>
          <w:lang w:eastAsia="zh-CN"/>
        </w:rPr>
        <w:br/>
      </w:r>
      <w:r>
        <w:rPr>
          <w:lang w:eastAsia="zh-CN"/>
        </w:rPr>
        <w:t>　　4、第4章几何图形初步：本章主要学习线段和角有关的性质。本章的重点是区别直线、射线、线段，角的有关性质和计算;理解互为余角、互为补角的性质及应用。本章的难点在于线段和角的有关计算。</w:t>
      </w:r>
      <w:r>
        <w:rPr>
          <w:lang w:eastAsia="zh-CN"/>
        </w:rPr>
        <w:br/>
      </w:r>
      <w:r>
        <w:rPr>
          <w:lang w:eastAsia="zh-CN"/>
        </w:rPr>
        <w:t>　　二、 教学目标和要求</w:t>
      </w:r>
      <w:r>
        <w:rPr>
          <w:lang w:eastAsia="zh-CN"/>
        </w:rPr>
        <w:br/>
      </w:r>
      <w:r>
        <w:rPr>
          <w:lang w:eastAsia="zh-CN"/>
        </w:rPr>
        <w:t>　　(一)知识与技能</w:t>
      </w:r>
      <w:r>
        <w:rPr>
          <w:lang w:eastAsia="zh-CN"/>
        </w:rPr>
        <w:br/>
      </w:r>
      <w:r>
        <w:rPr>
          <w:lang w:eastAsia="zh-CN"/>
        </w:rPr>
        <w:t>　　1.获得数学中的基本理论、概念、原理和规律等方面的知识，了解并关注这些知识在生产、生活和社会发展中的'应用。</w:t>
      </w:r>
      <w:r>
        <w:rPr>
          <w:lang w:eastAsia="zh-CN"/>
        </w:rPr>
        <w:br/>
      </w:r>
      <w:r>
        <w:rPr>
          <w:lang w:eastAsia="zh-CN"/>
        </w:rPr>
        <w:t>　　2.学会将实践生活中遇到的实际问题转化为数学问题，从而通过数学问题解决实际问题。体验几何定理的探究及其推理过程并学会在实际问题进行应用。</w:t>
      </w:r>
      <w:r>
        <w:rPr>
          <w:lang w:eastAsia="zh-CN"/>
        </w:rPr>
        <w:br/>
      </w:r>
      <w:r>
        <w:rPr>
          <w:lang w:eastAsia="zh-CN"/>
        </w:rPr>
        <w:t>　　3.初步具有数学研究操作的基本技能，一定的科学探究和实践能力，养成良好的科学思维习惯。</w:t>
      </w:r>
      <w:r>
        <w:rPr>
          <w:lang w:eastAsia="zh-CN"/>
        </w:rPr>
        <w:br/>
      </w:r>
      <w:r>
        <w:rPr>
          <w:lang w:eastAsia="zh-CN"/>
        </w:rPr>
        <w:t>　　(二)过程与方法</w:t>
      </w:r>
      <w:r>
        <w:rPr>
          <w:lang w:eastAsia="zh-CN"/>
        </w:rPr>
        <w:br/>
      </w:r>
      <w:r>
        <w:rPr>
          <w:lang w:eastAsia="zh-CN"/>
        </w:rPr>
        <w:t>　　1.采用思考、类比、探究、归纳、得出结论的方法进行教学;</w:t>
      </w:r>
      <w:r>
        <w:rPr>
          <w:lang w:eastAsia="zh-CN"/>
        </w:rPr>
        <w:br/>
      </w:r>
      <w:r>
        <w:rPr>
          <w:lang w:eastAsia="zh-CN"/>
        </w:rPr>
        <w:t>　　2.发挥学生的主体作用，作好探究性活动;</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3.密切联系实际，激发学生的学习的积极性，培养学生的类比、归纳的能力.</w:t>
      </w:r>
      <w:r>
        <w:rPr>
          <w:lang w:eastAsia="zh-CN"/>
        </w:rPr>
        <w:br/>
      </w:r>
      <w:r>
        <w:rPr>
          <w:lang w:eastAsia="zh-CN"/>
        </w:rPr>
        <w:t>　　(三)情感态度与价值观</w:t>
      </w:r>
      <w:r>
        <w:rPr>
          <w:lang w:eastAsia="zh-CN"/>
        </w:rPr>
        <w:br/>
      </w:r>
      <w:r>
        <w:rPr>
          <w:lang w:eastAsia="zh-CN"/>
        </w:rPr>
        <w:t>　　1.理解人与自然、社会的密切关系，和谐发展的主义，提高环境保护意识。</w:t>
      </w:r>
      <w:r>
        <w:rPr>
          <w:lang w:eastAsia="zh-CN"/>
        </w:rPr>
        <w:br/>
      </w:r>
      <w:r>
        <w:rPr>
          <w:lang w:eastAsia="zh-CN"/>
        </w:rPr>
        <w:t>　　2.逐步形成数学的基本观点和科学态度，为确立辩证唯物主义世界观奠定必在的基础。</w:t>
      </w:r>
      <w:r>
        <w:rPr>
          <w:lang w:eastAsia="zh-CN"/>
        </w:rPr>
        <w:br/>
      </w:r>
      <w:r>
        <w:rPr>
          <w:lang w:eastAsia="zh-CN"/>
        </w:rPr>
        <w:t>　　三、 提高教学质量的主要措施</w:t>
      </w:r>
      <w:r>
        <w:rPr>
          <w:lang w:eastAsia="zh-CN"/>
        </w:rPr>
        <w:br/>
      </w:r>
      <w:r>
        <w:rPr>
          <w:lang w:eastAsia="zh-CN"/>
        </w:rPr>
        <w:t>　　l、认真研读新课程标准，钻研新教材，根据新课程标准，扩充教材内容，认真上课，批改作业，认真辅导，认真制作考试试试卷，也让学生学会认真学习。</w:t>
      </w:r>
      <w:r>
        <w:rPr>
          <w:lang w:eastAsia="zh-CN"/>
        </w:rPr>
        <w:br/>
      </w:r>
      <w:r>
        <w:rPr>
          <w:lang w:eastAsia="zh-CN"/>
        </w:rPr>
        <w:t>　　2、兴趣是最好的老师，激发学生的兴趣，给学生介绍数学家、数学史、介绍相应的数学趣题，给出数学课外思考题，激发学生的兴趣。初一数学上册教学计划2</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语文是初中阶段的主要学科，基础学科，随着时代的发展和社会的进步，人们对语文学科的特性和语文教学的认识更为深入，“语文”观念得到越来越多有识之士的认同。语文素质是人的整体素质的重要组成部分，语文素质不仅映人的语文知识和语文能力，而且从本质上看，还映了人的思想水平、文化修养、观察能力、思维能力等。由此可见，语文教育有可为，语文教学重之又重，语文教师责任重。因此，七年级第一学期开学之前，我一定会对教材进行仔细的研读与分析，对所洁级的学生进行深入的了解，并据此制定出详细的教学工作计划。</w:t>
      </w:r>
      <w:r>
        <w:rPr>
          <w:lang w:eastAsia="zh-CN"/>
        </w:rPr>
        <w:t xml:space="preserve"> </w:t>
      </w:r>
      <w:r>
        <w:rPr>
          <w:lang w:eastAsia="zh-CN"/>
        </w:rPr>
        <w:br/>
      </w:r>
      <w:r>
        <w:rPr>
          <w:lang w:eastAsia="zh-CN"/>
        </w:rPr>
        <w:t>　　一、所洁级学生现状分析</w:t>
      </w:r>
      <w:r>
        <w:rPr>
          <w:lang w:eastAsia="zh-CN"/>
        </w:rPr>
        <w:br/>
      </w:r>
      <w:r>
        <w:rPr>
          <w:lang w:eastAsia="zh-CN"/>
        </w:rPr>
        <w:t>　　根据我校学生的实际特点，以及语文学科的特点和目前本学科发展方向的把握，结合我校的办学方针，加强了日常教学和学科活动的针对性和有效性，从整体来看，学生身上好的习惯正在逐步养成，学习兴趣和学习态度也有了明显的转变，语文的综合能力也在原来的基础上有了较的提高。</w:t>
      </w:r>
      <w:r>
        <w:rPr>
          <w:lang w:eastAsia="zh-CN"/>
        </w:rPr>
        <w:br/>
      </w:r>
      <w:r>
        <w:rPr>
          <w:lang w:eastAsia="zh-CN"/>
        </w:rPr>
        <w:t>　　二、教学目标</w:t>
      </w:r>
      <w:r>
        <w:rPr>
          <w:lang w:eastAsia="zh-CN"/>
        </w:rPr>
        <w:br/>
      </w:r>
      <w:r>
        <w:rPr>
          <w:lang w:eastAsia="zh-CN"/>
        </w:rPr>
        <w:t>　　思想品德目标：在语文教学过程中，进一步培养学生的爱国主义精神，激发学生热爱祖国语言文字的感情，培养学生的思想品质，努力开拓学生的视野，注重培养创新精神和创造能力，发展学生的智力，培养学生健康高深的审美情趣，提高学生的文化品位。发展健康个性，逐步形成健全人格。这是初中三年的最终目标，本学期要创造一个良好的开端，打下基础。</w:t>
      </w:r>
      <w:r>
        <w:rPr>
          <w:lang w:eastAsia="zh-CN"/>
        </w:rPr>
        <w:br/>
      </w:r>
      <w:r>
        <w:rPr>
          <w:lang w:eastAsia="zh-CN"/>
        </w:rPr>
        <w:t>　　知识目标：了解课文中出现的有关重要作家作品的常识，了解描写方法和修辞方法和词类的有关知识，熟记课文中出现的生字生词的音形义。</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掌握和运用知识能力的目标：指导学生正确理解和运用祖国语言文字，使他们具有基本的阅读听话说话的能力，养成学习语文的良好习惯。具体地说，就是能领会词句在语言环境中的含义和作用，理解思想内容和文章的思路，了解基本写法，具有一定的语言感受能力，初步掌握精读略读的方法，培养默读的习惯，提高阅读速度，能用普通话正确流利地朗读课文，背诵基本课文中的一些精彩片段，初步具有欣赏文学作品的能力，读文言文课文，要了解内容，背诵一些基本篇目，熟练使用常用字典词典，养成读书看报的习惯。</w:t>
      </w:r>
      <w:r>
        <w:rPr>
          <w:lang w:eastAsia="zh-CN"/>
        </w:rPr>
        <w:br/>
      </w:r>
      <w:r>
        <w:rPr>
          <w:lang w:eastAsia="zh-CN"/>
        </w:rPr>
        <w:t>　　人文素质目标：初步学会在日常生活中能正确运用语言文字来进行交流表达，把课本中感受学习到的有关人的语文素质的东西灵活运用到生活中，从而提高自己的文化品位，例如待人接物的仪态，为人处事的心理，读书看报看电视的习惯等。</w:t>
      </w:r>
      <w:r>
        <w:rPr>
          <w:lang w:eastAsia="zh-CN"/>
        </w:rPr>
        <w:br/>
      </w:r>
      <w:r>
        <w:rPr>
          <w:lang w:eastAsia="zh-CN"/>
        </w:rPr>
        <w:t>　　三、教学设想</w:t>
      </w:r>
      <w:r>
        <w:rPr>
          <w:lang w:eastAsia="zh-CN"/>
        </w:rPr>
        <w:br/>
      </w:r>
      <w:r>
        <w:rPr>
          <w:lang w:eastAsia="zh-CN"/>
        </w:rPr>
        <w:t>　　1、要注意教学目标的`整合性。传统的目标设计有重结论轻过程、重认知轻情感、重智能变化轻心理体验。新课程强调知识与技能、过程与方法、情感态度与价值观三个纬度的有机结合。要注意教学内容的开放性。要使语文课由单一转向综合，由平面转向立体，由封闭转向开放，激发了学生学习课文的浓厚兴趣，拓展了学生的视野，加深了对课文的理解。</w:t>
      </w:r>
      <w:r>
        <w:rPr>
          <w:lang w:eastAsia="zh-CN"/>
        </w:rPr>
        <w:br/>
      </w:r>
      <w:r>
        <w:rPr>
          <w:lang w:eastAsia="zh-CN"/>
        </w:rPr>
        <w:t>　　2、要注意教学方式的互动性。要实现由少、不平等、单向传输向师生的和谐、平等、互动转变。师生互教互学，彼此形成一个学习的共同体。要注意教学过程的活动性。尽可能把过去由自己包办的讲解、提问转化设计成学生的多种活动，通过学生的自主活动，让学生掌握知识，并融会贯通，烂熟于心。</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注意教学手段的多样性。应引进多种信息化教学手段，使学生从单一枯燥的学习中解脱出来，去领略课堂里的精彩世界，要增强了语文课的吸引力，加速了学生盛知过程，促进了认知的深化。要注意教学组织形式的灵活性。要在课堂教学中想方设法组织学生运用自主、合作、探究等灵活多样的学习方式。注重教学评价的多元性。要改变一刀切的评价机制，实行全面的评价学生的语文素养。</w:t>
      </w:r>
      <w:r>
        <w:rPr>
          <w:lang w:eastAsia="zh-CN"/>
        </w:rPr>
        <w:br/>
      </w:r>
      <w:r>
        <w:rPr>
          <w:lang w:eastAsia="zh-CN"/>
        </w:rPr>
        <w:t>　　四、教学措施</w:t>
      </w:r>
      <w:r>
        <w:rPr>
          <w:lang w:eastAsia="zh-CN"/>
        </w:rPr>
        <w:br/>
      </w:r>
      <w:r>
        <w:rPr>
          <w:lang w:eastAsia="zh-CN"/>
        </w:rPr>
        <w:t>　　根据学生的情况和我校的实际，本学期拟采用以下措施：</w:t>
      </w:r>
      <w:r>
        <w:rPr>
          <w:lang w:eastAsia="zh-CN"/>
        </w:rPr>
        <w:br/>
      </w:r>
      <w:r>
        <w:rPr>
          <w:lang w:eastAsia="zh-CN"/>
        </w:rPr>
        <w:t>　　1、在阅读教学中要进一步培养学生的阅读兴趣，注重在阅读教学过程中让学生参与活动，做到人人参与，参与全过程，让学生们在课下多读书看报，将自己喜欢的文章、精彩的段落摘抄积累，定期在班上举办摘抄本展览，并从中推选出优秀的文章、摘抄和积累本。</w:t>
      </w:r>
      <w:r>
        <w:rPr>
          <w:lang w:eastAsia="zh-CN"/>
        </w:rPr>
        <w:br/>
      </w:r>
      <w:r>
        <w:rPr>
          <w:lang w:eastAsia="zh-CN"/>
        </w:rPr>
        <w:t>　　2、在各课时中，把学生活动做为重点内容来安排落实，使学生限度处于动态之中，动脑想，动手写，动口说，动眼看，动耳听。</w:t>
      </w:r>
      <w:r>
        <w:rPr>
          <w:lang w:eastAsia="zh-CN"/>
        </w:rPr>
        <w:br/>
      </w:r>
      <w:r>
        <w:rPr>
          <w:lang w:eastAsia="zh-CN"/>
        </w:rPr>
        <w:t>　　3、在作文教学中，让学生参与到作文讲评中来。让作文水平较高的学生对习作进行自我评价，然后广泛地征求同学的意见，相互评价，最后是教师与学生共同评价，使学生们正确地认识自己作文中的优点和问题，课后进行必要的修改。这样，建立的教学风气，进一步融洽师生关系，提高学生的写作兴趣和写作水平。</w:t>
      </w:r>
      <w:r>
        <w:rPr>
          <w:lang w:eastAsia="zh-CN"/>
        </w:rPr>
        <w:br/>
      </w:r>
      <w:r>
        <w:rPr>
          <w:lang w:eastAsia="zh-CN"/>
        </w:rPr>
        <w:t>　　4、调动学生语文学习的积极性。从培养兴趣着手，用图片，实物，多媒体创设情景进行教学，力求课堂的多样化、生活化和开放化，力争有更多的师生互动、生生互动的机会。培养学生良好的语文学习习惯：</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5、成立互互学小组，对古诗文无法过关的学生采用“一一”，“人盯人”的办法，并与家长取得联系。深钻教材，精心设计好每一节课，讲清每一个知识点，认真筛选作业，及时馈每一次作业与考试。注重学法指导。</w:t>
      </w:r>
      <w:r>
        <w:rPr>
          <w:lang w:eastAsia="zh-CN"/>
        </w:rPr>
        <w:br/>
      </w:r>
      <w:r>
        <w:rPr>
          <w:lang w:eastAsia="zh-CN"/>
        </w:rPr>
        <w:t>　　五、培优辅差措施</w:t>
      </w:r>
      <w:r>
        <w:rPr>
          <w:lang w:eastAsia="zh-CN"/>
        </w:rPr>
        <w:br/>
      </w:r>
      <w:r>
        <w:rPr>
          <w:lang w:eastAsia="zh-CN"/>
        </w:rPr>
        <w:t>　　培优重在拔尖，辅差重在提高课堂上有意识给他们制造机会，让优生吃得饱，让差生吃得好。课外辅导，利用晚修，文体课的时间，组织学生加以辅导训练。发挥优生的优势，以优带差，激起他们的学习兴趣。对于差生主要引导他们多学习，多重复，在熟练的基础上不断提高自己的语文能力，尤其是学习态度的转变和学习积极性的提高方面要花力气。优生要鼓励他们多做创新的事情，在阅读和写作方面多下功夫。初一数学上册教学计划3</w:t>
      </w:r>
      <w:r>
        <w:rPr>
          <w:lang w:eastAsia="zh-CN"/>
        </w:rPr>
        <w:br/>
      </w:r>
      <w:r>
        <w:rPr>
          <w:lang w:eastAsia="zh-CN"/>
        </w:rPr>
        <w:t xml:space="preserve">    一、内容和内容解析 </w:t>
      </w:r>
      <w:r>
        <w:rPr>
          <w:lang w:eastAsia="zh-CN"/>
        </w:rPr>
        <w:br/>
      </w:r>
      <w:r>
        <w:rPr>
          <w:lang w:eastAsia="zh-CN"/>
        </w:rPr>
        <w:t>　　1.内容</w:t>
      </w:r>
      <w:r>
        <w:rPr>
          <w:lang w:eastAsia="zh-CN"/>
        </w:rPr>
        <w:br/>
      </w:r>
      <w:r>
        <w:rPr>
          <w:lang w:eastAsia="zh-CN"/>
        </w:rPr>
        <w:t>　　有理数乘法法则。</w:t>
      </w:r>
      <w:r>
        <w:rPr>
          <w:lang w:eastAsia="zh-CN"/>
        </w:rPr>
        <w:br/>
      </w:r>
      <w:r>
        <w:rPr>
          <w:lang w:eastAsia="zh-CN"/>
        </w:rPr>
        <w:t>　　2.内容解析</w:t>
      </w:r>
      <w:r>
        <w:rPr>
          <w:lang w:eastAsia="zh-CN"/>
        </w:rPr>
        <w:br/>
      </w:r>
      <w:r>
        <w:rPr>
          <w:lang w:eastAsia="zh-CN"/>
        </w:rPr>
        <w:t>　　有理数的乘法是继有理数的加减法之后的又一种基本运算。有理数乘法既是有理数运算的深入，又是进一步学习有理数的除法、乘方的基础，对后续代数学习是至关重要的。</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与有理数加法法则类似，有理数乘法法则也是一种规定，给出这种规定要遵循的原则是“使原有的运算律保持不变”。本节课要在小学已掌握的乘法运算的基础上，通过合情推理的方式，得到“要使正数乘正数（或0）的规律在正数乘负数、负数乘负数时仍然成立，那么运算结果应该是什么”的结论，从而使学生体会乘法法则的合理性。与加法法则一样，正数乘负数、负数乘负数的法则，也要从符号和绝对值来分析。由于绝对值相乘就是非负数相乘，因此，这里关键是要规定好含有负数的两数相乘之积的符号，这是有理数乘法的本质特征，也是乘法法则的核心。</w:t>
      </w:r>
      <w:r>
        <w:rPr>
          <w:lang w:eastAsia="zh-CN"/>
        </w:rPr>
        <w:br/>
      </w:r>
      <w:r>
        <w:rPr>
          <w:lang w:eastAsia="zh-CN"/>
        </w:rPr>
        <w:t>　　基于以上分析，可以确定本课的教学重点是两个有理数相乘的符号法则。</w:t>
      </w:r>
      <w:r>
        <w:rPr>
          <w:lang w:eastAsia="zh-CN"/>
        </w:rPr>
        <w:br/>
      </w:r>
      <w:r>
        <w:rPr>
          <w:lang w:eastAsia="zh-CN"/>
        </w:rPr>
        <w:t>　　二、目标及其解析</w:t>
      </w:r>
      <w:r>
        <w:rPr>
          <w:lang w:eastAsia="zh-CN"/>
        </w:rPr>
        <w:br/>
      </w:r>
      <w:r>
        <w:rPr>
          <w:lang w:eastAsia="zh-CN"/>
        </w:rPr>
        <w:t>　　1．目标</w:t>
      </w:r>
      <w:r>
        <w:rPr>
          <w:lang w:eastAsia="zh-CN"/>
        </w:rPr>
        <w:br/>
      </w:r>
      <w:r>
        <w:rPr>
          <w:lang w:eastAsia="zh-CN"/>
        </w:rPr>
        <w:t>　　（1）理解有理数乘法法则，能利用有理数乘法法则计算两个数的乘法。</w:t>
      </w:r>
      <w:r>
        <w:rPr>
          <w:lang w:eastAsia="zh-CN"/>
        </w:rPr>
        <w:br/>
      </w:r>
      <w:r>
        <w:rPr>
          <w:lang w:eastAsia="zh-CN"/>
        </w:rPr>
        <w:t>　　（2）能说出有理数乘法的符号法则，能用例子说明法则的'合理性。</w:t>
      </w:r>
      <w:r>
        <w:rPr>
          <w:lang w:eastAsia="zh-CN"/>
        </w:rPr>
        <w:br/>
      </w:r>
      <w:r>
        <w:rPr>
          <w:lang w:eastAsia="zh-CN"/>
        </w:rPr>
        <w:t>　　2．目标解析</w:t>
      </w:r>
      <w:r>
        <w:rPr>
          <w:lang w:eastAsia="zh-CN"/>
        </w:rPr>
        <w:br/>
      </w:r>
      <w:r>
        <w:rPr>
          <w:lang w:eastAsia="zh-CN"/>
        </w:rPr>
        <w:t>　　达成目标（1）的标志是学生在进行两个有理数乘法运算时，能按照乘法法则，先考虑两乘数的符号，再考虑两乘数的绝对值，并得出正确的结果。</w:t>
      </w:r>
      <w:r>
        <w:rPr>
          <w:lang w:eastAsia="zh-CN"/>
        </w:rPr>
        <w:br/>
      </w:r>
      <w:r>
        <w:rPr>
          <w:lang w:eastAsia="zh-CN"/>
        </w:rPr>
        <w:t>　　达成目标（2）的标志是学生能通过具体例子说明有理数乘法的符号法则的归纳过程。</w:t>
      </w:r>
      <w:r>
        <w:rPr>
          <w:lang w:eastAsia="zh-CN"/>
        </w:rPr>
        <w:br/>
      </w:r>
      <w:r>
        <w:rPr>
          <w:lang w:eastAsia="zh-CN"/>
        </w:rPr>
        <w:t>　　三、教学问题诊断分析</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有理数的乘法与小学学习的乘法的区别在于负数参与了运算。本课要以正数、0之间的运算为基础，构造一组有规律的算式，先让学生从算式左右各数的符号和绝对值两个角度观察这些算式的共同特点并得出规律，再以问题“要使这个规律在引入负数后仍然成立，那么应有……”为引导，让学生思考在这样的规律下，正数乘负数、负数乘正数、两个负数相乘各应有什么运算结果，并从积的符号和绝对值两个角度总结出规律，进而给出有理数乘法法则，在这个过程中体会规定的合理性。上述过程中，学生对于为什么要讨论这些问题、什么叫“观察下面的乘法算式”、从哪些角度概括算式的规律等，都会出现困难。为了解决这些困难，教师应该在“如何观察”上加强指导，并明确提出“从符号和绝对值两个角度看规律”的要求。</w:t>
      </w:r>
      <w:r>
        <w:rPr>
          <w:lang w:eastAsia="zh-CN"/>
        </w:rPr>
        <w:br/>
      </w:r>
      <w:r>
        <w:rPr>
          <w:lang w:eastAsia="zh-CN"/>
        </w:rPr>
        <w:t>　　本课的教学难点是：如何观察给定的乘法算式;从哪些角度概括算式的规律。</w:t>
      </w:r>
      <w:r>
        <w:rPr>
          <w:lang w:eastAsia="zh-CN"/>
        </w:rPr>
        <w:br/>
      </w:r>
      <w:r>
        <w:rPr>
          <w:lang w:eastAsia="zh-CN"/>
        </w:rPr>
        <w:t>　　四、教学过程设计</w:t>
      </w:r>
      <w:r>
        <w:rPr>
          <w:lang w:eastAsia="zh-CN"/>
        </w:rPr>
        <w:br/>
      </w:r>
      <w:r>
        <w:rPr>
          <w:lang w:eastAsia="zh-CN"/>
        </w:rPr>
        <w:t>　　问题1 我们知道，有理数分为正数、零、负数三类。按照这种分类，两个有理数的乘法运算会出现哪几种情况？</w:t>
      </w:r>
      <w:r>
        <w:rPr>
          <w:lang w:eastAsia="zh-CN"/>
        </w:rPr>
        <w:br/>
      </w:r>
      <w:r>
        <w:rPr>
          <w:lang w:eastAsia="zh-CN"/>
        </w:rPr>
        <w:t>　　教师引导学生从有理数分类的角度考虑，区分出有理数乘法的情况有：正数乘正数、正数与0相乘、正数乘负数、负数乘正数、负数乘负数。</w:t>
      </w:r>
      <w:r>
        <w:rPr>
          <w:lang w:eastAsia="zh-CN"/>
        </w:rPr>
        <w:br/>
      </w:r>
      <w:r>
        <w:rPr>
          <w:lang w:eastAsia="zh-CN"/>
        </w:rPr>
        <w:t>　　设计意图：有理数分为正数、零、负数，由此引出两个有理数相乘的几种情况，既复习有关知识，为下面的教学做好准备，又渗透了分类讨论思想。</w:t>
      </w:r>
      <w:r>
        <w:rPr>
          <w:lang w:eastAsia="zh-CN"/>
        </w:rPr>
        <w:br/>
      </w:r>
      <w:r>
        <w:rPr>
          <w:lang w:eastAsia="zh-CN"/>
        </w:rPr>
        <w:t>　　问题2</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下面从我们熟悉的乘法运算开始。观察下面的乘法算式，你能发现什么规律吗？</w:t>
      </w:r>
      <w:r>
        <w:rPr>
          <w:lang w:eastAsia="zh-CN"/>
        </w:rPr>
        <w:br/>
      </w:r>
      <w:r>
        <w:rPr>
          <w:lang w:eastAsia="zh-CN"/>
        </w:rPr>
        <w:t>　　3_3=9，</w:t>
      </w:r>
      <w:r>
        <w:rPr>
          <w:lang w:eastAsia="zh-CN"/>
        </w:rPr>
        <w:br/>
      </w:r>
      <w:r>
        <w:rPr>
          <w:lang w:eastAsia="zh-CN"/>
        </w:rPr>
        <w:t>　　3_2=6，</w:t>
      </w:r>
      <w:r>
        <w:rPr>
          <w:lang w:eastAsia="zh-CN"/>
        </w:rPr>
        <w:br/>
      </w:r>
      <w:r>
        <w:rPr>
          <w:lang w:eastAsia="zh-CN"/>
        </w:rPr>
        <w:t>　　3_1=3，</w:t>
      </w:r>
      <w:r>
        <w:rPr>
          <w:lang w:eastAsia="zh-CN"/>
        </w:rPr>
        <w:br/>
      </w:r>
      <w:r>
        <w:rPr>
          <w:lang w:eastAsia="zh-CN"/>
        </w:rPr>
        <w:t>　　3_0=0。</w:t>
      </w:r>
      <w:r>
        <w:rPr>
          <w:lang w:eastAsia="zh-CN"/>
        </w:rPr>
        <w:br/>
      </w:r>
      <w:r>
        <w:rPr>
          <w:lang w:eastAsia="zh-CN"/>
        </w:rPr>
        <w:t>　　追问1：你认为问题要我们“观察”什么？应该从哪几个角度去观察、发现规律？</w:t>
      </w:r>
      <w:r>
        <w:rPr>
          <w:lang w:eastAsia="zh-CN"/>
        </w:rPr>
        <w:br/>
      </w:r>
      <w:r>
        <w:rPr>
          <w:lang w:eastAsia="zh-CN"/>
        </w:rPr>
        <w:t>　　如果学生仍然有困难，教师给予提示：</w:t>
      </w:r>
      <w:r>
        <w:rPr>
          <w:lang w:eastAsia="zh-CN"/>
        </w:rPr>
        <w:br/>
      </w:r>
      <w:r>
        <w:rPr>
          <w:lang w:eastAsia="zh-CN"/>
        </w:rPr>
        <w:t>　　（1）四个算式有什么共同点？——左边都有一个乘数3.</w:t>
      </w:r>
      <w:r>
        <w:rPr>
          <w:lang w:eastAsia="zh-CN"/>
        </w:rPr>
        <w:br/>
      </w:r>
      <w:r>
        <w:rPr>
          <w:lang w:eastAsia="zh-CN"/>
        </w:rPr>
        <w:t>　　（2）其他两个数有什么变化规律？——随着后一个乘数逐次递减1，积逐次递减3.</w:t>
      </w:r>
      <w:r>
        <w:rPr>
          <w:lang w:eastAsia="zh-CN"/>
        </w:rPr>
        <w:br/>
      </w:r>
      <w:r>
        <w:rPr>
          <w:lang w:eastAsia="zh-CN"/>
        </w:rPr>
        <w:t>　　设计意图：构造这组有规律的算式，为通过合情推理，得到正数乘负数的法则做准备。通过追问、提示，使学生知道“如何观察”“如何发现规律”。</w:t>
      </w:r>
      <w:r>
        <w:rPr>
          <w:lang w:eastAsia="zh-CN"/>
        </w:rPr>
        <w:br/>
      </w:r>
      <w:r>
        <w:rPr>
          <w:lang w:eastAsia="zh-CN"/>
        </w:rPr>
        <w:t>　　教师：要使这个规律在引入负数后仍然成立，那么，3_（—1）=—3，这是因为后一乘数从0递减1就是—1，因此积应该从0递减3而得—3.</w:t>
      </w:r>
      <w:r>
        <w:rPr>
          <w:lang w:eastAsia="zh-CN"/>
        </w:rPr>
        <w:br/>
      </w:r>
      <w:r>
        <w:rPr>
          <w:lang w:eastAsia="zh-CN"/>
        </w:rPr>
        <w:t>　　追问2：根据这个规律，下面的两个积应该是什么？</w:t>
      </w:r>
      <w:r>
        <w:rPr>
          <w:lang w:eastAsia="zh-CN"/>
        </w:rPr>
        <w:br/>
      </w:r>
      <w:r>
        <w:rPr>
          <w:lang w:eastAsia="zh-CN"/>
        </w:rPr>
        <w:t>　　3_（—2）= ，</w:t>
      </w:r>
      <w:r>
        <w:rPr>
          <w:lang w:eastAsia="zh-CN"/>
        </w:rPr>
        <w:br/>
      </w:r>
      <w:r>
        <w:rPr>
          <w:lang w:eastAsia="zh-CN"/>
        </w:rPr>
        <w:t>　　3_（—3）= 。</w:t>
      </w:r>
      <w:r>
        <w:rPr>
          <w:lang w:eastAsia="zh-CN"/>
        </w:rPr>
        <w:br/>
      </w:r>
      <w:r>
        <w:rPr>
          <w:lang w:eastAsia="zh-CN"/>
        </w:rPr>
        <w:t>　　练习：请你模仿上面的过程，自己构造出一组算式，并说出它的变化规律。</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设计意图：让学生自主构造算式，加深对运算规律的理解。</w:t>
      </w:r>
      <w:r>
        <w:rPr>
          <w:lang w:eastAsia="zh-CN"/>
        </w:rPr>
        <w:br/>
      </w:r>
      <w:r>
        <w:rPr>
          <w:lang w:eastAsia="zh-CN"/>
        </w:rPr>
        <w:t>　　追问3：从符号和绝对值两个角度观察这些算式（指师生给出的所有含正数乘负数的算式），你能说说它们的共性吗？</w:t>
      </w:r>
      <w:r>
        <w:rPr>
          <w:lang w:eastAsia="zh-CN"/>
        </w:rPr>
        <w:br/>
      </w:r>
      <w:r>
        <w:rPr>
          <w:lang w:eastAsia="zh-CN"/>
        </w:rPr>
        <w:t>　　先让学生观察、叙述、补充，教师再总结：都是正数乘负数，积都为负数，积的绝对值等于各乘数绝对值的积。</w:t>
      </w:r>
      <w:r>
        <w:rPr>
          <w:lang w:eastAsia="zh-CN"/>
        </w:rPr>
        <w:br/>
      </w:r>
      <w:r>
        <w:rPr>
          <w:lang w:eastAsia="zh-CN"/>
        </w:rPr>
        <w:t>　　设计意图：先得到一类情况的结果，降低归纳概括的难度，同时也为后面的学习奠定基础。</w:t>
      </w:r>
      <w:r>
        <w:rPr>
          <w:lang w:eastAsia="zh-CN"/>
        </w:rPr>
        <w:br/>
      </w:r>
      <w:r>
        <w:rPr>
          <w:lang w:eastAsia="zh-CN"/>
        </w:rPr>
        <w:t>　　问题3观察下列算式，类比上述过程，你又能发现什么规律？</w:t>
      </w:r>
      <w:r>
        <w:rPr>
          <w:lang w:eastAsia="zh-CN"/>
        </w:rPr>
        <w:br/>
      </w:r>
      <w:r>
        <w:rPr>
          <w:lang w:eastAsia="zh-CN"/>
        </w:rPr>
        <w:t>　　3_3=9，</w:t>
      </w:r>
      <w:r>
        <w:rPr>
          <w:lang w:eastAsia="zh-CN"/>
        </w:rPr>
        <w:br/>
      </w:r>
      <w:r>
        <w:rPr>
          <w:lang w:eastAsia="zh-CN"/>
        </w:rPr>
        <w:t>　　2_3=6，</w:t>
      </w:r>
      <w:r>
        <w:rPr>
          <w:lang w:eastAsia="zh-CN"/>
        </w:rPr>
        <w:br/>
      </w:r>
      <w:r>
        <w:rPr>
          <w:lang w:eastAsia="zh-CN"/>
        </w:rPr>
        <w:t>　　1_3=3，</w:t>
      </w:r>
      <w:r>
        <w:rPr>
          <w:lang w:eastAsia="zh-CN"/>
        </w:rPr>
        <w:br/>
      </w:r>
      <w:r>
        <w:rPr>
          <w:lang w:eastAsia="zh-CN"/>
        </w:rPr>
        <w:t>　　0_3=0。</w:t>
      </w:r>
      <w:r>
        <w:rPr>
          <w:lang w:eastAsia="zh-CN"/>
        </w:rPr>
        <w:br/>
      </w:r>
      <w:r>
        <w:rPr>
          <w:lang w:eastAsia="zh-CN"/>
        </w:rPr>
        <w:t>　　鼓励学生模仿正数乘负数的过程，自己独立得出规律。</w:t>
      </w:r>
      <w:r>
        <w:rPr>
          <w:lang w:eastAsia="zh-CN"/>
        </w:rPr>
        <w:br/>
      </w:r>
      <w:r>
        <w:rPr>
          <w:lang w:eastAsia="zh-CN"/>
        </w:rPr>
        <w:t>　　设计意图：为得到负数乘正数的结论做准备;培养学生的模仿、概括的能力。</w:t>
      </w:r>
      <w:r>
        <w:rPr>
          <w:lang w:eastAsia="zh-CN"/>
        </w:rPr>
        <w:br/>
      </w:r>
      <w:r>
        <w:rPr>
          <w:lang w:eastAsia="zh-CN"/>
        </w:rPr>
        <w:t>　　追问1：要使这个规律在引入负数后仍然成立，你认为下面的空格应各填什么数？</w:t>
      </w:r>
      <w:r>
        <w:rPr>
          <w:lang w:eastAsia="zh-CN"/>
        </w:rPr>
        <w:br/>
      </w:r>
      <w:r>
        <w:rPr>
          <w:lang w:eastAsia="zh-CN"/>
        </w:rPr>
        <w:t>　　（—1）_3= ，</w:t>
      </w:r>
      <w:r>
        <w:rPr>
          <w:lang w:eastAsia="zh-CN"/>
        </w:rPr>
        <w:br/>
      </w:r>
      <w:r>
        <w:rPr>
          <w:lang w:eastAsia="zh-CN"/>
        </w:rPr>
        <w:t>　　（—2）_3= ，</w:t>
      </w:r>
      <w:r>
        <w:rPr>
          <w:lang w:eastAsia="zh-CN"/>
        </w:rPr>
        <w:br/>
      </w:r>
      <w:r>
        <w:rPr>
          <w:lang w:eastAsia="zh-CN"/>
        </w:rPr>
        <w:t>　　（—3）_3= 。</w:t>
      </w:r>
      <w:r>
        <w:rPr>
          <w:lang w:eastAsia="zh-CN"/>
        </w:rPr>
        <w:br/>
      </w:r>
      <w:r>
        <w:rPr>
          <w:lang w:eastAsia="zh-CN"/>
        </w:rPr>
        <w:t>　　练习：请你模仿上面的过程，自己构造出一组算式，并说出它的变化规律。</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追问2 ：类比正数乘负数规律的归纳过程，从符号和绝对值两个角度观察这些算式（指师生给出的所有含正数乘负数的算式），你能说说它们的共性吗？</w:t>
      </w:r>
      <w:r>
        <w:rPr>
          <w:lang w:eastAsia="zh-CN"/>
        </w:rPr>
        <w:br/>
      </w:r>
      <w:r>
        <w:rPr>
          <w:lang w:eastAsia="zh-CN"/>
        </w:rPr>
        <w:t>　　先让学生观察、叙述、补充，教师再总结：都是负数乘正数，积都为负数，积的绝对值等于各乘数绝对值的积。</w:t>
      </w:r>
      <w:r>
        <w:rPr>
          <w:lang w:eastAsia="zh-CN"/>
        </w:rPr>
        <w:br/>
      </w:r>
      <w:r>
        <w:rPr>
          <w:lang w:eastAsia="zh-CN"/>
        </w:rPr>
        <w:t>　　追问3：正数乘负数、负数乘正数两种情况下的结论有什么共性？你能把它概括出来吗？</w:t>
      </w:r>
      <w:r>
        <w:rPr>
          <w:lang w:eastAsia="zh-CN"/>
        </w:rPr>
        <w:br/>
      </w:r>
      <w:r>
        <w:rPr>
          <w:lang w:eastAsia="zh-CN"/>
        </w:rPr>
        <w:t>　　设计意图：让学生模仿已有的讨论过程，自己得出负数乘正数的结论，并进一步概括出“异号两数相乘，积的符号为负，积的绝对值等于各乘数绝对值的积”。既使学生感受法则的合理性，又培养他们的归纳思想和概括能力。</w:t>
      </w:r>
      <w:r>
        <w:rPr>
          <w:lang w:eastAsia="zh-CN"/>
        </w:rPr>
        <w:br/>
      </w:r>
      <w:r>
        <w:rPr>
          <w:lang w:eastAsia="zh-CN"/>
        </w:rPr>
        <w:t>　　问题4 利用上面归纳的结论计算下面的算式，你能发现其中的规律吗？</w:t>
      </w:r>
      <w:r>
        <w:rPr>
          <w:lang w:eastAsia="zh-CN"/>
        </w:rPr>
        <w:br/>
      </w:r>
      <w:r>
        <w:rPr>
          <w:lang w:eastAsia="zh-CN"/>
        </w:rPr>
        <w:t>　　（—3）_3= ，</w:t>
      </w:r>
      <w:r>
        <w:rPr>
          <w:lang w:eastAsia="zh-CN"/>
        </w:rPr>
        <w:br/>
      </w:r>
      <w:r>
        <w:rPr>
          <w:lang w:eastAsia="zh-CN"/>
        </w:rPr>
        <w:t>　　（—3）_2= ，</w:t>
      </w:r>
      <w:r>
        <w:rPr>
          <w:lang w:eastAsia="zh-CN"/>
        </w:rPr>
        <w:br/>
      </w:r>
      <w:r>
        <w:rPr>
          <w:lang w:eastAsia="zh-CN"/>
        </w:rPr>
        <w:t>　　（—3）_1= ，</w:t>
      </w:r>
      <w:r>
        <w:rPr>
          <w:lang w:eastAsia="zh-CN"/>
        </w:rPr>
        <w:br/>
      </w:r>
      <w:r>
        <w:rPr>
          <w:lang w:eastAsia="zh-CN"/>
        </w:rPr>
        <w:t>　　（—3）_0= 。</w:t>
      </w:r>
      <w:r>
        <w:rPr>
          <w:lang w:eastAsia="zh-CN"/>
        </w:rPr>
        <w:br/>
      </w:r>
      <w:r>
        <w:rPr>
          <w:lang w:eastAsia="zh-CN"/>
        </w:rPr>
        <w:t>　　追问1：按照上述规律填空，并说说其中有什么规律？</w:t>
      </w:r>
      <w:r>
        <w:rPr>
          <w:lang w:eastAsia="zh-CN"/>
        </w:rPr>
        <w:br/>
      </w:r>
      <w:r>
        <w:rPr>
          <w:lang w:eastAsia="zh-CN"/>
        </w:rPr>
        <w:t>　　（—3）_（—1）= ，</w:t>
      </w:r>
      <w:r>
        <w:rPr>
          <w:lang w:eastAsia="zh-CN"/>
        </w:rPr>
        <w:br/>
      </w:r>
      <w:r>
        <w:rPr>
          <w:lang w:eastAsia="zh-CN"/>
        </w:rPr>
        <w:t>　　（—3）_（—2）= ，</w:t>
      </w:r>
      <w:r>
        <w:rPr>
          <w:lang w:eastAsia="zh-CN"/>
        </w:rPr>
        <w:br/>
      </w:r>
      <w:r>
        <w:rPr>
          <w:lang w:eastAsia="zh-CN"/>
        </w:rPr>
        <w:t>　　（—3）_（—3）= 。</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设计意图：由学生自主探究得出负数乘负数的结论。因为有前面积累的丰富经验，学生能独立完成。</w:t>
      </w:r>
      <w:r>
        <w:rPr>
          <w:lang w:eastAsia="zh-CN"/>
        </w:rPr>
        <w:br/>
      </w:r>
      <w:r>
        <w:rPr>
          <w:lang w:eastAsia="zh-CN"/>
        </w:rPr>
        <w:t>　　问题5总结上面所有的情况，你能试着自己给出有理数乘法法则吗？</w:t>
      </w:r>
      <w:r>
        <w:rPr>
          <w:lang w:eastAsia="zh-CN"/>
        </w:rPr>
        <w:br/>
      </w:r>
      <w:r>
        <w:rPr>
          <w:lang w:eastAsia="zh-CN"/>
        </w:rPr>
        <w:t>　　学生独立思考后进行课堂交流，师生共同完成，得出结论后再让学生看教科书。</w:t>
      </w:r>
      <w:r>
        <w:rPr>
          <w:lang w:eastAsia="zh-CN"/>
        </w:rPr>
        <w:br/>
      </w:r>
      <w:r>
        <w:rPr>
          <w:lang w:eastAsia="zh-CN"/>
        </w:rPr>
        <w:t>　　追问：你认为根据有理数乘法法则进行有理数乘法运算时，应该按照怎样的步骤？你能举例说明吗？</w:t>
      </w:r>
      <w:r>
        <w:rPr>
          <w:lang w:eastAsia="zh-CN"/>
        </w:rPr>
        <w:br/>
      </w:r>
      <w:r>
        <w:rPr>
          <w:lang w:eastAsia="zh-CN"/>
        </w:rPr>
        <w:t>　　学生独立思考、回答。如果有困难，可先让学生看课本第29页有理数乘法法则后面的一段文字。</w:t>
      </w:r>
      <w:r>
        <w:rPr>
          <w:lang w:eastAsia="zh-CN"/>
        </w:rPr>
        <w:br/>
      </w:r>
      <w:r>
        <w:rPr>
          <w:lang w:eastAsia="zh-CN"/>
        </w:rPr>
        <w:t>　　设计意图：让学生尝试归纳乘法法则，明确按法则计算的关键步骤。</w:t>
      </w:r>
      <w:r>
        <w:rPr>
          <w:lang w:eastAsia="zh-CN"/>
        </w:rPr>
        <w:br/>
      </w:r>
      <w:r>
        <w:rPr>
          <w:lang w:eastAsia="zh-CN"/>
        </w:rPr>
        <w:t>　　例1计算：</w:t>
      </w:r>
      <w:r>
        <w:rPr>
          <w:lang w:eastAsia="zh-CN"/>
        </w:rPr>
        <w:br/>
      </w:r>
      <w:r>
        <w:rPr>
          <w:lang w:eastAsia="zh-CN"/>
        </w:rPr>
        <w:t>　　（1）</w:t>
      </w:r>
      <w:r>
        <w:rPr>
          <w:lang w:eastAsia="zh-CN"/>
        </w:rPr>
        <w:br/>
      </w:r>
      <w:r>
        <w:rPr>
          <w:lang w:eastAsia="zh-CN"/>
        </w:rPr>
        <w:t>　　;（2）</w:t>
      </w:r>
      <w:r>
        <w:rPr>
          <w:lang w:eastAsia="zh-CN"/>
        </w:rPr>
        <w:br/>
      </w:r>
      <w:r>
        <w:rPr>
          <w:lang w:eastAsia="zh-CN"/>
        </w:rPr>
        <w:t>　　;（3）</w:t>
      </w:r>
      <w:r>
        <w:rPr>
          <w:lang w:eastAsia="zh-CN"/>
        </w:rPr>
        <w:br/>
      </w:r>
      <w:r>
        <w:rPr>
          <w:lang w:eastAsia="zh-CN"/>
        </w:rPr>
        <w:t>　　。</w:t>
      </w:r>
      <w:r>
        <w:rPr>
          <w:lang w:eastAsia="zh-CN"/>
        </w:rPr>
        <w:br/>
      </w:r>
      <w:r>
        <w:rPr>
          <w:lang w:eastAsia="zh-CN"/>
        </w:rPr>
        <w:t>　　学生独立完成后，全班交流。</w:t>
      </w:r>
      <w:r>
        <w:rPr>
          <w:lang w:eastAsia="zh-CN"/>
        </w:rPr>
        <w:br/>
      </w:r>
      <w:r>
        <w:rPr>
          <w:lang w:eastAsia="zh-CN"/>
        </w:rPr>
        <w:t>　　教师说明：在（3）中，我们得到了</w:t>
      </w:r>
      <w:r>
        <w:rPr>
          <w:lang w:eastAsia="zh-CN"/>
        </w:rPr>
        <w:br/>
      </w:r>
      <w:r>
        <w:rPr>
          <w:lang w:eastAsia="zh-CN"/>
        </w:rPr>
        <w:t>　　=1.与以前学习过的倒数概念一样，我们说</w:t>
      </w:r>
      <w:r>
        <w:rPr>
          <w:lang w:eastAsia="zh-CN"/>
        </w:rPr>
        <w:br/>
      </w:r>
      <w:r>
        <w:rPr>
          <w:lang w:eastAsia="zh-CN"/>
        </w:rPr>
        <w:t>　　与—2互为倒数。一般地，在有理数中仍然有：乘积是1的两个数互为倒数。</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追问：在（2）中，8和—8互为相反数。由此，你能说说如何得到一个数的相反数吗？</w:t>
      </w:r>
      <w:r>
        <w:rPr>
          <w:lang w:eastAsia="zh-CN"/>
        </w:rPr>
        <w:br/>
      </w:r>
      <w:r>
        <w:rPr>
          <w:lang w:eastAsia="zh-CN"/>
        </w:rPr>
        <w:t>　　设计意图：本例既作为巩固乘法法则，又引出了倒数的概念（因为这个概念很容易理解），同时说明了求一个数的相反数与乘—1之间的关系（反过来有—8=8_（―1））。</w:t>
      </w:r>
      <w:r>
        <w:rPr>
          <w:lang w:eastAsia="zh-CN"/>
        </w:rPr>
        <w:br/>
      </w:r>
      <w:r>
        <w:rPr>
          <w:lang w:eastAsia="zh-CN"/>
        </w:rPr>
        <w:t>　　例2 用正数、负数表示气温的变化量，上升为正，下降为负。登山队攀登一座山峰，每登高1km气温的变化量为—6°C，攀登3km后，气温有什么变化？</w:t>
      </w:r>
      <w:r>
        <w:rPr>
          <w:lang w:eastAsia="zh-CN"/>
        </w:rPr>
        <w:br/>
      </w:r>
      <w:r>
        <w:rPr>
          <w:lang w:eastAsia="zh-CN"/>
        </w:rPr>
        <w:t>　　设计意图：利用有理数乘法解决实际问题，体现数学的应用价值。</w:t>
      </w:r>
      <w:r>
        <w:rPr>
          <w:lang w:eastAsia="zh-CN"/>
        </w:rPr>
        <w:br/>
      </w:r>
      <w:r>
        <w:rPr>
          <w:lang w:eastAsia="zh-CN"/>
        </w:rPr>
        <w:t>　　小结、布置作业</w:t>
      </w:r>
      <w:r>
        <w:rPr>
          <w:lang w:eastAsia="zh-CN"/>
        </w:rPr>
        <w:br/>
      </w:r>
      <w:r>
        <w:rPr>
          <w:lang w:eastAsia="zh-CN"/>
        </w:rPr>
        <w:t>　　请同学们带着下列问题回顾本节课的内容：</w:t>
      </w:r>
      <w:r>
        <w:rPr>
          <w:lang w:eastAsia="zh-CN"/>
        </w:rPr>
        <w:br/>
      </w:r>
      <w:r>
        <w:rPr>
          <w:lang w:eastAsia="zh-CN"/>
        </w:rPr>
        <w:t>　　（1）你能说出有理数乘法法则吗？</w:t>
      </w:r>
      <w:r>
        <w:rPr>
          <w:lang w:eastAsia="zh-CN"/>
        </w:rPr>
        <w:br/>
      </w:r>
      <w:r>
        <w:rPr>
          <w:lang w:eastAsia="zh-CN"/>
        </w:rPr>
        <w:t>　　（2）用有理数乘法法则进行两个有理数的乘法运算的基本步骤是什么？</w:t>
      </w:r>
      <w:r>
        <w:rPr>
          <w:lang w:eastAsia="zh-CN"/>
        </w:rPr>
        <w:br/>
      </w:r>
      <w:r>
        <w:rPr>
          <w:lang w:eastAsia="zh-CN"/>
        </w:rPr>
        <w:t>　　（3）举例说明如何从正数、0的乘法运算出发，归纳出正数乘负数的法则。</w:t>
      </w:r>
      <w:r>
        <w:rPr>
          <w:lang w:eastAsia="zh-CN"/>
        </w:rPr>
        <w:br/>
      </w:r>
      <w:r>
        <w:rPr>
          <w:lang w:eastAsia="zh-CN"/>
        </w:rPr>
        <w:t>　　（4）你能举例说明符号法则“负负得正”的合理性吗？</w:t>
      </w:r>
      <w:r>
        <w:rPr>
          <w:lang w:eastAsia="zh-CN"/>
        </w:rPr>
        <w:br/>
      </w:r>
      <w:r>
        <w:rPr>
          <w:lang w:eastAsia="zh-CN"/>
        </w:rPr>
        <w:t>　　设计意图：引导学生从知识内容和学习过程两个方面进行小结。</w:t>
      </w:r>
      <w:r>
        <w:rPr>
          <w:lang w:eastAsia="zh-CN"/>
        </w:rPr>
        <w:br/>
      </w:r>
      <w:r>
        <w:rPr>
          <w:lang w:eastAsia="zh-CN"/>
        </w:rPr>
        <w:t>　　作业：教科书第30页，练习1，2，3;第37页，习题1.4第1题。</w:t>
      </w:r>
      <w:r>
        <w:rPr>
          <w:lang w:eastAsia="zh-CN"/>
        </w:rPr>
        <w:br/>
      </w:r>
      <w:r>
        <w:rPr>
          <w:lang w:eastAsia="zh-CN"/>
        </w:rPr>
        <w:t>　　五、目标检测设计</w:t>
      </w:r>
      <w:r>
        <w:rPr>
          <w:lang w:eastAsia="zh-CN"/>
        </w:rPr>
        <w:br/>
      </w:r>
      <w:r>
        <w:rPr>
          <w:lang w:eastAsia="zh-CN"/>
        </w:rPr>
        <w:t>　　1.判断下列运算结果的符号：</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（1）5_（—3）;</w:t>
      </w:r>
      <w:r>
        <w:rPr>
          <w:lang w:eastAsia="zh-CN"/>
        </w:rPr>
        <w:br/>
      </w:r>
      <w:r>
        <w:rPr>
          <w:lang w:eastAsia="zh-CN"/>
        </w:rPr>
        <w:t>　　（2）（—3）_3;</w:t>
      </w:r>
      <w:r>
        <w:rPr>
          <w:lang w:eastAsia="zh-CN"/>
        </w:rPr>
        <w:br/>
      </w:r>
      <w:r>
        <w:rPr>
          <w:lang w:eastAsia="zh-CN"/>
        </w:rPr>
        <w:t>　　（3）（—2）_（—7）;</w:t>
      </w:r>
      <w:r>
        <w:rPr>
          <w:lang w:eastAsia="zh-CN"/>
        </w:rPr>
        <w:br/>
      </w:r>
      <w:r>
        <w:rPr>
          <w:lang w:eastAsia="zh-CN"/>
        </w:rPr>
        <w:t>　　（4）（+0。5）_（+0。7）。</w:t>
      </w:r>
      <w:r>
        <w:rPr>
          <w:lang w:eastAsia="zh-CN"/>
        </w:rPr>
        <w:br/>
      </w:r>
      <w:r>
        <w:rPr>
          <w:lang w:eastAsia="zh-CN"/>
        </w:rPr>
        <w:t>　　设计意图：检测学生对有理数乘法的符号法则的理解。</w:t>
      </w:r>
      <w:r>
        <w:rPr>
          <w:lang w:eastAsia="zh-CN"/>
        </w:rPr>
        <w:br/>
      </w:r>
      <w:r>
        <w:rPr>
          <w:lang w:eastAsia="zh-CN"/>
        </w:rPr>
        <w:t>　　2计算：</w:t>
      </w:r>
      <w:r>
        <w:rPr>
          <w:lang w:eastAsia="zh-CN"/>
        </w:rPr>
        <w:br/>
      </w:r>
      <w:r>
        <w:rPr>
          <w:lang w:eastAsia="zh-CN"/>
        </w:rPr>
        <w:t>　　（1）6_（—9）;</w:t>
      </w:r>
      <w:r>
        <w:rPr>
          <w:lang w:eastAsia="zh-CN"/>
        </w:rPr>
        <w:br/>
      </w:r>
      <w:r>
        <w:rPr>
          <w:lang w:eastAsia="zh-CN"/>
        </w:rPr>
        <w:t>　　（2）（—6）_0。25;</w:t>
      </w:r>
      <w:r>
        <w:rPr>
          <w:lang w:eastAsia="zh-CN"/>
        </w:rPr>
        <w:br/>
      </w:r>
      <w:r>
        <w:rPr>
          <w:lang w:eastAsia="zh-CN"/>
        </w:rPr>
        <w:t>　　（3）（—0。5）_（—8）;</w:t>
      </w:r>
      <w:r>
        <w:rPr>
          <w:lang w:eastAsia="zh-CN"/>
        </w:rPr>
        <w:br/>
      </w:r>
      <w:r>
        <w:rPr>
          <w:lang w:eastAsia="zh-CN"/>
        </w:rPr>
        <w:t>　　（4）0_（—6）;</w:t>
      </w:r>
      <w:r>
        <w:rPr>
          <w:lang w:eastAsia="zh-CN"/>
        </w:rPr>
        <w:br/>
      </w:r>
      <w:r>
        <w:rPr>
          <w:lang w:eastAsia="zh-CN"/>
        </w:rPr>
        <w:t>　　设计意图：检测学生对有理数乘法法则的理解情况。初一数学上册教学计划4</w:t>
      </w:r>
      <w:r>
        <w:rPr>
          <w:lang w:eastAsia="zh-CN"/>
        </w:rPr>
        <w:br/>
      </w:r>
      <w:r>
        <w:rPr>
          <w:lang w:eastAsia="zh-CN"/>
        </w:rPr>
        <w:t xml:space="preserve">    一、教学内容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本期教科书中的所有章节：第六章：一元一次方程：本章主要学习一元一次方程及其解的概念和解法与应用。本章重点：一元一次方程的解法及实际应用。本章难点：列一元一次方程组解决实际问题。第七章：二元一次方程组：本章主要学习二元一次方程(组)及其解的概念和解法与应用。本章重点：二元一次方程组的解法及实际应用。本章难点：列二元一次方程组解决实际问题。第八章：一元一次不等式：本章主要内容是一元一次不等式(组)的解法及简单应用。本章重点：不等式的基本性质与一元一次不等式(组)的解法与简单应用。本章难点：不等式基本性质的理解与应用、列一元一次不等式(组)解决简单的实际问题。第九章：多边形：本章主要学习与三角形有关的线段、角及多边形的内角和等内容。本章重点：三角形有关线段、角及多边形的内角和的性质与应用。本章难点：正确理解三角形的高、中线及角平分线的性质并能作图，及三角形内角和的证明与多边形内角和的探究。第十章：轴对称。</w:t>
      </w:r>
      <w:r>
        <w:rPr>
          <w:lang w:eastAsia="zh-CN"/>
        </w:rPr>
        <w:br/>
      </w:r>
      <w:r>
        <w:rPr>
          <w:lang w:eastAsia="zh-CN"/>
        </w:rPr>
        <w:t>　　二、奋斗目标</w:t>
      </w:r>
      <w:r>
        <w:rPr>
          <w:lang w:eastAsia="zh-CN"/>
        </w:rPr>
        <w:br/>
      </w:r>
      <w:r>
        <w:rPr>
          <w:lang w:eastAsia="zh-CN"/>
        </w:rPr>
        <w:t>　　通过本期教学，使学生形成一定的数学素质，能自觉运用数学知识解决生活中的数学问题，扎实的数学基本功，为今后继续学习数学打下良好的基础。培养一批数学尖子，能掌握科学的学习方法，不及格人数较少。形成良好学风，养成良好的数学学习习惯，构建融洽的师生关系，使学生在德、智、体各方面全面发展。</w:t>
      </w:r>
      <w:r>
        <w:rPr>
          <w:lang w:eastAsia="zh-CN"/>
        </w:rPr>
        <w:br/>
      </w:r>
      <w:r>
        <w:rPr>
          <w:lang w:eastAsia="zh-CN"/>
        </w:rPr>
        <w:t>　　三、教学措施</w:t>
      </w:r>
      <w:r>
        <w:rPr>
          <w:lang w:eastAsia="zh-CN"/>
        </w:rPr>
        <w:br/>
      </w:r>
      <w:r>
        <w:rPr>
          <w:lang w:eastAsia="zh-CN"/>
        </w:rPr>
        <w:t>　　1、认真研读新课程标准，钻研教材，精选习题，精心备课，做好教案，上好新课。同时仔细批改作业，作好辅导，发现问题及时解决作认真总结成功与失败的经验和原因。</w:t>
      </w:r>
      <w:r>
        <w:rPr>
          <w:lang w:eastAsia="zh-CN"/>
        </w:rPr>
        <w:br/>
      </w:r>
      <w:r>
        <w:rPr>
          <w:lang w:eastAsia="zh-CN"/>
        </w:rPr>
        <w:t>　　2、充分利用现代化教学设施制作教学道具，设置教学情境，结合日常生活，由浅入深，循序渐进。引导学生主动加入课堂学习和讨论，积极参与知识的探究与规律的`总结。</w:t>
      </w:r>
      <w:r>
        <w:rPr>
          <w:lang w:eastAsia="zh-CN"/>
        </w:rPr>
        <w:br/>
      </w:r>
      <w:r>
        <w:rPr>
          <w:lang w:eastAsia="zh-CN"/>
        </w:rPr>
        <w:t>　　3、营造民主、和谐、平等、自主的学习氛围，引导学生进行合作探究、交流和分享发现的快乐。从而体会到学习的乐趣，激发学生的学习热情。</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4、精心设计探究主题，引导学生学会发散思维，培养学生创造性思维的能力，实现一题多解、举一反三、触类旁通。</w:t>
      </w:r>
      <w:r>
        <w:rPr>
          <w:lang w:eastAsia="zh-CN"/>
        </w:rPr>
        <w:br/>
      </w:r>
      <w:r>
        <w:rPr>
          <w:lang w:eastAsia="zh-CN"/>
        </w:rPr>
        <w:t>　　5、开展分层教学模式，成立互助学习小组，以优带良，以优促后。同时狠抓中等生，辅导后进生，实现共同进步。</w:t>
      </w:r>
      <w:r>
        <w:rPr>
          <w:lang w:eastAsia="zh-CN"/>
        </w:rPr>
        <w:br/>
      </w:r>
      <w:r>
        <w:rPr>
          <w:lang w:eastAsia="zh-CN"/>
        </w:rPr>
        <w:t>　　四、教学进度</w:t>
      </w:r>
      <w:r>
        <w:rPr>
          <w:lang w:eastAsia="zh-CN"/>
        </w:rPr>
        <w:br/>
      </w:r>
      <w:r>
        <w:rPr>
          <w:lang w:eastAsia="zh-CN"/>
        </w:rPr>
        <w:t>　　第六章第一周---第三周</w:t>
      </w:r>
      <w:r>
        <w:rPr>
          <w:lang w:eastAsia="zh-CN"/>
        </w:rPr>
        <w:br/>
      </w:r>
      <w:r>
        <w:rPr>
          <w:lang w:eastAsia="zh-CN"/>
        </w:rPr>
        <w:t>　　1、从实际问题到方程第一周</w:t>
      </w:r>
      <w:r>
        <w:rPr>
          <w:lang w:eastAsia="zh-CN"/>
        </w:rPr>
        <w:br/>
      </w:r>
      <w:r>
        <w:rPr>
          <w:lang w:eastAsia="zh-CN"/>
        </w:rPr>
        <w:t>　　2、解一元一次方程第一周</w:t>
      </w:r>
      <w:r>
        <w:rPr>
          <w:lang w:eastAsia="zh-CN"/>
        </w:rPr>
        <w:br/>
      </w:r>
      <w:r>
        <w:rPr>
          <w:lang w:eastAsia="zh-CN"/>
        </w:rPr>
        <w:t>　　3、实践与探索第二周---第三周</w:t>
      </w:r>
      <w:r>
        <w:rPr>
          <w:lang w:eastAsia="zh-CN"/>
        </w:rPr>
        <w:br/>
      </w:r>
      <w:r>
        <w:rPr>
          <w:lang w:eastAsia="zh-CN"/>
        </w:rPr>
        <w:t>　　复习与考试第三周</w:t>
      </w:r>
      <w:r>
        <w:rPr>
          <w:lang w:eastAsia="zh-CN"/>
        </w:rPr>
        <w:br/>
      </w:r>
      <w:r>
        <w:rPr>
          <w:lang w:eastAsia="zh-CN"/>
        </w:rPr>
        <w:t>　　第七章第四周——第六周</w:t>
      </w:r>
      <w:r>
        <w:rPr>
          <w:lang w:eastAsia="zh-CN"/>
        </w:rPr>
        <w:br/>
      </w:r>
      <w:r>
        <w:rPr>
          <w:lang w:eastAsia="zh-CN"/>
        </w:rPr>
        <w:t>　　1、二元一次方程组和它的解第四周</w:t>
      </w:r>
      <w:r>
        <w:rPr>
          <w:lang w:eastAsia="zh-CN"/>
        </w:rPr>
        <w:br/>
      </w:r>
      <w:r>
        <w:rPr>
          <w:lang w:eastAsia="zh-CN"/>
        </w:rPr>
        <w:t>　　2、二元一次方程组的解法第四周</w:t>
      </w:r>
      <w:r>
        <w:rPr>
          <w:lang w:eastAsia="zh-CN"/>
        </w:rPr>
        <w:br/>
      </w:r>
      <w:r>
        <w:rPr>
          <w:lang w:eastAsia="zh-CN"/>
        </w:rPr>
        <w:t>　　3、实践与探索第五周---第六周</w:t>
      </w:r>
      <w:r>
        <w:rPr>
          <w:lang w:eastAsia="zh-CN"/>
        </w:rPr>
        <w:br/>
      </w:r>
      <w:r>
        <w:rPr>
          <w:lang w:eastAsia="zh-CN"/>
        </w:rPr>
        <w:t>　　4、复习与考试第六周</w:t>
      </w:r>
      <w:r>
        <w:rPr>
          <w:lang w:eastAsia="zh-CN"/>
        </w:rPr>
        <w:br/>
      </w:r>
      <w:r>
        <w:rPr>
          <w:lang w:eastAsia="zh-CN"/>
        </w:rPr>
        <w:t>　　第八章第七周——第九周</w:t>
      </w:r>
      <w:r>
        <w:rPr>
          <w:lang w:eastAsia="zh-CN"/>
        </w:rPr>
        <w:br/>
      </w:r>
      <w:r>
        <w:rPr>
          <w:lang w:eastAsia="zh-CN"/>
        </w:rPr>
        <w:t>　　1、认识不等式第七周</w:t>
      </w:r>
      <w:r>
        <w:rPr>
          <w:lang w:eastAsia="zh-CN"/>
        </w:rPr>
        <w:br/>
      </w:r>
      <w:r>
        <w:rPr>
          <w:lang w:eastAsia="zh-CN"/>
        </w:rPr>
        <w:t>　　2、解一元一次不等式第七周</w:t>
      </w:r>
      <w:r>
        <w:rPr>
          <w:lang w:eastAsia="zh-CN"/>
        </w:rPr>
        <w:br/>
      </w:r>
      <w:r>
        <w:rPr>
          <w:lang w:eastAsia="zh-CN"/>
        </w:rPr>
        <w:t>　　3、一元一次不等式组第八周——第九周</w:t>
      </w:r>
      <w:r>
        <w:rPr>
          <w:lang w:eastAsia="zh-CN"/>
        </w:rPr>
        <w:br/>
      </w:r>
      <w:r>
        <w:rPr>
          <w:lang w:eastAsia="zh-CN"/>
        </w:rPr>
        <w:t>　　4、复习与考试第九周</w:t>
      </w:r>
      <w:r>
        <w:rPr>
          <w:lang w:eastAsia="zh-CN"/>
        </w:rPr>
        <w:br/>
      </w:r>
      <w:r>
        <w:rPr>
          <w:lang w:eastAsia="zh-CN"/>
        </w:rPr>
        <w:t>　　期中复习与考试第九周——第十周</w:t>
      </w:r>
      <w:r>
        <w:rPr>
          <w:lang w:eastAsia="zh-CN"/>
        </w:rPr>
        <w:br/>
      </w:r>
      <w:r>
        <w:rPr>
          <w:lang w:eastAsia="zh-CN"/>
        </w:rPr>
        <w:t>　　第九章第十一周——第十三周</w:t>
      </w:r>
      <w:r>
        <w:rPr>
          <w:lang w:eastAsia="zh-CN"/>
        </w:rPr>
        <w:br/>
      </w:r>
      <w:r>
        <w:rPr>
          <w:lang w:eastAsia="zh-CN"/>
        </w:rPr>
        <w:t>　　1、三角形第十一周</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2、多边形的内角和与外角和第十二周</w:t>
      </w:r>
      <w:r>
        <w:rPr>
          <w:lang w:eastAsia="zh-CN"/>
        </w:rPr>
        <w:br/>
      </w:r>
      <w:r>
        <w:rPr>
          <w:lang w:eastAsia="zh-CN"/>
        </w:rPr>
        <w:t>　　3、用正多边形拼地板第十二周</w:t>
      </w:r>
      <w:r>
        <w:rPr>
          <w:lang w:eastAsia="zh-CN"/>
        </w:rPr>
        <w:br/>
      </w:r>
      <w:r>
        <w:rPr>
          <w:lang w:eastAsia="zh-CN"/>
        </w:rPr>
        <w:t>　　4、复习与考试第十三周</w:t>
      </w:r>
      <w:r>
        <w:rPr>
          <w:lang w:eastAsia="zh-CN"/>
        </w:rPr>
        <w:br/>
      </w:r>
      <w:r>
        <w:rPr>
          <w:lang w:eastAsia="zh-CN"/>
        </w:rPr>
        <w:t>　　第十章第十四周——第十五周</w:t>
      </w:r>
      <w:r>
        <w:rPr>
          <w:lang w:eastAsia="zh-CN"/>
        </w:rPr>
        <w:br/>
      </w:r>
      <w:r>
        <w:rPr>
          <w:lang w:eastAsia="zh-CN"/>
        </w:rPr>
        <w:t>　　1、生活中轴对称第十四周</w:t>
      </w:r>
      <w:r>
        <w:rPr>
          <w:lang w:eastAsia="zh-CN"/>
        </w:rPr>
        <w:br/>
      </w:r>
      <w:r>
        <w:rPr>
          <w:lang w:eastAsia="zh-CN"/>
        </w:rPr>
        <w:t>　　2、轴对称的认识第十四周</w:t>
      </w:r>
      <w:r>
        <w:rPr>
          <w:lang w:eastAsia="zh-CN"/>
        </w:rPr>
        <w:br/>
      </w:r>
      <w:r>
        <w:rPr>
          <w:lang w:eastAsia="zh-CN"/>
        </w:rPr>
        <w:t>　　3、等腰三角形第十五周</w:t>
      </w:r>
      <w:r>
        <w:rPr>
          <w:lang w:eastAsia="zh-CN"/>
        </w:rPr>
        <w:br/>
      </w:r>
      <w:r>
        <w:rPr>
          <w:lang w:eastAsia="zh-CN"/>
        </w:rPr>
        <w:t>　　4、复习与考试第十五周</w:t>
      </w:r>
      <w:r>
        <w:rPr>
          <w:lang w:eastAsia="zh-CN"/>
        </w:rPr>
        <w:br/>
      </w:r>
      <w:r>
        <w:rPr>
          <w:lang w:eastAsia="zh-CN"/>
        </w:rPr>
        <w:t>　　期末复习及考试第十六周——第十九周初一数学上册教学计划5</w:t>
      </w:r>
      <w:r>
        <w:rPr>
          <w:lang w:eastAsia="zh-CN"/>
        </w:rPr>
        <w:br/>
      </w:r>
      <w:r>
        <w:rPr>
          <w:lang w:eastAsia="zh-CN"/>
        </w:rPr>
        <w:t xml:space="preserve">    一、基本情况分析：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七年级入学了，学生总体情况如下：七年级(1)(5)班学生：78人，通过入学考试发现，学生的数学成绩参差不齐，总体上看，学生的数学成绩较差，在学生的数学知识上看，小学学过的四则混合运算，相应的较为简单的应用题，对图形、图形的面积、体积，数据的收集与整理上有了初步的认识，无论是代数的知识，图形的知识都有待于进一步系统化，理论化，这就是初中的内容，本学期将要学习有关代数的初步知识，对图形的进一步认识;在数学的思维上，学生正处于形象思维向逻辑抽象思维的转变期，这期间，结合教学，让学生适当思考部分有利于思维的题，无疑是对学生终身有用的;在学习习惯上，部分小学的不良习惯要得到纠正，良好的习惯要得到巩固，如独立思考，认真进行总结，及时改正作业，超前学习等，都应得到强化;通过前面几天的观察，大部分学生对数学是很感兴趣的，尽管成绩较差，但仍有部分学生对数学严重丧失信心，因此要给这部分学生树信心，鼓干劲;对于小学升入初中，学生有一个适应的过程，刚开始起点宜低，讲解宜慢，使学生迅速适应初中生活，同时，对于学习新教材，学生仍然感到有一定的困难，对于我自己，也有一个研究新教材，新标准，扩充教材的过程，对于我仍然是一个挑战。</w:t>
      </w:r>
      <w:r>
        <w:rPr>
          <w:lang w:eastAsia="zh-CN"/>
        </w:rPr>
        <w:br/>
      </w:r>
      <w:r>
        <w:rPr>
          <w:lang w:eastAsia="zh-CN"/>
        </w:rPr>
        <w:t>　　二、教材分析：</w:t>
      </w:r>
      <w:r>
        <w:rPr>
          <w:lang w:eastAsia="zh-CN"/>
        </w:rPr>
        <w:br/>
      </w:r>
      <w:r>
        <w:rPr>
          <w:lang w:eastAsia="zh-CN"/>
        </w:rPr>
        <w:t>　　第一章 丰富的图形世界</w:t>
      </w:r>
      <w:r>
        <w:rPr>
          <w:lang w:eastAsia="zh-CN"/>
        </w:rPr>
        <w:br/>
      </w:r>
      <w:r>
        <w:rPr>
          <w:lang w:eastAsia="zh-CN"/>
        </w:rPr>
        <w:t>　　这部分的主要内容是通过生活中熟悉的图形展开研究，包括图形的形状、构成、性质、图形的展开与折叠，图形的截面，图形的方向视图等。</w:t>
      </w:r>
      <w:r>
        <w:rPr>
          <w:lang w:eastAsia="zh-CN"/>
        </w:rPr>
        <w:br/>
      </w:r>
      <w:r>
        <w:rPr>
          <w:lang w:eastAsia="zh-CN"/>
        </w:rPr>
        <w:t>　　这部分从生活中常见的立体图形入手，使学生在丰富的现实情境中、在展开与折叠等数学活动过程中，认识常见几何体及点、线、面的一些性质;再通过展开与折叠、切截，从不同方向看等活动，在平面图形与几何体的转换中发展学生的空间观念;最后，由立体图形转向平面图形，在丰富的活动中使学生认识一些平面图形的简单性质。</w:t>
      </w:r>
      <w:r>
        <w:rPr>
          <w:lang w:eastAsia="zh-CN"/>
        </w:rPr>
        <w:br/>
      </w:r>
      <w:r>
        <w:rPr>
          <w:lang w:eastAsia="zh-CN"/>
        </w:rPr>
        <w:t>　　展开与折叠、切截，从不同方向看，是认识到事物的重要手段，在学习过程中，要亲自去展开与折叠、切截，亲自去观察、思考，并与同伴交流，从而积累有关图形的经验，发展空间观念。</w:t>
      </w:r>
      <w:r>
        <w:rPr>
          <w:lang w:eastAsia="zh-CN"/>
        </w:rPr>
        <w:br/>
      </w:r>
      <w:r>
        <w:rPr>
          <w:lang w:eastAsia="zh-CN"/>
        </w:rPr>
        <w:t>　　第二章 有理数及其运算</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这部分的主要内容是有理数的概念及其加减法、乘除法、和乘方运算，以及使用计算器作简单的有理数运算。这部分内容在设计上是从实际问题情境与已有的小学数学知识基础着手，提出问题，引导学生自主地发现新的有理数的一些概念，探索有理数的数量关系及其规律。在方法上采用了由具体特殊的现象发现一般规律，使学生初步体验从实际问题抽象出数学模型的思想方法，初步学会表示数量关系的一些数学工具以及解决一些简单问题的方法。同时适当控制练习和习题的难度，引人计算器，避免不必要的烦琐的计算。这部分的内容不仅是为下一部分内容“整式的加减”的学习作好一个铺垫，而且是整个初中数学“数与代数”内容中关于“数”的学习的重要基础，通过这部分内容的学习，可以有助于学生更好地学习“数与代数”、“空间与图形”、“统计与概率”等内容，可以说这部分内容是整个初中数学学习的重要基础，因此这部分内容是本学期教学内容的一个重点。</w:t>
      </w:r>
      <w:r>
        <w:rPr>
          <w:lang w:eastAsia="zh-CN"/>
        </w:rPr>
        <w:br/>
      </w:r>
      <w:r>
        <w:rPr>
          <w:lang w:eastAsia="zh-CN"/>
        </w:rPr>
        <w:t>　　第三章 整式及其加减</w:t>
      </w:r>
      <w:r>
        <w:rPr>
          <w:lang w:eastAsia="zh-CN"/>
        </w:rPr>
        <w:br/>
      </w:r>
      <w:r>
        <w:rPr>
          <w:lang w:eastAsia="zh-CN"/>
        </w:rPr>
        <w:t>　　列代数式，单项式及其有关概念，多项式及其有关概念，去括号法则，整式的加减，合并同类项，求代数式的值。重点：去括号，合并同类项。难点：对单项式系数，次数，多项式次数的理解与应用。整式是简单代数式的一种形式，在日常生活中经常要用整式表示有关的量，体现了变量与常量之间的关系，加深了对数的理解。本章中列代数式，去括号及合并同类项是后面学习一元一次方程的基础，求代数式的值在中考命题中占有重要的地位。</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第四章 基本平面图形</w:t>
      </w:r>
      <w:r>
        <w:rPr>
          <w:lang w:eastAsia="zh-CN"/>
        </w:rPr>
        <w:br/>
      </w:r>
      <w:r>
        <w:rPr>
          <w:lang w:eastAsia="zh-CN"/>
        </w:rPr>
        <w:t>　　这部分的主要内容是图形的初步认识，从学生生活周围熟悉的立体图形入手，使学生队物体形状的认识由模糊、感性的上升到抽象的数学图形，学会画简单的立体图形，通过立体图形的展开图介绍立体图形与平面图形的关系，从而引人组成立体图形和平面图形的最基本的图形——点和线的介绍，进而以此为基础介绍角、相交线、平行线的有关概念与性质以及平行线的识别方法，并介绍这些知识的一些初步应用。</w:t>
      </w:r>
      <w:r>
        <w:rPr>
          <w:lang w:eastAsia="zh-CN"/>
        </w:rPr>
        <w:br/>
      </w:r>
      <w:r>
        <w:rPr>
          <w:lang w:eastAsia="zh-CN"/>
        </w:rPr>
        <w:t>　　这部分内容在设计上是以学生在小学所学的“空间与图形”知识为基础，通过大量丰富的立体、平面图形，直观感知、操作确认、实践活动，进一步丰富学生对立体图形和平面图形的认识与感受，探索图形中存在的简单关系，初步体验一些变换的思想，初步学会数学说理。在这部分的内容编排上，以体——面——线——点为序，从学生周围的、熟悉的各种物体入手，直观认识立体图形，然后通过视图与展开图，进一步加以认识，再转到对各种平面图形的认识，对基本图形——点和线的认识，最后认识角、相交线及平行线。让学生在观察中学会分析、在操作中体验变换。这部分内容也是本学期教学内容的又一个重点。</w:t>
      </w:r>
      <w:r>
        <w:rPr>
          <w:lang w:eastAsia="zh-CN"/>
        </w:rPr>
        <w:br/>
      </w:r>
      <w:r>
        <w:rPr>
          <w:lang w:eastAsia="zh-CN"/>
        </w:rPr>
        <w:t>　　第五章 一元一次方程</w:t>
      </w:r>
      <w:r>
        <w:rPr>
          <w:lang w:eastAsia="zh-CN"/>
        </w:rPr>
        <w:br/>
      </w:r>
      <w:r>
        <w:rPr>
          <w:lang w:eastAsia="zh-CN"/>
        </w:rPr>
        <w:t>　　这部分的主要内容是介绍方程、一元一次方程的相关概念，解方程和运用解方程解决实际问题。</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通过丰富的实例，从中寻找等量关系，建立一元一次方程。利用天平直观地归纳等式的性质，运用等式的性质解一元一次方程。归纳解方程的一般步骤。建立方程模型，运用一元一次方程解决实际问题，总结运用方程解决实际问题的一般过程。</w:t>
      </w:r>
      <w:r>
        <w:rPr>
          <w:lang w:eastAsia="zh-CN"/>
        </w:rPr>
        <w:br/>
      </w:r>
      <w:r>
        <w:rPr>
          <w:lang w:eastAsia="zh-CN"/>
        </w:rPr>
        <w:t>　　第五章 数据的收集与表示</w:t>
      </w:r>
      <w:r>
        <w:rPr>
          <w:lang w:eastAsia="zh-CN"/>
        </w:rPr>
        <w:br/>
      </w:r>
      <w:r>
        <w:rPr>
          <w:lang w:eastAsia="zh-CN"/>
        </w:rPr>
        <w:t>　　这部分的主要内容包括三个部分：数据的收集、数据的表示、可能还是确定。前两部分是属于统计范畴的内容，后一部分属于概率范畴的内容，整个内容围绕着真实的数据展开教学。这部分内容在设计上是以大量丰富的实际生活例子为载体，让学生通过自主实践操作与合作探索活动学会数据的收集与表示的简单方法，并用来处理贴近学生生活的一些问题，养成用数据说话的习惯。这部分内容的引入是为适应社会发展的需要，让学生初步认识可以帮助人们对大量的数据作出合理的推断与预测的一种新的研究工具——统计与概率。</w:t>
      </w:r>
      <w:r>
        <w:rPr>
          <w:lang w:eastAsia="zh-CN"/>
        </w:rPr>
        <w:br/>
      </w:r>
      <w:r>
        <w:rPr>
          <w:lang w:eastAsia="zh-CN"/>
        </w:rPr>
        <w:t>　　三、明确本期教学目标:</w:t>
      </w:r>
      <w:r>
        <w:rPr>
          <w:lang w:eastAsia="zh-CN"/>
        </w:rPr>
        <w:br/>
      </w:r>
      <w:r>
        <w:rPr>
          <w:lang w:eastAsia="zh-CN"/>
        </w:rPr>
        <w:t>　　本期教材知识内容为“丰富的图形世界”、“有理数及其运算”、“整式及其加减”、“基本平面图形”、“一元一次方程”、“数据的收集与处理”。</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知识与技能目标：学生通过经历从具体情境中抽象出符号的.过程，认识有理数和代数式，掌握必要的有理数和代数式的运算(包括估算)技能，能运用有理数，代数式探索具体问题中的数量关系和变化规律，并能运用有理数的代数式来进行描述;学生在经历物体和图形的初步认识过程中，掌握基本的识图与作图技能，认识最基本的图形――点和线，进而认识角、相交线和平行线，掌握与此相关的基本推理技能;学生通过经历收集、整理、描述、分析数据，做出判断并进行交流活动的全过程，体会数据的作用，掌握基本的数据处理技能，形成对统计的初步认识。</w:t>
      </w:r>
      <w:r>
        <w:rPr>
          <w:lang w:eastAsia="zh-CN"/>
        </w:rPr>
        <w:br/>
      </w:r>
      <w:r>
        <w:rPr>
          <w:lang w:eastAsia="zh-CN"/>
        </w:rPr>
        <w:t>　　2、过程与方法目标：①学会能对具体情境中较大的数字信息做出合理的解释和推断，能用有理数、代数式刻划事物间的相互关系。②学生通过在探索图形(点、线、角、相交线、平行线)的性质、图形的变换以及平面图形与几何体的相互转换(三视图、展开图)等到活动过程中，初步建立空间观念，发展几何直觉;在合理的推证过程中，发展初步的演绎推理能力。③学生能在数据的收集与表示中，学会收集、选择、处理数学信息，做出合理的推断或大胆的猜测，并能用实例进行检验，从而增加可信度或否定。④学会能结合生活实际的具体</w:t>
      </w:r>
      <w:r>
        <w:rPr>
          <w:lang w:eastAsia="zh-CN"/>
        </w:rPr>
        <w:br/>
      </w:r>
      <w:r>
        <w:rPr>
          <w:lang w:eastAsia="zh-CN"/>
        </w:rPr>
        <w:t>　　情境发现并提出数学问题。⑤学会从不同的角度解决问题的方法，有效地解决问题，尝试对比评价不同方法之间的差异，并学会对解决问题过程的反思，从而获得解决问题的经验。⑥学会在解决问题的过程中与他人合作学习，养成独立思考与合作交流的习惯。</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情感与态度目标：①学生通过初步认识数学与现实世界的密切联系，乐于接触生活环境中的数学信息，愿意参与数学话题的研讨，从中懂得数学的价值，形成用数学的意识。②学会敢于面对数学活动中的困难，勇于运用所学数学知识克服困难并解决问题，获得成功的体验，从而树立学好数学的自信心。③学生通过学习，体验到数学中的有理数、代数式和几何图形是有效地描述现实世界的重要手段，认识到这些数学知识是解决实际问题和进行交流的重要工具从而了解数学对促进社会进步和发展人类理性精神的作用。④初步认识到数学活动是一个充满观察、实验、归纳、类比、推断可以获得数学猜想的探索过程，体验到数学活动充满着创造性，感受证明的必要性、证明过程的严谨性和结论的确定性。⑤学会在独立思考的基础上，积极参与学习讨论，敢于发表自己的观点，并能虚心听取、尊重与理解他人的见解，从而学会在交流中提高自己，形成良好的思维品质。⑥通过阅读学习，了解我国数学家在数学上的杰出贡献，从而增强民族的自豪感，增强爱国主义。</w:t>
      </w:r>
      <w:r>
        <w:rPr>
          <w:lang w:eastAsia="zh-CN"/>
        </w:rPr>
        <w:br/>
      </w:r>
      <w:r>
        <w:rPr>
          <w:lang w:eastAsia="zh-CN"/>
        </w:rPr>
        <w:t>　　上述三维目标是一个密切联系的有机整体，它们是相互联系的和相互作用的。过程与方法目标的实现，情感与态度目标的实现，离不开知识与技能的学习，否则它们的实现将是无源之水、无本之木;同时，知识与技能的学习必须以有利于过程与方法目标、情感与态度目标的实现为前提。</w:t>
      </w:r>
      <w:r>
        <w:rPr>
          <w:lang w:eastAsia="zh-CN"/>
        </w:rPr>
        <w:br/>
      </w:r>
      <w:r>
        <w:rPr>
          <w:lang w:eastAsia="zh-CN"/>
        </w:rPr>
        <w:t>　　四、提高教学质量的措施：</w:t>
      </w:r>
      <w:r>
        <w:rPr>
          <w:lang w:eastAsia="zh-CN"/>
        </w:rPr>
        <w:br/>
      </w:r>
      <w:r>
        <w:rPr>
          <w:lang w:eastAsia="zh-CN"/>
        </w:rPr>
        <w:t>　　1、做好教学六认真工作。把教学六认真做为提高成绩的主要方法，认真研读新课程标准，钻研新教材，根据新课程标准，扩充教材内容，认真上课，批改作业，认真辅导，认真制作测试试卷，也让学生学会认真。</w:t>
      </w:r>
      <w:r>
        <w:rPr>
          <w:lang w:eastAsia="zh-CN"/>
        </w:rPr>
        <w:br/>
      </w:r>
    </w:p>
    <w:p w:rsidR="001B1F19" w14:textId="27C3F48A">
      <w:pPr>
        <w:rPr>
          <w:lang w:eastAsia="zh-CN"/>
        </w:rPr>
      </w:pPr>
      <w:r>
        <w:rPr>
          <w:lang w:eastAsia="zh-CN"/>
        </w:rPr>
        <w:t>　　2、兴趣是最好的老师，爱因斯坦如是说。激发学生的兴趣，给学生介绍数学家，数学史，介绍相应的数学趣题，给出相应的数学思考题，激发学生的兴趣。</w:t>
      </w:r>
      <w:r>
        <w:rPr>
          <w:lang w:eastAsia="zh-CN"/>
        </w:rPr>
        <w:br/>
      </w:r>
      <w:r>
        <w:rPr>
          <w:lang w:eastAsia="zh-CN"/>
        </w:rPr>
        <w:t>　　3、开展丰富多彩的课外活动，课外调查，数学建模，野外测量，七巧板游戏，课件演示。使学生乐在其中，乐此不疲。</w:t>
      </w:r>
      <w:r>
        <w:rPr>
          <w:lang w:eastAsia="zh-CN"/>
        </w:rPr>
        <w:br/>
      </w:r>
      <w:r>
        <w:rPr>
          <w:lang w:eastAsia="zh-CN"/>
        </w:rPr>
        <w:t>　　4、挖掘数学特长生，发展这部分学生的特长，使其冒尖。</w:t>
      </w:r>
      <w:r>
        <w:rPr>
          <w:lang w:eastAsia="zh-CN"/>
        </w:rPr>
        <w:br/>
      </w:r>
      <w:r>
        <w:rPr>
          <w:lang w:eastAsia="zh-CN"/>
        </w:rPr>
        <w:t>　　5、开展分层教学实验，使不同的学生学到不同的知识，使人人能学到有用的知识，使不同的人得到不同的发展，获得成功感，使优生更优，差生逐渐赶上。</w:t>
      </w:r>
      <w:r>
        <w:rPr>
          <w:lang w:eastAsia="zh-CN"/>
        </w:rPr>
        <w:br/>
      </w:r>
      <w:r>
        <w:rPr>
          <w:lang w:eastAsia="zh-CN"/>
        </w:rPr>
        <w:t>　　6、用哲理的高度，站在系统的高度，思如泉涌的精神状态，八方联系，浑然一体的学习方式，使学生学得松。成绩好，发展学生的素质。初一数学上册教学计划6</w:t>
      </w:r>
      <w:r>
        <w:rPr>
          <w:lang w:eastAsia="zh-CN"/>
        </w:rPr>
        <w:br/>
      </w:r>
      <w:r>
        <w:rPr>
          <w:lang w:eastAsia="zh-CN"/>
        </w:rPr>
        <w:t xml:space="preserve">    教学目标 </w:t>
      </w:r>
      <w:r>
        <w:rPr>
          <w:lang w:eastAsia="zh-CN"/>
        </w:rPr>
        <w:br/>
      </w:r>
      <w:r>
        <w:rPr>
          <w:lang w:eastAsia="zh-CN"/>
        </w:rPr>
        <w:t>　　1.使学生在了解代数式概念的基础上，能把简单的与数量有关的词语用代数式表示出来;</w:t>
      </w:r>
      <w:r>
        <w:rPr>
          <w:lang w:eastAsia="zh-CN"/>
        </w:rPr>
        <w:br/>
      </w:r>
      <w:r>
        <w:rPr>
          <w:lang w:eastAsia="zh-CN"/>
        </w:rPr>
        <w:t>　　2.初步培养学生观察、分析和抽象思维的能力.</w:t>
      </w:r>
      <w:r>
        <w:rPr>
          <w:lang w:eastAsia="zh-CN"/>
        </w:rPr>
        <w:br/>
      </w:r>
      <w:r>
        <w:rPr>
          <w:lang w:eastAsia="zh-CN"/>
        </w:rPr>
        <w:t>　　教学重点和难点</w:t>
      </w:r>
      <w:r>
        <w:rPr>
          <w:lang w:eastAsia="zh-CN"/>
        </w:rPr>
        <w:br/>
      </w:r>
      <w:r>
        <w:rPr>
          <w:lang w:eastAsia="zh-CN"/>
        </w:rPr>
        <w:t>　　重点：列代数式.</w:t>
      </w:r>
      <w:r>
        <w:rPr>
          <w:lang w:eastAsia="zh-CN"/>
        </w:rPr>
        <w:br/>
      </w:r>
      <w:r>
        <w:rPr>
          <w:lang w:eastAsia="zh-CN"/>
        </w:rPr>
        <w:t>　　难点：弄清楚语句中各数量的意义及相互关系.</w:t>
      </w:r>
      <w:r>
        <w:rPr>
          <w:lang w:eastAsia="zh-CN"/>
        </w:rPr>
        <w:br/>
      </w:r>
      <w:r>
        <w:rPr>
          <w:lang w:eastAsia="zh-CN"/>
        </w:rPr>
        <w:t>　　课堂教学过程设计</w:t>
      </w:r>
      <w:r>
        <w:rPr>
          <w:lang w:eastAsia="zh-CN"/>
        </w:rPr>
        <w:br/>
      </w:r>
      <w:r>
        <w:rPr>
          <w:lang w:eastAsia="zh-CN"/>
        </w:rPr>
        <w:t>　　一、从学生原有的认知结构提出问题</w:t>
      </w:r>
      <w:r>
        <w:rPr>
          <w:lang w:eastAsia="zh-CN"/>
        </w:rPr>
        <w:br/>
      </w:r>
      <w:r>
        <w:rPr>
          <w:lang w:eastAsia="zh-CN"/>
        </w:rPr>
        <w:t>　　1?用代数式表示乙数：(投影)</w:t>
      </w:r>
      <w:r>
        <w:rPr>
          <w:lang w:eastAsia="zh-CN"/>
        </w:rPr>
        <w:br/>
      </w:r>
      <w:r>
        <w:rPr>
          <w:lang w:eastAsia="zh-CN"/>
        </w:rPr>
        <w:t>　　(1)乙数比_大5;(_+5)</w:t>
      </w:r>
      <w:r>
        <w:rPr>
          <w:lang w:eastAsia="zh-CN"/>
        </w:rPr>
        <w:br/>
      </w:r>
      <w:r>
        <w:rPr>
          <w:lang w:eastAsia="zh-CN"/>
        </w:rPr>
        <w:t>　　(2)乙数比_的2倍小3;(2_-3)</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https://d.book118.com/058131114051006045</w:t>
        </w:r>
      </w:hyperlink>
    </w:p>
    <w:p w:rsidR="001B1F19">
      <w:pPr>
        <w:rPr>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8131114051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