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安全管理工作总结</w:t>
      </w:r>
    </w:p>
    <w:p>
      <w:pPr>
        <w:spacing w:before="100" w:after="200" w:line="360" w:lineRule="auto"/>
        <w:ind w:firstLine="576"/>
        <w:jc w:val="left"/>
      </w:pPr>
      <w:r>
        <w:rPr>
          <w:rFonts w:ascii="宋体" w:eastAsia="宋体" w:hAnsi="宋体"/>
          <w:sz w:val="28"/>
        </w:rPr>
        <w:t>x镇油库在市公司及经营部的正确领导下和全体员工的共同努力下，全年接卸汽油、柴油xx车，吞吐量为xx万吨，虽然受国际资源紧张的影响，吞吐量比往年有所下降，但油库始终贯彻执行‘预防为主，安全第一’的方针和抓安全管理不放松的原则，圆满完成了上级领导下达的各项工作任务，现将xx年的工作总结汇报如下：</w:t>
      </w:r>
    </w:p>
    <w:p>
      <w:pPr>
        <w:spacing w:before="100" w:after="200" w:line="360" w:lineRule="auto"/>
        <w:jc w:val="left"/>
      </w:pPr>
      <w:r>
        <w:rPr>
          <w:rFonts w:ascii="宋体 (中文正文)" w:eastAsia="宋体" w:hAnsi="宋体 (中文正文)"/>
          <w:b/>
          <w:sz w:val="28"/>
        </w:rPr>
        <w:t>一、油库xx年的工作指导思想</w:t>
      </w:r>
    </w:p>
    <w:p>
      <w:pPr>
        <w:spacing w:before="100" w:after="200" w:line="360" w:lineRule="auto"/>
        <w:ind w:firstLine="576"/>
        <w:jc w:val="left"/>
      </w:pPr>
      <w:r>
        <w:rPr>
          <w:rFonts w:ascii="宋体" w:eastAsia="宋体" w:hAnsi="宋体"/>
          <w:sz w:val="28"/>
        </w:rPr>
        <w:t>xx镇油库以今年初与经营部签订“安全管理目标责任书”为目标依照7月份集团公司安全生产电视讲话为指导，油库各项工作有条不紊的开展，并且我们认真贯彻执行集团公司安全生产会议精神严格执行各项安全方针制度，加大隐患治理力度，全年安全无大小事故，事故率为零，确保了无一升不合格的油品出库。</w:t>
      </w:r>
    </w:p>
    <w:p>
      <w:pPr>
        <w:spacing w:before="100" w:after="200" w:line="360" w:lineRule="auto"/>
        <w:jc w:val="left"/>
      </w:pPr>
      <w:r>
        <w:rPr>
          <w:rFonts w:ascii="宋体 (中文正文)" w:eastAsia="宋体" w:hAnsi="宋体 (中文正文)"/>
          <w:b/>
          <w:sz w:val="28"/>
        </w:rPr>
        <w:t>二、加强油库安全管理工作和职工思想教育</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p>
    <w:p>
      <w:pPr>
        <w:spacing w:before="100" w:after="200" w:line="360" w:lineRule="auto"/>
        <w:ind w:firstLine="576"/>
        <w:jc w:val="left"/>
      </w:pPr>
      <w:r>
        <w:rPr>
          <w:rFonts w:ascii="宋体" w:eastAsia="宋体" w:hAnsi="宋体"/>
          <w:sz w:val="28"/>
        </w:rPr>
        <w:t>安全管理工作是油库管理的重中之重，也是油库各项工作的前提，安全工作抓不好其他各项工作在好也等于零，所以我们把安全管理工作放在首位。油库肩负着接卸储存输转发货的重任，可谓是经营部的心脏部位，油库的安全生产是油库全部活动的和整个石化企业生存与发展的基础，因此安全工作只能加强不能淡化，由于去年油库现在十名职工都按上级要求转化身份，职工的思想波动较大，有思想情绪，这给油库的安全管理工作和安全生产增加了难度。这些不安全状况对油库的安全生产造成了很大影响，为此我们经常组织员工学习加强思想教育进行安全第一，预防为主，全员动手综合治理和十项禁令的学习，教育员工按各岗位规章制度规范操作，用典型的事故案例分析事故原因增强职工的安全感和责任感，使员工了解这些规章制度都是别人血的教训和长期实践总结出来的。石油产品易燃易爆，一旦发生事故后果不堪设想而且直接受害者是我们自己，违章作业等于自我伤害，违章指挥是间接伤害别人。通过这些思想教育和工作相结合的办法使员工深刻认识安全的重要性，同时对新招工人进行三级教育，对全体员工定期举办消防。防汛。防震防事故等十套预案模拟演练，使每个员工掌握消防器材的使用和灭火要领，为三基工作中的基本功训练奠定了良好的基础。</w:t>
      </w:r>
    </w:p>
    <w:p>
      <w:pPr>
        <w:spacing w:before="100" w:after="200" w:line="360" w:lineRule="auto"/>
        <w:jc w:val="left"/>
      </w:pPr>
      <w:r>
        <w:rPr>
          <w:rFonts w:ascii="宋体 (中文正文)" w:eastAsia="宋体" w:hAnsi="宋体 (中文正文)"/>
          <w:b/>
          <w:sz w:val="28"/>
        </w:rPr>
        <w:t>三、加强数质量管理，维护企业形象</w:t>
      </w:r>
    </w:p>
    <w:p>
      <w:pPr>
        <w:spacing w:before="100" w:after="200" w:line="360" w:lineRule="auto"/>
        <w:ind w:firstLine="576"/>
        <w:jc w:val="left"/>
      </w:pPr>
      <w:r>
        <w:rPr>
          <w:rFonts w:ascii="宋体" w:eastAsia="宋体" w:hAnsi="宋体"/>
          <w:sz w:val="28"/>
        </w:rPr>
        <w:t>数质量是企业的生命，xx镇油库虽然xx年接卸量较少，但我们数质量工作始终按照[中华人民共和国产品质量法]、《中石化数质量管理办法》认真执行，我们在实际工作中坚持质量第一，效益至上的方针。油库今年以来全部是南京炼厂直接到货，油品的质量虽然能够得到保障，但我们仍不放过每一车，每一列，每次槽车到库以后，首先核对车号，品名，吨位，按组进行理化指标的检测化验，并对油样打上封条备查，合格后方可入库，对于公司发放的油品清洁剂，我们严格按照比例添加，保障了油品的质量。在接卸输转的过程中我们坚定不移的做到专泵，专罐，专管。油品数量不够不入库，质量不合格不入库，以保证石化企业的信誉和企业良好的形象，维护企业和用户的利益。</w:t>
      </w:r>
    </w:p>
    <w:p>
      <w:pPr>
        <w:spacing w:before="100" w:after="200" w:line="360" w:lineRule="auto"/>
        <w:jc w:val="left"/>
      </w:pPr>
      <w:r>
        <w:rPr>
          <w:rFonts w:ascii="宋体 (中文正文)" w:eastAsia="宋体" w:hAnsi="宋体 (中文正文)"/>
          <w:b/>
          <w:sz w:val="28"/>
        </w:rPr>
        <w:t>四、加强设备管理，确保设备性能良好</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p>
    <w:p>
      <w:pPr>
        <w:spacing w:before="100" w:after="200" w:line="360" w:lineRule="auto"/>
        <w:ind w:firstLine="576"/>
        <w:jc w:val="left"/>
      </w:pPr>
      <w:r>
        <w:rPr>
          <w:rFonts w:ascii="宋体" w:eastAsia="宋体" w:hAnsi="宋体"/>
          <w:sz w:val="28"/>
        </w:rPr>
        <w:t>油库的设备都使用十年有余，大部分设备都有不同程度的故障，渗漏，异音等现象，设备的好坏也是直接影响油库的安全生产的重要因素，如果设备出现了故障不能及时发现和处理那就等于埋藏了一个不定时的炸弹，随时随地都可能发生事故，为了保证设备的完好，我们今年初重新调整了设备领导小组的成员，制定相关规章制度，设备全部承包到每个员工，责任到人，做到‘四定’：定目标，定岗位，定责任，定措施。今年组织相关人员对油库三台油泵一台真空泵及深井泵，清水泵，泡沫泵，12组接发油鹤管和近200个阀门，法兰进行全面的维修和保养，更换石棉垫大小约xx个，并且建立起所有设备档案，为‘三基’工作中的基础工作奠定了良好基础。</w:t>
      </w:r>
    </w:p>
    <w:p>
      <w:pPr>
        <w:spacing w:before="100" w:after="200" w:line="360" w:lineRule="auto"/>
        <w:jc w:val="left"/>
      </w:pPr>
      <w:r>
        <w:rPr>
          <w:rFonts w:ascii="宋体 (中文正文)" w:eastAsia="宋体" w:hAnsi="宋体 (中文正文)"/>
          <w:b/>
          <w:sz w:val="28"/>
        </w:rPr>
        <w:t>五、加大隐患整改力度，确保油库安全</w:t>
      </w:r>
    </w:p>
    <w:p>
      <w:pPr>
        <w:spacing w:before="100" w:after="200" w:line="360" w:lineRule="auto"/>
        <w:ind w:firstLine="576"/>
        <w:jc w:val="left"/>
      </w:pPr>
      <w:r>
        <w:rPr>
          <w:rFonts w:ascii="宋体" w:eastAsia="宋体" w:hAnsi="宋体"/>
          <w:sz w:val="28"/>
        </w:rPr>
        <w:t>为确保油库的安全生产，我们对检查出的油库的安全隐患能及时整改的立即给予整改，凡是不能整改的则及时上报并做好防范监护措施，xx年我们主要对以下安全隐患进行了整改：</w:t>
      </w:r>
    </w:p>
    <w:p>
      <w:pPr>
        <w:spacing w:before="100" w:after="200" w:line="360" w:lineRule="auto"/>
        <w:ind w:firstLine="576"/>
        <w:jc w:val="left"/>
      </w:pPr>
      <w:r>
        <w:rPr>
          <w:rFonts w:ascii="宋体" w:eastAsia="宋体" w:hAnsi="宋体"/>
          <w:sz w:val="28"/>
        </w:rPr>
        <w:t>1.卧式罐区油水分离池改造</w:t>
      </w:r>
    </w:p>
    <w:p>
      <w:pPr>
        <w:spacing w:before="100" w:after="200" w:line="360" w:lineRule="auto"/>
        <w:ind w:firstLine="576"/>
        <w:jc w:val="left"/>
      </w:pPr>
      <w:r>
        <w:rPr>
          <w:rFonts w:ascii="宋体" w:eastAsia="宋体" w:hAnsi="宋体"/>
          <w:sz w:val="28"/>
        </w:rPr>
        <w:t>2.铁路栈桥电位连接增设五组</w:t>
      </w:r>
    </w:p>
    <w:p>
      <w:pPr>
        <w:spacing w:before="100" w:after="200" w:line="360" w:lineRule="auto"/>
        <w:ind w:firstLine="576"/>
        <w:jc w:val="left"/>
      </w:pPr>
      <w:r>
        <w:rPr>
          <w:rFonts w:ascii="宋体" w:eastAsia="宋体" w:hAnsi="宋体"/>
          <w:sz w:val="28"/>
        </w:rPr>
        <w:t>3.汽柴油泵三次更换三副油机诫密封</w:t>
      </w:r>
    </w:p>
    <w:p>
      <w:pPr>
        <w:spacing w:before="100" w:after="200" w:line="360" w:lineRule="auto"/>
        <w:ind w:firstLine="576"/>
        <w:jc w:val="left"/>
      </w:pPr>
      <w:r>
        <w:rPr>
          <w:rFonts w:ascii="宋体" w:eastAsia="宋体" w:hAnsi="宋体"/>
          <w:sz w:val="28"/>
        </w:rPr>
        <w:t>4.四座立体罐罐基铺设沥青</w:t>
      </w:r>
    </w:p>
    <w:p>
      <w:pPr>
        <w:spacing w:before="100" w:after="200" w:line="360" w:lineRule="auto"/>
        <w:ind w:firstLine="576"/>
        <w:jc w:val="left"/>
      </w:pPr>
      <w:r>
        <w:rPr>
          <w:rFonts w:ascii="宋体" w:eastAsia="宋体" w:hAnsi="宋体"/>
          <w:sz w:val="28"/>
        </w:rPr>
        <w:t>5.立体灌区，计量灌区防火墙重新粉刷</w:t>
      </w:r>
    </w:p>
    <w:p>
      <w:pPr>
        <w:spacing w:before="100" w:after="200" w:line="360" w:lineRule="auto"/>
        <w:ind w:firstLine="576"/>
        <w:jc w:val="left"/>
      </w:pPr>
      <w:r>
        <w:rPr>
          <w:rFonts w:ascii="宋体" w:eastAsia="宋体" w:hAnsi="宋体"/>
          <w:sz w:val="28"/>
        </w:rPr>
        <w:t>6.油泵房更换铝合金门，发油台上下更换铝合金门窗</w:t>
      </w:r>
    </w:p>
    <w:p>
      <w:pPr>
        <w:spacing w:before="100" w:after="200" w:line="360" w:lineRule="auto"/>
        <w:ind w:firstLine="576"/>
        <w:jc w:val="left"/>
      </w:pPr>
      <w:r>
        <w:rPr>
          <w:rFonts w:ascii="宋体" w:eastAsia="宋体" w:hAnsi="宋体"/>
          <w:sz w:val="28"/>
        </w:rPr>
        <w:t>7.铁路栈桥照明灯改造十组</w:t>
      </w:r>
    </w:p>
    <w:p>
      <w:pPr>
        <w:spacing w:before="100" w:after="200" w:line="360" w:lineRule="auto"/>
        <w:ind w:firstLine="576"/>
        <w:jc w:val="left"/>
      </w:pPr>
      <w:r>
        <w:rPr>
          <w:rFonts w:ascii="宋体" w:eastAsia="宋体" w:hAnsi="宋体"/>
          <w:sz w:val="28"/>
        </w:rPr>
        <w:t>8.库内所有四眼阀门，法兰跨接</w:t>
      </w:r>
    </w:p>
    <w:p>
      <w:pPr>
        <w:spacing w:before="100" w:after="200" w:line="360" w:lineRule="auto"/>
        <w:ind w:firstLine="576"/>
        <w:jc w:val="left"/>
      </w:pPr>
      <w:r>
        <w:rPr>
          <w:rFonts w:ascii="宋体" w:eastAsia="宋体" w:hAnsi="宋体"/>
          <w:sz w:val="28"/>
        </w:rPr>
        <w:t>9.油泵房四台泵连轴器增设防护罩</w:t>
      </w:r>
    </w:p>
    <w:p>
      <w:pPr>
        <w:spacing w:before="100" w:after="200" w:line="360" w:lineRule="auto"/>
        <w:ind w:firstLine="576"/>
        <w:jc w:val="left"/>
      </w:pPr>
      <w:r>
        <w:rPr>
          <w:rFonts w:ascii="宋体" w:eastAsia="宋体" w:hAnsi="宋体"/>
          <w:sz w:val="28"/>
        </w:rPr>
        <w:t>10.所有屋面动火补漏等</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p>
    <w:p>
      <w:pPr>
        <w:spacing w:before="100" w:after="200" w:line="360" w:lineRule="auto"/>
        <w:ind w:firstLine="576"/>
        <w:jc w:val="left"/>
      </w:pPr>
      <w:r>
        <w:rPr>
          <w:rFonts w:ascii="宋体" w:eastAsia="宋体" w:hAnsi="宋体"/>
          <w:sz w:val="28"/>
        </w:rPr>
        <w:t>在进行油库隐患整改时，我们严格按照有关操作规程去做，如油库动火补漏前给施工人员进行了安全教育，并且把动火报告，防范措施，安全协议以书面形式上报公司领导。施工期间干部跟班监护有记录，职工现场监护有记录，施工人员不见到当日火票不准施工，油库输转作业时不准施工，风力超过五级不准施工，这一系列安全措施保障了施工的安全。</w:t>
      </w:r>
    </w:p>
    <w:p>
      <w:pPr>
        <w:spacing w:before="100" w:after="200" w:line="360" w:lineRule="auto"/>
        <w:jc w:val="left"/>
      </w:pPr>
      <w:r>
        <w:rPr>
          <w:rFonts w:ascii="宋体 (中文正文)" w:eastAsia="宋体" w:hAnsi="宋体 (中文正文)"/>
          <w:b/>
          <w:sz w:val="28"/>
        </w:rPr>
        <w:t>六、开展强‘三基’，反‘三违’，抓整改，保安全，推行hse体系</w:t>
      </w:r>
    </w:p>
    <w:p>
      <w:pPr>
        <w:spacing w:before="100" w:after="200" w:line="360" w:lineRule="auto"/>
        <w:ind w:firstLine="576"/>
        <w:jc w:val="left"/>
      </w:pPr>
      <w:r>
        <w:rPr>
          <w:rFonts w:ascii="宋体" w:eastAsia="宋体" w:hAnsi="宋体"/>
          <w:sz w:val="28"/>
        </w:rPr>
        <w:t>我们以开展百日安全无事故活动为契机，组织油库全体职工认真学习百日安全无事故活动的材料，切实提高各级领导和员工对安全生产重要性的认识，以强‘三基’反‘三违’抓整改，保安全为主要内容，全面落实安全生产责任制加大隐患整改力度，限度预防和杜绝事故的发生，确保油库的安全，hse管理体系的推行，使安全管理水平提高升级，夯实安全管理工作，确保安全管理目标顺利进行，动员全体员工都参加现场全面细致的危害因素的识别，由不懂到懂，由不了解到熟练掌握，形成学习推行hse安全管理的氛围。</w:t>
      </w:r>
    </w:p>
    <w:p>
      <w:pPr>
        <w:spacing w:before="100" w:after="200" w:line="360" w:lineRule="auto"/>
        <w:ind w:firstLine="576"/>
        <w:jc w:val="left"/>
      </w:pPr>
      <w:r>
        <w:rPr>
          <w:rFonts w:ascii="宋体" w:eastAsia="宋体" w:hAnsi="宋体"/>
          <w:sz w:val="28"/>
        </w:rPr>
        <w:t>20xx年，在公司的大力支持与指导下，工程部安全管理工作取得了较好的成绩。现将20xx年总结及20xx年计划汇报如下，请各级领导指示:</w:t>
      </w:r>
    </w:p>
    <w:p>
      <w:pPr>
        <w:spacing w:before="100" w:after="200" w:line="360" w:lineRule="auto"/>
        <w:ind w:firstLine="576"/>
        <w:jc w:val="left"/>
      </w:pPr>
      <w:r>
        <w:rPr>
          <w:rFonts w:ascii="宋体" w:eastAsia="宋体" w:hAnsi="宋体"/>
          <w:sz w:val="28"/>
        </w:rPr>
        <w:t>1、认真贯彻集团和政府相关部门系列安全管理文件指示精神，结合工程建设实际情况，落实日常安全管理工作。</w:t>
      </w:r>
    </w:p>
    <w:p>
      <w:pPr>
        <w:spacing w:before="100" w:after="200" w:line="360" w:lineRule="auto"/>
        <w:ind w:firstLine="576"/>
        <w:jc w:val="left"/>
      </w:pPr>
      <w:r>
        <w:rPr>
          <w:rFonts w:ascii="宋体" w:eastAsia="宋体" w:hAnsi="宋体"/>
          <w:sz w:val="28"/>
        </w:rPr>
        <w:t>公司派出专人参加集团安全生产相关会议，回来以后，向公司领导进行汇报，并通过开会、发放文件、发放会议音频记录等方式向公司及工地参建单位进行传达。公司全体人员，对照会议要求，从安全组织建设、安全制度建设、物资投入、工作具体安排、检查督促整改等方面进行认真落实。</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公司组织人员对所有安全资料进行检查并规范化建档留存备查。</w:t>
      </w:r>
    </w:p>
    <w:p>
      <w:pPr>
        <w:spacing w:before="100" w:after="200" w:line="360" w:lineRule="auto"/>
        <w:ind w:firstLine="576"/>
        <w:jc w:val="left"/>
      </w:pPr>
      <w:r>
        <w:rPr>
          <w:rFonts w:ascii="宋体" w:eastAsia="宋体" w:hAnsi="宋体"/>
          <w:sz w:val="28"/>
        </w:rPr>
        <w:t>对于安全生产管理的相关要求，通过公司办公会、工程专题会、工程例会、监理例会等方式进行传达学习安排。</w:t>
      </w:r>
    </w:p>
    <w:p>
      <w:pPr>
        <w:spacing w:before="100" w:after="200" w:line="360" w:lineRule="auto"/>
        <w:ind w:firstLine="576"/>
        <w:jc w:val="left"/>
      </w:pPr>
      <w:r>
        <w:rPr>
          <w:rFonts w:ascii="宋体" w:eastAsia="宋体" w:hAnsi="宋体"/>
          <w:sz w:val="28"/>
        </w:rPr>
        <w:t>努力做好一线建设工程的安全管理工作，项目部以项目经理为安全第一责任人，按照《安全生法》、《安全生产管理条列》及其它建设行业安全管理法规及专项规定为依据，制定安全管理工作计划并通过监理单位组织落实各施工单位的安全管理工作，对安全管理工作定期进行检查评估，对检查出的问题限时指定专人进行督促整改。</w:t>
      </w:r>
    </w:p>
    <w:p>
      <w:pPr>
        <w:spacing w:before="100" w:after="200" w:line="360" w:lineRule="auto"/>
        <w:ind w:firstLine="576"/>
        <w:jc w:val="left"/>
      </w:pPr>
      <w:r>
        <w:rPr>
          <w:rFonts w:ascii="宋体" w:eastAsia="宋体" w:hAnsi="宋体"/>
          <w:sz w:val="28"/>
        </w:rPr>
        <w:t>上半年的安全管理工作，重点做了以下各方面工作：</w:t>
      </w:r>
    </w:p>
    <w:p>
      <w:pPr>
        <w:spacing w:before="100" w:after="200" w:line="360" w:lineRule="auto"/>
        <w:ind w:firstLine="576"/>
        <w:jc w:val="left"/>
      </w:pPr>
      <w:r>
        <w:rPr>
          <w:rFonts w:ascii="宋体" w:eastAsia="宋体" w:hAnsi="宋体"/>
          <w:sz w:val="28"/>
        </w:rPr>
        <w:t>以工程项目建设为依托，建立公司各级安全管理机构并明确组成人员的安全责任;安全文明管理领导牵头、全员参与，责任到人，预防为主。</w:t>
      </w:r>
    </w:p>
    <w:p>
      <w:pPr>
        <w:spacing w:before="100" w:after="200" w:line="360" w:lineRule="auto"/>
        <w:ind w:firstLine="576"/>
        <w:jc w:val="left"/>
      </w:pPr>
      <w:r>
        <w:rPr>
          <w:rFonts w:ascii="宋体" w:eastAsia="宋体" w:hAnsi="宋体"/>
          <w:sz w:val="28"/>
        </w:rPr>
        <w:t>工程部对质量安全文明不懈地加强督促管理，通过监理公司针对各单位，建立质量安全文明管理组织及规范的档案资料，作为安全工作的抓手和履约情况评估资料。</w:t>
      </w:r>
    </w:p>
    <w:p>
      <w:pPr>
        <w:spacing w:before="100" w:after="200" w:line="360" w:lineRule="auto"/>
        <w:ind w:firstLine="576"/>
        <w:jc w:val="left"/>
      </w:pPr>
      <w:r>
        <w:rPr>
          <w:rFonts w:ascii="宋体" w:eastAsia="宋体" w:hAnsi="宋体"/>
          <w:sz w:val="28"/>
        </w:rPr>
        <w:t>为加强雨季施工安全日常管理，根据公司要求，由各监理部组织施工单位做好日常安全检查，投入必要的人力及材料设备，确保工地汛期安全生产。要求施工单位提报安全检查日报，相关安全管理人员对检查情况签字确认，监理审核后报工程部核查并存档。</w:t>
      </w:r>
    </w:p>
    <w:p>
      <w:pPr>
        <w:spacing w:before="100" w:after="200" w:line="360" w:lineRule="auto"/>
        <w:ind w:firstLine="576"/>
        <w:jc w:val="left"/>
      </w:pPr>
      <w:r>
        <w:rPr>
          <w:rFonts w:ascii="宋体" w:eastAsia="宋体" w:hAnsi="宋体"/>
          <w:sz w:val="28"/>
        </w:rPr>
        <w:t>受扬尘防控影响，工地施工暂停多次，工人流动性加大，管理难度增加。项目部督促监理及施工单位加大日常管理力度，确保安全施工并满足政府对防尘的相关要求。</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r>
        <w:rPr>
          <w:rFonts w:ascii="宋体" w:eastAsia="宋体" w:hAnsi="宋体"/>
          <w:sz w:val="28"/>
        </w:rPr>
        <w:t>由于工地处于城市繁华商业区，空间场地狭窄，工人住宿问题不好解决，偶尔发现有工人现场住宿。要求监理、施工单位加强日常检查，实行作业区与住宿工严格分离，发现一起整改一起，消除安全隐患。</w:t>
      </w:r>
    </w:p>
    <w:p>
      <w:pPr>
        <w:spacing w:before="100" w:after="200" w:line="360" w:lineRule="auto"/>
        <w:ind w:firstLine="576"/>
        <w:jc w:val="left"/>
      </w:pPr>
      <w:r>
        <w:rPr>
          <w:rFonts w:ascii="宋体" w:eastAsia="宋体" w:hAnsi="宋体"/>
          <w:sz w:val="28"/>
        </w:rPr>
        <w:t>目前工地处于深基坑施工阶段，要求各地块做好基坑沉降观测、主楼沉降观测，做好边坡防雨水冲刷覆盖。</w:t>
      </w:r>
    </w:p>
    <w:p>
      <w:pPr>
        <w:spacing w:before="100" w:after="200" w:line="360" w:lineRule="auto"/>
        <w:ind w:firstLine="576"/>
        <w:jc w:val="left"/>
      </w:pPr>
      <w:r>
        <w:rPr>
          <w:rFonts w:ascii="宋体" w:eastAsia="宋体" w:hAnsi="宋体"/>
          <w:sz w:val="28"/>
        </w:rPr>
        <w:t>项目安全文明工作根据需要不定期召开全项目专题会议，由各监理单位召集并主持会议，会后及时整理会议纪要。</w:t>
      </w:r>
    </w:p>
    <w:p>
      <w:pPr>
        <w:spacing w:before="100" w:after="200" w:line="360" w:lineRule="auto"/>
        <w:ind w:firstLine="576"/>
        <w:jc w:val="left"/>
      </w:pPr>
      <w:r>
        <w:rPr>
          <w:rFonts w:ascii="宋体" w:eastAsia="宋体" w:hAnsi="宋体"/>
          <w:sz w:val="28"/>
        </w:rPr>
        <w:t>监理单位每周定期组织一次本单位监理范围内施工单位的安全文明情况检查，对发现的安全隐患要求施工单位进行限期整改。检查时，对施工单位上一周的安全工作资料进行检查，检查安全交底、专项方案执行情况，安全文明工作人员、物资等的投入是否到位以前提出的整改要求是否按期完成建设方安全文明管理人员参与检查。要求监理单位督促各施工单位，重点加强消防工作。消防工作要列为重点，用电、施工作业面、工地防尘网、易燃垃圾、安全网、宿舍、厨房、易燃品储存情况，作为每日安全巡检必检部位。</w:t>
      </w:r>
    </w:p>
    <w:p>
      <w:pPr>
        <w:spacing w:before="100" w:after="200" w:line="360" w:lineRule="auto"/>
        <w:ind w:firstLine="576"/>
        <w:jc w:val="left"/>
      </w:pPr>
      <w:r>
        <w:rPr>
          <w:rFonts w:ascii="宋体" w:eastAsia="宋体" w:hAnsi="宋体"/>
          <w:sz w:val="28"/>
        </w:rPr>
        <w:t>对现场氧气、乙炔、液化器装置使用进行规范，要求必须采用合格产品，并在有效期内。禁用无证产品，加强检查，确保安全。</w:t>
      </w:r>
    </w:p>
    <w:p>
      <w:pPr>
        <w:spacing w:before="100" w:after="200" w:line="360" w:lineRule="auto"/>
        <w:ind w:firstLine="576"/>
        <w:jc w:val="left"/>
      </w:pPr>
      <w:r>
        <w:rPr>
          <w:rFonts w:ascii="宋体" w:eastAsia="宋体" w:hAnsi="宋体"/>
          <w:sz w:val="28"/>
        </w:rPr>
        <w:t>实行每天夜间安全联合检查制度，建设单位、监理单位、施工单位联合进行现场检查，重点防范火灾事故发生，并做好相关检查记录。宿舍区安排专人排查安全情况，并在工程日报中体现。</w:t>
      </w:r>
    </w:p>
    <w:p>
      <w:pPr>
        <w:spacing w:before="100" w:after="200" w:line="360" w:lineRule="auto"/>
        <w:ind w:firstLine="576"/>
        <w:jc w:val="left"/>
      </w:pPr>
      <w:r>
        <w:rPr>
          <w:rFonts w:ascii="宋体" w:eastAsia="宋体" w:hAnsi="宋体"/>
          <w:sz w:val="28"/>
        </w:rPr>
        <w:t>要求施工单位对进场工人进行书面安全交底，并经考试合格方可上岗工作。</w:t>
      </w:r>
    </w:p>
    <w:p>
      <w:pPr>
        <w:spacing w:before="100" w:after="200" w:line="360" w:lineRule="auto"/>
        <w:ind w:firstLine="576"/>
        <w:jc w:val="left"/>
      </w:pPr>
      <w:r>
        <w:rPr>
          <w:rFonts w:ascii="宋体" w:eastAsia="宋体" w:hAnsi="宋体"/>
          <w:sz w:val="28"/>
        </w:rPr>
        <w:t>要求各施工单位配备专职电工，用电接线由电工操作并要人监护;</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r>
        <w:rPr>
          <w:rFonts w:ascii="宋体" w:eastAsia="宋体" w:hAnsi="宋体"/>
          <w:sz w:val="28"/>
        </w:rPr>
        <w:t>要求各施工单位对工人进行消防知识培训及实操演练，学习简单的急救方法。</w:t>
      </w:r>
    </w:p>
    <w:p>
      <w:pPr>
        <w:spacing w:before="100" w:after="200" w:line="360" w:lineRule="auto"/>
        <w:ind w:firstLine="576"/>
        <w:jc w:val="left"/>
      </w:pPr>
      <w:r>
        <w:rPr>
          <w:rFonts w:ascii="宋体" w:eastAsia="宋体" w:hAnsi="宋体"/>
          <w:sz w:val="28"/>
        </w:rPr>
        <w:t>进入雨季后，加强现场防汛管理工作，要求施工单位编制防汛预案，按程序做好审批后，提前做好演练，认真落实人员、机具准备。</w:t>
      </w:r>
    </w:p>
    <w:p>
      <w:pPr>
        <w:spacing w:before="100" w:after="200" w:line="360" w:lineRule="auto"/>
        <w:ind w:firstLine="576"/>
        <w:jc w:val="left"/>
      </w:pPr>
      <w:r>
        <w:rPr>
          <w:rFonts w:ascii="宋体" w:eastAsia="宋体" w:hAnsi="宋体"/>
          <w:sz w:val="28"/>
        </w:rPr>
        <w:t>公司组织各部门对工地定期进行月度安全文明联合大检查，加大安全管理督促力度。</w:t>
      </w:r>
    </w:p>
    <w:p>
      <w:pPr>
        <w:spacing w:before="100" w:after="200" w:line="360" w:lineRule="auto"/>
        <w:ind w:firstLine="576"/>
        <w:jc w:val="left"/>
      </w:pPr>
      <w:r>
        <w:rPr>
          <w:rFonts w:ascii="宋体" w:eastAsia="宋体" w:hAnsi="宋体"/>
          <w:sz w:val="28"/>
        </w:rPr>
        <w:t>夏季高温时节，要求各单位配备防暑药品，防止中暑发生。公司多次给参建人员发放绿豆、白糖、人丹等防暑用品，开展“送清凉”关怀行动。</w:t>
      </w:r>
    </w:p>
    <w:p>
      <w:pPr>
        <w:spacing w:before="100" w:after="200" w:line="360" w:lineRule="auto"/>
        <w:ind w:firstLine="576"/>
        <w:jc w:val="left"/>
      </w:pPr>
      <w:r>
        <w:rPr>
          <w:rFonts w:ascii="宋体" w:eastAsia="宋体" w:hAnsi="宋体"/>
          <w:sz w:val="28"/>
        </w:rPr>
        <w:t>督促施工单位对厕所、厨房等部位做好清扫、杀灭蚊蝇等工作，确保工人生活环境良好。</w:t>
      </w:r>
    </w:p>
    <w:p>
      <w:pPr>
        <w:spacing w:before="100" w:after="200" w:line="360" w:lineRule="auto"/>
        <w:ind w:firstLine="576"/>
        <w:jc w:val="left"/>
      </w:pPr>
      <w:r>
        <w:rPr>
          <w:rFonts w:ascii="宋体" w:eastAsia="宋体" w:hAnsi="宋体"/>
          <w:sz w:val="28"/>
        </w:rPr>
        <w:t>天气炎热，大家易烦躁，工地出现打架苗头。提前采取预控措施，确保现场安全管理有序。</w:t>
      </w:r>
    </w:p>
    <w:p>
      <w:pPr>
        <w:spacing w:before="100" w:after="200" w:line="360" w:lineRule="auto"/>
        <w:ind w:firstLine="576"/>
        <w:jc w:val="left"/>
      </w:pPr>
      <w:r>
        <w:rPr>
          <w:rFonts w:ascii="宋体" w:eastAsia="宋体" w:hAnsi="宋体"/>
          <w:sz w:val="28"/>
        </w:rPr>
        <w:t>为规范安全管理资料的整理，要求参建单位必须随支付资料提报安全文明管理资料胶装本，一式两份。由监理单位指导文件装订具体做法。</w:t>
      </w:r>
    </w:p>
    <w:p>
      <w:pPr>
        <w:spacing w:before="100" w:after="200" w:line="360" w:lineRule="auto"/>
        <w:ind w:firstLine="576"/>
        <w:jc w:val="left"/>
      </w:pPr>
      <w:r>
        <w:rPr>
          <w:rFonts w:ascii="宋体" w:eastAsia="宋体" w:hAnsi="宋体"/>
          <w:sz w:val="28"/>
        </w:rPr>
        <w:t>检查落实各施工单位扬尘防治措施、社会维稳措施的执行情况，做好工人工资支付工作监督管理。</w:t>
      </w:r>
    </w:p>
    <w:p>
      <w:pPr>
        <w:spacing w:before="100" w:after="200" w:line="360" w:lineRule="auto"/>
        <w:ind w:firstLine="576"/>
        <w:jc w:val="left"/>
      </w:pPr>
      <w:r>
        <w:rPr>
          <w:rFonts w:ascii="宋体" w:eastAsia="宋体" w:hAnsi="宋体"/>
          <w:sz w:val="28"/>
        </w:rPr>
        <w:t>所有人员进入工地必须佩戴安全帽，要求高处作业按规定系安全带。重点做好外爬架、塔吊、钻机、模架系统的日常安全管理工作。</w:t>
      </w:r>
    </w:p>
    <w:p>
      <w:pPr>
        <w:spacing w:before="100" w:after="200" w:line="360" w:lineRule="auto"/>
        <w:ind w:firstLine="576"/>
        <w:jc w:val="left"/>
      </w:pPr>
      <w:r>
        <w:rPr>
          <w:rFonts w:ascii="宋体" w:eastAsia="宋体" w:hAnsi="宋体"/>
          <w:sz w:val="28"/>
        </w:rPr>
        <w:t>认真按集团要求做好节假日值班工作，领导带班，按时报送值班情况记录。</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r>
        <w:rPr>
          <w:rFonts w:ascii="宋体" w:eastAsia="宋体" w:hAnsi="宋体"/>
          <w:sz w:val="28"/>
        </w:rPr>
        <w:t>贯彻集团《关于进一步加强安全生产事故隐患排查治理体系建设的通知》要求，全员学习文件要求，列出安全隐患检查项目，对照事故隐患清单，在日常工作中检查落实。</w:t>
      </w:r>
    </w:p>
    <w:p>
      <w:pPr>
        <w:spacing w:before="100" w:after="200" w:line="360" w:lineRule="auto"/>
        <w:ind w:firstLine="576"/>
        <w:jc w:val="left"/>
      </w:pPr>
      <w:r>
        <w:rPr>
          <w:rFonts w:ascii="宋体" w:eastAsia="宋体" w:hAnsi="宋体"/>
          <w:sz w:val="28"/>
        </w:rPr>
        <w:t>现场多次举办安全教育活动，对全体工人进行安全教育。</w:t>
      </w:r>
    </w:p>
    <w:p>
      <w:pPr>
        <w:spacing w:before="100" w:after="200" w:line="360" w:lineRule="auto"/>
        <w:ind w:firstLine="576"/>
        <w:jc w:val="left"/>
      </w:pPr>
      <w:r>
        <w:rPr>
          <w:rFonts w:ascii="宋体" w:eastAsia="宋体" w:hAnsi="宋体"/>
          <w:sz w:val="28"/>
        </w:rPr>
        <w:t>本年度安全管理主要完成以下各项工作：</w:t>
      </w:r>
    </w:p>
    <w:p>
      <w:pPr>
        <w:spacing w:before="100" w:after="200" w:line="360" w:lineRule="auto"/>
        <w:ind w:firstLine="576"/>
        <w:jc w:val="left"/>
      </w:pPr>
      <w:r>
        <w:rPr>
          <w:rFonts w:ascii="宋体" w:eastAsia="宋体" w:hAnsi="宋体"/>
          <w:sz w:val="28"/>
        </w:rPr>
        <w:t>工程部组织监理和施工单位(三个施工项目部)，共开展安全培训48次;</w:t>
      </w:r>
    </w:p>
    <w:p>
      <w:pPr>
        <w:spacing w:before="100" w:after="200" w:line="360" w:lineRule="auto"/>
        <w:ind w:firstLine="576"/>
        <w:jc w:val="left"/>
      </w:pPr>
      <w:r>
        <w:rPr>
          <w:rFonts w:ascii="宋体" w:eastAsia="宋体" w:hAnsi="宋体"/>
          <w:sz w:val="28"/>
        </w:rPr>
        <w:t>开展消防工作演练6次，防汛演练3次;</w:t>
      </w:r>
    </w:p>
    <w:p>
      <w:pPr>
        <w:spacing w:before="100" w:after="200" w:line="360" w:lineRule="auto"/>
        <w:ind w:firstLine="576"/>
        <w:jc w:val="left"/>
      </w:pPr>
      <w:r>
        <w:rPr>
          <w:rFonts w:ascii="宋体" w:eastAsia="宋体" w:hAnsi="宋体"/>
          <w:sz w:val="28"/>
        </w:rPr>
        <w:t>开展安全大检查8次;</w:t>
      </w:r>
    </w:p>
    <w:p>
      <w:pPr>
        <w:spacing w:before="100" w:after="200" w:line="360" w:lineRule="auto"/>
        <w:ind w:firstLine="576"/>
        <w:jc w:val="left"/>
      </w:pPr>
      <w:r>
        <w:rPr>
          <w:rFonts w:ascii="宋体" w:eastAsia="宋体" w:hAnsi="宋体"/>
          <w:sz w:val="28"/>
        </w:rPr>
        <w:t>排查发现安全隐患23条，整改完毕23条。</w:t>
      </w:r>
    </w:p>
    <w:p>
      <w:pPr>
        <w:spacing w:before="100" w:after="200" w:line="360" w:lineRule="auto"/>
        <w:ind w:firstLine="576"/>
        <w:jc w:val="left"/>
      </w:pPr>
      <w:r>
        <w:rPr>
          <w:rFonts w:ascii="宋体" w:eastAsia="宋体" w:hAnsi="宋体"/>
          <w:sz w:val="28"/>
        </w:rPr>
        <w:t>通过安全生产系列管理活动，公司形成了安全生产宣传教育检查、督促整改的常态化机制，保证了生产生活安全。</w:t>
      </w:r>
    </w:p>
    <w:p>
      <w:pPr>
        <w:spacing w:before="100" w:after="200" w:line="360" w:lineRule="auto"/>
        <w:ind w:firstLine="576"/>
        <w:jc w:val="left"/>
      </w:pPr>
      <w:r>
        <w:rPr>
          <w:rFonts w:ascii="宋体" w:eastAsia="宋体" w:hAnsi="宋体"/>
          <w:sz w:val="28"/>
        </w:rPr>
        <w:t>经过各参建方共同努力，本年度安全形势良好，没有发生安全事故，保证了公司各项工作的安全开展。</w:t>
      </w:r>
    </w:p>
    <w:p>
      <w:pPr>
        <w:spacing w:before="100" w:after="200" w:line="360" w:lineRule="auto"/>
        <w:ind w:firstLine="576"/>
        <w:jc w:val="left"/>
      </w:pPr>
      <w:r>
        <w:rPr>
          <w:rFonts w:ascii="宋体" w:eastAsia="宋体" w:hAnsi="宋体"/>
          <w:sz w:val="28"/>
        </w:rPr>
        <w:t>20xx年安全管理工作计划</w:t>
      </w:r>
    </w:p>
    <w:p>
      <w:pPr>
        <w:spacing w:before="100" w:after="200" w:line="360" w:lineRule="auto"/>
        <w:ind w:firstLine="576"/>
        <w:jc w:val="left"/>
      </w:pPr>
      <w:r>
        <w:rPr>
          <w:rFonts w:ascii="宋体" w:eastAsia="宋体" w:hAnsi="宋体"/>
          <w:sz w:val="28"/>
        </w:rPr>
        <w:t>2.坚持工程周例会及监理周例会，结合实际工作情况，学习部署安全管理工作;贯彻落实安全生产责任制;做好会议纪要;</w:t>
      </w:r>
    </w:p>
    <w:p>
      <w:pPr>
        <w:spacing w:before="100" w:after="200" w:line="360" w:lineRule="auto"/>
        <w:ind w:firstLine="576"/>
        <w:jc w:val="left"/>
      </w:pPr>
      <w:r>
        <w:rPr>
          <w:rFonts w:ascii="宋体" w:eastAsia="宋体" w:hAnsi="宋体"/>
          <w:sz w:val="28"/>
        </w:rPr>
        <w:t>3.工程部对现场施工单位专项安全方案编制、审批、执行情况进行抽查，督促监理单位、施工单位落实安全管理责任;</w:t>
      </w:r>
    </w:p>
    <w:p>
      <w:pPr>
        <w:spacing w:before="100" w:after="200" w:line="360" w:lineRule="auto"/>
        <w:ind w:firstLine="576"/>
        <w:jc w:val="left"/>
      </w:pPr>
      <w:r>
        <w:rPr>
          <w:rFonts w:ascii="宋体" w:eastAsia="宋体" w:hAnsi="宋体"/>
          <w:sz w:val="28"/>
        </w:rPr>
        <w:t>4.每周安排检查现场防汛、冬施、消防、防雷、防电击等事故措施落实情况;</w:t>
      </w:r>
    </w:p>
    <w:p>
      <w:pPr>
        <w:spacing w:before="100" w:after="200" w:line="360" w:lineRule="auto"/>
        <w:ind w:firstLine="576"/>
        <w:jc w:val="left"/>
      </w:pPr>
      <w:r>
        <w:rPr>
          <w:rFonts w:ascii="宋体" w:eastAsia="宋体" w:hAnsi="宋体"/>
          <w:sz w:val="28"/>
        </w:rPr>
        <w:t>5.坚持按项目相关管理规定，做好日常安全管理工作;</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r>
        <w:rPr>
          <w:rFonts w:ascii="宋体" w:eastAsia="宋体" w:hAnsi="宋体"/>
          <w:sz w:val="28"/>
        </w:rPr>
        <w:t>7.做好安全资料管理及支付审核工作;</w:t>
      </w:r>
    </w:p>
    <w:p>
      <w:pPr>
        <w:spacing w:before="100" w:after="200" w:line="360" w:lineRule="auto"/>
        <w:ind w:firstLine="576"/>
        <w:jc w:val="left"/>
      </w:pPr>
      <w:r>
        <w:rPr>
          <w:rFonts w:ascii="宋体" w:eastAsia="宋体" w:hAnsi="宋体"/>
          <w:sz w:val="28"/>
        </w:rPr>
        <w:t>8.做好月度安全检查及工作总结评估;</w:t>
      </w:r>
    </w:p>
    <w:p>
      <w:pPr>
        <w:spacing w:before="100" w:after="200" w:line="360" w:lineRule="auto"/>
        <w:ind w:firstLine="576"/>
        <w:jc w:val="left"/>
      </w:pPr>
      <w:r>
        <w:rPr>
          <w:rFonts w:ascii="宋体" w:eastAsia="宋体" w:hAnsi="宋体"/>
          <w:sz w:val="28"/>
        </w:rPr>
        <w:t>9.总包单位安全文明工地创建方案审查及落实，按省级安全文明工地标准实施;</w:t>
      </w:r>
    </w:p>
    <w:p>
      <w:pPr>
        <w:spacing w:before="100" w:after="200" w:line="360" w:lineRule="auto"/>
        <w:ind w:firstLine="576"/>
        <w:jc w:val="left"/>
      </w:pPr>
      <w:r>
        <w:rPr>
          <w:rFonts w:ascii="宋体" w:eastAsia="宋体" w:hAnsi="宋体"/>
          <w:sz w:val="28"/>
        </w:rPr>
        <w:t>10.防尘管理措施落实情况日常检查，及时对办事处及政府其它部门的指示进行落实;</w:t>
      </w:r>
    </w:p>
    <w:p>
      <w:pPr>
        <w:spacing w:before="100" w:after="200" w:line="360" w:lineRule="auto"/>
        <w:ind w:firstLine="576"/>
        <w:jc w:val="left"/>
      </w:pPr>
      <w:r>
        <w:rPr>
          <w:rFonts w:ascii="宋体" w:eastAsia="宋体" w:hAnsi="宋体"/>
          <w:sz w:val="28"/>
        </w:rPr>
        <w:t>11.做好维稳工作，及时发放工人工资;</w:t>
      </w:r>
    </w:p>
    <w:p>
      <w:pPr>
        <w:spacing w:before="100" w:after="200" w:line="360" w:lineRule="auto"/>
        <w:ind w:firstLine="576"/>
        <w:jc w:val="left"/>
      </w:pPr>
      <w:r>
        <w:rPr>
          <w:rFonts w:ascii="宋体" w:eastAsia="宋体" w:hAnsi="宋体"/>
          <w:sz w:val="28"/>
        </w:rPr>
        <w:t>12.做好系列安全检查及工作总结评估;</w:t>
      </w:r>
    </w:p>
    <w:p>
      <w:pPr>
        <w:spacing w:before="100" w:after="200" w:line="360" w:lineRule="auto"/>
        <w:ind w:firstLine="576"/>
        <w:jc w:val="left"/>
      </w:pPr>
      <w:r>
        <w:rPr>
          <w:rFonts w:ascii="宋体" w:eastAsia="宋体" w:hAnsi="宋体"/>
          <w:sz w:val="28"/>
        </w:rPr>
        <w:t>13.按时向集团报告安全管理工作成果文件。</w:t>
      </w:r>
    </w:p>
    <w:p>
      <w:pPr>
        <w:spacing w:before="100" w:after="200" w:line="360" w:lineRule="auto"/>
        <w:ind w:firstLine="576"/>
        <w:jc w:val="left"/>
      </w:pPr>
      <w:r>
        <w:rPr>
          <w:rFonts w:ascii="宋体" w:eastAsia="宋体" w:hAnsi="宋体"/>
          <w:sz w:val="28"/>
        </w:rPr>
        <w:t>我是20xx年7月初加入到项目，这是我在施工安全管理工作上新的开始，同时也是一个自我积累、学习的阶段，到了一个新的施工现场，我始终以踏踏实实的态度来对待我的工作。安全工作在项目部领导的帮助和支持下，在同事们的配合下，我们安全管理工作的标准化、规范化水平也逐步提升。但同时也存在着很多问题，现就卡博特邢台项目部的安全工作的主要内容、存在的问题、个人建议以及今后的工作计划分述如下：</w:t>
      </w:r>
    </w:p>
    <w:p>
      <w:pPr>
        <w:spacing w:before="100" w:after="200" w:line="360" w:lineRule="auto"/>
        <w:jc w:val="left"/>
      </w:pPr>
      <w:r>
        <w:rPr>
          <w:rFonts w:ascii="宋体 (中文正文)" w:eastAsia="宋体" w:hAnsi="宋体 (中文正文)"/>
          <w:b/>
          <w:sz w:val="28"/>
        </w:rPr>
        <w:t>一、工作简要回顾</w:t>
      </w:r>
    </w:p>
    <w:p>
      <w:pPr>
        <w:spacing w:before="100" w:after="200" w:line="360" w:lineRule="auto"/>
        <w:ind w:firstLine="576"/>
        <w:jc w:val="left"/>
      </w:pPr>
      <w:r>
        <w:rPr>
          <w:rFonts w:ascii="宋体" w:eastAsia="宋体" w:hAnsi="宋体"/>
          <w:sz w:val="28"/>
        </w:rPr>
        <w:t>1、以“做一名合格的安全人员”作为自己工作的动力，加强有关安全生产技术的宣传及传达。同项目部职工一起学习安全方面技能知识，吸取分析事故案例，总结事故教训，不断增进业务水平的提高。</w:t>
      </w:r>
    </w:p>
    <w:p>
      <w:pPr>
        <w:spacing w:before="100" w:after="200" w:line="360" w:lineRule="auto"/>
        <w:ind w:firstLine="576"/>
        <w:jc w:val="left"/>
        <w:sectPr w:rsidSect="00034616">
          <w:type w:val="nextPage"/>
          <w:pgSz w:w="11906" w:h="16838"/>
          <w:pgMar w:top="1440" w:right="1440" w:bottom="1440" w:left="1440" w:header="720" w:footer="720" w:gutter="0"/>
          <w:pgNumType w:start="9"/>
          <w:cols w:space="720"/>
          <w:titlePg w:val="0"/>
          <w:docGrid w:linePitch="360"/>
        </w:sectPr>
      </w:pPr>
    </w:p>
    <w:p>
      <w:pPr>
        <w:spacing w:before="100" w:after="200" w:line="360" w:lineRule="auto"/>
        <w:ind w:firstLine="576"/>
        <w:jc w:val="left"/>
      </w:pPr>
      <w:r>
        <w:rPr>
          <w:rFonts w:ascii="宋体" w:eastAsia="宋体" w:hAnsi="宋体"/>
          <w:sz w:val="28"/>
        </w:rPr>
        <w:t>2、在部门负责人的正确领导下，认真对施工范围的设备和人员进行安全职能监督，在计划、布置、检查、总结、考核安全生产工作中，杜绝习惯性违章行为，坚决狠抓无证作业，坚决惩治现场的安全违规行为，指导和帮助工人了解和遵守现场的安全要求，使自己能够掌握威胁安全生产的危险源与薄弱环节。</w:t>
      </w:r>
    </w:p>
    <w:p>
      <w:pPr>
        <w:spacing w:before="100" w:after="200" w:line="360" w:lineRule="auto"/>
        <w:ind w:firstLine="576"/>
        <w:jc w:val="left"/>
      </w:pPr>
      <w:r>
        <w:rPr>
          <w:rFonts w:ascii="宋体" w:eastAsia="宋体" w:hAnsi="宋体"/>
          <w:sz w:val="28"/>
        </w:rPr>
        <w:t>3、通过每日安全巡视及时了解安全生产情况。天天到施工现场检查安全施工对项目部所有辖区进行全面检查，组织相关人员对特种设备及车辆进行检查，落实督促相关部门、作业队进行维修和保养，使所有设备能健康稳定运行，发现安全隐患，及时跟踪处理。</w:t>
      </w:r>
    </w:p>
    <w:p>
      <w:pPr>
        <w:spacing w:before="100" w:after="200" w:line="360" w:lineRule="auto"/>
        <w:ind w:firstLine="576"/>
        <w:jc w:val="left"/>
      </w:pPr>
      <w:r>
        <w:rPr>
          <w:rFonts w:ascii="宋体" w:eastAsia="宋体" w:hAnsi="宋体"/>
          <w:sz w:val="28"/>
        </w:rPr>
        <w:t>4、认真履行职责，在落实“安全检查”工作中严把安全关，组织相关人员做好安全检查工作，在现场多观察工人作业行为，对存在问题的习惯性操作，进行纠正和提高，严格执行卡博特现场安全制度，同时也进一步提高了自身安全管理水平，为改善施工现场安全环境，我们应该做到多观察、多思考。</w:t>
      </w:r>
    </w:p>
    <w:p>
      <w:pPr>
        <w:spacing w:before="100" w:after="200" w:line="360" w:lineRule="auto"/>
        <w:ind w:firstLine="576"/>
        <w:jc w:val="left"/>
      </w:pPr>
      <w:r>
        <w:rPr>
          <w:rFonts w:ascii="宋体" w:eastAsia="宋体" w:hAnsi="宋体"/>
          <w:sz w:val="28"/>
        </w:rPr>
        <w:t>5、多多扎根施工现场，通过和现场工人、管理人员多沟通，只有真正扎根于施工现场，才能对现场情况做到更深入地了解，促进我更好的工作；与现场施工人员多多沟通，广泛吸取各方经验，才能及时发现问题，拓展我的工作思路，真正实现职业健康、安全与环境的协调发展。</w:t>
      </w:r>
    </w:p>
    <w:p>
      <w:pPr>
        <w:spacing w:before="100" w:after="200" w:line="360" w:lineRule="auto"/>
        <w:ind w:firstLine="576"/>
        <w:jc w:val="left"/>
      </w:pPr>
      <w:r>
        <w:rPr>
          <w:rFonts w:ascii="宋体" w:eastAsia="宋体" w:hAnsi="宋体"/>
          <w:sz w:val="28"/>
        </w:rPr>
        <w:t>6、做好特种设备及车辆进场管理工作。每当到了一个新的项目部工作，我都会立即着手对车辆及特种设备的统计。每个项目部车辆都比较多，种类也繁杂，人员安全意识差，在入场前要对车辆进行仔细检查，确保合格的车辆在现场使用。</w:t>
      </w:r>
    </w:p>
    <w:p>
      <w:pPr>
        <w:spacing w:before="100" w:after="200" w:line="360" w:lineRule="auto"/>
        <w:ind w:firstLine="576"/>
        <w:jc w:val="left"/>
        <w:sectPr w:rsidSect="00034616">
          <w:type w:val="nextPage"/>
          <w:pgSz w:w="11906" w:h="16838"/>
          <w:pgMar w:top="1440" w:right="1440" w:bottom="1440" w:left="1440" w:header="720" w:footer="720" w:gutter="0"/>
          <w:pgNumType w:start="10"/>
          <w:cols w:space="720"/>
          <w:titlePg w:val="0"/>
          <w:docGrid w:linePitch="360"/>
        </w:sectPr>
      </w:pPr>
      <w:r>
        <w:rPr>
          <w:rFonts w:ascii="宋体" w:eastAsia="宋体" w:hAnsi="宋体"/>
          <w:sz w:val="28"/>
        </w:rPr>
        <w:t>7、积极开展隐患排查工作，切实做到安全事务心中有数。我在每个项目部都积极建立隐患排查治理制度并认真开展隐患排查登记工作，切实对治理过程进行监控和指导。认真听取、收集承包商的合理化安全建议和意见。</w:t>
      </w:r>
    </w:p>
    <w:p>
      <w:pPr>
        <w:spacing w:before="100" w:after="200" w:line="360" w:lineRule="auto"/>
        <w:ind w:firstLine="576"/>
        <w:jc w:val="left"/>
      </w:pPr>
      <w:r>
        <w:rPr>
          <w:rFonts w:ascii="宋体" w:eastAsia="宋体" w:hAnsi="宋体"/>
          <w:sz w:val="28"/>
        </w:rPr>
        <w:t>8、对现场脚手架的检查、挂牌，现场的脚手架工技能和意识不强，在搭设时存在很多问题，要通过现场检查提出建议，以便方便承包商搭设合格的脚手架。</w:t>
      </w:r>
    </w:p>
    <w:p>
      <w:pPr>
        <w:spacing w:before="100" w:after="200" w:line="360" w:lineRule="auto"/>
        <w:jc w:val="left"/>
      </w:pPr>
      <w:r>
        <w:rPr>
          <w:rFonts w:ascii="宋体 (中文正文)" w:eastAsia="宋体" w:hAnsi="宋体 (中文正文)"/>
          <w:b/>
          <w:sz w:val="28"/>
        </w:rPr>
        <w:t>二、存在问题及建议</w:t>
      </w:r>
    </w:p>
    <w:p>
      <w:pPr>
        <w:spacing w:before="100" w:after="200" w:line="360" w:lineRule="auto"/>
        <w:ind w:firstLine="576"/>
        <w:jc w:val="left"/>
      </w:pPr>
      <w:r>
        <w:rPr>
          <w:rFonts w:ascii="宋体" w:eastAsia="宋体" w:hAnsi="宋体"/>
          <w:sz w:val="28"/>
        </w:rPr>
        <w:t>虽然在施工上保持着安全稳定的状态，但也必须清醒地认识到在安全管理中还存在一些漏洞，与上级和项目部领导的要求还存在差距。在安全管理上还有很多不到位的地方，现将加入项目部以来安全管理工作中存在的一些问题和几点建议归纳如下：</w:t>
      </w:r>
    </w:p>
    <w:p>
      <w:pPr>
        <w:spacing w:before="100" w:after="200" w:line="360" w:lineRule="auto"/>
        <w:ind w:firstLine="576"/>
        <w:jc w:val="left"/>
      </w:pPr>
      <w:r>
        <w:rPr>
          <w:rFonts w:ascii="宋体" w:eastAsia="宋体" w:hAnsi="宋体"/>
          <w:sz w:val="28"/>
        </w:rPr>
        <w:t>1、存在问题</w:t>
      </w:r>
    </w:p>
    <w:p>
      <w:pPr>
        <w:spacing w:before="100" w:after="200" w:line="360" w:lineRule="auto"/>
        <w:ind w:firstLine="576"/>
        <w:jc w:val="left"/>
      </w:pPr>
      <w:r>
        <w:rPr>
          <w:rFonts w:ascii="宋体" w:eastAsia="宋体" w:hAnsi="宋体"/>
          <w:sz w:val="28"/>
        </w:rPr>
        <w:t>1）我们在安全工作上落实力度不够，虽然在过程中，按照项目部的规定采取了一些措施和办法，但是效果还没有达到目标要求，造成安全小问题经常出现。</w:t>
      </w:r>
    </w:p>
    <w:p>
      <w:pPr>
        <w:spacing w:before="100" w:after="200" w:line="360" w:lineRule="auto"/>
        <w:ind w:firstLine="576"/>
        <w:jc w:val="left"/>
      </w:pPr>
      <w:r>
        <w:rPr>
          <w:rFonts w:ascii="宋体" w:eastAsia="宋体" w:hAnsi="宋体"/>
          <w:sz w:val="28"/>
        </w:rPr>
        <w:t>2）现场施工作业人员流动性较大，工人安全意识差，在现场不能够很快的投入到施工中去，给我们的安全管理带来很被动的现象。</w:t>
      </w:r>
    </w:p>
    <w:p>
      <w:pPr>
        <w:spacing w:before="100" w:after="200" w:line="360" w:lineRule="auto"/>
        <w:ind w:firstLine="576"/>
        <w:jc w:val="left"/>
      </w:pPr>
      <w:r>
        <w:rPr>
          <w:rFonts w:ascii="宋体" w:eastAsia="宋体" w:hAnsi="宋体"/>
          <w:sz w:val="28"/>
        </w:rPr>
        <w:t>3）专职安全管理人员的专业能力存在较大差异，也在很大程度上制约着项目部的安全工作的开展。少数负责人安全生产意识不强，安全生产观念还比较淡薄，存有侥幸心理</w:t>
      </w:r>
    </w:p>
    <w:p>
      <w:pPr>
        <w:spacing w:before="100" w:after="200" w:line="360" w:lineRule="auto"/>
        <w:ind w:firstLine="576"/>
        <w:jc w:val="left"/>
      </w:pPr>
      <w:r>
        <w:rPr>
          <w:rFonts w:ascii="宋体" w:eastAsia="宋体" w:hAnsi="宋体"/>
          <w:sz w:val="28"/>
        </w:rPr>
        <w:t>4）极少数承包商安全隐患整改不及时、不到位，一般小安全隐患偶有发生。</w:t>
      </w:r>
    </w:p>
    <w:p>
      <w:pPr>
        <w:spacing w:before="100" w:after="200" w:line="360" w:lineRule="auto"/>
        <w:ind w:firstLine="576"/>
        <w:jc w:val="left"/>
      </w:pPr>
      <w:r>
        <w:rPr>
          <w:rFonts w:ascii="宋体" w:eastAsia="宋体" w:hAnsi="宋体"/>
          <w:sz w:val="28"/>
        </w:rPr>
        <w:t>5）我们虽然每天都在现场监督、巡检，可是我们对现场的掌控，观察方向，关注点拿捏的不是很到位。</w:t>
      </w:r>
    </w:p>
    <w:p>
      <w:pPr>
        <w:spacing w:before="100" w:after="200" w:line="360" w:lineRule="auto"/>
        <w:ind w:firstLine="576"/>
        <w:jc w:val="left"/>
        <w:sectPr w:rsidSect="00034616">
          <w:type w:val="nextPage"/>
          <w:pgSz w:w="11906" w:h="16838"/>
          <w:pgMar w:top="1440" w:right="1440" w:bottom="1440" w:left="1440" w:header="720" w:footer="720" w:gutter="0"/>
          <w:pgNumType w:start="11"/>
          <w:cols w:space="720"/>
          <w:titlePg w:val="0"/>
          <w:docGrid w:linePitch="360"/>
        </w:sectPr>
      </w:pPr>
      <w:r>
        <w:rPr>
          <w:rFonts w:ascii="宋体" w:eastAsia="宋体" w:hAnsi="宋体"/>
          <w:sz w:val="28"/>
        </w:rPr>
        <w:t>2、几点建议</w:t>
      </w:r>
    </w:p>
    <w:p>
      <w:pPr>
        <w:spacing w:before="100" w:after="200" w:line="360" w:lineRule="auto"/>
        <w:ind w:firstLine="576"/>
        <w:jc w:val="left"/>
      </w:pPr>
      <w:r>
        <w:rPr>
          <w:rFonts w:ascii="宋体" w:eastAsia="宋体" w:hAnsi="宋体"/>
          <w:sz w:val="28"/>
        </w:rPr>
        <w:t>1）施工管理方面。首先，安全应加强与各部室横向的联络与沟通，任何部门都不可以独立存在，单独运行，各部门之间应建立相互配合，相互协作的关系。只有各部室在经常沟通，相互协作中才能及时发现问题，纠正错误。这也是施工方案方法制定与落实的关键同时，也要明确各部门之间的责、权、利的划分，尤其是应注意细节上的问题。应该避免由于部门之间职责划分不明确产生的不必要的麻烦。</w:t>
      </w:r>
    </w:p>
    <w:p>
      <w:pPr>
        <w:spacing w:before="100" w:after="200" w:line="360" w:lineRule="auto"/>
        <w:ind w:firstLine="576"/>
        <w:jc w:val="left"/>
      </w:pPr>
      <w:r>
        <w:rPr>
          <w:rFonts w:ascii="宋体" w:eastAsia="宋体" w:hAnsi="宋体"/>
          <w:sz w:val="28"/>
        </w:rPr>
        <w:t>2）现场管理人员要做到有权、有责，并能够正确的灵活把握也很重要，这关系到对现场安全环境、质量等控制的工作效率，也有利于我们高质量，高效率的开展工作。</w:t>
      </w:r>
    </w:p>
    <w:p>
      <w:pPr>
        <w:spacing w:before="100" w:after="200" w:line="360" w:lineRule="auto"/>
        <w:ind w:firstLine="576"/>
        <w:jc w:val="left"/>
      </w:pPr>
      <w:r>
        <w:rPr>
          <w:rFonts w:ascii="宋体" w:eastAsia="宋体" w:hAnsi="宋体"/>
          <w:sz w:val="28"/>
        </w:rPr>
        <w:t>3）在现场安全控制方面，由专职安全员以老带新，培养新人，抓好现场安全工作，确保每一道工序的进度与质量情况均处于受控状态。</w:t>
      </w:r>
    </w:p>
    <w:p>
      <w:pPr>
        <w:spacing w:before="100" w:after="200" w:line="360" w:lineRule="auto"/>
        <w:ind w:firstLine="576"/>
        <w:jc w:val="left"/>
      </w:pPr>
      <w:r>
        <w:rPr>
          <w:rFonts w:ascii="宋体" w:eastAsia="宋体" w:hAnsi="宋体"/>
          <w:sz w:val="28"/>
        </w:rPr>
        <w:t>4）在现场的几家承包商中，他们的管理也是不一样的，我认为应该加强他们管理层的安全意识，使他们加强内部管理，然后我们在配合承包商加强、提高安全管理水平，提高承包商安全管理积极性，采取激励的措施，以提高项目部管理人员及承包商对安全管理的积极性。</w:t>
      </w:r>
    </w:p>
    <w:p>
      <w:pPr>
        <w:spacing w:before="100" w:after="200" w:line="360" w:lineRule="auto"/>
        <w:ind w:firstLine="576"/>
        <w:jc w:val="left"/>
      </w:pPr>
      <w:r>
        <w:rPr>
          <w:rFonts w:ascii="宋体" w:eastAsia="宋体" w:hAnsi="宋体"/>
          <w:sz w:val="28"/>
        </w:rPr>
        <w:t>5）加强承包商施工现场的文明施工，文明施工直接反应出我们现场的安全管理现状，对现场脏乱差的区域应加大力度及时整改，因为一个干净的现场才是一个安全有序的现场，这样一些安全隐患才能及时发现，暴露。</w:t>
      </w:r>
    </w:p>
    <w:p>
      <w:pPr>
        <w:spacing w:before="100" w:after="200" w:line="360" w:lineRule="auto"/>
        <w:jc w:val="left"/>
      </w:pPr>
      <w:r>
        <w:rPr>
          <w:rFonts w:ascii="宋体 (中文正文)" w:eastAsia="宋体" w:hAnsi="宋体 (中文正文)"/>
          <w:b/>
          <w:sz w:val="28"/>
        </w:rPr>
        <w:t>三、今后的工作计划</w:t>
      </w:r>
    </w:p>
    <w:p>
      <w:pPr>
        <w:spacing w:before="100" w:after="200" w:line="360" w:lineRule="auto"/>
        <w:ind w:firstLine="576"/>
        <w:jc w:val="left"/>
        <w:sectPr w:rsidSect="00034616">
          <w:type w:val="nextPage"/>
          <w:pgSz w:w="11906" w:h="16838"/>
          <w:pgMar w:top="1440" w:right="1440" w:bottom="1440" w:left="1440" w:header="720" w:footer="720" w:gutter="0"/>
          <w:pgNumType w:start="12"/>
          <w:cols w:space="720"/>
          <w:titlePg w:val="0"/>
          <w:docGrid w:linePitch="360"/>
        </w:sectPr>
      </w:pPr>
      <w:r>
        <w:rPr>
          <w:rFonts w:ascii="宋体" w:eastAsia="宋体" w:hAnsi="宋体"/>
          <w:sz w:val="28"/>
        </w:rPr>
        <w:t>1、继续做好对施工现场的安全监控、检查的力度。及时发现存在的隐患和问题，制定整改措施，认真进行整改、跟踪。</w:t>
      </w:r>
    </w:p>
    <w:p>
      <w:pPr>
        <w:spacing w:before="100" w:after="200" w:line="360" w:lineRule="auto"/>
        <w:ind w:firstLine="576"/>
        <w:jc w:val="left"/>
      </w:pPr>
      <w:r>
        <w:rPr>
          <w:rFonts w:ascii="宋体" w:eastAsia="宋体" w:hAnsi="宋体"/>
          <w:sz w:val="28"/>
        </w:rPr>
        <w:t>2、进一步加强施工现场的安全防护工作，严格要求施工作业人员进入施工现场必须佩带安全帽，穿防护服。同时，还要加强对既有线施工安全的宣传、监控的力度。在施工重点部位要求承包商安设相关的警示牌、标识牌及安全操作规程，加强施工人员的安全防范意识。</w:t>
      </w:r>
    </w:p>
    <w:p>
      <w:pPr>
        <w:spacing w:before="100" w:after="200" w:line="360" w:lineRule="auto"/>
        <w:ind w:firstLine="576"/>
        <w:jc w:val="left"/>
      </w:pPr>
      <w:r>
        <w:rPr>
          <w:rFonts w:ascii="宋体" w:eastAsia="宋体" w:hAnsi="宋体"/>
          <w:sz w:val="28"/>
        </w:rPr>
        <w:t>3、不断学习充实自己，完成更进一层的扎实蜕变。安全是一个永恒的话题，我在工作之余，也在不断对自己进行充电。熟读相关安全生产法规、相关工种安全操作规程，多多查阅相关安全技术知识，真正做一个新时代、新思想、有内涵的专职安全管理人员。</w:t>
      </w:r>
    </w:p>
    <w:p>
      <w:pPr>
        <w:spacing w:before="100" w:after="200" w:line="360" w:lineRule="auto"/>
        <w:ind w:firstLine="576"/>
        <w:jc w:val="left"/>
      </w:pPr>
      <w:r>
        <w:rPr>
          <w:rFonts w:ascii="宋体" w:eastAsia="宋体" w:hAnsi="宋体"/>
          <w:sz w:val="28"/>
        </w:rPr>
        <w:t>4、进一步增强忧患意识和责任意识，工作中不麻痹大意，要尽最大力量，争取有效措施，提高现场监督和安全管理水平。我将在总结成绩的基础上，继续找差距、寻找薄弱点、理清努力方向，力争把我的安全工作推上更高水平。</w:t>
      </w:r>
    </w:p>
    <w:p>
      <w:pPr>
        <w:spacing w:before="100" w:after="200" w:line="360" w:lineRule="auto"/>
        <w:ind w:firstLine="576"/>
        <w:jc w:val="left"/>
      </w:pPr>
      <w:r>
        <w:rPr>
          <w:rFonts w:ascii="宋体" w:eastAsia="宋体" w:hAnsi="宋体"/>
          <w:sz w:val="28"/>
        </w:rPr>
        <w:t>5、对现场高风险作业进行全面的监督检查，发现问题及时处理。</w:t>
      </w:r>
    </w:p>
    <w:p>
      <w:pPr>
        <w:spacing w:before="100" w:after="200" w:line="360" w:lineRule="auto"/>
        <w:ind w:firstLine="576"/>
        <w:jc w:val="left"/>
      </w:pPr>
      <w:r>
        <w:rPr>
          <w:rFonts w:ascii="宋体" w:eastAsia="宋体" w:hAnsi="宋体"/>
          <w:sz w:val="28"/>
        </w:rPr>
        <w:t>6、加强现场脚手架的检查和监督，因为装置区都是高层脚手架，脚手架在整个施工过程中，应该是我们关注的一个重点。</w:t>
      </w:r>
    </w:p>
    <w:p>
      <w:pPr>
        <w:spacing w:before="100" w:after="200" w:line="360" w:lineRule="auto"/>
        <w:ind w:firstLine="576"/>
        <w:jc w:val="left"/>
      </w:pPr>
      <w:r>
        <w:rPr>
          <w:rFonts w:ascii="宋体" w:eastAsia="宋体" w:hAnsi="宋体"/>
          <w:sz w:val="28"/>
        </w:rPr>
        <w:t>定期组织护士长开展护理质量分析、反馈，全面掌握护理工作动态。质控科每月对全院护理质控检查中存在的问题在护士长例会上进行反馈，要求科室对存在的问题按PDCA流程进行分析、整改、落实和总结，每季度在《医院质量管理简报》上通报护理质量检查情况，内容包括检查结果、存在不足及改进措施，使护理质量控制工作保持良性循环。</w:t>
      </w:r>
    </w:p>
    <w:p>
      <w:pPr>
        <w:spacing w:before="100" w:after="200" w:line="360" w:lineRule="auto"/>
        <w:jc w:val="left"/>
      </w:pPr>
      <w:r>
        <w:rPr>
          <w:rFonts w:ascii="宋体 (中文正文)" w:eastAsia="宋体" w:hAnsi="宋体 (中文正文)"/>
          <w:b/>
          <w:sz w:val="28"/>
        </w:rPr>
        <w:t>一、主要存在问题及原因分析</w:t>
      </w:r>
    </w:p>
    <w:p>
      <w:pPr>
        <w:spacing w:before="100" w:after="200" w:line="360" w:lineRule="auto"/>
        <w:ind w:firstLine="576"/>
        <w:jc w:val="left"/>
        <w:sectPr w:rsidSect="00034616">
          <w:type w:val="nextPage"/>
          <w:pgSz w:w="11906" w:h="16838"/>
          <w:pgMar w:top="1440" w:right="1440" w:bottom="1440" w:left="1440" w:header="720" w:footer="720" w:gutter="0"/>
          <w:pgNumType w:start="13"/>
          <w:cols w:space="720"/>
          <w:titlePg w:val="0"/>
          <w:docGrid w:linePitch="360"/>
        </w:sectPr>
      </w:pPr>
      <w:r>
        <w:rPr>
          <w:rFonts w:ascii="宋体" w:eastAsia="宋体" w:hAnsi="宋体"/>
          <w:sz w:val="28"/>
        </w:rPr>
        <w:t>1、基础护理、分级护理</w:t>
      </w:r>
    </w:p>
    <w:p>
      <w:pPr>
        <w:spacing w:before="100" w:after="200" w:line="360" w:lineRule="auto"/>
        <w:ind w:firstLine="576"/>
        <w:jc w:val="left"/>
      </w:pPr>
      <w:r>
        <w:rPr>
          <w:rFonts w:ascii="宋体" w:eastAsia="宋体" w:hAnsi="宋体"/>
          <w:sz w:val="28"/>
        </w:rPr>
        <w:t>(1)主要存在问题:床单元脏乱、欠整洁，未按护理等级巡视病房及做好基础护理，危重患者生活、基础护理不到位，多依赖陪人做，患者仍有皮肤、头发欠清洁及胡须长现象，患者自行操作氧气雾化，膀胱冲洗液无患者姓名，心电监护电极片脱落，患者血压异常、</w:t>
      </w:r>
    </w:p>
    <w:p>
      <w:pPr>
        <w:spacing w:before="100" w:after="200" w:line="360" w:lineRule="auto"/>
        <w:ind w:firstLine="576"/>
        <w:jc w:val="left"/>
      </w:pPr>
      <w:r>
        <w:rPr>
          <w:rFonts w:ascii="宋体" w:eastAsia="宋体" w:hAnsi="宋体"/>
          <w:sz w:val="28"/>
        </w:rPr>
        <w:t>发热无后续观察记录，心电监护仪显示不清。责任护士对患者病情“八知道”回答不全，未能掌握患者病情、护理常规、抢救流程;操作前未行告知义务，未能向患者进行用氧、监护仪使用相关注意事项的宣教;个别科室健康宣教资料不全，责任护士未能主动向患者进行自我介绍，入院介绍、相应的护理措施交待不全;患者不知晓护士长、责任护士、相关治疗、饮食、护理级别、康复知识、用药检查注意事项等，饮食卡与患者病情、护理级别与病情不相符，管患者引流管无标识、床头无防脱落标识，记出入量患者床头无标识，危重患者无防压疮、坠床标识，个别患者不佩戴腕带，翻身卡漏记录及签名、个别出现超前记录，床头柜标本盒与患者姓名不符。引流管标识脏、留针及贴膜脏、有渗血，未及时更换，输液中的针头未完全插入留针肝素帽。</w:t>
      </w:r>
    </w:p>
    <w:p>
      <w:pPr>
        <w:spacing w:before="100" w:after="200" w:line="360" w:lineRule="auto"/>
        <w:ind w:firstLine="576"/>
        <w:jc w:val="left"/>
      </w:pPr>
      <w:r>
        <w:rPr>
          <w:rFonts w:ascii="宋体" w:eastAsia="宋体" w:hAnsi="宋体"/>
          <w:sz w:val="28"/>
        </w:rPr>
        <w:t>(2)原因分析:少数护理人员思想停留在功能制护理，有重治疗轻基础护理的思想，工作忙时忽略了患者的基础、生活护理，对患者病情了解甚少，健康宣教只流于形式，不能真正落实到位，不重视患者对服药、饮食、治疗、康复等健康知识的需求及掌握;对导管等专科护理重要性缺乏认识;个别低年资的护理人员缺乏护患沟通技巧，同时对疾病相关知识的深度、内涵了解不全。</w:t>
      </w:r>
    </w:p>
    <w:p>
      <w:pPr>
        <w:spacing w:before="100" w:after="200" w:line="360" w:lineRule="auto"/>
        <w:ind w:firstLine="576"/>
        <w:jc w:val="left"/>
      </w:pPr>
      <w:r>
        <w:rPr>
          <w:rFonts w:ascii="宋体" w:eastAsia="宋体" w:hAnsi="宋体"/>
          <w:sz w:val="28"/>
        </w:rPr>
        <w:t>2、消毒隔离</w:t>
      </w:r>
    </w:p>
    <w:p>
      <w:pPr>
        <w:spacing w:before="100" w:after="200" w:line="360" w:lineRule="auto"/>
        <w:ind w:firstLine="576"/>
        <w:jc w:val="left"/>
        <w:sectPr w:rsidSect="00034616">
          <w:type w:val="nextPage"/>
          <w:pgSz w:w="11906" w:h="16838"/>
          <w:pgMar w:top="1440" w:right="1440" w:bottom="1440" w:left="1440" w:header="720" w:footer="720" w:gutter="0"/>
          <w:pgNumType w:start="14"/>
          <w:cols w:space="720"/>
          <w:titlePg w:val="0"/>
          <w:docGrid w:linePitch="360"/>
        </w:sectPr>
      </w:pPr>
    </w:p>
    <w:p>
      <w:pPr>
        <w:spacing w:before="100" w:after="200" w:line="360" w:lineRule="auto"/>
        <w:ind w:firstLine="576"/>
        <w:jc w:val="left"/>
      </w:pPr>
      <w:r>
        <w:rPr>
          <w:rFonts w:ascii="宋体" w:eastAsia="宋体" w:hAnsi="宋体"/>
          <w:sz w:val="28"/>
        </w:rPr>
        <w:t>(1)主要存在问题:一次性物品过期，无菌盘、封管液过期，棉签开包无日期或书写不规范，已开启的棉签仍放入无菌柜，胰岛素开启日期写错、个别有过期现象，开启的0.9%氯化钠过期，冲药注射器、皮试液未放入无菌盘，抽出药液放冰箱内未注明时间，体温计消毒液、皮肤消毒液未盖严，消毒液开瓶无日期，有过期现象;个别护士、实习生将备用封管液放入工作服口袋，开启的注射液未及时抽吸;治疗车上无手消毒液，洗手操作不规范，做完治疗、护理后未及时洗手或手消毒;紫外线灯管积尘、不按时擦拭，终末消毒本、紫外线消毒记录本漏月检查签字。治疗车下层存放待输的液体，输液空瓶放于治疗台上;治疗盘脏、乱，内有使用过的棉签，治疗室利器盒已满、利器外溢，地面有垃圾，(2)原因分析:主要是个别护士消毒隔离意识不强，无菌观念淡薄，不重视无菌物品、清洁、污染物品的规范放，对院内交叉感染等潜在危险认识不足，未能严格执行消毒隔离制度。</w:t>
      </w:r>
    </w:p>
    <w:p>
      <w:pPr>
        <w:spacing w:before="100" w:after="200" w:line="360" w:lineRule="auto"/>
        <w:ind w:firstLine="576"/>
        <w:jc w:val="left"/>
      </w:pPr>
      <w:r>
        <w:rPr>
          <w:rFonts w:ascii="宋体" w:eastAsia="宋体" w:hAnsi="宋体"/>
          <w:sz w:val="28"/>
        </w:rPr>
        <w:t>3、急救物品配</w:t>
      </w:r>
    </w:p>
    <w:p>
      <w:pPr>
        <w:spacing w:before="100" w:after="200" w:line="360" w:lineRule="auto"/>
        <w:ind w:firstLine="576"/>
        <w:jc w:val="left"/>
      </w:pPr>
      <w:r>
        <w:rPr>
          <w:rFonts w:ascii="宋体" w:eastAsia="宋体" w:hAnsi="宋体"/>
          <w:sz w:val="28"/>
        </w:rPr>
        <w:t>(1)主要存在问题:急救车内脏，车上放物品，封存、非封存车记录欠规范，分管护士未按时检查，车内卡物不符，一次性物品、药品过期，麻醉咽喉镜未处于备用状态;吸引器未防尘、负压不符;护士不知晓急救车内物品数量及吸引器放的位，口述急救车内药品种类、作用及注意事项回答不全;氧气筒未挂空满标识，氧表、氧气筒无防尘装;电动吸引器积尘。</w:t>
      </w:r>
    </w:p>
    <w:p>
      <w:pPr>
        <w:spacing w:before="100" w:after="200" w:line="360" w:lineRule="auto"/>
        <w:ind w:firstLine="576"/>
        <w:jc w:val="left"/>
      </w:pPr>
      <w:r>
        <w:rPr>
          <w:rFonts w:ascii="宋体" w:eastAsia="宋体" w:hAnsi="宋体"/>
          <w:sz w:val="28"/>
        </w:rPr>
        <w:t>(2)原因分析:交接班制度执行不严，分管人员不定期检查，日常对急救药品、物品相关知识学习不够。4、护理文书</w:t>
      </w:r>
    </w:p>
    <w:p>
      <w:pPr>
        <w:spacing w:before="100" w:after="200" w:line="360" w:lineRule="auto"/>
        <w:ind w:firstLine="576"/>
        <w:jc w:val="left"/>
        <w:sectPr w:rsidSect="00034616">
          <w:type w:val="nextPage"/>
          <w:pgSz w:w="11906" w:h="16838"/>
          <w:pgMar w:top="1440" w:right="1440" w:bottom="1440" w:left="1440" w:header="720" w:footer="720" w:gutter="0"/>
          <w:pgNumType w:start="15"/>
          <w:cols w:space="720"/>
          <w:titlePg w:val="0"/>
          <w:docGrid w:linePitch="360"/>
        </w:sectPr>
      </w:pPr>
    </w:p>
    <w:p>
      <w:pPr>
        <w:spacing w:before="100" w:after="200" w:line="360" w:lineRule="auto"/>
        <w:ind w:firstLine="576"/>
        <w:jc w:val="left"/>
      </w:pPr>
      <w:r>
        <w:rPr>
          <w:rFonts w:ascii="宋体" w:eastAsia="宋体" w:hAnsi="宋体"/>
          <w:sz w:val="28"/>
        </w:rPr>
        <w:t>(1)主要存在问题:书写质量不高，书写仍有漏项、漏字、错字现象，未按时书写入院记录，交班不连续，不按医嘱观察、记录病情，观察病情不够细致，专科护理措施欠有针对性，护理记录上未能反映护理级别及实施了的护理措施;皮试阳性者，未记录对患者及其家属的告知;记录的生命征与体温单不相符;入院时为Ⅲ期压疮，无相应的观察记录;患者外出多日，无记录;转入患者漏写生命征，下重症通知患者，记录过于简单，无相应的护理措施及观察内容，个别临时重症者观察记录未达24h。个别患者病情较重，出院时无记录。归档病历首页、护工同意书、护理记录、体温单漏项、排放装订不规范，医嘱单漏手签。</w:t>
      </w:r>
    </w:p>
    <w:p>
      <w:pPr>
        <w:spacing w:before="100" w:after="200" w:line="360" w:lineRule="auto"/>
        <w:ind w:firstLine="576"/>
        <w:jc w:val="left"/>
      </w:pPr>
      <w:r>
        <w:rPr>
          <w:rFonts w:ascii="宋体" w:eastAsia="宋体" w:hAnsi="宋体"/>
          <w:sz w:val="28"/>
        </w:rPr>
        <w:t>(2)原因分析:少数护理人员工作责任心不强、法制观念淡薄，对书写规范认识不足、理解不深，病历书写缺乏内涵，电子病历使用不熟练;对护理文书法律性认知不足，存在隐患缺乏预见性认识，专业理论基础不扎实，观察病情及表达能力欠佳。</w:t>
      </w:r>
    </w:p>
    <w:p>
      <w:pPr>
        <w:spacing w:before="100" w:after="200" w:line="360" w:lineRule="auto"/>
        <w:ind w:firstLine="576"/>
        <w:jc w:val="left"/>
      </w:pPr>
      <w:r>
        <w:rPr>
          <w:rFonts w:ascii="宋体" w:eastAsia="宋体" w:hAnsi="宋体"/>
          <w:sz w:val="28"/>
        </w:rPr>
        <w:t>20xx年我县渡口安全管理工作，在县政府的正确领导下，在市、交通主管部门的指导帮助下，认真贯彻落实《河南省渡口安全管理办法》和上级渡口安全管理的指示精神，全面落实四级渡口安全管理目标责任制，强化渡口源头管理和渡工素质教育，全县渡口已取得xx年安全无事故的好成绩。现将今年主要工作总结如下：</w:t>
      </w:r>
    </w:p>
    <w:p>
      <w:pPr>
        <w:spacing w:before="100" w:after="200" w:line="360" w:lineRule="auto"/>
        <w:jc w:val="left"/>
      </w:pPr>
      <w:r>
        <w:rPr>
          <w:rFonts w:ascii="宋体 (中文正文)" w:eastAsia="宋体" w:hAnsi="宋体 (中文正文)"/>
          <w:b/>
          <w:sz w:val="28"/>
        </w:rPr>
        <w:t>一、渡口概况。</w:t>
      </w:r>
    </w:p>
    <w:p>
      <w:pPr>
        <w:spacing w:before="100" w:after="200" w:line="360" w:lineRule="auto"/>
        <w:ind w:firstLine="576"/>
        <w:jc w:val="left"/>
      </w:pPr>
      <w:r>
        <w:rPr>
          <w:rFonts w:ascii="宋体" w:eastAsia="宋体" w:hAnsi="宋体"/>
          <w:sz w:val="28"/>
        </w:rPr>
        <w:t>我县现有渡口xx处，钢质渡船8艘，正式渡工xx人，xx客位，分布在xx个乡镇（办事处）。</w:t>
      </w:r>
    </w:p>
    <w:p>
      <w:pPr>
        <w:spacing w:before="100" w:after="200" w:line="360" w:lineRule="auto"/>
        <w:ind w:firstLine="576"/>
        <w:jc w:val="left"/>
      </w:pPr>
      <w:r>
        <w:rPr>
          <w:rFonts w:ascii="宋体" w:eastAsia="宋体" w:hAnsi="宋体"/>
          <w:sz w:val="28"/>
        </w:rPr>
        <w:t>1、各级领导重视，渡口网络完善。</w:t>
      </w:r>
    </w:p>
    <w:p>
      <w:pPr>
        <w:spacing w:before="100" w:after="200" w:line="360" w:lineRule="auto"/>
        <w:ind w:firstLine="576"/>
        <w:jc w:val="left"/>
        <w:sectPr w:rsidSect="00034616">
          <w:type w:val="nextPage"/>
          <w:pgSz w:w="11906" w:h="16838"/>
          <w:pgMar w:top="1440" w:right="1440" w:bottom="1440" w:left="1440" w:header="720" w:footer="720" w:gutter="0"/>
          <w:pgNumType w:start="16"/>
          <w:cols w:space="720"/>
          <w:titlePg w:val="0"/>
          <w:docGrid w:linePitch="360"/>
        </w:sectPr>
      </w:pPr>
    </w:p>
    <w:p>
      <w:pPr>
        <w:spacing w:before="100" w:after="200" w:line="360" w:lineRule="auto"/>
        <w:ind w:firstLine="576"/>
        <w:jc w:val="left"/>
      </w:pPr>
      <w:r>
        <w:rPr>
          <w:rFonts w:ascii="宋体" w:eastAsia="宋体" w:hAnsi="宋体"/>
          <w:sz w:val="28"/>
        </w:rPr>
        <w:t>渡口安全管理工作是一项基础性工程，要确保渡口全面安全，必须树立“安全第一，预防为主”的方针，必须抓好、抓实、抓到点子上。因此，我办把渡口安全网络完善作为渡口安全管理工作的一项重要任务来抓落实。去年年底，全区四级渡口安全管理责任书将到期，我办及时深入到各个乡镇（办事处）进行续签，同时将辖区乡镇与村、村与渡工三级责任书交与乡镇（办事处）落实，至xx月上旬，全区四级渡口安全管理责任书全部签订，乡镇、村分管渡口安全领导和渡管员全部到位，各级渡口安全管理责任全面落实。</w:t>
      </w:r>
    </w:p>
    <w:p>
      <w:pPr>
        <w:spacing w:before="100" w:after="200" w:line="360" w:lineRule="auto"/>
        <w:ind w:firstLine="576"/>
        <w:jc w:val="left"/>
      </w:pPr>
      <w:r>
        <w:rPr>
          <w:rFonts w:ascii="宋体" w:eastAsia="宋体" w:hAnsi="宋体"/>
          <w:sz w:val="28"/>
        </w:rPr>
        <w:t>2、开展渡口渡船两年专项整治活动。</w:t>
      </w:r>
    </w:p>
    <w:p>
      <w:pPr>
        <w:spacing w:before="100" w:after="200" w:line="360" w:lineRule="auto"/>
        <w:ind w:firstLine="576"/>
        <w:jc w:val="left"/>
      </w:pPr>
      <w:r>
        <w:rPr>
          <w:rFonts w:ascii="宋体" w:eastAsia="宋体" w:hAnsi="宋体"/>
          <w:sz w:val="28"/>
        </w:rPr>
        <w:t>（1）开展《河南省渡口安全管理办法》宣贯工作。我县及时在全区渡工安全活动中对《办法》进行了学习培训，同时在11月全区交通系统全员安全培训中穿插了《办法》许多内容，加深了全体渡工对《办法》的认识和了解，并按照12课时培训时间对全体渡工进行了考试，取得了明显的效果。</w:t>
      </w:r>
    </w:p>
    <w:p>
      <w:pPr>
        <w:spacing w:before="100" w:after="200" w:line="360" w:lineRule="auto"/>
        <w:ind w:firstLine="576"/>
        <w:jc w:val="left"/>
      </w:pPr>
      <w:r>
        <w:rPr>
          <w:rFonts w:ascii="宋体" w:eastAsia="宋体" w:hAnsi="宋体"/>
          <w:sz w:val="28"/>
        </w:rPr>
        <w:t>（2）开展多层面的全区渡口渡船两年整治活动部署工作。自接到市渡口渡船专项整治活动工作意见后，县局分别组织分管乡镇长和乡镇渡管员进行了专项部署，要求乡镇、村、渡工进一步提高认识，制订好月度工作计划，落实专项整治人员，保质保量完成专项整治工作，为我县渡口继续实现安全无事故创造作出努力。</w:t>
      </w:r>
    </w:p>
    <w:p>
      <w:pPr>
        <w:spacing w:before="100" w:after="200" w:line="360" w:lineRule="auto"/>
        <w:ind w:firstLine="576"/>
        <w:jc w:val="left"/>
      </w:pPr>
      <w:r>
        <w:rPr>
          <w:rFonts w:ascii="宋体" w:eastAsia="宋体" w:hAnsi="宋体"/>
          <w:sz w:val="28"/>
        </w:rPr>
        <w:t>（3）开展月度专项整治工作。</w:t>
      </w:r>
    </w:p>
    <w:p>
      <w:pPr>
        <w:spacing w:before="100" w:after="200" w:line="360" w:lineRule="auto"/>
        <w:ind w:firstLine="576"/>
        <w:jc w:val="left"/>
      </w:pPr>
      <w:r>
        <w:rPr>
          <w:rFonts w:ascii="宋体" w:eastAsia="宋体" w:hAnsi="宋体"/>
          <w:sz w:val="28"/>
        </w:rPr>
        <w:t>我县根据市海事局精神，结合我县实际，制订了月度工作重点和验收标准，对照工作重点和标准开展工作。</w:t>
      </w:r>
    </w:p>
    <w:p>
      <w:pPr>
        <w:spacing w:before="100" w:after="200" w:line="360" w:lineRule="auto"/>
        <w:ind w:firstLine="576"/>
        <w:jc w:val="left"/>
      </w:pPr>
      <w:r>
        <w:rPr>
          <w:rFonts w:ascii="宋体" w:eastAsia="宋体" w:hAnsi="宋体"/>
          <w:sz w:val="28"/>
        </w:rPr>
        <w:t>①集中开展打击非法渡运活动。净化渡运市场秩序。</w:t>
      </w:r>
    </w:p>
    <w:p>
      <w:pPr>
        <w:spacing w:before="100" w:after="200" w:line="360" w:lineRule="auto"/>
        <w:ind w:firstLine="576"/>
        <w:jc w:val="left"/>
      </w:pPr>
      <w:r>
        <w:rPr>
          <w:rFonts w:ascii="宋体" w:eastAsia="宋体" w:hAnsi="宋体"/>
          <w:sz w:val="28"/>
        </w:rPr>
        <w:t>②完善县、乡镇渡口安全管理责任制、安全管理制度和安全督查制度。</w:t>
      </w:r>
    </w:p>
    <w:p>
      <w:pPr>
        <w:spacing w:before="100" w:after="200" w:line="360" w:lineRule="auto"/>
        <w:ind w:firstLine="576"/>
        <w:jc w:val="left"/>
      </w:pPr>
      <w:r>
        <w:rPr>
          <w:rFonts w:ascii="宋体" w:eastAsia="宋体" w:hAnsi="宋体"/>
          <w:sz w:val="28"/>
        </w:rPr>
        <w:t>③完善渡口台帐和渡船一渡一档，一船一档工作。</w:t>
      </w:r>
    </w:p>
    <w:p>
      <w:pPr>
        <w:spacing w:before="100" w:after="200" w:line="360" w:lineRule="auto"/>
        <w:ind w:firstLine="576"/>
        <w:jc w:val="left"/>
        <w:sectPr w:rsidSect="00034616">
          <w:type w:val="nextPage"/>
          <w:pgSz w:w="11906" w:h="16838"/>
          <w:pgMar w:top="1440" w:right="1440" w:bottom="1440" w:left="1440" w:header="720" w:footer="720" w:gutter="0"/>
          <w:pgNumType w:start="17"/>
          <w:cols w:space="720"/>
          <w:titlePg w:val="0"/>
          <w:docGrid w:linePitch="360"/>
        </w:sectPr>
      </w:pPr>
      <w:r>
        <w:rPr>
          <w:rFonts w:ascii="宋体" w:eastAsia="宋体" w:hAnsi="宋体"/>
          <w:sz w:val="28"/>
        </w:rPr>
        <w:t>④组织渡工开展安全生产法等法律法规知识竞赛活动。</w:t>
      </w:r>
    </w:p>
    <w:p>
      <w:pPr>
        <w:spacing w:before="100" w:after="200" w:line="360" w:lineRule="auto"/>
        <w:ind w:firstLine="576"/>
        <w:jc w:val="left"/>
      </w:pPr>
      <w:r>
        <w:rPr>
          <w:rFonts w:ascii="宋体" w:eastAsia="宋体" w:hAnsi="宋体"/>
          <w:sz w:val="28"/>
        </w:rPr>
        <w:t>⑤xx月份组织全体渡工开展交通系统全员安全培训，已完成考核、发证工作。</w:t>
      </w:r>
    </w:p>
    <w:p>
      <w:pPr>
        <w:spacing w:before="100" w:after="200" w:line="360" w:lineRule="auto"/>
        <w:ind w:firstLine="576"/>
        <w:jc w:val="left"/>
      </w:pPr>
      <w:r>
        <w:rPr>
          <w:rFonts w:ascii="宋体" w:eastAsia="宋体" w:hAnsi="宋体"/>
          <w:sz w:val="28"/>
        </w:rPr>
        <w:t>⑥建立客渡船应急预案，为渡口防事故提供有力保障。</w:t>
      </w:r>
    </w:p>
    <w:p>
      <w:pPr>
        <w:spacing w:before="100" w:after="200" w:line="360" w:lineRule="auto"/>
        <w:ind w:firstLine="576"/>
        <w:jc w:val="left"/>
      </w:pPr>
      <w:r>
        <w:rPr>
          <w:rFonts w:ascii="宋体" w:eastAsia="宋体" w:hAnsi="宋体"/>
          <w:sz w:val="28"/>
        </w:rPr>
        <w:t>⑦以两年整治为契机，强化渡口硬件建设，加快渡口更新改造和撤渡步伐。在市港航、渡口管理部门的重视下，完成了周营乡刘集渡口、张营渡口、大李口渡口的改建工作！</w:t>
      </w:r>
    </w:p>
    <w:p>
      <w:pPr>
        <w:spacing w:before="100" w:after="200" w:line="360" w:lineRule="auto"/>
        <w:ind w:firstLine="576"/>
        <w:jc w:val="left"/>
      </w:pPr>
      <w:r>
        <w:rPr>
          <w:rFonts w:ascii="宋体" w:eastAsia="宋体" w:hAnsi="宋体"/>
          <w:sz w:val="28"/>
        </w:rPr>
        <w:t>3、重视渡工教育，提高渡工素质。</w:t>
      </w:r>
    </w:p>
    <w:p>
      <w:pPr>
        <w:spacing w:before="100" w:after="200" w:line="360" w:lineRule="auto"/>
        <w:ind w:firstLine="576"/>
        <w:jc w:val="left"/>
        <w:sectPr w:rsidSect="00034616">
          <w:type w:val="nextPage"/>
          <w:pgSz w:w="11906" w:h="16838"/>
          <w:pgMar w:top="1440" w:right="1440" w:bottom="1440" w:left="1440" w:header="720" w:footer="720" w:gutter="0"/>
          <w:pgNumType w:start="18"/>
          <w:cols w:space="720"/>
          <w:titlePg w:val="0"/>
          <w:docGrid w:linePitch="360"/>
        </w:sectPr>
      </w:pPr>
    </w:p>
    <w:p>
      <w:pPr>
        <w:spacing w:before="100" w:after="200" w:line="360" w:lineRule="auto"/>
        <w:ind w:firstLine="576"/>
        <w:jc w:val="left"/>
      </w:pPr>
      <w:r>
        <w:rPr>
          <w:rFonts w:ascii="宋体" w:eastAsia="宋体" w:hAnsi="宋体"/>
          <w:sz w:val="28"/>
        </w:rPr>
        <w:t>我们按照渡工安全学习日制度开展每月一次的渡工安全教育活动。渡工安全教育内容，以宣传贯彻上级文件、相关会议和领导讲话精神为主，结合不同季节和重特大节假日的特点，布置渡口各项渡运工作。春运渡工会议，重点宣传县政府和上级交通主管部门关于做好春运工作的通知精神，布置全县春运工作和各项渡运任务；春游、清明节，重点布置旅客包船的审批程序和注意事项，清明节前后上山祭祖人数较多，上下互通信息，及时落实加班渡船补助运力，同时加强现场值班，维护正常的渡运秩序，保节日平安；“安全生产月”和“反三违月”活动部署，重点落实“反三违”工作和安全警示教育，促进安全渡运和服务质量的提高，并鼓励渡工积极参加县安委会组织的安全知识竞赛活动；“三防”季节，侧重于“防洪、防台、防汛”期间应急施救预案的落实；国庆及中秋两节重叠，首先落实国庆节日旅客高峰期间的运力，落实加班渡工，加强源头管理，做好文明服务，再布置十五、十六晚上的渡运工作，我县当地群众有逛会的习惯，会上要求参加的渡工对渡船进行一次救生、消防、等有关设备的大检查，发现问题及时整改，严格禁止违章超载和冒险渡运行为，做到文明渡运，方便群众。xx月上旬，我局又一次组织渡工开展交通系统全员安全培训工作，全县近40名渡工分两期进行了培训，整个培训工作于xx月中旬完成。</w:t>
      </w:r>
    </w:p>
    <w:p>
      <w:pPr>
        <w:spacing w:before="100" w:after="200" w:line="360" w:lineRule="auto"/>
        <w:ind w:firstLine="576"/>
        <w:jc w:val="left"/>
      </w:pPr>
      <w:r>
        <w:rPr>
          <w:rFonts w:ascii="宋体" w:eastAsia="宋体" w:hAnsi="宋体"/>
          <w:sz w:val="28"/>
        </w:rPr>
        <w:t>4、开展重点部位、重点时段检查，确保渡口安全。</w:t>
      </w:r>
    </w:p>
    <w:p>
      <w:pPr>
        <w:spacing w:before="100" w:after="200" w:line="360" w:lineRule="auto"/>
        <w:ind w:firstLine="576"/>
        <w:jc w:val="left"/>
      </w:pPr>
      <w:r>
        <w:rPr>
          <w:rFonts w:ascii="宋体" w:eastAsia="宋体" w:hAnsi="宋体"/>
          <w:sz w:val="28"/>
        </w:rPr>
        <w:t>开展重点部位的渡口安全检查，查处违章超载行为，是我们抓好渡口安全管理的重要手段之一、春运、五一、国庆期间，局春运安全领导小组和市海事管理部门多次检查并指导渡口安全工作；各镇乡政府比较重视，落实人员，排出时间，加强源头管理，周营刘集渡口是学生渡口、客流量大、根据实际在春运、五一、国庆期间我局与航管、海事部门，周营乡政府、派出所等单位加强长刘集渡口渡口现场管理，维护现场秩序，为旅客逛会安全提供了强有力的保障。在确保旅客有序、便捷运输的前题下，保证了节日安全渡运。</w:t>
      </w:r>
    </w:p>
    <w:p>
      <w:pPr>
        <w:spacing w:before="100" w:after="200" w:line="360" w:lineRule="auto"/>
        <w:ind w:firstLine="576"/>
        <w:jc w:val="left"/>
      </w:pPr>
      <w:r>
        <w:rPr>
          <w:rFonts w:ascii="宋体" w:eastAsia="宋体" w:hAnsi="宋体"/>
          <w:sz w:val="28"/>
        </w:rPr>
        <w:t>5、多方筹措资金，改善渡口设施和渡运条件。</w:t>
      </w:r>
    </w:p>
    <w:p>
      <w:pPr>
        <w:spacing w:before="100" w:after="200" w:line="360" w:lineRule="auto"/>
        <w:ind w:firstLine="576"/>
        <w:jc w:val="left"/>
      </w:pPr>
      <w:r>
        <w:rPr>
          <w:rFonts w:ascii="宋体" w:eastAsia="宋体" w:hAnsi="宋体"/>
          <w:sz w:val="28"/>
        </w:rPr>
        <w:t>今年在市交通、海事部门的重视下，我县渡口资金补助和财政投入明显多于往年。今年9月对完成了周营乡刘集渡口、张营渡口、大李口渡口改建和更新；周营乡刘集西渡口、徐湾渡口、西李营渡口、纸店史庄渡口改造工作正在图纸设计之中，有望于明年xx月份前完成工程施工工作。</w:t>
      </w:r>
    </w:p>
    <w:p>
      <w:pPr>
        <w:spacing w:before="100" w:after="200" w:line="360" w:lineRule="auto"/>
        <w:jc w:val="left"/>
      </w:pPr>
      <w:r>
        <w:rPr>
          <w:rFonts w:ascii="宋体 (中文正文)" w:eastAsia="宋体" w:hAnsi="宋体 (中文正文)"/>
          <w:b/>
          <w:sz w:val="28"/>
        </w:rPr>
        <w:t>二、存在问题。</w:t>
      </w:r>
    </w:p>
    <w:p>
      <w:pPr>
        <w:spacing w:before="100" w:after="200" w:line="360" w:lineRule="auto"/>
        <w:ind w:firstLine="576"/>
        <w:jc w:val="left"/>
      </w:pPr>
      <w:r>
        <w:rPr>
          <w:rFonts w:ascii="宋体" w:eastAsia="宋体" w:hAnsi="宋体"/>
          <w:sz w:val="28"/>
        </w:rPr>
        <w:t>1、目前渡口管理员的日常补助都很难落实，而省、市、区财政也没有考虑渡口管理员的工作待遇和日常办公经费，因此，渡口管理员的工作很被动。</w:t>
      </w:r>
    </w:p>
    <w:p>
      <w:pPr>
        <w:spacing w:before="100" w:after="200" w:line="360" w:lineRule="auto"/>
        <w:ind w:firstLine="576"/>
        <w:jc w:val="left"/>
        <w:sectPr w:rsidSect="00034616">
          <w:type w:val="nextPage"/>
          <w:pgSz w:w="11906" w:h="16838"/>
          <w:pgMar w:top="1440" w:right="1440" w:bottom="1440" w:left="1440" w:header="720" w:footer="720" w:gutter="0"/>
          <w:pgNumType w:start="19"/>
          <w:cols w:space="720"/>
          <w:titlePg w:val="0"/>
          <w:docGrid w:linePitch="360"/>
        </w:sectPr>
      </w:pPr>
      <w:r>
        <w:rPr>
          <w:rFonts w:ascii="宋体" w:eastAsia="宋体" w:hAnsi="宋体"/>
          <w:sz w:val="28"/>
        </w:rPr>
        <w:t>我县渡口管理员待遇从未考虑过解决，我局的渡口管理员，为了我县渡口安全，每天骑自行车去渡口进行安全检查，饿了就吃自备的方便面，受到全县渡工的好评！</w:t>
      </w:r>
    </w:p>
    <w:p>
      <w:pPr>
        <w:spacing w:before="100" w:after="200" w:line="360" w:lineRule="auto"/>
        <w:jc w:val="left"/>
      </w:pPr>
      <w:r>
        <w:rPr>
          <w:rFonts w:ascii="宋体 (中文正文)" w:eastAsia="宋体" w:hAnsi="宋体 (中文正文)"/>
          <w:b/>
          <w:sz w:val="28"/>
        </w:rPr>
        <w:t>三、xx渡口安全管理工作思路。</w:t>
      </w:r>
    </w:p>
    <w:p>
      <w:pPr>
        <w:spacing w:before="100" w:after="200" w:line="360" w:lineRule="auto"/>
        <w:ind w:firstLine="576"/>
        <w:jc w:val="left"/>
      </w:pPr>
      <w:r>
        <w:rPr>
          <w:rFonts w:ascii="宋体" w:eastAsia="宋体" w:hAnsi="宋体"/>
          <w:sz w:val="28"/>
        </w:rPr>
        <w:t>20xx年是我县渡口渡船专项整治的关键年，也是我县渡口设施不断改善、不断完善的重要一年，要围绕“安全第一，预防为主”的方针，抓住我县近几年存在着管理中的薄弱环节，进一步落实渡口安全管理责任制，强化全员安全教育和培训，促进全员安全意识和文明服务素质的提高，推进我县安全渡运、文明渡运、清洁渡运。</w:t>
      </w:r>
    </w:p>
    <w:p>
      <w:pPr>
        <w:spacing w:before="100" w:after="200" w:line="360" w:lineRule="auto"/>
        <w:ind w:firstLine="576"/>
        <w:jc w:val="left"/>
      </w:pPr>
      <w:r>
        <w:rPr>
          <w:rFonts w:ascii="宋体" w:eastAsia="宋体" w:hAnsi="宋体"/>
          <w:sz w:val="28"/>
        </w:rPr>
        <w:t>1、继续开展争创文明渡工、渡船活动。</w:t>
      </w:r>
    </w:p>
    <w:p>
      <w:pPr>
        <w:spacing w:before="100" w:after="200" w:line="360" w:lineRule="auto"/>
        <w:ind w:firstLine="576"/>
        <w:jc w:val="left"/>
      </w:pPr>
      <w:r>
        <w:rPr>
          <w:rFonts w:ascii="宋体" w:eastAsia="宋体" w:hAnsi="宋体"/>
          <w:sz w:val="28"/>
        </w:rPr>
        <w:t>进一步落实渡口安全管理目标责任制，加强对渡口的安全管理，逐步提高我县的安全管理水平，推进我县渡口文明建设。20xx年继续开展争创文明渡工、文明渡船达标活动，推进渡口文明建设。</w:t>
      </w:r>
    </w:p>
    <w:p>
      <w:pPr>
        <w:spacing w:before="100" w:after="200" w:line="360" w:lineRule="auto"/>
        <w:ind w:firstLine="576"/>
        <w:jc w:val="left"/>
      </w:pPr>
      <w:r>
        <w:rPr>
          <w:rFonts w:ascii="宋体" w:eastAsia="宋体" w:hAnsi="宋体"/>
          <w:sz w:val="28"/>
        </w:rPr>
        <w:t>2、强化渡工安全教育活动。</w:t>
      </w:r>
    </w:p>
    <w:p>
      <w:pPr>
        <w:spacing w:before="100" w:after="200" w:line="360" w:lineRule="auto"/>
        <w:ind w:firstLine="576"/>
        <w:jc w:val="left"/>
      </w:pPr>
      <w:r>
        <w:rPr>
          <w:rFonts w:ascii="宋体" w:eastAsia="宋体" w:hAnsi="宋体"/>
          <w:sz w:val="28"/>
        </w:rPr>
        <w:t>在新的一年，要继续开展渡工安全活动日学习，强化渡工的安全知识教育，法制法规教育，文明服务意识教育，遵章守纪教育，同时结合各地水运事故，向渡工解剖事故原因，认真吸取事故教训，不断增强广大渡工的业务知识、安全意识和文明服务意识。</w:t>
      </w:r>
    </w:p>
    <w:p>
      <w:pPr>
        <w:spacing w:before="100" w:after="200" w:line="360" w:lineRule="auto"/>
        <w:ind w:firstLine="576"/>
        <w:jc w:val="left"/>
      </w:pPr>
      <w:r>
        <w:rPr>
          <w:rFonts w:ascii="宋体" w:eastAsia="宋体" w:hAnsi="宋体"/>
          <w:sz w:val="28"/>
        </w:rPr>
        <w:t>3、完善渡口安全管理网络。</w:t>
      </w:r>
    </w:p>
    <w:p>
      <w:pPr>
        <w:spacing w:before="100" w:after="200" w:line="360" w:lineRule="auto"/>
        <w:ind w:firstLine="576"/>
        <w:jc w:val="left"/>
      </w:pPr>
      <w:r>
        <w:rPr>
          <w:rFonts w:ascii="宋体" w:eastAsia="宋体" w:hAnsi="宋体"/>
          <w:sz w:val="28"/>
        </w:rPr>
        <w:t>配合渡口所在乡镇、行政村横向到边，纵向到底，确保渡口安全渡运！</w:t>
      </w:r>
    </w:p>
    <w:p>
      <w:pPr>
        <w:spacing w:before="100" w:after="200" w:line="360" w:lineRule="auto"/>
        <w:ind w:firstLine="576"/>
        <w:jc w:val="left"/>
      </w:pPr>
      <w:r>
        <w:rPr>
          <w:rFonts w:ascii="宋体" w:eastAsia="宋体" w:hAnsi="宋体"/>
          <w:sz w:val="28"/>
        </w:rPr>
        <w:t>4、加强监管，确保渡口平安。</w:t>
      </w:r>
    </w:p>
    <w:p>
      <w:pPr>
        <w:spacing w:before="100" w:after="200" w:line="360" w:lineRule="auto"/>
        <w:ind w:firstLine="576"/>
        <w:jc w:val="left"/>
        <w:sectPr w:rsidSect="00034616">
          <w:type w:val="nextPage"/>
          <w:pgSz w:w="11906" w:h="16838"/>
          <w:pgMar w:top="1440" w:right="1440" w:bottom="1440" w:left="1440" w:header="720" w:footer="720" w:gutter="0"/>
          <w:pgNumType w:start="20"/>
          <w:cols w:space="720"/>
          <w:titlePg w:val="0"/>
          <w:docGrid w:linePitch="360"/>
        </w:sectPr>
      </w:pPr>
    </w:p>
    <w:p>
      <w:pPr>
        <w:spacing w:before="100" w:after="200" w:line="360" w:lineRule="auto"/>
        <w:ind w:firstLine="576"/>
        <w:jc w:val="left"/>
      </w:pPr>
      <w:r>
        <w:rPr>
          <w:rFonts w:ascii="宋体" w:eastAsia="宋体" w:hAnsi="宋体"/>
          <w:sz w:val="28"/>
        </w:rPr>
        <w:t>继续把渡口安全管理作为重中之重的工作来抓，加大现场管理和检查力度，紧紧依靠当地政府、航运企业和村委会，做好源头管理工作。对重特大节假日、渡运高峰期、雾季、“三防”汛期等重点季节进行严格管理和检查，确保全年渡口平安。</w:t>
      </w:r>
    </w:p>
    <w:p>
      <w:pPr>
        <w:spacing w:before="100" w:after="200" w:line="360" w:lineRule="auto"/>
        <w:ind w:firstLine="576"/>
        <w:jc w:val="left"/>
      </w:pPr>
      <w:r>
        <w:rPr>
          <w:rFonts w:ascii="宋体" w:eastAsia="宋体" w:hAnsi="宋体"/>
          <w:sz w:val="28"/>
        </w:rPr>
        <w:t>5、加强监管，确保渡口平安。</w:t>
      </w:r>
    </w:p>
    <w:p>
      <w:pPr>
        <w:spacing w:before="100" w:after="200" w:line="360" w:lineRule="auto"/>
        <w:ind w:firstLine="576"/>
        <w:jc w:val="left"/>
      </w:pPr>
      <w:r>
        <w:rPr>
          <w:rFonts w:ascii="宋体" w:eastAsia="宋体" w:hAnsi="宋体"/>
          <w:sz w:val="28"/>
        </w:rPr>
        <w:t>继续把渡口安全管理作为重中之重的工作来抓，加大现场管理和检查力度，紧紧依靠当地政府、和村委会，做好源头管理工作。对重特大节假日、渡运高峰期、雾季、“三防”汛期等重点季节进行严格管理和检查，确保全年渡口平安！</w:t>
      </w:r>
    </w:p>
    <w:p>
      <w:pPr>
        <w:spacing w:before="100" w:after="200" w:line="360" w:lineRule="auto"/>
        <w:ind w:firstLine="576"/>
        <w:jc w:val="left"/>
        <w:sectPr w:rsidSect="00034616">
          <w:type w:val="nextPage"/>
          <w:pgSz w:w="11906" w:h="16838"/>
          <w:pgMar w:top="1440" w:right="1440" w:bottom="1440" w:left="1440" w:header="720" w:footer="720" w:gutter="0"/>
          <w:pgNumType w:start="21"/>
          <w:cols w:space="720"/>
          <w:titlePg w:val="0"/>
          <w:docGrid w:linePitch="360"/>
        </w:sectPr>
      </w:pPr>
    </w:p>
    <w:p>
      <w:pPr>
        <w:spacing w:before="100" w:after="200" w:line="360" w:lineRule="auto"/>
        <w:ind w:firstLine="576"/>
        <w:jc w:val="left"/>
      </w:pPr>
      <w:r>
        <w:rPr>
          <w:rFonts w:ascii="宋体" w:eastAsia="宋体" w:hAnsi="宋体"/>
          <w:sz w:val="28"/>
        </w:rPr>
        <w:t>20xx年在公司的正确领导下，分公司全体员工团结拼搏，在取得生产经营发展成绩的同时，分公司狠抓安全生产管理工作，牢固树立安全责任意识，认真贯彻“安全第一，预防为主，综合治理”的安全生产方针，切实把安全工作放在一切工作的首位，分公司以《安全质量标准化管理》、《施工企业安全生产评价标准》、《建筑施工安全检查标准》、《湖南省建筑施工安全质量标准化图集》和集团公司《企业文化宣传标准》以及公司《施工现场企业形象规范化管理暂行办法》为依据，结合分公司脱销项目高空作业多的特点，大力推进工程项目施工现场安全质量生产法规标准的贯彻实施，以对分公司和项目部的基本制度建立和综合评价为基本手段，规范安全生产行为，落实安全生产主体责任，确保安全生产费用到位使用，强化分公司全体员工的安全质量标准化意识，采取加强组织领导、统筹规划、树立典型、以点带面的方法，稳步推进工程项目施工安全质量标准化工作，积极宣传，加大投入，强化了职工的安全意识，加大安全生产监督、检查力度，进一步完善安全管理规章制度，狠抓安全专项管理。分公司实现了特种作业人员持证上岗率100%、年负伤频率控制在≤1%以内、安全投入达到产值的1.5%、杜绝了死亡事故的安全目标，为公司生产经营的稳和发展创造了一个良好的环境，现将我分公司20xx年安全工作情况向各位领导汇报如下。</w:t>
      </w:r>
    </w:p>
    <w:p>
      <w:pPr>
        <w:spacing w:before="100" w:after="200" w:line="360" w:lineRule="auto"/>
        <w:jc w:val="left"/>
      </w:pPr>
      <w:r>
        <w:rPr>
          <w:rFonts w:ascii="宋体 (中文正文)" w:eastAsia="宋体" w:hAnsi="宋体 (中文正文)"/>
          <w:b/>
          <w:sz w:val="28"/>
        </w:rPr>
        <w:t>一、本年度年所做的主要安全工作</w:t>
      </w:r>
    </w:p>
    <w:p>
      <w:pPr>
        <w:spacing w:before="100" w:after="200" w:line="360" w:lineRule="auto"/>
        <w:ind w:firstLine="576"/>
        <w:jc w:val="left"/>
      </w:pPr>
      <w:r>
        <w:rPr>
          <w:rFonts w:ascii="宋体" w:eastAsia="宋体" w:hAnsi="宋体"/>
          <w:sz w:val="28"/>
        </w:rPr>
        <w:t>（一）加强领导、严格落实安全生产责任制。分公司为全面落实安全生产责任制组成安全生产工作领导小组。领导小组由分公司经理任组长，生产副经理任副组长，分公司工程科、办公室、经营科各部门负责人和各项目经理为小组成员，领导小组除了日常的安全生产工作外，全面统筹安排“安全生产月”活动、“打非治违”专项行动等安全工作，从分公司各部门领导到各部门管理人员，各施工项目管理人员、以及基层班组操作人员，明确各自安全生产责任主体内容，纵向到底，横向到边，逐级负责，层层落实。重点解决安全管理上存在的突出问题和薄弱环节，确保各项安全措施落到实处。</w:t>
      </w:r>
    </w:p>
    <w:p>
      <w:pPr>
        <w:spacing w:before="100" w:after="200" w:line="360" w:lineRule="auto"/>
        <w:ind w:firstLine="576"/>
        <w:jc w:val="left"/>
      </w:pPr>
      <w:r>
        <w:rPr>
          <w:rFonts w:ascii="宋体" w:eastAsia="宋体" w:hAnsi="宋体"/>
          <w:sz w:val="28"/>
        </w:rPr>
        <w:t>（二）以宣传、教育、培训为本，建立考核机制提高全员安全意识</w:t>
      </w:r>
    </w:p>
    <w:p>
      <w:pPr>
        <w:spacing w:before="100" w:after="200" w:line="360" w:lineRule="auto"/>
        <w:ind w:firstLine="576"/>
        <w:jc w:val="left"/>
      </w:pPr>
      <w:r>
        <w:rPr>
          <w:rFonts w:ascii="宋体" w:eastAsia="宋体" w:hAnsi="宋体"/>
          <w:sz w:val="28"/>
        </w:rPr>
        <w:t>1、本年度分别对新开工大唐潮州脱硝项目，古交兴能脱硝项目，大坝脱硫项目，包钢脱硫项目、发耳脱硝项目、卓资脱硫项目开工前进行项目管理人员培训交底，参加培训人数达到60多人，同时分公司与项目部签订《项目安全生产目标责任书》，按分公司《项目安全责任目标考核办法》对每个项目进行考核。</w:t>
      </w:r>
    </w:p>
    <w:p>
      <w:pPr>
        <w:spacing w:before="100" w:after="200" w:line="360" w:lineRule="auto"/>
        <w:ind w:firstLine="576"/>
        <w:jc w:val="left"/>
        <w:sectPr w:rsidSect="00034616">
          <w:type w:val="nextPage"/>
          <w:pgSz w:w="11906" w:h="16838"/>
          <w:pgMar w:top="1440" w:right="1440" w:bottom="1440" w:left="1440" w:header="720" w:footer="720" w:gutter="0"/>
          <w:pgNumType w:start="22"/>
          <w:cols w:space="720"/>
          <w:titlePg w:val="0"/>
          <w:docGrid w:linePitch="360"/>
        </w:sectPr>
      </w:pPr>
      <w:r>
        <w:rPr>
          <w:rFonts w:ascii="宋体" w:eastAsia="宋体" w:hAnsi="宋体"/>
          <w:sz w:val="28"/>
        </w:rPr>
        <w:t>2、项目开工“三级安全教育”培训率100%；为进一步加强安全生产管理工作，分公司着重检查并督导各项目及时对每名职工进行“三级安全教育”，加大对特殊工种持证情况的检查和专业知识培训及考试工作，检查各项目落实安全技术交底情况。</w:t>
      </w:r>
    </w:p>
    <w:p>
      <w:pPr>
        <w:spacing w:before="100" w:after="200" w:line="360" w:lineRule="auto"/>
        <w:ind w:firstLine="576"/>
        <w:jc w:val="left"/>
      </w:pPr>
      <w:r>
        <w:rPr>
          <w:rFonts w:ascii="宋体" w:eastAsia="宋体" w:hAnsi="宋体"/>
          <w:sz w:val="28"/>
        </w:rPr>
        <w:t>3、积极组织响应公司各项安全生产宣传活动，《安全质量标准化实施方案》《“打非治违”专项行动》《公司20xx年安全生产月活动方案》时期，分公司召集各项目专职安全员进行工作部署并提出要求，要求各项目施工现场醒目位置悬挂大型安全生产口号，加强安全生产月的职工安全教育。通过这些组织教育工作，极大的强化了公司全体员工的安全意识。</w:t>
      </w:r>
    </w:p>
    <w:p>
      <w:pPr>
        <w:spacing w:before="100" w:after="200" w:line="360" w:lineRule="auto"/>
        <w:ind w:firstLine="576"/>
        <w:jc w:val="left"/>
      </w:pPr>
      <w:r>
        <w:rPr>
          <w:rFonts w:ascii="宋体" w:eastAsia="宋体" w:hAnsi="宋体"/>
          <w:sz w:val="28"/>
        </w:rPr>
        <w:t>4、积极参加公司安全生产视频会议3次，并组织项目实施落实。</w:t>
      </w:r>
    </w:p>
    <w:p>
      <w:pPr>
        <w:spacing w:before="100" w:after="200" w:line="360" w:lineRule="auto"/>
        <w:ind w:firstLine="576"/>
        <w:jc w:val="left"/>
      </w:pPr>
      <w:r>
        <w:rPr>
          <w:rFonts w:ascii="宋体" w:eastAsia="宋体" w:hAnsi="宋体"/>
          <w:sz w:val="28"/>
        </w:rPr>
        <w:t>5、今年共收到公司安全生产管理方面的文件9份，分公司在接收到这些文件的时候，都在第一时间报送给分公司领导批示，并按分公司领导批示的内容及时传递到各主管领导或各部门和项目部。</w:t>
      </w:r>
    </w:p>
    <w:p>
      <w:pPr>
        <w:spacing w:before="100" w:after="200" w:line="360" w:lineRule="auto"/>
        <w:ind w:firstLine="576"/>
        <w:jc w:val="left"/>
      </w:pPr>
      <w:r>
        <w:rPr>
          <w:rFonts w:ascii="宋体" w:eastAsia="宋体" w:hAnsi="宋体"/>
          <w:sz w:val="28"/>
        </w:rPr>
        <w:t>6、分公司下发安全管理文件6份，分公司根据公司文件精神下下发了办字7号《开展分公司打非治违专项行动通知》、办字12号《华北分公司20xx年安全生产月活动方案》并成立了活动小组，下发了办字11号《安全生产、文明施工措施费用管理办法》的通知，办字27号《关于分公司在建工程项目冬季施工期间的安全质量工作的通知》，办字29号《关于下发分公司20xx年末质量安全生产大检查报告的通知》，修改了《项目安全管理目标及目标考核》办法，等文件，要求所有项目管理员组织学习，并形成学习记录，同时要求各项目根据文件精神要求组织实施。</w:t>
      </w:r>
    </w:p>
    <w:p>
      <w:pPr>
        <w:spacing w:before="100" w:after="200" w:line="360" w:lineRule="auto"/>
        <w:ind w:firstLine="576"/>
        <w:jc w:val="left"/>
      </w:pPr>
      <w:r>
        <w:rPr>
          <w:rFonts w:ascii="宋体" w:eastAsia="宋体" w:hAnsi="宋体"/>
          <w:sz w:val="28"/>
        </w:rPr>
        <w:t>（三）加大项目安全生产自查、检查确保安全生产</w:t>
      </w:r>
    </w:p>
    <w:p>
      <w:pPr>
        <w:spacing w:before="100" w:after="200" w:line="360" w:lineRule="auto"/>
        <w:ind w:firstLine="576"/>
        <w:jc w:val="left"/>
        <w:sectPr w:rsidSect="00034616">
          <w:type w:val="nextPage"/>
          <w:pgSz w:w="11906" w:h="16838"/>
          <w:pgMar w:top="1440" w:right="1440" w:bottom="1440" w:left="1440" w:header="720" w:footer="720" w:gutter="0"/>
          <w:pgNumType w:start="23"/>
          <w:cols w:space="720"/>
          <w:titlePg w:val="0"/>
          <w:docGrid w:linePitch="360"/>
        </w:sectPr>
      </w:pPr>
      <w:r>
        <w:rPr>
          <w:rFonts w:ascii="宋体" w:eastAsia="宋体" w:hAnsi="宋体"/>
          <w:sz w:val="28"/>
        </w:rPr>
        <w:t>1、分公司要求各项目每月必须按《JGJ59—20xx建筑施工安全检查标准》对本项目及分包单位进行检查，安全隐患及时消除。检查情况表格每月25日前上报分公司工程科。</w:t>
      </w:r>
    </w:p>
    <w:p>
      <w:pPr>
        <w:spacing w:before="100" w:after="200" w:line="360" w:lineRule="auto"/>
        <w:ind w:firstLine="576"/>
        <w:jc w:val="left"/>
      </w:pPr>
      <w:r>
        <w:rPr>
          <w:rFonts w:ascii="宋体" w:eastAsia="宋体" w:hAnsi="宋体"/>
          <w:sz w:val="28"/>
        </w:rPr>
        <w:t>2、要求各项目安全员每周上报安全周报，内容包括生产进度，质量、安全检查和隐患排查消除等情况。</w:t>
      </w:r>
    </w:p>
    <w:p>
      <w:pPr>
        <w:spacing w:before="100" w:after="200" w:line="360" w:lineRule="auto"/>
        <w:ind w:firstLine="576"/>
        <w:jc w:val="left"/>
      </w:pPr>
      <w:r>
        <w:rPr>
          <w:rFonts w:ascii="宋体" w:eastAsia="宋体" w:hAnsi="宋体"/>
          <w:sz w:val="28"/>
        </w:rPr>
        <w:t>3、本年度分公司新开工5项目，包括上年度跨年6个项目共计11个项目在建，截至目前对项目开展定期检查18次，不定期检查12次，下发整改通知4份，先后督促各项目部排查隐患累计80余项，检查覆盖面包括分公司所有在建工程的施工现场安全生产、文明施工、特殊工种持证情况及安全资料的管理。</w:t>
      </w:r>
    </w:p>
    <w:p>
      <w:pPr>
        <w:spacing w:before="100" w:after="200" w:line="360" w:lineRule="auto"/>
        <w:ind w:firstLine="576"/>
        <w:jc w:val="left"/>
      </w:pPr>
      <w:r>
        <w:rPr>
          <w:rFonts w:ascii="宋体" w:eastAsia="宋体" w:hAnsi="宋体"/>
          <w:sz w:val="28"/>
        </w:rPr>
        <w:t>4、通过定期检查和针对性检查，在一定程度上提高了分公司的安全管理水平，有效地防范和遏制了安全事故的发生。还要求各项目对下属施工班组严格要求，严格落实奖惩制度。</w:t>
      </w:r>
    </w:p>
    <w:p>
      <w:pPr>
        <w:spacing w:before="100" w:after="200" w:line="360" w:lineRule="auto"/>
        <w:ind w:firstLine="576"/>
        <w:jc w:val="left"/>
      </w:pPr>
      <w:r>
        <w:rPr>
          <w:rFonts w:ascii="宋体" w:eastAsia="宋体" w:hAnsi="宋体"/>
          <w:sz w:val="28"/>
        </w:rPr>
        <w:t>（四）健全完善安全生产责任制和目标管理体系</w:t>
      </w:r>
    </w:p>
    <w:p>
      <w:pPr>
        <w:spacing w:before="100" w:after="200" w:line="360" w:lineRule="auto"/>
        <w:ind w:firstLine="576"/>
        <w:jc w:val="left"/>
      </w:pPr>
      <w:r>
        <w:rPr>
          <w:rFonts w:ascii="宋体" w:eastAsia="宋体" w:hAnsi="宋体"/>
          <w:sz w:val="28"/>
        </w:rPr>
        <w:t>分公司按公司管理体系文件要求，制订了分公司安全生产责任制及安全管理目标，并要求各项目结合分公司制定的责任制及管理目标，分解制订各项目部的安全管理目标，完善项目安全生产责任制，并将公司安全管理方面的文件制度，下发到各项目学习参考执行。</w:t>
      </w:r>
    </w:p>
    <w:p>
      <w:pPr>
        <w:spacing w:before="100" w:after="200" w:line="360" w:lineRule="auto"/>
        <w:jc w:val="left"/>
      </w:pPr>
      <w:r>
        <w:rPr>
          <w:rFonts w:ascii="宋体 (中文正文)" w:eastAsia="宋体" w:hAnsi="宋体 (中文正文)"/>
          <w:b/>
          <w:sz w:val="28"/>
        </w:rPr>
        <w:t>二、存在问题与建议</w:t>
      </w:r>
    </w:p>
    <w:p>
      <w:pPr>
        <w:spacing w:before="100" w:after="200" w:line="360" w:lineRule="auto"/>
        <w:ind w:firstLine="576"/>
        <w:jc w:val="left"/>
      </w:pPr>
      <w:r>
        <w:rPr>
          <w:rFonts w:ascii="宋体" w:eastAsia="宋体" w:hAnsi="宋体"/>
          <w:sz w:val="28"/>
        </w:rPr>
        <w:t>（一）分公司在安全管理工作方面取得了一定的成绩，但仍存在着不足，分公司安全管理工作，还存在薄弱环节。</w:t>
      </w:r>
    </w:p>
    <w:p>
      <w:pPr>
        <w:spacing w:before="100" w:after="200" w:line="360" w:lineRule="auto"/>
        <w:ind w:firstLine="576"/>
        <w:jc w:val="left"/>
      </w:pPr>
      <w:r>
        <w:rPr>
          <w:rFonts w:ascii="宋体" w:eastAsia="宋体" w:hAnsi="宋体"/>
          <w:sz w:val="28"/>
        </w:rPr>
        <w:t>1、首先是分公司施工项目多，项目跨距大，分公司安全管理人员少，项目专职安全员不够用所以难以保障项目安全管理工作的正常进行。</w:t>
      </w:r>
    </w:p>
    <w:p>
      <w:pPr>
        <w:spacing w:before="100" w:after="200" w:line="360" w:lineRule="auto"/>
        <w:ind w:firstLine="576"/>
        <w:jc w:val="left"/>
        <w:sectPr w:rsidSect="00034616">
          <w:type w:val="nextPage"/>
          <w:pgSz w:w="11906" w:h="16838"/>
          <w:pgMar w:top="1440" w:right="1440" w:bottom="1440" w:left="1440" w:header="720" w:footer="720" w:gutter="0"/>
          <w:pgNumType w:start="24"/>
          <w:cols w:space="720"/>
          <w:titlePg w:val="0"/>
          <w:docGrid w:linePitch="360"/>
        </w:sectPr>
      </w:pPr>
      <w:r>
        <w:rPr>
          <w:rFonts w:ascii="宋体" w:eastAsia="宋体" w:hAnsi="宋体"/>
          <w:sz w:val="28"/>
        </w:rPr>
        <w:t>2、对项目安全工作的指导和检查力度还不够，各项安全规章制度还需要进一步完善。</w:t>
      </w:r>
    </w:p>
    <w:p>
      <w:pPr>
        <w:spacing w:before="100" w:after="200" w:line="360" w:lineRule="auto"/>
        <w:ind w:firstLine="576"/>
        <w:jc w:val="left"/>
      </w:pPr>
      <w:r>
        <w:rPr>
          <w:rFonts w:ascii="宋体" w:eastAsia="宋体" w:hAnsi="宋体"/>
          <w:sz w:val="28"/>
        </w:rPr>
        <w:t>3、安全知识宣传培训教育工作做的还不够，不够细致，缺乏针对性，负责日常安全工作人员的观念和意识、业务水平、工作方法还需要进一步转变主动性要加强。有些员工的安全知识、安全技能仍很缺乏，安全意识仍很淡薄，侥幸心理、习惯性违章和经验主义错误大量存在，员工三违现象仍比较普遍，这都体现出安全教育、安全管理不到位，今后仍需要利用各种形式有针对性的加以培训教育。</w:t>
      </w:r>
    </w:p>
    <w:p>
      <w:pPr>
        <w:spacing w:before="100" w:after="200" w:line="360" w:lineRule="auto"/>
        <w:ind w:firstLine="576"/>
        <w:jc w:val="left"/>
      </w:pPr>
      <w:r>
        <w:rPr>
          <w:rFonts w:ascii="宋体" w:eastAsia="宋体" w:hAnsi="宋体"/>
          <w:sz w:val="28"/>
        </w:rPr>
        <w:t>4、项目经理未持有效证件（含执业资格证书、安全生产考核合格证书）并到岗履责的，项目专职安全管理人员未按规定配备持证在岗履责的；特种作业人员未持有效证件上岗的。</w:t>
      </w:r>
    </w:p>
    <w:p>
      <w:pPr>
        <w:spacing w:before="100" w:after="200" w:line="360" w:lineRule="auto"/>
        <w:ind w:firstLine="576"/>
        <w:jc w:val="left"/>
      </w:pPr>
      <w:r>
        <w:rPr>
          <w:rFonts w:ascii="宋体" w:eastAsia="宋体" w:hAnsi="宋体"/>
          <w:sz w:val="28"/>
        </w:rPr>
        <w:t>5、部分项目部安全生产责任制落实不具体没有责任人，无具体的考核办法，即使制定考核办法，但未认真考核，无考核记录。安全检查和考核办法和措施还需健全，预防监督和事故隐患整改机制的有效性、合理性、针对性方面还存在一定的差距。</w:t>
      </w:r>
    </w:p>
    <w:p>
      <w:pPr>
        <w:spacing w:before="100" w:after="200" w:line="360" w:lineRule="auto"/>
        <w:ind w:firstLine="576"/>
        <w:jc w:val="left"/>
      </w:pPr>
      <w:r>
        <w:rPr>
          <w:rFonts w:ascii="宋体" w:eastAsia="宋体" w:hAnsi="宋体"/>
          <w:sz w:val="28"/>
        </w:rPr>
        <w:t>6、安全资料不能按要求及时编制填报，有代签字现象。认为安全资料是走过场、走形式，是应付检查。</w:t>
      </w:r>
    </w:p>
    <w:p>
      <w:pPr>
        <w:spacing w:before="100" w:after="200" w:line="360" w:lineRule="auto"/>
        <w:ind w:firstLine="576"/>
        <w:jc w:val="left"/>
      </w:pPr>
      <w:r>
        <w:rPr>
          <w:rFonts w:ascii="宋体" w:eastAsia="宋体" w:hAnsi="宋体"/>
          <w:sz w:val="28"/>
        </w:rPr>
        <w:t>7、编制施工组织设计、质量计划、施工方案中，安全措施不全面、无针对性，写几条原则措施，施工安全管理过程中未具体落实。</w:t>
      </w:r>
    </w:p>
    <w:p>
      <w:pPr>
        <w:spacing w:before="100" w:after="200" w:line="360" w:lineRule="auto"/>
        <w:ind w:firstLine="576"/>
        <w:jc w:val="left"/>
      </w:pPr>
      <w:r>
        <w:rPr>
          <w:rFonts w:ascii="宋体" w:eastAsia="宋体" w:hAnsi="宋体"/>
          <w:sz w:val="28"/>
        </w:rPr>
        <w:t>8、部分项目部普遍无分部（分项）工程安全技术交底资料，即使有书面交底材料，但也不全面、针对性不强，未履行签字手续。</w:t>
      </w:r>
    </w:p>
    <w:p>
      <w:pPr>
        <w:spacing w:before="100" w:after="200" w:line="360" w:lineRule="auto"/>
        <w:ind w:firstLine="576"/>
        <w:jc w:val="left"/>
      </w:pPr>
      <w:r>
        <w:rPr>
          <w:rFonts w:ascii="宋体" w:eastAsia="宋体" w:hAnsi="宋体"/>
          <w:sz w:val="28"/>
        </w:rPr>
        <w:t>9、很多项目部未制订班前活动制度，项目经理部不重视班前活动嫌麻烦，没有意识到这是当天预防安全事故的一项很有必要的措施，所以未开展班前活动，更无班前安全活动记录。</w:t>
      </w:r>
    </w:p>
    <w:p>
      <w:pPr>
        <w:spacing w:before="100" w:after="200" w:line="360" w:lineRule="auto"/>
        <w:ind w:firstLine="576"/>
        <w:jc w:val="left"/>
        <w:sectPr w:rsidSect="00034616">
          <w:type w:val="nextPage"/>
          <w:pgSz w:w="11906" w:h="16838"/>
          <w:pgMar w:top="1440" w:right="1440" w:bottom="1440" w:left="1440" w:header="720" w:footer="720" w:gutter="0"/>
          <w:pgNumType w:start="25"/>
          <w:cols w:space="720"/>
          <w:titlePg w:val="0"/>
          <w:docGrid w:linePitch="360"/>
        </w:sectPr>
      </w:pPr>
      <w:r>
        <w:rPr>
          <w:rFonts w:ascii="宋体" w:eastAsia="宋体" w:hAnsi="宋体"/>
          <w:sz w:val="28"/>
        </w:rPr>
        <w:t>10、项目安全文明施工费用投入不足，不能满足项目施工安全需要。</w:t>
      </w:r>
    </w:p>
    <w:p>
      <w:pPr>
        <w:spacing w:before="100" w:after="200" w:line="360" w:lineRule="auto"/>
        <w:ind w:firstLine="576"/>
        <w:jc w:val="left"/>
      </w:pPr>
      <w:r>
        <w:rPr>
          <w:rFonts w:ascii="宋体" w:eastAsia="宋体" w:hAnsi="宋体"/>
          <w:sz w:val="28"/>
        </w:rPr>
        <w:t>（二）工作建议</w:t>
      </w:r>
    </w:p>
    <w:p>
      <w:pPr>
        <w:spacing w:before="100" w:after="200" w:line="360" w:lineRule="auto"/>
        <w:ind w:firstLine="576"/>
        <w:jc w:val="left"/>
      </w:pPr>
      <w:r>
        <w:rPr>
          <w:rFonts w:ascii="宋体" w:eastAsia="宋体" w:hAnsi="宋体"/>
          <w:sz w:val="28"/>
        </w:rPr>
        <w:t>1、加大安全知识宣传、学习和培训次数和力度，让各岗位员工了解安全生产的各项规章制度和操作规程、技术标准，提高安全意识，完成“要我安全”到“我要安全”最终到“我会安全”的质的转变。开展“安全生产宣传月”活动，通过政策宣讲、图片展览、安全常识教育等活动，提高领导和员工的安全意识，努力营造“人人关注安全，人人关爱生命”的氛围。</w:t>
      </w:r>
    </w:p>
    <w:p>
      <w:pPr>
        <w:spacing w:before="100" w:after="200" w:line="360" w:lineRule="auto"/>
        <w:ind w:firstLine="576"/>
        <w:jc w:val="left"/>
      </w:pPr>
      <w:r>
        <w:rPr>
          <w:rFonts w:ascii="宋体" w:eastAsia="宋体" w:hAnsi="宋体"/>
          <w:sz w:val="28"/>
        </w:rPr>
        <w:t>2、继续严抓控管各项安全工作，切实把好保证生产经营正常进行、保持安全和稳定的工作落到实处，健全和完善安全生产奖励机制，对安全工作做得好的项目和个人给予精神和物质奖励。</w:t>
      </w:r>
    </w:p>
    <w:p>
      <w:pPr>
        <w:spacing w:before="100" w:after="200" w:line="360" w:lineRule="auto"/>
        <w:jc w:val="left"/>
      </w:pPr>
      <w:r>
        <w:rPr>
          <w:rFonts w:ascii="宋体 (中文正文)" w:eastAsia="宋体" w:hAnsi="宋体 (中文正文)"/>
          <w:b/>
          <w:sz w:val="28"/>
        </w:rPr>
        <w:t>三、20xx年工作安排</w:t>
      </w:r>
    </w:p>
    <w:p>
      <w:pPr>
        <w:spacing w:before="100" w:after="200" w:line="360" w:lineRule="auto"/>
        <w:ind w:firstLine="576"/>
        <w:jc w:val="left"/>
      </w:pPr>
      <w:r>
        <w:rPr>
          <w:rFonts w:ascii="宋体" w:eastAsia="宋体" w:hAnsi="宋体"/>
          <w:sz w:val="28"/>
        </w:rPr>
        <w:t>1、20xx度分公司将继续努力工作，根据公司要求制定年度安全管理目标，根据管理目标确定各项工作的开展及管理，确保全年无重大伤亡事故。一般事故控制在3‰以内，实现全年“安全无事故”</w:t>
      </w:r>
    </w:p>
    <w:p>
      <w:pPr>
        <w:spacing w:before="100" w:after="200" w:line="360" w:lineRule="auto"/>
        <w:ind w:firstLine="576"/>
        <w:jc w:val="left"/>
      </w:pPr>
      <w:r>
        <w:rPr>
          <w:rFonts w:ascii="宋体" w:eastAsia="宋体" w:hAnsi="宋体"/>
          <w:sz w:val="28"/>
        </w:rPr>
        <w:t>2、加强安全领导小组的安全生产管理工作，加强各项目施工现场安全管理工作，确保不发生安全事故。</w:t>
      </w:r>
    </w:p>
    <w:p>
      <w:pPr>
        <w:spacing w:before="100" w:after="200" w:line="360" w:lineRule="auto"/>
        <w:ind w:firstLine="576"/>
        <w:jc w:val="left"/>
      </w:pPr>
      <w:r>
        <w:rPr>
          <w:rFonts w:ascii="宋体" w:eastAsia="宋体" w:hAnsi="宋体"/>
          <w:sz w:val="28"/>
        </w:rPr>
        <w:t>3、新开工项目开工前分公司要求各项目部的第一责任人签订《20xx年安全生产管理目标责任书》，分公司工程管理科就安全事宜及时与项目部进行安全技术交底。</w:t>
      </w:r>
    </w:p>
    <w:p>
      <w:pPr>
        <w:spacing w:before="100" w:after="200" w:line="360" w:lineRule="auto"/>
        <w:ind w:firstLine="576"/>
        <w:jc w:val="left"/>
      </w:pPr>
      <w:r>
        <w:rPr>
          <w:rFonts w:ascii="宋体" w:eastAsia="宋体" w:hAnsi="宋体"/>
          <w:sz w:val="28"/>
        </w:rPr>
        <w:t>4、加强安全生产教育培训，加强指导员工对操作规程的学习和执行。</w:t>
      </w:r>
    </w:p>
    <w:p>
      <w:pPr>
        <w:spacing w:before="100" w:after="200" w:line="360" w:lineRule="auto"/>
        <w:ind w:firstLine="576"/>
        <w:jc w:val="left"/>
      </w:pPr>
      <w:r>
        <w:rPr>
          <w:rFonts w:ascii="宋体" w:eastAsia="宋体" w:hAnsi="宋体"/>
          <w:sz w:val="28"/>
        </w:rPr>
        <w:t>5、加大对机械设备的管理，凡未持证上岗人员一经发现，立即停止作业限期换人，并按规定给予经济处罚。</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https://d.book118.com/058140076012006036</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2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5814007601200603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