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不要</w:t>
        <w:br/>
        <w:t>D-</w:t>
      </w:r>
      <w:r>
        <w:t xml:space="preserve"> Don't.</w:t>
        <w:br/>
        <w:t>我很抱歉</w:t>
        <w:br/>
        <w:t>I'm</w:t>
      </w:r>
      <w:r>
        <w:t xml:space="preserve"> sorry.</w:t>
        <w:br/>
        <w:t>然后</w:t>
      </w:r>
      <w:r>
        <w:t xml:space="preserve"> 播放幻灯片</w:t>
        <w:br/>
        <w:t>And</w:t>
      </w:r>
      <w:r>
        <w:t xml:space="preserve"> hit</w:t>
      </w:r>
      <w:r>
        <w:t xml:space="preserve"> the</w:t>
      </w:r>
      <w:r>
        <w:t xml:space="preserve"> slides.</w:t>
        <w:br/>
        <w:t>石女</w:t>
      </w:r>
      <w:r>
        <w:t xml:space="preserve"> 钢女</w:t>
        <w:br/>
        <w:t>Stone</w:t>
      </w:r>
      <w:r>
        <w:t xml:space="preserve"> woman.</w:t>
      </w:r>
      <w:r>
        <w:t xml:space="preserve"> Iron</w:t>
      </w:r>
      <w:r>
        <w:t xml:space="preserve"> woman.</w:t>
        <w:br/>
        <w:t>用你无情的手夺去那生命</w:t>
        <w:br/>
        <w:t>To</w:t>
      </w:r>
      <w:r>
        <w:t xml:space="preserve"> callously</w:t>
      </w:r>
      <w:r>
        <w:t xml:space="preserve"> spill</w:t>
      </w:r>
      <w:r>
        <w:t xml:space="preserve"> with</w:t>
      </w:r>
      <w:r>
        <w:t xml:space="preserve"> thine</w:t>
      </w:r>
      <w:r>
        <w:t xml:space="preserve"> hand</w:t>
      </w:r>
      <w:r>
        <w:t xml:space="preserve"> that</w:t>
      </w:r>
      <w:r>
        <w:t xml:space="preserve"> life,</w:t>
        <w:br/>
        <w:t>你的痛苦是</w:t>
        <w:br/>
        <w:t>self-</w:t>
      </w:r>
      <w:r>
        <w:t xml:space="preserve"> created</w:t>
      </w:r>
      <w:r>
        <w:t xml:space="preserve"> of</w:t>
        <w:br/>
        <w:t>自己创造的</w:t>
      </w:r>
      <w:r>
        <w:t xml:space="preserve"> </w:t>
      </w:r>
      <w:r>
        <w:t xml:space="preserve"> -一位母亲被杀</w:t>
        <w:br/>
        <w:t>thine</w:t>
      </w:r>
      <w:r>
        <w:t xml:space="preserve"> own</w:t>
      </w:r>
      <w:r>
        <w:t xml:space="preserve"> agony?</w:t>
      </w:r>
      <w:r>
        <w:t xml:space="preserve"> A</w:t>
      </w:r>
      <w:r>
        <w:t xml:space="preserve"> mother</w:t>
      </w:r>
      <w:r>
        <w:t xml:space="preserve"> slew...</w:t>
        <w:br/>
        <w:t>我得下去致谢了</w:t>
        <w:br/>
        <w:t>I'm</w:t>
      </w:r>
      <w:r>
        <w:t xml:space="preserve"> gonna</w:t>
      </w:r>
      <w:r>
        <w:t xml:space="preserve"> go</w:t>
      </w:r>
      <w:r>
        <w:t xml:space="preserve"> and</w:t>
      </w:r>
      <w:r>
        <w:t xml:space="preserve"> congratulate</w:t>
      </w:r>
      <w:r>
        <w:t xml:space="preserve"> the</w:t>
      </w:r>
      <w:r>
        <w:t xml:space="preserve"> cast.</w:t>
        <w:br/>
        <w:t>你一个人能行吧</w:t>
      </w:r>
      <w:r>
        <w:t xml:space="preserve"> 托德</w:t>
        <w:br/>
        <w:t>You</w:t>
      </w:r>
      <w:r>
        <w:t xml:space="preserve"> got</w:t>
      </w:r>
      <w:r>
        <w:t xml:space="preserve"> this,</w:t>
      </w:r>
      <w:r>
        <w:t xml:space="preserve"> Todd?</w:t>
        <w:br/>
        <w:t>能行</w:t>
      </w:r>
      <w:r>
        <w:t xml:space="preserve"> 祝贺你们</w:t>
        <w:br/>
        <w:t>Yep.</w:t>
      </w:r>
      <w:r>
        <w:t xml:space="preserve"> Congrats.</w:t>
        <w:br/>
        <w:t>伊诺</w:t>
      </w:r>
      <w:r>
        <w:t xml:space="preserve"> 被神逼疯了</w:t>
        <w:br/>
        <w:t>Ino,</w:t>
      </w:r>
      <w:r>
        <w:t xml:space="preserve"> god-</w:t>
      </w:r>
      <w:r>
        <w:t xml:space="preserve"> maddened,</w:t>
      </w:r>
      <w:r>
        <w:t xml:space="preserve"> whom</w:t>
      </w:r>
      <w:r>
        <w:t xml:space="preserve"> the</w:t>
        <w:br/>
        <w:t>被女神逼疯了</w:t>
      </w:r>
      <w:r>
        <w:t xml:space="preserve"> 飞向黑暗</w:t>
        <w:br/>
        <w:t>Queen</w:t>
      </w:r>
      <w:r>
        <w:t xml:space="preserve"> of</w:t>
      </w:r>
      <w:r>
        <w:t xml:space="preserve"> heaven</w:t>
      </w:r>
      <w:r>
        <w:t xml:space="preserve"> set</w:t>
      </w:r>
      <w:r>
        <w:t xml:space="preserve"> frenzied,</w:t>
      </w:r>
      <w:r>
        <w:t xml:space="preserve"> flying</w:t>
      </w:r>
      <w:r>
        <w:t xml:space="preserve"> to</w:t>
      </w:r>
      <w:r>
        <w:t xml:space="preserve"> the</w:t>
      </w:r>
      <w:r>
        <w:t xml:space="preserve"> dark:</w:t>
        <w:br/>
        <w:t>把她从悲伤中抛向狂野的盐海</w:t>
        <w:br/>
        <w:t>and</w:t>
      </w:r>
      <w:r>
        <w:t xml:space="preserve"> she</w:t>
      </w:r>
      <w:r>
        <w:t xml:space="preserve"> cast</w:t>
      </w:r>
      <w:r>
        <w:t xml:space="preserve"> her</w:t>
      </w:r>
      <w:r>
        <w:t xml:space="preserve"> from</w:t>
      </w:r>
      <w:r>
        <w:t xml:space="preserve"> sorry</w:t>
      </w:r>
      <w:r>
        <w:t xml:space="preserve"> to</w:t>
      </w:r>
      <w:r>
        <w:t xml:space="preserve"> the</w:t>
      </w:r>
      <w:r>
        <w:t xml:space="preserve"> wild</w:t>
      </w:r>
      <w:r>
        <w:t xml:space="preserve"> salt</w:t>
      </w:r>
      <w:r>
        <w:t xml:space="preserve"> sea,</w:t>
        <w:br/>
        <w:t>从那些罪孽深重的杀戮之处</w:t>
        <w:br/>
        <w:t>forth</w:t>
      </w:r>
      <w:r>
        <w:t xml:space="preserve"> from</w:t>
      </w:r>
      <w:r>
        <w:t xml:space="preserve"> those</w:t>
      </w:r>
      <w:r>
        <w:t xml:space="preserve"> rooms</w:t>
      </w:r>
      <w:r>
        <w:t xml:space="preserve"> of</w:t>
      </w:r>
      <w:r>
        <w:t xml:space="preserve"> murder</w:t>
      </w:r>
      <w:r>
        <w:t xml:space="preserve"> unforgiven,</w:t>
      </w:r>
      <w:r>
        <w:t xml:space="preserve"> wild-</w:t>
      </w:r>
      <w:r>
        <w:t xml:space="preserve"> footed</w:t>
        <w:br/>
        <w:t>从海岸白色的峭壁上狂奔而出</w:t>
        <w:br/>
        <w:t>from</w:t>
      </w:r>
      <w:r>
        <w:t xml:space="preserve"> a</w:t>
      </w:r>
      <w:r>
        <w:t xml:space="preserve"> white</w:t>
      </w:r>
      <w:r>
        <w:t xml:space="preserve"> crag</w:t>
      </w:r>
      <w:r>
        <w:t xml:space="preserve"> of</w:t>
      </w:r>
      <w:r>
        <w:t xml:space="preserve"> the</w:t>
      </w:r>
      <w:r>
        <w:t xml:space="preserve"> shore,</w:t>
        <w:br/>
        <w:t>怀里还紧紧抱着两个孩子</w:t>
        <w:br/>
        <w:t>and</w:t>
      </w:r>
      <w:r>
        <w:t xml:space="preserve"> clasping</w:t>
      </w:r>
      <w:r>
        <w:t xml:space="preserve"> still</w:t>
      </w:r>
      <w:r>
        <w:t xml:space="preserve"> her</w:t>
      </w:r>
      <w:r>
        <w:t xml:space="preserve"> children</w:t>
      </w:r>
      <w:r>
        <w:t xml:space="preserve"> twain...</w:t>
        <w:br/>
        <w:t>哦</w:t>
      </w:r>
      <w:r>
        <w:t xml:space="preserve"> 神啊</w:t>
        <w:br/>
        <w:t>Oh,</w:t>
      </w:r>
      <w:r>
        <w:t xml:space="preserve"> God,</w:t>
      </w:r>
      <w:r>
        <w:t xml:space="preserve"> thou</w:t>
      </w:r>
      <w:r>
        <w:t xml:space="preserve"> hast</w:t>
        <w:br/>
        <w:t>你撕碎了我</w:t>
      </w:r>
      <w:r>
        <w:t xml:space="preserve"> </w:t>
      </w:r>
      <w:r>
        <w:t xml:space="preserve"> -我要将利爪</w:t>
        <w:br/>
        <w:t>broken</w:t>
      </w:r>
      <w:r>
        <w:t xml:space="preserve"> me!</w:t>
      </w:r>
      <w:r>
        <w:t xml:space="preserve"> -</w:t>
      </w:r>
      <w:r>
        <w:t xml:space="preserve"> My</w:t>
      </w:r>
      <w:r>
        <w:t xml:space="preserve"> claws</w:t>
        <w:br/>
        <w:t>插入你的心</w:t>
        <w:br/>
        <w:t>have</w:t>
      </w:r>
      <w:r>
        <w:t xml:space="preserve"> gripped</w:t>
      </w:r>
      <w:r>
        <w:t xml:space="preserve"> thine</w:t>
      </w:r>
      <w:r>
        <w:t xml:space="preserve"> heart,</w:t>
        <w:br/>
        <w:t>插入最闪耀的部分</w:t>
        <w:br/>
        <w:t>and</w:t>
      </w:r>
      <w:r>
        <w:t xml:space="preserve"> all</w:t>
      </w:r>
      <w:r>
        <w:t xml:space="preserve"> that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shines.</w:t>
        <w:br/>
        <w:t>你必须感受到悲伤</w:t>
        <w:br/>
        <w:t>Thou</w:t>
      </w:r>
      <w:r>
        <w:t xml:space="preserve"> must</w:t>
      </w:r>
      <w:r>
        <w:t xml:space="preserve"> have</w:t>
      </w:r>
      <w:r>
        <w:t xml:space="preserve"> grief.</w:t>
        <w:br/>
        <w:t>感受与我一样的痛苦</w:t>
        <w:br/>
        <w:t>Pain</w:t>
      </w:r>
      <w:r>
        <w:t xml:space="preserve"> as</w:t>
      </w:r>
      <w:r>
        <w:t xml:space="preserve"> fierce</w:t>
      </w:r>
      <w:r>
        <w:t xml:space="preserve"> as</w:t>
      </w:r>
      <w:r>
        <w:t xml:space="preserve"> mine.</w:t>
        <w:br/>
        <w:t>我热爱痛苦</w:t>
      </w:r>
      <w:r>
        <w:t xml:space="preserve"> 因为你将不再欢笑</w:t>
        <w:br/>
        <w:t>oh,</w:t>
      </w:r>
      <w:r>
        <w:t xml:space="preserve"> I</w:t>
      </w:r>
      <w:r>
        <w:t xml:space="preserve"> love</w:t>
      </w:r>
      <w:r>
        <w:t xml:space="preserve"> the</w:t>
      </w:r>
      <w:r>
        <w:t xml:space="preserve"> pain,</w:t>
      </w:r>
      <w:r>
        <w:t xml:space="preserve"> for</w:t>
      </w:r>
      <w:r>
        <w:t xml:space="preserve"> thou</w:t>
      </w:r>
      <w:r>
        <w:t xml:space="preserve"> shalt</w:t>
      </w:r>
      <w:r>
        <w:t xml:space="preserve"> laugh</w:t>
      </w:r>
      <w:r>
        <w:t xml:space="preserve"> no</w:t>
      </w:r>
      <w:r>
        <w:t xml:space="preserve"> more.</w:t>
        <w:br/>
        <w:t>啊</w:t>
      </w:r>
      <w:r>
        <w:t xml:space="preserve"> 我的孩子降生在了如此罪恶的世界</w:t>
        <w:br/>
        <w:t>Oh,</w:t>
      </w:r>
      <w:r>
        <w:t xml:space="preserve"> what</w:t>
      </w:r>
      <w:r>
        <w:t xml:space="preserve"> a</w:t>
      </w:r>
      <w:r>
        <w:t xml:space="preserve"> womb</w:t>
      </w:r>
      <w:r>
        <w:t xml:space="preserve"> of</w:t>
      </w:r>
      <w:r>
        <w:t xml:space="preserve"> sin</w:t>
      </w:r>
      <w:r>
        <w:t xml:space="preserve"> my</w:t>
      </w:r>
      <w:r>
        <w:t xml:space="preserve"> children</w:t>
      </w:r>
      <w:r>
        <w:t xml:space="preserve"> bore!</w:t>
        <w:br/>
        <w:t>你的求爱欺骗了我</w:t>
        <w:br/>
        <w:t>Twas</w:t>
      </w:r>
      <w:r>
        <w:t xml:space="preserve"> thy</w:t>
      </w:r>
      <w:r>
        <w:t xml:space="preserve"> false</w:t>
      </w:r>
      <w:r>
        <w:t xml:space="preserve"> wooings,</w:t>
        <w:br/>
        <w:t>全是你的骄傲所致</w:t>
      </w:r>
      <w:r>
        <w:t xml:space="preserve"> </w:t>
      </w:r>
      <w:r>
        <w:t xml:space="preserve"> -你说得对</w:t>
        <w:br/>
        <w:t>'twas</w:t>
      </w:r>
      <w:r>
        <w:t xml:space="preserve"> their</w:t>
      </w:r>
      <w:r>
        <w:t xml:space="preserve"> trampling</w:t>
      </w:r>
      <w:r>
        <w:t xml:space="preserve"> pride!</w:t>
      </w:r>
      <w:r>
        <w:t xml:space="preserve"> Thou</w:t>
      </w:r>
      <w:r>
        <w:t xml:space="preserve"> hast</w:t>
      </w:r>
      <w:r>
        <w:t xml:space="preserve"> said</w:t>
      </w:r>
      <w:r>
        <w:t xml:space="preserve"> it!</w:t>
        <w:br/>
        <w:t>他们因渴求爱而死</w:t>
        <w:br/>
        <w:t>For</w:t>
      </w:r>
      <w:r>
        <w:t xml:space="preserve"> the</w:t>
      </w:r>
      <w:r>
        <w:t xml:space="preserve"> lust</w:t>
      </w:r>
      <w:r>
        <w:t xml:space="preserve"> of</w:t>
      </w:r>
      <w:r>
        <w:t xml:space="preserve"> love</w:t>
      </w:r>
      <w:r>
        <w:t xml:space="preserve"> they</w:t>
      </w:r>
      <w:r>
        <w:t xml:space="preserve"> died!</w:t>
        <w:br/>
        <w:t>那座阿尔戈号&amp;hearts;</w:t>
      </w:r>
      <w:r>
        <w:t xml:space="preserve"> 将在原地腐&amp;hearts;败&amp;hearts;衰落</w:t>
        <w:br/>
        <w:t>The</w:t>
      </w:r>
      <w:r>
        <w:t xml:space="preserve"> hands</w:t>
      </w:r>
      <w:r>
        <w:t xml:space="preserve"> of</w:t>
      </w:r>
      <w:r>
        <w:t xml:space="preserve"> thine</w:t>
      </w:r>
      <w:r>
        <w:t xml:space="preserve"> old</w:t>
      </w:r>
      <w:r>
        <w:t xml:space="preserve"> Argo,</w:t>
      </w:r>
      <w:r>
        <w:t xml:space="preserve"> rotting</w:t>
      </w:r>
      <w:r>
        <w:t xml:space="preserve"> where</w:t>
      </w:r>
      <w:r>
        <w:t xml:space="preserve"> she</w:t>
      </w:r>
      <w:r>
        <w:t xml:space="preserve"> stands,</w:t>
        <w:br/>
        <w:t>我必将你的头砍为两半</w:t>
        <w:br/>
        <w:t>shall</w:t>
      </w:r>
      <w:r>
        <w:t xml:space="preserve"> smite</w:t>
      </w:r>
      <w:r>
        <w:t xml:space="preserve"> thine</w:t>
      </w:r>
      <w:r>
        <w:t xml:space="preserve"> head</w:t>
      </w:r>
      <w:r>
        <w:t xml:space="preserve"> in</w:t>
      </w:r>
      <w:r>
        <w:t xml:space="preserve"> twain.</w:t>
        <w:br/>
        <w:t>你将在对我的痛苦回忆中而亡</w:t>
        <w:br/>
        <w:t>And</w:t>
      </w:r>
      <w:r>
        <w:t xml:space="preserve"> bitter</w:t>
      </w:r>
      <w:r>
        <w:t xml:space="preserve"> be</w:t>
      </w:r>
      <w:r>
        <w:t xml:space="preserve"> to</w:t>
      </w:r>
      <w:r>
        <w:t xml:space="preserve"> the</w:t>
      </w:r>
      <w:r>
        <w:t xml:space="preserve"> last</w:t>
      </w:r>
      <w:r>
        <w:t xml:space="preserve"> end</w:t>
      </w:r>
      <w:r>
        <w:t xml:space="preserve"> thy</w:t>
      </w:r>
      <w:r>
        <w:t xml:space="preserve"> memories</w:t>
      </w:r>
      <w:r>
        <w:t xml:space="preserve"> of</w:t>
      </w:r>
      <w:r>
        <w:t xml:space="preserve"> me.</w:t>
        <w:br/>
        <w:t>人们期待的结局不会到来</w:t>
        <w:br/>
        <w:t>And</w:t>
      </w:r>
      <w:r>
        <w:t xml:space="preserve"> the</w:t>
      </w:r>
      <w:r>
        <w:t xml:space="preserve"> end</w:t>
      </w:r>
      <w:r>
        <w:t xml:space="preserve"> men</w:t>
      </w:r>
      <w:r>
        <w:t xml:space="preserve"> look</w:t>
      </w:r>
      <w:r>
        <w:t xml:space="preserve"> for</w:t>
      </w:r>
      <w:r>
        <w:t xml:space="preserve"> cometh</w:t>
      </w:r>
      <w:r>
        <w:t xml:space="preserve"> not,</w:t>
        <w:br/>
        <w:t>它总以意想不到的方式收场</w:t>
        <w:br/>
        <w:t>and</w:t>
      </w:r>
      <w:r>
        <w:t xml:space="preserve"> a</w:t>
      </w:r>
      <w:r>
        <w:t xml:space="preserve"> path</w:t>
      </w:r>
      <w:r>
        <w:t xml:space="preserve"> is</w:t>
      </w:r>
      <w:r>
        <w:t xml:space="preserve"> there</w:t>
      </w:r>
      <w:r>
        <w:t xml:space="preserve"> where</w:t>
      </w:r>
      <w:r>
        <w:t xml:space="preserve"> no</w:t>
      </w:r>
      <w:r>
        <w:t xml:space="preserve"> man</w:t>
      </w:r>
      <w:r>
        <w:t xml:space="preserve"> thought.</w:t>
        <w:br/>
        <w:t>这里也是如此</w:t>
        <w:br/>
        <w:t>So</w:t>
      </w:r>
      <w:r>
        <w:t xml:space="preserve"> hath</w:t>
      </w:r>
      <w:r>
        <w:t xml:space="preserve"> it</w:t>
      </w:r>
      <w:r>
        <w:t xml:space="preserve"> fallen</w:t>
      </w:r>
      <w:r>
        <w:t xml:space="preserve"> here.</w:t>
        <w:br/>
        <w:t>我做到了</w:t>
        <w:br/>
        <w:t>I</w:t>
      </w:r>
      <w:r>
        <w:t xml:space="preserve"> did</w:t>
      </w:r>
      <w:r>
        <w:t xml:space="preserve"> it!</w:t>
        <w:br/>
        <w:t>看到了吗</w:t>
        <w:br/>
        <w:t>You</w:t>
      </w:r>
      <w:r>
        <w:t xml:space="preserve"> see</w:t>
      </w:r>
      <w:r>
        <w:t xml:space="preserve"> that?</w:t>
        <w:br/>
        <w:t>演得很好</w:t>
        <w:br/>
        <w:t>So</w:t>
      </w:r>
      <w:r>
        <w:t xml:space="preserve"> good.</w:t>
        <w:br/>
        <w:t>太棒了</w:t>
      </w:r>
      <w:r>
        <w:t xml:space="preserve"> 演得很好</w:t>
        <w:br/>
        <w:t>It</w:t>
      </w:r>
      <w:r>
        <w:t xml:space="preserve"> was</w:t>
      </w:r>
      <w:r>
        <w:t xml:space="preserve"> fant...well</w:t>
      </w:r>
      <w:r>
        <w:t xml:space="preserve"> done.</w:t>
        <w:br/>
        <w:t>我天啊</w:t>
      </w:r>
      <w:r>
        <w:t xml:space="preserve"> </w:t>
      </w:r>
      <w:r>
        <w:t xml:space="preserve"> -改编得很好</w:t>
        <w:br/>
        <w:t>Oh,</w:t>
      </w:r>
      <w:r>
        <w:t xml:space="preserve"> my</w:t>
      </w:r>
      <w:r>
        <w:t xml:space="preserve"> God.</w:t>
      </w:r>
      <w:r>
        <w:t xml:space="preserve"> -</w:t>
      </w:r>
      <w:r>
        <w:t xml:space="preserve"> Really</w:t>
      </w:r>
      <w:r>
        <w:t xml:space="preserve"> great</w:t>
      </w:r>
      <w:r>
        <w:t xml:space="preserve"> adjustments.</w:t>
        <w:br/>
        <w:t>你得出去见观众了</w:t>
      </w:r>
      <w:r>
        <w:t xml:space="preserve"> </w:t>
      </w:r>
      <w:r>
        <w:t xml:space="preserve"> -我会出去的</w:t>
        <w:br/>
        <w:t>You</w:t>
      </w:r>
      <w:r>
        <w:t xml:space="preserve"> have</w:t>
      </w:r>
      <w:r>
        <w:t xml:space="preserve"> to</w:t>
      </w:r>
      <w:r>
        <w:t xml:space="preserve"> go</w:t>
      </w:r>
      <w:r>
        <w:t xml:space="preserve"> out</w:t>
      </w:r>
      <w:r>
        <w:t xml:space="preserve"> there-</w:t>
      </w:r>
      <w:r>
        <w:t xml:space="preserve"> and</w:t>
      </w:r>
      <w:r>
        <w:t xml:space="preserve"> see</w:t>
      </w:r>
      <w:r>
        <w:t xml:space="preserve"> the</w:t>
      </w:r>
      <w:r>
        <w:t xml:space="preserve"> audience.</w:t>
      </w:r>
      <w:r>
        <w:t xml:space="preserve"> -</w:t>
      </w:r>
      <w:r>
        <w:t xml:space="preserve"> I'm</w:t>
      </w:r>
      <w:r>
        <w:t xml:space="preserve"> gonna</w:t>
      </w:r>
      <w:r>
        <w:t xml:space="preserve"> go</w:t>
      </w:r>
      <w:r>
        <w:t xml:space="preserve"> out</w:t>
      </w:r>
      <w:r>
        <w:t xml:space="preserve"> there,</w:t>
      </w:r>
      <w:r>
        <w:t xml:space="preserve"> okay?</w:t>
        <w:br/>
        <w:t>记得来跟我们一起庆功</w:t>
      </w:r>
      <w:r>
        <w:t xml:space="preserve"> </w:t>
      </w:r>
      <w:r>
        <w:t xml:space="preserve"> -没问题</w:t>
      </w:r>
      <w:r>
        <w:t xml:space="preserve"> 好的</w:t>
        <w:br/>
        <w:t>You</w:t>
      </w:r>
      <w:r>
        <w:t xml:space="preserve"> got</w:t>
      </w:r>
      <w:r>
        <w:t xml:space="preserve"> to</w:t>
      </w:r>
      <w:r>
        <w:t xml:space="preserve"> come</w:t>
      </w:r>
      <w:r>
        <w:t xml:space="preserve"> and</w:t>
      </w:r>
      <w:r>
        <w:t xml:space="preserve"> celebrate</w:t>
      </w:r>
      <w:r>
        <w:t xml:space="preserve"> with</w:t>
      </w:r>
      <w:r>
        <w:t xml:space="preserve"> us.</w:t>
      </w:r>
      <w:r>
        <w:t xml:space="preserve"> -</w:t>
      </w:r>
      <w:r>
        <w:t xml:space="preserve"> All</w:t>
      </w:r>
      <w:r>
        <w:t xml:space="preserve"> right.</w:t>
      </w:r>
      <w:r>
        <w:t xml:space="preserve"> Okay.</w:t>
        <w:br/>
        <w:t>好的</w:t>
      </w:r>
      <w:r>
        <w:t xml:space="preserve"> 行</w:t>
        <w:br/>
        <w:t>Okay.</w:t>
      </w:r>
      <w:r>
        <w:t xml:space="preserve"> All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right.</w:t>
        <w:br/>
        <w:t>嘿</w:t>
      </w:r>
      <w:r>
        <w:t xml:space="preserve"> 奥利维亚</w:t>
        <w:br/>
        <w:t>Hey,</w:t>
      </w:r>
      <w:r>
        <w:t xml:space="preserve"> Olivia.</w:t>
        <w:br/>
        <w:t>你演得真好</w:t>
      </w:r>
      <w:r>
        <w:t xml:space="preserve"> </w:t>
      </w:r>
      <w:r>
        <w:t xml:space="preserve"> -就我那一句台词吗</w:t>
        <w:br/>
        <w:t>That</w:t>
      </w:r>
      <w:r>
        <w:t xml:space="preserve"> was</w:t>
      </w:r>
      <w:r>
        <w:t xml:space="preserve"> great</w:t>
      </w:r>
      <w:r>
        <w:t xml:space="preserve"> work.</w:t>
      </w:r>
      <w:r>
        <w:t xml:space="preserve"> -</w:t>
      </w:r>
      <w:r>
        <w:t xml:space="preserve"> You</w:t>
      </w:r>
      <w:r>
        <w:t xml:space="preserve"> mean</w:t>
      </w:r>
      <w:r>
        <w:t xml:space="preserve"> with</w:t>
      </w:r>
      <w:r>
        <w:t xml:space="preserve"> my</w:t>
      </w:r>
      <w:r>
        <w:t xml:space="preserve"> one</w:t>
      </w:r>
      <w:r>
        <w:t xml:space="preserve"> line?</w:t>
        <w:br/>
        <w:t>你要去剧组派对吗</w:t>
        <w:br/>
        <w:t>Are</w:t>
      </w:r>
      <w:r>
        <w:t xml:space="preserve"> you</w:t>
      </w:r>
      <w:r>
        <w:t xml:space="preserve"> gonna</w:t>
      </w:r>
      <w:r>
        <w:t xml:space="preserve"> go</w:t>
      </w:r>
      <w:r>
        <w:t xml:space="preserve"> to</w:t>
      </w:r>
      <w:r>
        <w:t xml:space="preserve"> the</w:t>
      </w:r>
      <w:r>
        <w:t xml:space="preserve"> cast</w:t>
      </w:r>
      <w:r>
        <w:t xml:space="preserve"> party?</w:t>
        <w:br/>
        <w:t>不都结束了</w:t>
        <w:br/>
        <w:t>No.</w:t>
      </w:r>
      <w:r>
        <w:t xml:space="preserve"> This</w:t>
      </w:r>
      <w:r>
        <w:t xml:space="preserve"> is</w:t>
      </w:r>
      <w:r>
        <w:t xml:space="preserve"> over.</w:t>
        <w:br/>
        <w:t>嘘</w:t>
      </w:r>
      <w:r>
        <w:t xml:space="preserve"> 拜托</w:t>
      </w:r>
      <w:r>
        <w:t xml:space="preserve"> </w:t>
      </w:r>
      <w:r>
        <w:t xml:space="preserve"> -别让我闭嘴</w:t>
        <w:br/>
        <w:t>Shh,</w:t>
      </w:r>
      <w:r>
        <w:t xml:space="preserve"> shh.</w:t>
      </w:r>
      <w:r>
        <w:t xml:space="preserve"> Please.</w:t>
      </w:r>
      <w:r>
        <w:t xml:space="preserve"> -</w:t>
      </w:r>
      <w:r>
        <w:t xml:space="preserve"> Don't</w:t>
      </w:r>
      <w:r>
        <w:t xml:space="preserve"> shush</w:t>
      </w:r>
      <w:r>
        <w:t xml:space="preserve"> me.</w:t>
        <w:br/>
        <w:t>不管你怎么说</w:t>
      </w:r>
      <w:r>
        <w:t xml:space="preserve"> 我都要去找院长</w:t>
        <w:br/>
        <w:t>I</w:t>
      </w:r>
      <w:r>
        <w:t xml:space="preserve"> don't</w:t>
      </w:r>
      <w:r>
        <w:t xml:space="preserve"> care</w:t>
      </w:r>
      <w:r>
        <w:t xml:space="preserve"> what</w:t>
      </w:r>
      <w:r>
        <w:t xml:space="preserve"> you</w:t>
      </w:r>
      <w:r>
        <w:t xml:space="preserve"> say.</w:t>
      </w:r>
      <w:r>
        <w:t xml:space="preserve"> I'm</w:t>
      </w:r>
      <w:r>
        <w:t xml:space="preserve"> going</w:t>
      </w:r>
      <w:r>
        <w:t xml:space="preserve"> to</w:t>
      </w:r>
      <w:r>
        <w:t xml:space="preserve"> the</w:t>
      </w:r>
      <w:r>
        <w:t xml:space="preserve"> dean.</w:t>
        <w:br/>
        <w:t>奥利维亚</w:t>
      </w:r>
      <w:r>
        <w:t xml:space="preserve"> 别把我当敌人</w:t>
      </w:r>
      <w:r>
        <w:t xml:space="preserve"> 求你别去找院长</w:t>
        <w:br/>
        <w:t>Olivia,</w:t>
      </w:r>
      <w:r>
        <w:t xml:space="preserve"> I</w:t>
      </w:r>
      <w:r>
        <w:t xml:space="preserve"> am</w:t>
      </w:r>
      <w:r>
        <w:t xml:space="preserve"> not</w:t>
      </w:r>
      <w:r>
        <w:t xml:space="preserve"> the</w:t>
      </w:r>
      <w:r>
        <w:t xml:space="preserve"> enemy.</w:t>
      </w:r>
      <w:r>
        <w:t xml:space="preserve"> Please,</w:t>
      </w:r>
      <w:r>
        <w:t xml:space="preserve"> don't</w:t>
      </w:r>
      <w:r>
        <w:t xml:space="preserve"> go</w:t>
      </w:r>
      <w:r>
        <w:t xml:space="preserve"> to</w:t>
      </w:r>
      <w:r>
        <w:t xml:space="preserve"> the</w:t>
      </w:r>
      <w:r>
        <w:t xml:space="preserve"> dean.</w:t>
        <w:br/>
        <w:t>你会让我塌房&amp;hearts;的</w:t>
      </w:r>
      <w:r>
        <w:t xml:space="preserve"> </w:t>
      </w:r>
      <w:r>
        <w:t xml:space="preserve"> -别怪在我头上</w:t>
        <w:br/>
        <w:t>You</w:t>
      </w:r>
      <w:r>
        <w:t xml:space="preserve"> will</w:t>
      </w:r>
      <w:r>
        <w:t xml:space="preserve"> have</w:t>
      </w:r>
      <w:r>
        <w:t xml:space="preserve"> me</w:t>
      </w:r>
      <w:r>
        <w:t xml:space="preserve"> canceled.</w:t>
      </w:r>
      <w:r>
        <w:t xml:space="preserve"> -</w:t>
      </w:r>
      <w:r>
        <w:t xml:space="preserve"> Don't</w:t>
      </w:r>
      <w:r>
        <w:t xml:space="preserve"> put</w:t>
      </w:r>
      <w:r>
        <w:t xml:space="preserve"> this</w:t>
      </w:r>
      <w:r>
        <w:t xml:space="preserve"> on</w:t>
      </w:r>
      <w:r>
        <w:t xml:space="preserve"> me.</w:t>
        <w:br/>
        <w:t>是你跟学生上&amp;hearts;床&amp;hearts;的</w:t>
        <w:br/>
        <w:t>You</w:t>
      </w:r>
      <w:r>
        <w:t xml:space="preserve"> are</w:t>
      </w:r>
      <w:r>
        <w:t xml:space="preserve"> the</w:t>
      </w:r>
      <w:r>
        <w:t xml:space="preserve"> one</w:t>
      </w:r>
      <w:r>
        <w:t xml:space="preserve"> sleeping</w:t>
      </w:r>
      <w:r>
        <w:t xml:space="preserve"> with</w:t>
      </w:r>
      <w:r>
        <w:t xml:space="preserve"> the</w:t>
      </w:r>
      <w:r>
        <w:t xml:space="preserve"> students.</w:t>
        <w:br/>
        <w:t>塌房&amp;hearts;只能怪你自己</w:t>
      </w:r>
      <w:r>
        <w:t xml:space="preserve"> </w:t>
      </w:r>
      <w:r>
        <w:t xml:space="preserve"> -我答应</w:t>
        <w:br/>
        <w:t>You</w:t>
      </w:r>
      <w:r>
        <w:t xml:space="preserve"> canceled</w:t>
      </w:r>
      <w:r>
        <w:t xml:space="preserve"> yourself.</w:t>
      </w:r>
      <w:r>
        <w:t xml:space="preserve"> -</w:t>
      </w:r>
      <w:r>
        <w:t xml:space="preserve"> Look,</w:t>
      </w:r>
      <w:r>
        <w:t xml:space="preserve"> I</w:t>
      </w:r>
      <w:r>
        <w:t xml:space="preserve"> promised</w:t>
      </w:r>
      <w:r>
        <w:t xml:space="preserve"> you</w:t>
        <w:br/>
        <w:t>会把你介绍给城里最好的经纪公&amp;hearts;司&amp;hearts;</w:t>
        <w:br/>
        <w:t>I</w:t>
      </w:r>
      <w:r>
        <w:t xml:space="preserve"> will</w:t>
      </w:r>
      <w:r>
        <w:t xml:space="preserve"> take</w:t>
      </w:r>
      <w:r>
        <w:t xml:space="preserve"> you</w:t>
      </w:r>
      <w:r>
        <w:t xml:space="preserve"> to</w:t>
      </w:r>
      <w:r>
        <w:t xml:space="preserve"> all</w:t>
      </w:r>
      <w:r>
        <w:t xml:space="preserve"> new</w:t>
      </w:r>
      <w:r>
        <w:t xml:space="preserve"> good</w:t>
      </w:r>
      <w:r>
        <w:t xml:space="preserve"> agencies</w:t>
      </w:r>
      <w:r>
        <w:t xml:space="preserve"> in</w:t>
      </w:r>
      <w:r>
        <w:t xml:space="preserve"> town.</w:t>
        <w:br/>
        <w:t>你只要再给我点时间</w:t>
        <w:br/>
        <w:t>You</w:t>
      </w:r>
      <w:r>
        <w:t xml:space="preserve"> just</w:t>
      </w:r>
      <w:r>
        <w:t xml:space="preserve"> need</w:t>
      </w:r>
      <w:r>
        <w:t xml:space="preserve"> to</w:t>
      </w:r>
      <w:r>
        <w:t xml:space="preserve"> give</w:t>
      </w:r>
      <w:r>
        <w:t xml:space="preserve"> me</w:t>
      </w:r>
      <w:r>
        <w:t xml:space="preserve"> some</w:t>
      </w:r>
      <w:r>
        <w:t xml:space="preserve"> time.</w:t>
        <w:br/>
        <w:t>真是个骗局艺术家</w:t>
        <w:br/>
        <w:t>You</w:t>
      </w:r>
      <w:r>
        <w:t xml:space="preserve"> are</w:t>
      </w:r>
      <w:r>
        <w:t xml:space="preserve"> such</w:t>
      </w:r>
      <w:r>
        <w:t xml:space="preserve"> a</w:t>
      </w:r>
      <w:r>
        <w:t xml:space="preserve"> scam</w:t>
      </w:r>
      <w:r>
        <w:t xml:space="preserve"> artist.</w:t>
        <w:br/>
        <w:t>把我家钥匙寄给我就行</w:t>
        <w:br/>
        <w:t>Just</w:t>
      </w:r>
      <w:r>
        <w:t xml:space="preserve"> send</w:t>
      </w:r>
      <w:r>
        <w:t xml:space="preserve"> me</w:t>
      </w:r>
      <w:r>
        <w:t xml:space="preserve"> my</w:t>
      </w:r>
      <w:r>
        <w:t xml:space="preserve"> keys,</w:t>
      </w:r>
      <w:r>
        <w:t xml:space="preserve"> okay?</w:t>
        <w:br/>
        <w:t>别再靠近我家一步</w:t>
        <w:br/>
        <w:t>I</w:t>
      </w:r>
      <w:r>
        <w:t xml:space="preserve"> don't</w:t>
      </w:r>
      <w:r>
        <w:t xml:space="preserve"> want</w:t>
      </w:r>
      <w:r>
        <w:t xml:space="preserve"> you</w:t>
      </w:r>
      <w:r>
        <w:t xml:space="preserve"> near</w:t>
      </w:r>
      <w:r>
        <w:t xml:space="preserve"> my</w:t>
      </w:r>
      <w:r>
        <w:t xml:space="preserve"> apartment</w:t>
      </w:r>
      <w:r>
        <w:t xml:space="preserve"> ever</w:t>
      </w:r>
      <w:r>
        <w:t xml:space="preserve"> again.</w:t>
        <w:br/>
        <w:t>住在城市中心</w:t>
        <w:br/>
        <w:t>♪`Live</w:t>
      </w:r>
      <w:r>
        <w:t xml:space="preserve"> from</w:t>
      </w:r>
      <w:r>
        <w:t xml:space="preserve"> the</w:t>
      </w:r>
      <w:r>
        <w:t xml:space="preserve"> heart</w:t>
      </w:r>
      <w:r>
        <w:t xml:space="preserve"> of</w:t>
      </w:r>
      <w:r>
        <w:t xml:space="preserve"> the</w:t>
      </w:r>
      <w:r>
        <w:t xml:space="preserve"> city</w:t>
      </w:r>
      <w:r>
        <w:t xml:space="preserve"> ♪</w:t>
        <w:br/>
        <w:t>我有很多话要告诉你</w:t>
        <w:br/>
        <w:t>♪With</w:t>
      </w:r>
      <w:r>
        <w:t xml:space="preserve"> a</w:t>
      </w:r>
      <w:r>
        <w:t xml:space="preserve"> lot</w:t>
      </w:r>
      <w:r>
        <w:t xml:space="preserve"> to</w:t>
      </w:r>
      <w:r>
        <w:t xml:space="preserve"> tell</w:t>
      </w:r>
      <w:r>
        <w:t xml:space="preserve"> ya</w:t>
        <w:br/>
        <w:t>见到你很高兴</w:t>
      </w:r>
      <w:r>
        <w:t xml:space="preserve"> 一片奶酪味的披萨</w:t>
        <w:br/>
        <w:t>♪Nice</w:t>
      </w:r>
      <w:r>
        <w:t xml:space="preserve"> to</w:t>
      </w:r>
      <w:r>
        <w:t xml:space="preserve"> meet</w:t>
      </w:r>
      <w:r>
        <w:t xml:space="preserve"> you,</w:t>
      </w:r>
      <w:r>
        <w:t xml:space="preserve"> slice</w:t>
      </w:r>
      <w:r>
        <w:t xml:space="preserve"> of</w:t>
      </w:r>
      <w:r>
        <w:t xml:space="preserve"> pizza</w:t>
      </w:r>
      <w:r>
        <w:t xml:space="preserve"> with</w:t>
      </w:r>
      <w:r>
        <w:t xml:space="preserve"> the</w:t>
      </w:r>
      <w:r>
        <w:t xml:space="preserve"> mozzarella</w:t>
      </w:r>
      <w:r>
        <w:t xml:space="preserve"> ♪</w:t>
        <w:br/>
        <w:t>让我们随着节奏一起摇摆</w:t>
        <w:br/>
        <w:t>♪We</w:t>
      </w:r>
      <w:r>
        <w:t xml:space="preserve"> rockin'</w:t>
      </w:r>
      <w:r>
        <w:t xml:space="preserve"> rhythms</w:t>
      </w:r>
      <w:r>
        <w:t xml:space="preserve"> on</w:t>
      </w:r>
      <w:r>
        <w:t xml:space="preserve"> the</w:t>
      </w:r>
      <w:r>
        <w:t xml:space="preserve"> beat</w:t>
      </w:r>
      <w:r>
        <w:t xml:space="preserve"> ♪</w:t>
        <w:br/>
        <w:t>没有伴奏的清唱也可以</w:t>
        <w:br/>
        <w:t>♪Or</w:t>
      </w:r>
      <w:r>
        <w:t xml:space="preserve"> even</w:t>
      </w:r>
      <w:r>
        <w:t xml:space="preserve"> a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cappella</w:t>
        <w:br/>
        <w:t>开起热情的派对</w:t>
        <w:br/>
        <w:t>♪And</w:t>
      </w:r>
      <w:r>
        <w:t xml:space="preserve"> getting</w:t>
      </w:r>
      <w:r>
        <w:t xml:space="preserve"> lit</w:t>
      </w:r>
      <w:r>
        <w:t xml:space="preserve"> like</w:t>
      </w:r>
      <w:r>
        <w:t xml:space="preserve"> the</w:t>
      </w:r>
      <w:r>
        <w:t xml:space="preserve"> tip</w:t>
      </w:r>
      <w:r>
        <w:t xml:space="preserve"> ♪</w:t>
        <w:br/>
        <w:t>就在洛克菲勒大楼的</w:t>
        <w:br/>
        <w:t>♪</w:t>
      </w:r>
      <w:r>
        <w:t xml:space="preserve"> Of</w:t>
      </w:r>
      <w:r>
        <w:t xml:space="preserve"> the</w:t>
      </w:r>
      <w:r>
        <w:t xml:space="preserve"> Rockefeller.</w:t>
        <w:br/>
        <w:t>你确定不想进车里吗</w:t>
        <w:br/>
        <w:t>Are</w:t>
      </w:r>
      <w:r>
        <w:t xml:space="preserve"> you</w:t>
      </w:r>
      <w:r>
        <w:t xml:space="preserve"> sure</w:t>
      </w:r>
      <w:r>
        <w:t xml:space="preserve"> you</w:t>
      </w:r>
      <w:r>
        <w:t xml:space="preserve"> just</w:t>
      </w:r>
      <w:r>
        <w:t xml:space="preserve"> don't</w:t>
      </w:r>
      <w:r>
        <w:t xml:space="preserve"> want</w:t>
      </w:r>
      <w:r>
        <w:t xml:space="preserve"> to</w:t>
      </w:r>
      <w:r>
        <w:t xml:space="preserve"> go</w:t>
      </w:r>
      <w:r>
        <w:t xml:space="preserve"> downstairs?</w:t>
        <w:br/>
        <w:t>这外面温度都零下了</w:t>
        <w:br/>
        <w:t>It's</w:t>
      </w:r>
      <w:r>
        <w:t xml:space="preserve"> like,</w:t>
      </w:r>
      <w:r>
        <w:t xml:space="preserve"> 28</w:t>
      </w:r>
      <w:r>
        <w:t xml:space="preserve"> degrees</w:t>
      </w:r>
      <w:r>
        <w:t xml:space="preserve"> out.</w:t>
        <w:br/>
        <w:t>我想体验完整的纽约</w:t>
        <w:br/>
        <w:t>Oh,</w:t>
      </w:r>
      <w:r>
        <w:t xml:space="preserve"> I</w:t>
      </w:r>
      <w:r>
        <w:t xml:space="preserve"> want</w:t>
      </w:r>
      <w:r>
        <w:t xml:space="preserve"> the</w:t>
      </w:r>
      <w:r>
        <w:t xml:space="preserve"> whole</w:t>
      </w:r>
      <w:r>
        <w:t xml:space="preserve"> New</w:t>
      </w:r>
      <w:r>
        <w:t xml:space="preserve"> York</w:t>
      </w:r>
      <w:r>
        <w:t xml:space="preserve"> experience.</w:t>
        <w:br/>
        <w:t>但你可以先进去啊</w:t>
        <w:br/>
        <w:t>You</w:t>
      </w:r>
      <w:r>
        <w:t xml:space="preserve"> go</w:t>
      </w:r>
      <w:r>
        <w:t xml:space="preserve"> down,</w:t>
      </w:r>
      <w:r>
        <w:t xml:space="preserve"> though.</w:t>
        <w:br/>
        <w:t>我没事的</w:t>
      </w:r>
      <w:r>
        <w:t xml:space="preserve"> </w:t>
      </w:r>
      <w:r>
        <w:t xml:space="preserve"> -没关系</w:t>
      </w:r>
      <w:r>
        <w:t xml:space="preserve"> 这是我的工作</w:t>
        <w:br/>
        <w:t>I'mfine.</w:t>
      </w:r>
      <w:r>
        <w:t xml:space="preserve"> -</w:t>
      </w:r>
      <w:r>
        <w:t xml:space="preserve"> No,</w:t>
      </w:r>
      <w:r>
        <w:t xml:space="preserve"> it's</w:t>
      </w:r>
      <w:r>
        <w:t xml:space="preserve"> okay.</w:t>
      </w:r>
      <w:r>
        <w:t xml:space="preserve"> It's</w:t>
      </w:r>
      <w:r>
        <w:t xml:space="preserve"> my</w:t>
      </w:r>
      <w:r>
        <w:t xml:space="preserve"> job.</w:t>
        <w:br/>
        <w:t>所以在座有谁是从外地来的</w:t>
        <w:br/>
        <w:t>So...who</w:t>
      </w:r>
      <w:r>
        <w:t xml:space="preserve"> here's</w:t>
      </w:r>
      <w:r>
        <w:t xml:space="preserve"> from</w:t>
      </w:r>
      <w:r>
        <w:t xml:space="preserve"> out</w:t>
      </w:r>
      <w:r>
        <w:t xml:space="preserve"> of</w:t>
      </w:r>
      <w:r>
        <w:t xml:space="preserve"> town?</w:t>
        <w:br/>
        <w:t>你是哪里来的</w:t>
        <w:br/>
        <w:t>Where</w:t>
      </w:r>
      <w:r>
        <w:t xml:space="preserve"> you</w:t>
      </w:r>
      <w:r>
        <w:t xml:space="preserve"> from?</w:t>
        <w:br/>
        <w:t>芝加哥</w:t>
      </w:r>
      <w:r>
        <w:t xml:space="preserve"> </w:t>
      </w:r>
      <w:r>
        <w:t xml:space="preserve"> -来工作还是来玩</w:t>
        <w:br/>
        <w:t>Chicago.</w:t>
      </w:r>
      <w:r>
        <w:t xml:space="preserve"> Business</w:t>
      </w:r>
      <w:r>
        <w:t xml:space="preserve"> or</w:t>
      </w:r>
      <w:r>
        <w:t xml:space="preserve"> pleasure?</w:t>
        <w:br/>
        <w:t>两者皆有吧</w:t>
      </w:r>
      <w:r>
        <w:t xml:space="preserve"> 我是说</w:t>
        <w:br/>
        <w:t>Well,</w:t>
      </w:r>
      <w:r>
        <w:t xml:space="preserve"> both,</w:t>
      </w:r>
      <w:r>
        <w:t xml:space="preserve"> I</w:t>
      </w:r>
      <w:r>
        <w:t xml:space="preserve"> guess.</w:t>
      </w:r>
      <w:r>
        <w:t xml:space="preserve"> I</w:t>
      </w:r>
      <w:r>
        <w:t xml:space="preserve"> mean...</w:t>
        <w:br/>
        <w:t>我是来工作的</w:t>
        <w:br/>
        <w:t>I'm</w:t>
      </w:r>
      <w:r>
        <w:t xml:space="preserve"> here</w:t>
      </w:r>
      <w:r>
        <w:t xml:space="preserve"> for</w:t>
      </w:r>
      <w:r>
        <w:t xml:space="preserve"> business.</w:t>
        <w:br/>
        <w:t>这是份临时工但我希望能长&amp;hearts;期&amp;hearts;做下去</w:t>
        <w:br/>
        <w:t>It's</w:t>
      </w:r>
      <w:r>
        <w:t xml:space="preserve"> a</w:t>
      </w:r>
      <w:r>
        <w:t xml:space="preserve"> temporary</w:t>
      </w:r>
      <w:r>
        <w:t xml:space="preserve"> job</w:t>
      </w:r>
      <w:r>
        <w:t xml:space="preserve"> but</w:t>
      </w:r>
      <w:r>
        <w:t xml:space="preserve"> I</w:t>
      </w:r>
      <w:r>
        <w:t xml:space="preserve"> want</w:t>
      </w:r>
      <w:r>
        <w:t xml:space="preserve"> it</w:t>
      </w:r>
      <w:r>
        <w:t xml:space="preserve"> to</w:t>
      </w:r>
      <w:r>
        <w:t xml:space="preserve"> be</w:t>
      </w:r>
      <w:r>
        <w:t xml:space="preserve"> permanent,</w:t>
        <w:br/>
        <w:t>好</w:t>
      </w:r>
      <w:r>
        <w:t xml:space="preserve"> 好的</w:t>
      </w:r>
      <w:r>
        <w:t xml:space="preserve"> </w:t>
      </w:r>
      <w:r>
        <w:t xml:space="preserve"> -因为我真的很喜欢纽约</w:t>
        <w:br/>
        <w:t>Okay.</w:t>
      </w:r>
      <w:r>
        <w:t xml:space="preserve"> Okay,</w:t>
      </w:r>
      <w:r>
        <w:t xml:space="preserve"> so...because</w:t>
      </w:r>
      <w:r>
        <w:t xml:space="preserve"> I</w:t>
      </w:r>
      <w:r>
        <w:t xml:space="preserve"> really</w:t>
      </w:r>
      <w:r>
        <w:t xml:space="preserve"> love</w:t>
      </w:r>
      <w:r>
        <w:t xml:space="preserve"> New</w:t>
      </w:r>
      <w:r>
        <w:t xml:space="preserve"> York.</w:t>
        <w:br/>
        <w:t>没事</w:t>
      </w:r>
      <w:r>
        <w:t xml:space="preserve"> 我理解</w:t>
      </w:r>
      <w:r>
        <w:t xml:space="preserve"> </w:t>
      </w:r>
      <w:r>
        <w:t xml:space="preserve"> -我只来过这里</w:t>
        <w:br/>
        <w:t>Yeah,</w:t>
      </w:r>
      <w:r>
        <w:t xml:space="preserve"> no,</w:t>
      </w:r>
      <w:r>
        <w:t xml:space="preserve"> I</w:t>
      </w:r>
      <w:r>
        <w:t xml:space="preserve"> got-</w:t>
      </w:r>
      <w:r>
        <w:t xml:space="preserve"> I</w:t>
      </w:r>
      <w:r>
        <w:t xml:space="preserve"> got</w:t>
      </w:r>
      <w:r>
        <w:t xml:space="preserve"> you.</w:t>
      </w:r>
      <w:r>
        <w:t xml:space="preserve"> -</w:t>
      </w:r>
      <w:r>
        <w:t xml:space="preserve"> I</w:t>
      </w:r>
      <w:r>
        <w:t xml:space="preserve"> mean,</w:t>
      </w:r>
      <w:r>
        <w:t xml:space="preserve"> I've</w:t>
      </w:r>
      <w:r>
        <w:t xml:space="preserve"> only</w:t>
      </w:r>
      <w:r>
        <w:t xml:space="preserve"> been</w:t>
      </w:r>
      <w:r>
        <w:t xml:space="preserve"> here</w:t>
      </w:r>
      <w:r>
        <w:t xml:space="preserve"> on...</w:t>
        <w:br/>
        <w:t>我要展示才艺了</w:t>
      </w:r>
      <w:r>
        <w:t xml:space="preserve"> 好吗</w:t>
        <w:br/>
        <w:t>I'm</w:t>
      </w:r>
      <w:r>
        <w:t xml:space="preserve"> gonna</w:t>
      </w:r>
      <w:r>
        <w:t xml:space="preserve"> do</w:t>
      </w:r>
      <w:r>
        <w:t xml:space="preserve"> my</w:t>
      </w:r>
      <w:r>
        <w:t xml:space="preserve"> thing</w:t>
      </w:r>
      <w:r>
        <w:t xml:space="preserve"> now,</w:t>
      </w:r>
      <w:r>
        <w:t xml:space="preserve"> right?</w:t>
      </w:r>
      <w:r>
        <w:t xml:space="preserve"> Okay?</w:t>
        <w:br/>
        <w:t>好的</w:t>
      </w:r>
      <w:r>
        <w:t xml:space="preserve"> </w:t>
      </w:r>
      <w:r>
        <w:t xml:space="preserve"> -嘿</w:t>
      </w:r>
      <w:r>
        <w:t xml:space="preserve"> 我们坐在公车上</w:t>
        <w:br/>
        <w:t>Yeah.</w:t>
      </w:r>
      <w:r>
        <w:t xml:space="preserve"> JHey,</w:t>
      </w:r>
      <w:r>
        <w:t xml:space="preserve"> yo,</w:t>
      </w:r>
      <w:r>
        <w:t xml:space="preserve"> we</w:t>
      </w:r>
      <w:r>
        <w:t xml:space="preserve"> riding</w:t>
      </w:r>
      <w:r>
        <w:t xml:space="preserve"> the</w:t>
      </w:r>
      <w:r>
        <w:t xml:space="preserve"> bus</w:t>
        <w:br/>
        <w:t>我唱起一首押韵的歌&amp;hearts;</w:t>
        <w:br/>
        <w:t>♪</w:t>
      </w:r>
      <w:r>
        <w:t xml:space="preserve"> And</w:t>
      </w:r>
      <w:r>
        <w:t xml:space="preserve"> I'm</w:t>
      </w:r>
      <w:r>
        <w:t xml:space="preserve"> bussing</w:t>
      </w:r>
      <w:r>
        <w:t xml:space="preserve"> a</w:t>
      </w:r>
      <w:r>
        <w:t xml:space="preserve"> rhyme</w:t>
        <w:br/>
        <w:t>大妹子来自芝加哥</w:t>
        <w:br/>
        <w:t>♪</w:t>
      </w:r>
      <w:r>
        <w:t xml:space="preserve"> My</w:t>
      </w:r>
      <w:r>
        <w:t xml:space="preserve"> girl</w:t>
      </w:r>
      <w:r>
        <w:t xml:space="preserve"> fresh</w:t>
      </w:r>
      <w:r>
        <w:t xml:space="preserve"> from</w:t>
      </w:r>
      <w:r>
        <w:t xml:space="preserve"> the</w:t>
      </w:r>
      <w:r>
        <w:t xml:space="preserve"> Chi</w:t>
        <w:br/>
        <w:t>她来到这里找工作</w:t>
        <w:br/>
        <w:t>♪</w:t>
      </w:r>
      <w:r>
        <w:t xml:space="preserve"> Here</w:t>
      </w:r>
      <w:r>
        <w:t xml:space="preserve"> to</w:t>
      </w:r>
      <w:r>
        <w:t xml:space="preserve"> get</w:t>
      </w:r>
      <w:r>
        <w:t xml:space="preserve"> a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job</w:t>
        <w:br/>
        <w:t>她玩得乐呵呵</w:t>
        <w:br/>
        <w:t>♪</w:t>
      </w:r>
      <w:r>
        <w:t xml:space="preserve"> Getting</w:t>
      </w:r>
      <w:r>
        <w:t xml:space="preserve"> lit</w:t>
      </w:r>
      <w:r>
        <w:t xml:space="preserve"> like</w:t>
      </w:r>
      <w:r>
        <w:t xml:space="preserve"> the</w:t>
      </w:r>
      <w:r>
        <w:t xml:space="preserve"> tip</w:t>
      </w:r>
      <w:r>
        <w:t xml:space="preserve"> of</w:t>
        <w:br/>
        <w:t>就像在洛克菲勒</w:t>
      </w:r>
      <w:r>
        <w:t xml:space="preserve"> </w:t>
      </w:r>
      <w:r>
        <w:t xml:space="preserve"> -等等</w:t>
      </w:r>
      <w:r>
        <w:t xml:space="preserve"> 我到站了</w:t>
        <w:br/>
        <w:t>♪</w:t>
      </w:r>
      <w:r>
        <w:t xml:space="preserve"> The</w:t>
      </w:r>
      <w:r>
        <w:t xml:space="preserve"> Rockefeller</w:t>
      </w:r>
      <w:r>
        <w:t xml:space="preserve"> Wait,</w:t>
      </w:r>
      <w:r>
        <w:t xml:space="preserve"> this</w:t>
      </w:r>
      <w:r>
        <w:t xml:space="preserve"> is</w:t>
      </w:r>
      <w:r>
        <w:t xml:space="preserve"> my</w:t>
      </w:r>
      <w:r>
        <w:t xml:space="preserve"> stopl</w:t>
        <w:br/>
        <w:t>这又不是优步</w:t>
        <w:br/>
        <w:t>Uh,</w:t>
      </w:r>
      <w:r>
        <w:t xml:space="preserve"> this</w:t>
      </w:r>
      <w:r>
        <w:t xml:space="preserve"> is</w:t>
      </w:r>
      <w:r>
        <w:t xml:space="preserve"> not</w:t>
      </w:r>
      <w:r>
        <w:t xml:space="preserve"> an</w:t>
      </w:r>
      <w:r>
        <w:t xml:space="preserve"> Uber.</w:t>
        <w:br/>
        <w:t>是啊</w:t>
      </w:r>
      <w:r>
        <w:t xml:space="preserve"> 但你本来也朝这边开啊</w:t>
        <w:br/>
        <w:t>Yeah,</w:t>
      </w:r>
      <w:r>
        <w:t xml:space="preserve"> but</w:t>
      </w:r>
      <w:r>
        <w:t xml:space="preserve"> you</w:t>
      </w:r>
      <w:r>
        <w:t xml:space="preserve"> were</w:t>
      </w:r>
      <w:r>
        <w:t xml:space="preserve"> heading</w:t>
      </w:r>
      <w:r>
        <w:t xml:space="preserve"> up</w:t>
      </w:r>
      <w:r>
        <w:t xml:space="preserve"> this</w:t>
      </w:r>
      <w:r>
        <w:t xml:space="preserve"> way.</w:t>
        <w:br/>
        <w:t>别担心</w:t>
      </w:r>
      <w:r>
        <w:t xml:space="preserve"> 剩下的部分我稍后再听</w:t>
        <w:br/>
        <w:t>Don't</w:t>
      </w:r>
      <w:r>
        <w:t xml:space="preserve"> worry.</w:t>
      </w:r>
      <w:r>
        <w:t xml:space="preserve"> I'll</w:t>
      </w:r>
      <w:r>
        <w:t xml:space="preserve"> check</w:t>
      </w:r>
      <w:r>
        <w:t xml:space="preserve"> out</w:t>
      </w:r>
      <w:r>
        <w:t xml:space="preserve"> the</w:t>
      </w:r>
      <w:r>
        <w:t xml:space="preserve"> rest</w:t>
      </w:r>
      <w:r>
        <w:t xml:space="preserve"> later.</w:t>
        <w:br/>
        <w:t>你真是特别的</w:t>
        <w:br/>
        <w:t>You're</w:t>
      </w:r>
      <w:r>
        <w:t xml:space="preserve"> so...</w:t>
        <w:br/>
        <w:t>有才</w:t>
        <w:br/>
        <w:t>talented.</w:t>
        <w:br/>
        <w:t>嗨</w:t>
      </w:r>
      <w:r>
        <w:t xml:space="preserve"> 抱歉打扰一下</w:t>
        <w:br/>
        <w:t>Hi.</w:t>
      </w:r>
      <w:r>
        <w:t xml:space="preserve"> I'm</w:t>
      </w:r>
      <w:r>
        <w:t xml:space="preserve"> sorry</w:t>
      </w:r>
      <w:r>
        <w:t xml:space="preserve"> to</w:t>
      </w:r>
      <w:r>
        <w:t xml:space="preserve"> interrupt.</w:t>
        <w:br/>
        <w:t>我是来见</w:t>
      </w:r>
      <w:r>
        <w:t xml:space="preserve"> 哇哦</w:t>
        <w:br/>
        <w:t>Um,</w:t>
      </w:r>
      <w:r>
        <w:t xml:space="preserve"> I'm</w:t>
      </w:r>
      <w:r>
        <w:t xml:space="preserve"> supposed</w:t>
      </w:r>
      <w:r>
        <w:t xml:space="preserve"> to</w:t>
      </w:r>
      <w:r>
        <w:t xml:space="preserve"> meet</w:t>
      </w:r>
      <w:r>
        <w:t xml:space="preserve"> with...Ooh!</w:t>
        <w:br/>
        <w:t>这围巾真漂亮</w:t>
        <w:br/>
        <w:t>That's</w:t>
      </w:r>
      <w:r>
        <w:t xml:space="preserve"> a</w:t>
      </w:r>
      <w:r>
        <w:t xml:space="preserve"> pretty</w:t>
      </w:r>
      <w:r>
        <w:t xml:space="preserve"> scarf.</w:t>
        <w:br/>
        <w:t>谢谢</w:t>
      </w:r>
      <w:r>
        <w:t xml:space="preserve"> </w:t>
      </w:r>
      <w:r>
        <w:t xml:space="preserve"> -我是来见一位警探的</w:t>
        <w:br/>
        <w:t>Thank</w:t>
      </w:r>
      <w:r>
        <w:t xml:space="preserve"> youI'm</w:t>
      </w:r>
      <w:r>
        <w:t xml:space="preserve"> meeting</w:t>
      </w:r>
      <w:r>
        <w:t xml:space="preserve"> with</w:t>
      </w:r>
      <w:r>
        <w:t xml:space="preserve"> Detective,</w:t>
      </w:r>
      <w:r>
        <w:t xml:space="preserve"> um</w:t>
        <w:br/>
        <w:t>斯穆伦警探</w:t>
        <w:br/>
        <w:t>Smullen.</w:t>
        <w:br/>
        <w:t>我给瓦格纳警监办公室打过电&amp;hearts;话&amp;hearts;</w:t>
        <w:br/>
        <w:t>I</w:t>
      </w:r>
      <w:r>
        <w:t xml:space="preserve"> called</w:t>
      </w:r>
      <w:r>
        <w:t xml:space="preserve"> Captain</w:t>
      </w:r>
      <w:r>
        <w:t xml:space="preserve"> Wagner's</w:t>
      </w:r>
      <w:r>
        <w:t xml:space="preserve"> office</w:t>
        <w:br/>
        <w:t>他们说他在这里</w:t>
        <w:br/>
        <w:t>and</w:t>
      </w:r>
      <w:r>
        <w:t xml:space="preserve"> they</w:t>
      </w:r>
      <w:r>
        <w:t xml:space="preserve"> said</w:t>
      </w:r>
      <w:r>
        <w:t xml:space="preserve"> he</w:t>
      </w:r>
      <w:r>
        <w:t xml:space="preserve"> was</w:t>
      </w:r>
      <w:r>
        <w:t xml:space="preserve"> here.</w:t>
        <w:br/>
        <w:t>斯穆伦知道你会来吗</w:t>
        <w:br/>
        <w:t>Is</w:t>
      </w:r>
      <w:r>
        <w:t xml:space="preserve"> Smullen</w:t>
      </w:r>
      <w:r>
        <w:t xml:space="preserve"> expecting</w:t>
      </w:r>
      <w:r>
        <w:t xml:space="preserve"> you?</w:t>
        <w:br/>
        <w:t>应该没人知道我会来</w:t>
        <w:br/>
        <w:t>Oh,</w:t>
      </w:r>
      <w:r>
        <w:t xml:space="preserve"> I</w:t>
      </w:r>
      <w:r>
        <w:t xml:space="preserve"> don't</w:t>
      </w:r>
      <w:r>
        <w:t xml:space="preserve"> think</w:t>
      </w:r>
      <w:r>
        <w:t xml:space="preserve"> anyone's</w:t>
      </w:r>
      <w:r>
        <w:t xml:space="preserve"> expecting</w:t>
      </w:r>
      <w:r>
        <w:t xml:space="preserve"> mel</w:t>
        <w:br/>
        <w:t>不</w:t>
      </w:r>
      <w:r>
        <w:t xml:space="preserve"> 我决定提前一天过来</w:t>
        <w:br/>
        <w:t>No.</w:t>
      </w:r>
      <w:r>
        <w:t xml:space="preserve"> I</w:t>
      </w:r>
      <w:r>
        <w:t xml:space="preserve"> decided</w:t>
      </w:r>
      <w:r>
        <w:t xml:space="preserve"> to</w:t>
      </w:r>
      <w:r>
        <w:t xml:space="preserve"> come</w:t>
      </w:r>
      <w:r>
        <w:t xml:space="preserve"> a</w:t>
      </w:r>
      <w:r>
        <w:t xml:space="preserve"> day</w:t>
      </w:r>
      <w:r>
        <w:t xml:space="preserve"> early</w:t>
        <w:br/>
        <w:t>顺便逛逛纽约</w:t>
        <w:br/>
        <w:t>to</w:t>
      </w:r>
      <w:r>
        <w:t xml:space="preserve"> see</w:t>
      </w:r>
      <w:r>
        <w:t xml:space="preserve"> New</w:t>
      </w:r>
      <w:r>
        <w:t xml:space="preserve"> York.</w:t>
        <w:br/>
        <w:t>我是</w:t>
      </w:r>
      <w:r>
        <w:t xml:space="preserve"> 塔肖尼</w:t>
        <w:br/>
        <w:t>I'm</w:t>
      </w:r>
      <w:r>
        <w:t xml:space="preserve"> Elsbeth</w:t>
      </w:r>
      <w:r>
        <w:t xml:space="preserve"> Tascioni.</w:t>
        <w:br/>
        <w:t>我是那个什么的</w:t>
        <w:br/>
        <w:t>I'm</w:t>
      </w:r>
      <w:r>
        <w:t xml:space="preserve"> part</w:t>
      </w:r>
      <w:r>
        <w:t xml:space="preserve"> of</w:t>
      </w:r>
      <w:r>
        <w:t xml:space="preserve"> the...uh,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thing.</w:t>
        <w:br/>
        <w:t>就是那个什么东西</w:t>
        <w:br/>
        <w:t>The</w:t>
      </w:r>
      <w:r>
        <w:t xml:space="preserve"> thingy-</w:t>
      </w:r>
      <w:r>
        <w:t xml:space="preserve"> thing.</w:t>
        <w:br/>
        <w:t>哪个什么东西</w:t>
        <w:br/>
        <w:t>The</w:t>
      </w:r>
      <w:r>
        <w:t xml:space="preserve"> thingy-</w:t>
      </w:r>
      <w:r>
        <w:t xml:space="preserve"> thing?</w:t>
        <w:br/>
        <w:t>协议裁决</w:t>
        <w:br/>
        <w:t>Uh...consent</w:t>
      </w:r>
      <w:r>
        <w:t xml:space="preserve"> decree</w:t>
        <w:br/>
        <w:t>我是旁观人员</w:t>
      </w:r>
      <w:r>
        <w:t xml:space="preserve"> 跟错误逮捕诉讼案有关</w:t>
        <w:br/>
        <w:t>I'm</w:t>
      </w:r>
      <w:r>
        <w:t xml:space="preserve"> the</w:t>
      </w:r>
      <w:r>
        <w:t xml:space="preserve"> outside</w:t>
      </w:r>
      <w:r>
        <w:t xml:space="preserve"> observer.</w:t>
      </w:r>
      <w:r>
        <w:t xml:space="preserve"> The</w:t>
      </w:r>
      <w:r>
        <w:t xml:space="preserve"> wrongful</w:t>
      </w:r>
      <w:r>
        <w:t xml:space="preserve"> arrest</w:t>
      </w:r>
      <w:r>
        <w:t xml:space="preserve"> lawsuits.</w:t>
        <w:br/>
        <w:t>好吧</w:t>
      </w:r>
      <w:r>
        <w:t xml:space="preserve"> </w:t>
      </w:r>
      <w:r>
        <w:t xml:space="preserve"> -是的</w:t>
        <w:br/>
        <w:t>Right.</w:t>
      </w:r>
      <w:r>
        <w:t xml:space="preserve"> Right.</w:t>
        <w:br/>
        <w:t>这边走</w:t>
      </w:r>
      <w:r>
        <w:t xml:space="preserve"> </w:t>
      </w:r>
      <w:r>
        <w:t xml:space="preserve"> -好的</w:t>
        <w:br/>
        <w:t>This</w:t>
      </w:r>
      <w:r>
        <w:t xml:space="preserve"> way.</w:t>
      </w:r>
      <w:r>
        <w:t xml:space="preserve"> -</w:t>
      </w:r>
      <w:r>
        <w:t xml:space="preserve"> Okay.</w:t>
        <w:br/>
        <w:t>我觉得你最好</w:t>
        <w:br/>
        <w:t>Uh,</w:t>
      </w:r>
      <w:r>
        <w:t xml:space="preserve"> I</w:t>
      </w:r>
      <w:r>
        <w:t xml:space="preserve"> think</w:t>
      </w:r>
      <w:r>
        <w:t xml:space="preserve"> you</w:t>
      </w:r>
      <w:r>
        <w:t xml:space="preserve"> should,</w:t>
      </w:r>
      <w:r>
        <w:t xml:space="preserve"> um</w:t>
        <w:br/>
        <w:t>天啊</w:t>
      </w:r>
      <w:r>
        <w:t xml:space="preserve"> 我差点忘了</w:t>
        <w:br/>
        <w:t>Oh,</w:t>
      </w:r>
      <w:r>
        <w:t xml:space="preserve"> my</w:t>
      </w:r>
      <w:r>
        <w:t xml:space="preserve"> gosh.</w:t>
      </w:r>
      <w:r>
        <w:t xml:space="preserve"> I</w:t>
      </w:r>
      <w:r>
        <w:t xml:space="preserve"> didn't</w:t>
      </w:r>
      <w:r>
        <w:t xml:space="preserve"> even</w:t>
      </w:r>
      <w:r>
        <w:t xml:space="preserve"> remember</w:t>
        <w:br/>
        <w:t>还戴着这个</w:t>
        <w:br/>
        <w:t>I</w:t>
      </w:r>
      <w:r>
        <w:t xml:space="preserve"> was</w:t>
      </w:r>
      <w:r>
        <w:t xml:space="preserve"> wearing</w:t>
      </w:r>
      <w:r>
        <w:t xml:space="preserve"> this.</w:t>
        <w:br/>
        <w:t>呃</w:t>
      </w:r>
      <w:r>
        <w:t xml:space="preserve"> 打扰一下</w:t>
        <w:br/>
        <w:t>Um,</w:t>
      </w:r>
      <w:r>
        <w:t xml:space="preserve"> excuse</w:t>
      </w:r>
      <w:r>
        <w:t xml:space="preserve"> me.</w:t>
        <w:br/>
        <w:t>呃</w:t>
      </w:r>
      <w:r>
        <w:t xml:space="preserve"> 打扰一下</w:t>
        <w:br/>
        <w:t>Um,</w:t>
      </w:r>
      <w:r>
        <w:t xml:space="preserve"> excuse</w:t>
      </w:r>
      <w:r>
        <w:t xml:space="preserve"> me.</w:t>
        <w:br/>
        <w:t>抱歉借过</w:t>
        <w:br/>
        <w:t>Sorry.</w:t>
      </w:r>
      <w:r>
        <w:t xml:space="preserve"> Excuse</w:t>
      </w:r>
      <w:r>
        <w:t xml:space="preserve"> me.</w:t>
        <w:br/>
        <w:t>嗨</w:t>
      </w:r>
      <w:r>
        <w:t xml:space="preserve"> 哇</w:t>
      </w:r>
      <w:r>
        <w:t xml:space="preserve"> 这是出啥事了</w:t>
        <w:br/>
        <w:t>Um,</w:t>
      </w:r>
      <w:r>
        <w:t xml:space="preserve"> hey.</w:t>
      </w:r>
      <w:r>
        <w:t xml:space="preserve"> Wow.</w:t>
      </w:r>
      <w:r>
        <w:t xml:space="preserve"> What</w:t>
      </w:r>
      <w:r>
        <w:t xml:space="preserve"> is</w:t>
      </w:r>
      <w:r>
        <w:t xml:space="preserve"> all</w:t>
      </w:r>
      <w:r>
        <w:t xml:space="preserve"> this?</w:t>
        <w:br/>
        <w:t>自杀案</w:t>
      </w:r>
      <w:r>
        <w:t xml:space="preserve"> </w:t>
      </w:r>
      <w:r>
        <w:t xml:space="preserve"> -哇</w:t>
        <w:br/>
        <w:t>A</w:t>
      </w:r>
      <w:r>
        <w:t xml:space="preserve"> suicide.</w:t>
      </w:r>
      <w:r>
        <w:t xml:space="preserve"> -</w:t>
      </w:r>
      <w:r>
        <w:t xml:space="preserve"> Wow.</w:t>
        <w:br/>
        <w:t>警局派出了好大的阵仗</w:t>
        <w:br/>
        <w:t>With</w:t>
      </w:r>
      <w:r>
        <w:t xml:space="preserve"> all</w:t>
      </w:r>
      <w:r>
        <w:t xml:space="preserve"> these</w:t>
      </w:r>
      <w:r>
        <w:t xml:space="preserve"> officers?</w:t>
        <w:br/>
        <w:t>对</w:t>
      </w:r>
      <w:r>
        <w:t xml:space="preserve"> 重案组的</w:t>
        <w:br/>
        <w:t>Yep.</w:t>
      </w:r>
      <w:r>
        <w:t xml:space="preserve"> Major</w:t>
      </w:r>
      <w:r>
        <w:t xml:space="preserve"> Case</w:t>
      </w:r>
      <w:r>
        <w:t xml:space="preserve"> Unit.</w:t>
        <w:br/>
        <w:t>有重要人物自杀</w:t>
      </w:r>
      <w:r>
        <w:t xml:space="preserve"> 他们会全体出动</w:t>
        <w:br/>
        <w:t>They</w:t>
      </w:r>
      <w:r>
        <w:t xml:space="preserve"> all</w:t>
      </w:r>
      <w:r>
        <w:t xml:space="preserve"> come</w:t>
      </w:r>
      <w:r>
        <w:t xml:space="preserve"> out</w:t>
      </w:r>
      <w:r>
        <w:t xml:space="preserve"> for</w:t>
      </w:r>
      <w:r>
        <w:t xml:space="preserve"> a</w:t>
      </w:r>
      <w:r>
        <w:t xml:space="preserve"> VIP</w:t>
      </w:r>
      <w:r>
        <w:t xml:space="preserve"> suicide.</w:t>
        <w:br/>
        <w:t>哦</w:t>
      </w:r>
      <w:r>
        <w:t xml:space="preserve"> 是某个名人吗</w:t>
        <w:br/>
        <w:t>Oh.</w:t>
      </w:r>
      <w:r>
        <w:t xml:space="preserve"> Was</w:t>
      </w:r>
      <w:r>
        <w:t xml:space="preserve"> it</w:t>
      </w:r>
      <w:r>
        <w:t xml:space="preserve"> someone</w:t>
      </w:r>
      <w:r>
        <w:t xml:space="preserve"> famous?</w:t>
        <w:br/>
        <w:t>不是</w:t>
      </w:r>
      <w:r>
        <w:t xml:space="preserve"> 奥利维亚·切利</w:t>
      </w:r>
      <w:r>
        <w:t xml:space="preserve"> 嗯</w:t>
        <w:br/>
        <w:t>No.</w:t>
      </w:r>
      <w:r>
        <w:t xml:space="preserve"> Olivia</w:t>
      </w:r>
      <w:r>
        <w:t xml:space="preserve"> Cherry.</w:t>
      </w:r>
      <w:r>
        <w:t xml:space="preserve"> -</w:t>
      </w:r>
      <w:r>
        <w:t xml:space="preserve"> Huh?</w:t>
        <w:br/>
        <w:t>她的父母是林赛庭院的拥有者</w:t>
        <w:br/>
        <w:t>Her</w:t>
      </w:r>
      <w:r>
        <w:t xml:space="preserve"> parents</w:t>
      </w:r>
      <w:r>
        <w:t xml:space="preserve"> own</w:t>
      </w:r>
      <w:r>
        <w:t xml:space="preserve"> the</w:t>
      </w:r>
      <w:r>
        <w:t xml:space="preserve"> Lindsay</w:t>
      </w:r>
      <w:r>
        <w:t xml:space="preserve"> Yards.</w:t>
        <w:br/>
        <w:t>不太明白是什么意思</w:t>
      </w:r>
      <w:r>
        <w:t xml:space="preserve"> </w:t>
      </w:r>
      <w:r>
        <w:t xml:space="preserve"> -钱</w:t>
        <w:br/>
        <w:t>I</w:t>
      </w:r>
      <w:r>
        <w:t xml:space="preserve"> don't</w:t>
      </w:r>
      <w:r>
        <w:t xml:space="preserve"> know</w:t>
      </w:r>
      <w:r>
        <w:t xml:space="preserve"> what</w:t>
      </w:r>
      <w:r>
        <w:t xml:space="preserve"> that</w:t>
      </w:r>
      <w:r>
        <w:t xml:space="preserve"> means.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Money.</w:t>
        <w:br/>
        <w:t>你没事吧</w:t>
        <w:br/>
        <w:t>You</w:t>
      </w:r>
      <w:r>
        <w:t xml:space="preserve"> all</w:t>
      </w:r>
      <w:r>
        <w:t xml:space="preserve"> right?</w:t>
        <w:br/>
        <w:t>这还是我头一次来犯罪现场</w:t>
        <w:br/>
        <w:t>This</w:t>
      </w:r>
      <w:r>
        <w:t xml:space="preserve"> is</w:t>
      </w:r>
      <w:r>
        <w:t xml:space="preserve"> my</w:t>
      </w:r>
      <w:r>
        <w:t xml:space="preserve"> first</w:t>
      </w:r>
      <w:r>
        <w:t xml:space="preserve"> crime</w:t>
      </w:r>
      <w:r>
        <w:t xml:space="preserve"> scene.</w:t>
        <w:br/>
        <w:t>好吧</w:t>
      </w:r>
      <w:r>
        <w:t xml:space="preserve"> 那你去走廊等吧</w:t>
        <w:br/>
        <w:t>Okay.</w:t>
      </w:r>
      <w:r>
        <w:t xml:space="preserve"> You</w:t>
      </w:r>
      <w:r>
        <w:t xml:space="preserve"> can</w:t>
      </w:r>
      <w:r>
        <w:t xml:space="preserve"> wait</w:t>
      </w:r>
      <w:r>
        <w:t xml:space="preserve"> in</w:t>
      </w:r>
      <w:r>
        <w:t xml:space="preserve"> the</w:t>
      </w:r>
      <w:r>
        <w:t xml:space="preserve"> hall.</w:t>
        <w:br/>
        <w:t>我去叫斯穆伦</w:t>
      </w:r>
      <w:r>
        <w:t xml:space="preserve"> </w:t>
      </w:r>
      <w:r>
        <w:t xml:space="preserve"> -哦</w:t>
      </w:r>
      <w:r>
        <w:t xml:space="preserve"> 不不不</w:t>
        <w:br/>
        <w:t>I'll</w:t>
      </w:r>
      <w:r>
        <w:t xml:space="preserve"> get</w:t>
      </w:r>
      <w:r>
        <w:t xml:space="preserve"> Smullen.</w:t>
      </w:r>
      <w:r>
        <w:t xml:space="preserve"> -</w:t>
      </w:r>
      <w:r>
        <w:t xml:space="preserve"> Oh,</w:t>
      </w:r>
      <w:r>
        <w:t xml:space="preserve"> no.</w:t>
      </w:r>
      <w:r>
        <w:t xml:space="preserve"> No,</w:t>
      </w:r>
      <w:r>
        <w:t xml:space="preserve"> no,</w:t>
      </w:r>
      <w:r>
        <w:t xml:space="preserve"> no.</w:t>
        <w:br/>
        <w:t>我只是说</w:t>
        <w:br/>
        <w:t>I-</w:t>
      </w:r>
      <w:r>
        <w:t xml:space="preserve"> I'mjust</w:t>
      </w:r>
      <w:r>
        <w:t xml:space="preserve"> saying-</w:t>
      </w:r>
      <w:r>
        <w:t xml:space="preserve"> -</w:t>
        <w:br/>
        <w:t>我是个律师</w:t>
      </w:r>
      <w:r>
        <w:t xml:space="preserve"> 所以看到的</w:t>
        <w:br/>
        <w:t>I'm</w:t>
      </w:r>
      <w:r>
        <w:t xml:space="preserve"> a</w:t>
      </w:r>
      <w:r>
        <w:t xml:space="preserve"> lawyer,</w:t>
      </w:r>
      <w:r>
        <w:t xml:space="preserve"> so</w:t>
      </w:r>
      <w:r>
        <w:t xml:space="preserve"> I</w:t>
      </w:r>
      <w:r>
        <w:t xml:space="preserve"> mostly</w:t>
        <w:br/>
        <w:t>大部分都是犯罪现场照片</w:t>
        <w:br/>
        <w:t>see</w:t>
      </w:r>
      <w:r>
        <w:t xml:space="preserve"> crime</w:t>
      </w:r>
      <w:r>
        <w:t xml:space="preserve"> scene</w:t>
      </w:r>
      <w:r>
        <w:t xml:space="preserve"> photos</w:t>
      </w:r>
      <w:r>
        <w:t xml:space="preserve"> like</w:t>
      </w:r>
      <w:r>
        <w:t xml:space="preserve"> that.</w:t>
        <w:br/>
        <w:t>但这一切非常不同</w:t>
      </w:r>
      <w:r>
        <w:t xml:space="preserve"> 是的</w:t>
        <w:br/>
        <w:t>This</w:t>
      </w:r>
      <w:r>
        <w:t xml:space="preserve"> is</w:t>
      </w:r>
      <w:r>
        <w:t xml:space="preserve"> very</w:t>
      </w:r>
      <w:r>
        <w:t xml:space="preserve"> different.</w:t>
      </w:r>
      <w:r>
        <w:t xml:space="preserve"> Yes.</w:t>
        <w:br/>
        <w:br/>
        <w:t>要更好</w:t>
        <w:br/>
        <w:t>Better.</w:t>
        <w:br/>
        <w:t>嗯</w:t>
      </w:r>
      <w:r>
        <w:t xml:space="preserve"> </w:t>
      </w:r>
      <w:r>
        <w:t xml:space="preserve"> -这边走</w:t>
        <w:br/>
        <w:t>Yeah.</w:t>
      </w:r>
      <w:r>
        <w:t xml:space="preserve"> -</w:t>
      </w:r>
      <w:r>
        <w:t xml:space="preserve"> This</w:t>
      </w:r>
      <w:r>
        <w:t xml:space="preserve"> way.</w:t>
        <w:br/>
        <w:t>你会只为了参观房&amp;hearts;子而去看&amp;hearts;房&amp;hearts;&amp;hearts;吗</w:t>
        <w:br/>
        <w:t>Do</w:t>
      </w:r>
      <w:r>
        <w:t xml:space="preserve"> you</w:t>
      </w:r>
      <w:r>
        <w:t xml:space="preserve"> ever</w:t>
      </w:r>
      <w:r>
        <w:t xml:space="preserve"> go</w:t>
      </w:r>
      <w:r>
        <w:t xml:space="preserve"> to</w:t>
      </w:r>
      <w:r>
        <w:t xml:space="preserve"> open</w:t>
      </w:r>
      <w:r>
        <w:t xml:space="preserve"> houses</w:t>
      </w:r>
      <w:r>
        <w:t xml:space="preserve"> just</w:t>
      </w:r>
      <w:r>
        <w:t xml:space="preserve"> to</w:t>
      </w:r>
      <w:r>
        <w:t xml:space="preserve"> go</w:t>
      </w:r>
      <w:r>
        <w:t xml:space="preserve"> see</w:t>
      </w:r>
      <w:r>
        <w:t xml:space="preserve"> them?</w:t>
        <w:br/>
        <w:t>不会</w:t>
      </w:r>
      <w:r>
        <w:t xml:space="preserve"> </w:t>
      </w:r>
      <w:r>
        <w:t xml:space="preserve"> -我会在周天去</w:t>
        <w:br/>
        <w:t>No.</w:t>
      </w:r>
      <w:r>
        <w:t xml:space="preserve"> -</w:t>
      </w:r>
      <w:r>
        <w:t xml:space="preserve"> I</w:t>
      </w:r>
      <w:r>
        <w:t xml:space="preserve"> go</w:t>
      </w:r>
      <w:r>
        <w:t xml:space="preserve"> on</w:t>
      </w:r>
      <w:r>
        <w:t xml:space="preserve"> Sundays.</w:t>
        <w:br/>
        <w:t>我喜欢观察别人是如何生活的</w:t>
        <w:br/>
        <w:t>I</w:t>
      </w:r>
      <w:r>
        <w:t xml:space="preserve"> think</w:t>
      </w:r>
      <w:r>
        <w:t xml:space="preserve"> I</w:t>
      </w:r>
      <w:r>
        <w:t xml:space="preserve"> like</w:t>
      </w:r>
      <w:r>
        <w:t xml:space="preserve"> looking</w:t>
      </w:r>
      <w:r>
        <w:t xml:space="preserve"> at...at</w:t>
      </w:r>
      <w:r>
        <w:t xml:space="preserve"> how</w:t>
      </w:r>
      <w:r>
        <w:t xml:space="preserve"> other</w:t>
      </w:r>
      <w:r>
        <w:t xml:space="preserve"> people</w:t>
      </w:r>
      <w:r>
        <w:t xml:space="preserve"> live.</w:t>
        <w:br/>
        <w:t>墙上的材料真漂亮</w:t>
        <w:br/>
        <w:t>Ooh,</w:t>
      </w:r>
      <w:r>
        <w:t xml:space="preserve"> that's</w:t>
      </w:r>
      <w:r>
        <w:t xml:space="preserve"> a</w:t>
      </w:r>
      <w:r>
        <w:t xml:space="preserve"> pretty</w:t>
      </w:r>
      <w:r>
        <w:t xml:space="preserve"> fabric</w:t>
      </w:r>
      <w:r>
        <w:t xml:space="preserve"> on</w:t>
      </w:r>
      <w:r>
        <w:t xml:space="preserve"> the</w:t>
      </w:r>
      <w:r>
        <w:t xml:space="preserve"> wall,</w:t>
        <w:br/>
        <w:t>不是吗</w:t>
      </w:r>
      <w:r>
        <w:t xml:space="preserve"> 这什么</w:t>
      </w:r>
      <w:r>
        <w:t xml:space="preserve"> 紫色吗</w:t>
        <w:br/>
        <w:t>isn't</w:t>
      </w:r>
      <w:r>
        <w:t xml:space="preserve"> it?</w:t>
      </w:r>
      <w:r>
        <w:t xml:space="preserve"> What</w:t>
      </w:r>
      <w:r>
        <w:t xml:space="preserve"> is</w:t>
      </w:r>
      <w:r>
        <w:t xml:space="preserve"> that,</w:t>
      </w:r>
      <w:r>
        <w:t xml:space="preserve"> purple?</w:t>
        <w:br/>
        <w:t>你去了派对是吗</w:t>
        <w:br/>
        <w:t>So,</w:t>
      </w:r>
      <w:r>
        <w:t xml:space="preserve"> you</w:t>
      </w:r>
      <w:r>
        <w:t xml:space="preserve"> were</w:t>
      </w:r>
      <w:r>
        <w:t xml:space="preserve"> at</w:t>
      </w:r>
      <w:r>
        <w:t xml:space="preserve"> a</w:t>
      </w:r>
      <w:r>
        <w:t xml:space="preserve"> party?</w:t>
        <w:br/>
        <w:t>剧组派对</w:t>
      </w:r>
      <w:r>
        <w:t xml:space="preserve"> </w:t>
      </w:r>
      <w:r>
        <w:t xml:space="preserve"> -是的先生</w:t>
        <w:br/>
        <w:t>The</w:t>
      </w:r>
      <w:r>
        <w:t xml:space="preserve"> cast</w:t>
      </w:r>
      <w:r>
        <w:t xml:space="preserve"> party.</w:t>
      </w:r>
      <w:r>
        <w:t xml:space="preserve"> Yes,</w:t>
      </w:r>
      <w:r>
        <w:t xml:space="preserve"> sir.</w:t>
        <w:br/>
        <w:t>在18号&amp;hearts;酒吧</w:t>
      </w:r>
      <w:r>
        <w:t xml:space="preserve"> </w:t>
      </w:r>
      <w:r>
        <w:t xml:space="preserve"> -警探</w:t>
      </w:r>
      <w:r>
        <w:t xml:space="preserve"> 有人</w:t>
        <w:br/>
        <w:t>At</w:t>
      </w:r>
      <w:r>
        <w:t xml:space="preserve"> Pub</w:t>
      </w:r>
      <w:r>
        <w:t xml:space="preserve"> 18.</w:t>
      </w:r>
      <w:r>
        <w:t xml:space="preserve"> -</w:t>
      </w:r>
      <w:r>
        <w:t xml:space="preserve"> Uh,</w:t>
      </w:r>
      <w:r>
        <w:t xml:space="preserve"> Detective,</w:t>
      </w:r>
      <w:r>
        <w:t xml:space="preserve"> this</w:t>
      </w:r>
      <w:r>
        <w:t xml:space="preserve"> is...</w:t>
        <w:br/>
        <w:t>切利女士本来也要去的</w:t>
      </w:r>
      <w:r>
        <w:t xml:space="preserve"> 对吗</w:t>
      </w:r>
      <w:r>
        <w:t xml:space="preserve"> </w:t>
      </w:r>
      <w:r>
        <w:t xml:space="preserve"> -是的</w:t>
        <w:br/>
        <w:t>And</w:t>
      </w:r>
      <w:r>
        <w:t xml:space="preserve"> Ms.</w:t>
      </w:r>
      <w:r>
        <w:t xml:space="preserve"> Cherry</w:t>
      </w:r>
      <w:r>
        <w:t xml:space="preserve"> was</w:t>
      </w:r>
      <w:r>
        <w:t xml:space="preserve"> supposed-</w:t>
      </w:r>
      <w:r>
        <w:t xml:space="preserve"> to</w:t>
      </w:r>
      <w:r>
        <w:t xml:space="preserve"> be</w:t>
      </w:r>
      <w:r>
        <w:t xml:space="preserve"> at</w:t>
      </w:r>
      <w:r>
        <w:t xml:space="preserve"> the</w:t>
      </w:r>
      <w:r>
        <w:t xml:space="preserve"> party,</w:t>
      </w:r>
      <w:r>
        <w:t xml:space="preserve"> too?</w:t>
      </w:r>
      <w:r>
        <w:t xml:space="preserve"> -</w:t>
      </w:r>
      <w:r>
        <w:t xml:space="preserve"> Yes.</w:t>
        <w:br/>
        <w:t>但她后来发短&amp;hearts;信&amp;hearts;</w:t>
      </w:r>
      <w:r>
        <w:t xml:space="preserve"> 说觉得很抑郁</w:t>
        <w:br/>
        <w:t>But</w:t>
      </w:r>
      <w:r>
        <w:t xml:space="preserve"> then</w:t>
      </w:r>
      <w:r>
        <w:t xml:space="preserve"> she</w:t>
      </w:r>
      <w:r>
        <w:t xml:space="preserve"> texted</w:t>
      </w:r>
      <w:r>
        <w:t xml:space="preserve"> that</w:t>
      </w:r>
      <w:r>
        <w:t xml:space="preserve"> she</w:t>
      </w:r>
      <w:r>
        <w:t xml:space="preserve"> was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depressed.</w:t>
        <w:br/>
        <w:t>她担心会伤害自己</w:t>
        <w:br/>
        <w:t>And</w:t>
      </w:r>
      <w:r>
        <w:t xml:space="preserve"> she</w:t>
      </w:r>
      <w:r>
        <w:t xml:space="preserve"> was</w:t>
      </w:r>
      <w:r>
        <w:t xml:space="preserve"> worried</w:t>
      </w:r>
      <w:r>
        <w:t xml:space="preserve"> about</w:t>
      </w:r>
      <w:r>
        <w:t xml:space="preserve"> what</w:t>
      </w:r>
      <w:r>
        <w:t xml:space="preserve"> she</w:t>
      </w:r>
      <w:r>
        <w:t xml:space="preserve"> might</w:t>
      </w:r>
      <w:r>
        <w:t xml:space="preserve"> do</w:t>
      </w:r>
      <w:r>
        <w:t xml:space="preserve"> to</w:t>
      </w:r>
      <w:r>
        <w:t xml:space="preserve"> herself,</w:t>
        <w:br/>
        <w:t>所以我们打了热&amp;hearts;线&amp;hearts;电&amp;hearts;话&amp;hearts;</w:t>
        <w:br/>
        <w:t>so</w:t>
      </w:r>
      <w:r>
        <w:t xml:space="preserve"> we</w:t>
      </w:r>
      <w:r>
        <w:t xml:space="preserve"> called</w:t>
      </w:r>
      <w:r>
        <w:t xml:space="preserve"> the</w:t>
      </w:r>
      <w:r>
        <w:t xml:space="preserve"> hotline.</w:t>
        <w:br/>
        <w:t>自杀热&amp;hearts;线&amp;hearts;对吗</w:t>
      </w:r>
      <w:r>
        <w:t xml:space="preserve"> 这是她发的短&amp;hearts;信&amp;hearts;吗</w:t>
        <w:br/>
        <w:t>Suicide</w:t>
      </w:r>
      <w:r>
        <w:t xml:space="preserve"> hotline?</w:t>
      </w:r>
      <w:r>
        <w:t xml:space="preserve"> Is</w:t>
      </w:r>
      <w:r>
        <w:t xml:space="preserve"> that</w:t>
      </w:r>
      <w:r>
        <w:t xml:space="preserve"> the</w:t>
      </w:r>
      <w:r>
        <w:t xml:space="preserve"> text?</w:t>
        <w:br/>
        <w:t>是的</w:t>
      </w:r>
      <w:r>
        <w:t xml:space="preserve"> </w:t>
      </w:r>
      <w:r>
        <w:t xml:space="preserve"> -谢谢</w:t>
        <w:br/>
        <w:t>Yes.</w:t>
      </w:r>
      <w:r>
        <w:t xml:space="preserve"> -</w:t>
      </w:r>
      <w:r>
        <w:t xml:space="preserve"> Thank</w:t>
      </w:r>
      <w:r>
        <w:t xml:space="preserve"> you.</w:t>
        <w:br/>
        <w:t>不好意思</w:t>
      </w:r>
      <w:r>
        <w:t xml:space="preserve"> </w:t>
      </w:r>
      <w:r>
        <w:t xml:space="preserve"> -别担心</w:t>
      </w:r>
      <w:r>
        <w:t xml:space="preserve"> 我能看得到</w:t>
        <w:br/>
        <w:t>Excuse</w:t>
      </w:r>
      <w:r>
        <w:t xml:space="preserve"> me.</w:t>
      </w:r>
      <w:r>
        <w:t xml:space="preserve"> -</w:t>
      </w:r>
      <w:r>
        <w:t xml:space="preserve"> Don't</w:t>
      </w:r>
      <w:r>
        <w:t xml:space="preserve"> worry,</w:t>
      </w:r>
      <w:r>
        <w:t xml:space="preserve"> I</w:t>
      </w:r>
      <w:r>
        <w:t xml:space="preserve"> can</w:t>
      </w:r>
      <w:r>
        <w:t xml:space="preserve"> see</w:t>
      </w:r>
      <w:r>
        <w:t xml:space="preserve"> it.</w:t>
        <w:br/>
        <w:t>女士</w:t>
      </w:r>
      <w:r>
        <w:t xml:space="preserve"> 请您先下楼好吗</w:t>
        <w:br/>
        <w:t>Could</w:t>
      </w:r>
      <w:r>
        <w:t xml:space="preserve"> you</w:t>
      </w:r>
      <w:r>
        <w:t xml:space="preserve"> go</w:t>
      </w:r>
      <w:r>
        <w:t xml:space="preserve"> downstairs</w:t>
      </w:r>
      <w:r>
        <w:t xml:space="preserve"> please,</w:t>
      </w:r>
      <w:r>
        <w:t xml:space="preserve"> ma'am?</w:t>
        <w:br/>
        <w:t>哦</w:t>
      </w:r>
      <w:r>
        <w:t xml:space="preserve"> 当然</w:t>
        <w:br/>
        <w:t>Oh,</w:t>
      </w:r>
      <w:r>
        <w:t xml:space="preserve"> sure.</w:t>
        <w:br/>
        <w:t>那个协议裁决</w:t>
        <w:br/>
        <w:t>The</w:t>
      </w:r>
      <w:r>
        <w:t xml:space="preserve"> consent</w:t>
      </w:r>
      <w:r>
        <w:t xml:space="preserve"> decree.</w:t>
        <w:br/>
        <w:t>她说是瓦格纳警监让她来的</w:t>
        <w:br/>
        <w:t>She</w:t>
      </w:r>
      <w:r>
        <w:t xml:space="preserve"> said</w:t>
      </w:r>
      <w:r>
        <w:t xml:space="preserve"> Captain</w:t>
      </w:r>
      <w:r>
        <w:t xml:space="preserve"> Wagner</w:t>
      </w:r>
      <w:r>
        <w:t xml:space="preserve"> wanted</w:t>
      </w:r>
      <w:r>
        <w:t xml:space="preserve"> her</w:t>
      </w:r>
      <w:r>
        <w:t xml:space="preserve"> here.</w:t>
        <w:br/>
        <w:t>我没要她去</w:t>
      </w:r>
      <w:r>
        <w:t xml:space="preserve"> 是市政厅派她去的</w:t>
        <w:br/>
        <w:t>I</w:t>
      </w:r>
      <w:r>
        <w:t xml:space="preserve"> didn't</w:t>
      </w:r>
      <w:r>
        <w:t xml:space="preserve"> want</w:t>
      </w:r>
      <w:r>
        <w:t xml:space="preserve"> her</w:t>
      </w:r>
      <w:r>
        <w:t xml:space="preserve"> there.</w:t>
      </w:r>
      <w:r>
        <w:t xml:space="preserve"> City</w:t>
      </w:r>
      <w:r>
        <w:t xml:space="preserve"> hall</w:t>
      </w:r>
      <w:r>
        <w:t xml:space="preserve"> wants</w:t>
      </w:r>
      <w:r>
        <w:t xml:space="preserve"> her</w:t>
      </w:r>
      <w:r>
        <w:t xml:space="preserve"> there.</w:t>
        <w:br/>
        <w:t>还是去年的诉讼了</w:t>
        <w:br/>
        <w:t>It's</w:t>
      </w:r>
      <w:r>
        <w:t xml:space="preserve"> the</w:t>
      </w:r>
      <w:r>
        <w:t xml:space="preserve"> lawsuit</w:t>
      </w:r>
      <w:r>
        <w:t xml:space="preserve"> from</w:t>
      </w:r>
      <w:r>
        <w:t xml:space="preserve"> last</w:t>
      </w:r>
      <w:r>
        <w:t xml:space="preserve"> year.</w:t>
        <w:br/>
        <w:t>重案组犯下的那些错误逮捕</w:t>
        <w:br/>
        <w:t>All</w:t>
      </w:r>
      <w:r>
        <w:t xml:space="preserve"> those</w:t>
      </w:r>
      <w:r>
        <w:t xml:space="preserve"> wrongful</w:t>
      </w:r>
      <w:r>
        <w:t xml:space="preserve"> arrests</w:t>
      </w:r>
      <w:r>
        <w:t xml:space="preserve"> by</w:t>
      </w:r>
      <w:r>
        <w:t xml:space="preserve"> Major</w:t>
      </w:r>
      <w:r>
        <w:t xml:space="preserve"> Case</w:t>
      </w:r>
      <w:r>
        <w:t xml:space="preserve"> Unit.</w:t>
        <w:br/>
        <w:t>可那不是我们的错</w:t>
      </w:r>
      <w:r>
        <w:t xml:space="preserve"> 警监</w:t>
        <w:br/>
        <w:t>Yeah,</w:t>
      </w:r>
      <w:r>
        <w:t xml:space="preserve"> that</w:t>
      </w:r>
      <w:r>
        <w:t xml:space="preserve"> wasn't</w:t>
      </w:r>
      <w:r>
        <w:t xml:space="preserve"> our</w:t>
      </w:r>
      <w:r>
        <w:t xml:space="preserve"> fault,</w:t>
      </w:r>
      <w:r>
        <w:t xml:space="preserve"> Captain.</w:t>
        <w:br/>
        <w:t>不重要</w:t>
        <w:br/>
        <w:t>Doesn't</w:t>
      </w:r>
      <w:r>
        <w:t xml:space="preserve"> matter.</w:t>
        <w:br/>
        <w:t>法官命令我们聘请外部律师</w:t>
        <w:br/>
        <w:t>Judge</w:t>
      </w:r>
      <w:r>
        <w:t xml:space="preserve"> ordered</w:t>
      </w:r>
      <w:r>
        <w:t xml:space="preserve"> us</w:t>
      </w:r>
      <w:r>
        <w:t xml:space="preserve"> to</w:t>
      </w:r>
      <w:r>
        <w:t xml:space="preserve"> hire</w:t>
      </w:r>
      <w:r>
        <w:t xml:space="preserve"> an</w:t>
      </w:r>
      <w:r>
        <w:t xml:space="preserve"> outside</w:t>
      </w:r>
      <w:r>
        <w:t xml:space="preserve"> attorney</w:t>
        <w:br/>
        <w:t>监督警方调查一整年</w:t>
        <w:br/>
        <w:t>for</w:t>
      </w:r>
      <w:r>
        <w:t xml:space="preserve"> police</w:t>
      </w:r>
      <w:r>
        <w:t xml:space="preserve"> oversight</w:t>
      </w:r>
      <w:r>
        <w:t xml:space="preserve"> to</w:t>
      </w:r>
      <w:r>
        <w:t xml:space="preserve"> observe</w:t>
      </w:r>
      <w:r>
        <w:t xml:space="preserve"> your</w:t>
      </w:r>
      <w:r>
        <w:t xml:space="preserve"> investigations</w:t>
        <w:br/>
        <w:t>我知道</w:t>
        <w:br/>
        <w:t>for</w:t>
      </w:r>
      <w:r>
        <w:t xml:space="preserve"> a</w:t>
      </w:r>
      <w:r>
        <w:t xml:space="preserve"> year.</w:t>
      </w:r>
      <w:r>
        <w:t xml:space="preserve"> -</w:t>
      </w:r>
      <w:r>
        <w:t xml:space="preserve"> I</w:t>
      </w:r>
      <w:r>
        <w:t xml:space="preserve"> know,</w:t>
        <w:br/>
        <w:t>但我要拿这位女士怎么办</w:t>
        <w:br/>
        <w:t>but</w:t>
      </w:r>
      <w:r>
        <w:t xml:space="preserve"> what</w:t>
      </w:r>
      <w:r>
        <w:t xml:space="preserve"> am</w:t>
      </w:r>
      <w:r>
        <w:t xml:space="preserve"> I</w:t>
      </w:r>
      <w:r>
        <w:t xml:space="preserve"> supposed</w:t>
      </w:r>
      <w:r>
        <w:t xml:space="preserve"> to</w:t>
      </w:r>
      <w:r>
        <w:t xml:space="preserve"> do</w:t>
      </w:r>
      <w:r>
        <w:t xml:space="preserve"> with</w:t>
      </w:r>
      <w:r>
        <w:t xml:space="preserve"> this</w:t>
      </w:r>
      <w:r>
        <w:t xml:space="preserve"> lady?</w:t>
        <w:br/>
        <w:t>让她旁观</w:t>
        <w:br/>
        <w:t>Let</w:t>
      </w:r>
      <w:r>
        <w:t xml:space="preserve"> her</w:t>
      </w:r>
      <w:r>
        <w:t xml:space="preserve"> observe.</w:t>
        <w:br/>
        <w:t>嘿</w:t>
      </w:r>
      <w:r>
        <w:t xml:space="preserve"> 迈克</w:t>
      </w:r>
      <w:r>
        <w:t xml:space="preserve"> 你好吗</w:t>
      </w:r>
      <w:r>
        <w:t xml:space="preserve"> </w:t>
      </w:r>
      <w:r>
        <w:t xml:space="preserve"> -警监</w:t>
        <w:br/>
        <w:t>Hey,</w:t>
      </w:r>
      <w:r>
        <w:t xml:space="preserve"> Mike,</w:t>
      </w:r>
      <w:r>
        <w:t xml:space="preserve"> how</w:t>
      </w:r>
      <w:r>
        <w:t xml:space="preserve"> you</w:t>
      </w:r>
      <w:r>
        <w:t xml:space="preserve"> doing?</w:t>
      </w:r>
      <w:r>
        <w:t xml:space="preserve"> -</w:t>
      </w:r>
      <w:r>
        <w:t xml:space="preserve"> Captain.</w:t>
        <w:br/>
        <w:t>她芝加哥的司法部老板告诉我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她很好取悦</w:t>
        <w:br/>
        <w:t>Her</w:t>
      </w:r>
      <w:r>
        <w:t xml:space="preserve"> DOJ</w:t>
      </w:r>
      <w:r>
        <w:t xml:space="preserve"> boss</w:t>
      </w:r>
      <w:r>
        <w:t xml:space="preserve"> in</w:t>
      </w:r>
      <w:r>
        <w:t xml:space="preserve"> Chicago</w:t>
      </w:r>
      <w:r>
        <w:t xml:space="preserve"> thinks</w:t>
      </w:r>
      <w:r>
        <w:t xml:space="preserve"> she's</w:t>
      </w:r>
      <w:r>
        <w:t xml:space="preserve"> easily</w:t>
      </w:r>
      <w:r>
        <w:t xml:space="preserve"> amused.</w:t>
        <w:br/>
        <w:t>没错</w:t>
      </w:r>
      <w:r>
        <w:t xml:space="preserve"> 她在我的犯罪现场上蹿下跳</w:t>
        <w:br/>
        <w:t>Yeah,</w:t>
      </w:r>
      <w:r>
        <w:t xml:space="preserve"> well,</w:t>
      </w:r>
      <w:r>
        <w:t xml:space="preserve"> she's</w:t>
      </w:r>
      <w:r>
        <w:t xml:space="preserve"> easily</w:t>
      </w:r>
      <w:r>
        <w:t xml:space="preserve"> amusing</w:t>
      </w:r>
      <w:r>
        <w:t xml:space="preserve"> herself</w:t>
        <w:br/>
        <w:t>玩得不亦乐乎</w:t>
        <w:br/>
        <w:t>all</w:t>
      </w:r>
      <w:r>
        <w:t xml:space="preserve"> over</w:t>
      </w:r>
      <w:r>
        <w:t xml:space="preserve"> my</w:t>
      </w:r>
      <w:r>
        <w:t xml:space="preserve"> crime</w:t>
      </w:r>
      <w:r>
        <w:t xml:space="preserve"> scene.</w:t>
        <w:br/>
        <w:t>鲍勃一桩自杀案而已</w:t>
      </w:r>
      <w:r>
        <w:t xml:space="preserve"> 迁就她下吧</w:t>
        <w:br/>
        <w:t>Bob,</w:t>
      </w:r>
      <w:r>
        <w:t xml:space="preserve"> it's</w:t>
      </w:r>
      <w:r>
        <w:t xml:space="preserve"> a</w:t>
      </w:r>
      <w:r>
        <w:t xml:space="preserve"> suicide.</w:t>
      </w:r>
      <w:r>
        <w:t xml:space="preserve"> Just</w:t>
      </w:r>
      <w:r>
        <w:t xml:space="preserve"> humor</w:t>
      </w:r>
      <w:r>
        <w:t xml:space="preserve"> her.</w:t>
        <w:br/>
        <w:t>跟她聊聊古老的战争故事</w:t>
        <w:br/>
        <w:t>Tell</w:t>
      </w:r>
      <w:r>
        <w:t xml:space="preserve"> her</w:t>
      </w:r>
      <w:r>
        <w:t xml:space="preserve"> some</w:t>
      </w:r>
      <w:r>
        <w:t xml:space="preserve"> old</w:t>
      </w:r>
      <w:r>
        <w:t xml:space="preserve"> war</w:t>
      </w:r>
      <w:r>
        <w:t xml:space="preserve"> stories.</w:t>
        <w:br/>
        <w:t>她觉得无聊就会走了</w:t>
        <w:br/>
        <w:t>She'll</w:t>
      </w:r>
      <w:r>
        <w:t xml:space="preserve"> get</w:t>
      </w:r>
      <w:r>
        <w:t xml:space="preserve"> bored</w:t>
      </w:r>
      <w:r>
        <w:t xml:space="preserve"> and</w:t>
      </w:r>
      <w:r>
        <w:t xml:space="preserve"> move</w:t>
      </w:r>
      <w:r>
        <w:t xml:space="preserve"> on.</w:t>
        <w:br/>
        <w:t>哇哦</w:t>
      </w:r>
      <w:r>
        <w:t xml:space="preserve"> 欧芹籽</w:t>
      </w:r>
      <w:r>
        <w:t xml:space="preserve"> 从没听说过</w:t>
        <w:br/>
        <w:t>Huh.</w:t>
      </w:r>
      <w:r>
        <w:t xml:space="preserve"> Parsley</w:t>
      </w:r>
      <w:r>
        <w:t xml:space="preserve"> seed.</w:t>
      </w:r>
      <w:r>
        <w:t xml:space="preserve"> I've</w:t>
      </w:r>
      <w:r>
        <w:t xml:space="preserve"> never</w:t>
      </w:r>
      <w:r>
        <w:t xml:space="preserve"> heard</w:t>
      </w:r>
      <w:r>
        <w:t xml:space="preserve"> of</w:t>
      </w:r>
      <w:r>
        <w:t xml:space="preserve"> that.</w:t>
        <w:br/>
        <w:t>还能护肤</w:t>
        <w:br/>
        <w:t>And</w:t>
      </w:r>
      <w:r>
        <w:t xml:space="preserve"> skin.</w:t>
        <w:br/>
        <w:t>多少片安定能让她人事不省</w:t>
        <w:br/>
        <w:t>Hey,</w:t>
      </w:r>
      <w:r>
        <w:t xml:space="preserve"> how</w:t>
      </w:r>
      <w:r>
        <w:t xml:space="preserve"> many</w:t>
      </w:r>
      <w:r>
        <w:t xml:space="preserve"> lorazepam</w:t>
      </w:r>
      <w:r>
        <w:t xml:space="preserve"> would</w:t>
      </w:r>
      <w:r>
        <w:t xml:space="preserve"> it</w:t>
      </w:r>
      <w:r>
        <w:t xml:space="preserve"> take</w:t>
      </w:r>
      <w:r>
        <w:t xml:space="preserve"> to</w:t>
      </w:r>
      <w:r>
        <w:t xml:space="preserve"> knock</w:t>
      </w:r>
      <w:r>
        <w:t xml:space="preserve"> her</w:t>
      </w:r>
      <w:r>
        <w:t xml:space="preserve"> out?</w:t>
        <w:br/>
        <w:t>大概在10到15片</w:t>
        <w:br/>
        <w:t>Probably</w:t>
      </w:r>
      <w:r>
        <w:t xml:space="preserve"> around</w:t>
      </w:r>
      <w:r>
        <w:t xml:space="preserve"> ten,</w:t>
      </w:r>
      <w:r>
        <w:t xml:space="preserve"> 15.</w:t>
        <w:br/>
        <w:t>但她的死因不是这个</w:t>
        <w:br/>
        <w:t>But</w:t>
      </w:r>
      <w:r>
        <w:t xml:space="preserve"> that's</w:t>
      </w:r>
      <w:r>
        <w:t xml:space="preserve"> not</w:t>
      </w:r>
      <w:r>
        <w:t xml:space="preserve"> what</w:t>
      </w:r>
      <w:r>
        <w:t xml:space="preserve"> killed</w:t>
      </w:r>
      <w:r>
        <w:t xml:space="preserve"> her.</w:t>
        <w:br/>
        <w:t>她是塑料袋套在头上窒息而亡的</w:t>
        <w:br/>
        <w:t>She</w:t>
      </w:r>
      <w:r>
        <w:t xml:space="preserve"> taped</w:t>
      </w:r>
      <w:r>
        <w:t xml:space="preserve"> a</w:t>
      </w:r>
      <w:r>
        <w:t xml:space="preserve"> plastic</w:t>
      </w:r>
      <w:r>
        <w:t xml:space="preserve"> bag</w:t>
      </w:r>
      <w:r>
        <w:t xml:space="preserve"> over</w:t>
      </w:r>
      <w:r>
        <w:t xml:space="preserve"> her</w:t>
      </w:r>
      <w:r>
        <w:t xml:space="preserve"> head.</w:t>
        <w:br/>
        <w:t>垃圾桶里是什么</w:t>
        <w:br/>
        <w:t>Hey,</w:t>
      </w:r>
      <w:r>
        <w:t xml:space="preserve"> what's</w:t>
      </w:r>
      <w:r>
        <w:t xml:space="preserve"> this</w:t>
      </w:r>
      <w:r>
        <w:t xml:space="preserve"> in</w:t>
      </w:r>
      <w:r>
        <w:t xml:space="preserve"> the</w:t>
      </w:r>
      <w:r>
        <w:t xml:space="preserve"> garbage?</w:t>
        <w:br/>
        <w:t>你是谁来着</w:t>
        <w:br/>
        <w:t>Who</w:t>
      </w:r>
      <w:r>
        <w:t xml:space="preserve"> are</w:t>
      </w:r>
      <w:r>
        <w:t xml:space="preserve"> you</w:t>
      </w:r>
      <w:r>
        <w:t xml:space="preserve"> again?</w:t>
        <w:br/>
        <w:t>·</w:t>
      </w:r>
      <w:r>
        <w:t xml:space="preserve"> 塔肖尼</w:t>
      </w:r>
      <w:r>
        <w:t xml:space="preserve"> 你呢</w:t>
        <w:br/>
        <w:t>Elsbeth</w:t>
      </w:r>
      <w:r>
        <w:t xml:space="preserve"> Tascioni.</w:t>
      </w:r>
      <w:r>
        <w:t xml:space="preserve"> What's</w:t>
      </w:r>
      <w:r>
        <w:t xml:space="preserve"> your</w:t>
      </w:r>
      <w:r>
        <w:t xml:space="preserve"> name?</w:t>
        <w:br/>
        <w:t>爱伦</w:t>
      </w:r>
      <w:r>
        <w:t xml:space="preserve"> </w:t>
      </w:r>
      <w:r>
        <w:t xml:space="preserve"> -哦</w:t>
      </w:r>
      <w:r>
        <w:t xml:space="preserve"> 爱伦</w:t>
        <w:br/>
        <w:t>Ailune.</w:t>
      </w:r>
      <w:r>
        <w:t xml:space="preserve"> -</w:t>
      </w:r>
      <w:r>
        <w:t xml:space="preserve"> Oh.</w:t>
      </w:r>
      <w:r>
        <w:t xml:space="preserve"> Ailune.</w:t>
        <w:br/>
        <w:t>多美的名字啊</w:t>
        <w:br/>
        <w:t>What</w:t>
      </w:r>
      <w:r>
        <w:t xml:space="preserve"> a</w:t>
      </w:r>
      <w:r>
        <w:t xml:space="preserve"> pretty</w:t>
      </w:r>
      <w:r>
        <w:t xml:space="preserve"> name.</w:t>
        <w:br/>
        <w:t>我就不喜欢自己的名字</w:t>
        <w:br/>
        <w:t>I</w:t>
      </w:r>
      <w:r>
        <w:t xml:space="preserve"> always</w:t>
      </w:r>
      <w:r>
        <w:t xml:space="preserve"> hated</w:t>
      </w:r>
      <w:r>
        <w:t xml:space="preserve"> mine.</w:t>
        <w:br/>
        <w:t>你见过女生用古艾香体剂的吗</w:t>
        <w:br/>
        <w:t>Have</w:t>
      </w:r>
      <w:r>
        <w:t xml:space="preserve"> you</w:t>
      </w:r>
      <w:r>
        <w:t xml:space="preserve"> ever</w:t>
      </w:r>
      <w:r>
        <w:t xml:space="preserve"> heard</w:t>
      </w:r>
      <w:r>
        <w:t xml:space="preserve"> of</w:t>
      </w:r>
      <w:r>
        <w:t xml:space="preserve"> a</w:t>
      </w:r>
      <w:r>
        <w:t xml:space="preserve"> woman</w:t>
      </w:r>
      <w:r>
        <w:t xml:space="preserve"> using</w:t>
      </w:r>
      <w:r>
        <w:t xml:space="preserve"> Old</w:t>
      </w:r>
      <w:r>
        <w:t xml:space="preserve"> Irish?</w:t>
        <w:br/>
        <w:t>没有</w:t>
      </w:r>
      <w:r>
        <w:t xml:space="preserve"> </w:t>
      </w:r>
      <w:r>
        <w:t xml:space="preserve"> -你发现没有</w:t>
        <w:br/>
        <w:t>No.</w:t>
      </w:r>
      <w:r>
        <w:t xml:space="preserve"> -</w:t>
      </w:r>
      <w:r>
        <w:t xml:space="preserve"> Have</w:t>
      </w:r>
      <w:r>
        <w:t xml:space="preserve"> you</w:t>
      </w:r>
      <w:r>
        <w:t xml:space="preserve"> ever</w:t>
      </w:r>
      <w:r>
        <w:t xml:space="preserve"> noticed</w:t>
        <w:br/>
        <w:t>从一个人的药柜中</w:t>
        <w:br/>
        <w:t>you</w:t>
      </w:r>
      <w:r>
        <w:t xml:space="preserve"> can</w:t>
      </w:r>
      <w:r>
        <w:t xml:space="preserve"> Iearn</w:t>
      </w:r>
      <w:r>
        <w:t xml:space="preserve"> a</w:t>
      </w:r>
      <w:r>
        <w:t xml:space="preserve"> lot</w:t>
      </w:r>
      <w:r>
        <w:t xml:space="preserve"> about</w:t>
      </w:r>
      <w:r>
        <w:t xml:space="preserve"> a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person</w:t>
        <w:br/>
        <w:t>能了解到他的很多秘密</w:t>
        <w:br/>
        <w:t>by</w:t>
      </w:r>
      <w:r>
        <w:t xml:space="preserve"> looking</w:t>
      </w:r>
      <w:r>
        <w:t xml:space="preserve"> in</w:t>
      </w:r>
      <w:r>
        <w:t xml:space="preserve"> their</w:t>
      </w:r>
      <w:r>
        <w:t xml:space="preserve"> medicine</w:t>
      </w:r>
      <w:r>
        <w:t xml:space="preserve"> cabinet?</w:t>
        <w:br/>
        <w:t>受害者在和某人约会吗</w:t>
        <w:br/>
        <w:t>Was</w:t>
      </w:r>
      <w:r>
        <w:t xml:space="preserve"> the</w:t>
      </w:r>
      <w:r>
        <w:t xml:space="preserve"> victim</w:t>
      </w:r>
      <w:r>
        <w:t xml:space="preserve"> dating</w:t>
      </w:r>
      <w:r>
        <w:t xml:space="preserve"> someone?</w:t>
        <w:br/>
        <w:t>我不知道</w:t>
        <w:br/>
        <w:t>I</w:t>
      </w:r>
      <w:r>
        <w:t xml:space="preserve"> don't</w:t>
      </w:r>
      <w:r>
        <w:t xml:space="preserve"> know.</w:t>
        <w:br/>
        <w:t>你在干什么</w:t>
        <w:br/>
        <w:t>What</w:t>
      </w:r>
      <w:r>
        <w:t xml:space="preserve"> are</w:t>
      </w:r>
      <w:r>
        <w:t xml:space="preserve"> you</w:t>
      </w:r>
      <w:r>
        <w:t xml:space="preserve"> doing?</w:t>
        <w:br/>
        <w:t>避孕帽盒</w:t>
        <w:br/>
        <w:t>Diaphragm</w:t>
      </w:r>
      <w:r>
        <w:t xml:space="preserve"> case.</w:t>
        <w:br/>
        <w:t>哦</w:t>
      </w:r>
      <w:r>
        <w:t xml:space="preserve"> 是空的</w:t>
        <w:br/>
        <w:t>Oh,</w:t>
      </w:r>
      <w:r>
        <w:t xml:space="preserve"> it's</w:t>
      </w:r>
      <w:r>
        <w:t xml:space="preserve"> empty.</w:t>
        <w:br/>
        <w:t>你去过自&amp;hearts;由&amp;hearts;女神像吗</w:t>
        <w:br/>
        <w:t>Have</w:t>
      </w:r>
      <w:r>
        <w:t xml:space="preserve"> you</w:t>
      </w:r>
      <w:r>
        <w:t xml:space="preserve"> ever</w:t>
      </w:r>
      <w:r>
        <w:t xml:space="preserve"> been</w:t>
      </w:r>
      <w:r>
        <w:t xml:space="preserve"> to</w:t>
      </w:r>
      <w:r>
        <w:t xml:space="preserve"> the</w:t>
      </w:r>
      <w:r>
        <w:t xml:space="preserve"> Statue</w:t>
      </w:r>
      <w:r>
        <w:t xml:space="preserve"> of</w:t>
      </w:r>
      <w:r>
        <w:t xml:space="preserve"> Liberty?</w:t>
        <w:br/>
        <w:t>没</w:t>
      </w:r>
      <w:r>
        <w:t xml:space="preserve"> 为啥这么问</w:t>
      </w:r>
      <w:r>
        <w:t xml:space="preserve"> </w:t>
      </w:r>
      <w:r>
        <w:t xml:space="preserve"> -只是好奇</w:t>
        <w:br/>
        <w:t>No.</w:t>
      </w:r>
      <w:r>
        <w:t xml:space="preserve"> Why?</w:t>
      </w:r>
      <w:r>
        <w:t xml:space="preserve"> -</w:t>
      </w:r>
      <w:r>
        <w:t xml:space="preserve"> Oh,</w:t>
      </w:r>
      <w:r>
        <w:t xml:space="preserve"> I'm</w:t>
      </w:r>
      <w:r>
        <w:t xml:space="preserve"> just</w:t>
      </w:r>
      <w:r>
        <w:t xml:space="preserve"> curious.</w:t>
        <w:br/>
        <w:t>我只想趁着在纽约</w:t>
      </w:r>
      <w:r>
        <w:t xml:space="preserve"> 多找几个地方</w:t>
        <w:br/>
        <w:t>I'mjust</w:t>
      </w:r>
      <w:r>
        <w:t xml:space="preserve"> looking</w:t>
      </w:r>
      <w:r>
        <w:t xml:space="preserve"> for</w:t>
      </w:r>
      <w:r>
        <w:t xml:space="preserve"> places</w:t>
      </w:r>
      <w:r>
        <w:t xml:space="preserve"> to</w:t>
      </w:r>
      <w:r>
        <w:t xml:space="preserve"> go</w:t>
      </w:r>
      <w:r>
        <w:t xml:space="preserve"> in</w:t>
      </w:r>
      <w:r>
        <w:t xml:space="preserve"> New</w:t>
      </w:r>
      <w:r>
        <w:t xml:space="preserve"> York</w:t>
        <w:br/>
        <w:t>逛逛</w:t>
        <w:br/>
        <w:t>while</w:t>
      </w:r>
      <w:r>
        <w:t xml:space="preserve"> I'm</w:t>
      </w:r>
      <w:r>
        <w:t xml:space="preserve"> here.</w:t>
        <w:br/>
        <w:t>我喜欢高线公园</w:t>
        <w:br/>
        <w:t>I</w:t>
      </w:r>
      <w:r>
        <w:t xml:space="preserve"> like</w:t>
      </w:r>
      <w:r>
        <w:t xml:space="preserve"> the</w:t>
      </w:r>
      <w:r>
        <w:t xml:space="preserve"> High</w:t>
      </w:r>
      <w:r>
        <w:t xml:space="preserve"> Line.</w:t>
        <w:br/>
        <w:t>还有唐人街的面馆也超棒</w:t>
        <w:br/>
        <w:t>And</w:t>
      </w:r>
      <w:r>
        <w:t xml:space="preserve"> the</w:t>
      </w:r>
      <w:r>
        <w:t xml:space="preserve"> noodle</w:t>
      </w:r>
      <w:r>
        <w:t xml:space="preserve"> shops</w:t>
      </w:r>
      <w:r>
        <w:t xml:space="preserve"> in</w:t>
      </w:r>
      <w:r>
        <w:t xml:space="preserve"> Chinatown</w:t>
      </w:r>
      <w:r>
        <w:t xml:space="preserve"> are</w:t>
      </w:r>
      <w:r>
        <w:t xml:space="preserve"> amazing.</w:t>
        <w:br/>
        <w:t>店名叫“北&amp;hearts;京&amp;hearts;王朝”在贝尔德街</w:t>
      </w:r>
      <w:r>
        <w:t xml:space="preserve"> </w:t>
      </w:r>
      <w:r>
        <w:t xml:space="preserve"> -哦</w:t>
      </w:r>
      <w:r>
        <w:t xml:space="preserve"> 太好了</w:t>
        <w:br/>
        <w:t>Peking</w:t>
      </w:r>
      <w:r>
        <w:t xml:space="preserve"> Dynasty,</w:t>
      </w:r>
      <w:r>
        <w:t xml:space="preserve"> it's</w:t>
      </w:r>
      <w:r>
        <w:t xml:space="preserve"> on</w:t>
      </w:r>
      <w:r>
        <w:t xml:space="preserve"> Baird.</w:t>
      </w:r>
      <w:r>
        <w:t xml:space="preserve"> -</w:t>
      </w:r>
      <w:r>
        <w:t xml:space="preserve"> Oh...Oh,</w:t>
      </w:r>
      <w:r>
        <w:t xml:space="preserve"> perfect</w:t>
        <w:br/>
        <w:t>你还没去过吗</w:t>
      </w:r>
      <w:r>
        <w:t xml:space="preserve"> </w:t>
      </w:r>
      <w:r>
        <w:t xml:space="preserve"> -没</w:t>
        <w:br/>
        <w:t>Have</w:t>
      </w:r>
      <w:r>
        <w:t xml:space="preserve"> you</w:t>
      </w:r>
      <w:r>
        <w:t xml:space="preserve"> been</w:t>
      </w:r>
      <w:r>
        <w:t xml:space="preserve"> down</w:t>
      </w:r>
      <w:r>
        <w:t xml:space="preserve"> there</w:t>
      </w:r>
      <w:r>
        <w:t xml:space="preserve"> yet?</w:t>
      </w:r>
      <w:r>
        <w:t xml:space="preserve"> -</w:t>
      </w:r>
      <w:r>
        <w:t xml:space="preserve"> No.</w:t>
        <w:br/>
        <w:t>我去过</w:t>
      </w:r>
      <w:r>
        <w:t xml:space="preserve"> </w:t>
      </w:r>
      <w:r>
        <w:t xml:space="preserve"> -对</w:t>
      </w:r>
      <w:r>
        <w:t xml:space="preserve"> 超好吃的</w:t>
        <w:br/>
        <w:t>I've</w:t>
      </w:r>
      <w:r>
        <w:t xml:space="preserve"> been</w:t>
      </w:r>
      <w:r>
        <w:t xml:space="preserve"> there.</w:t>
      </w:r>
      <w:r>
        <w:t xml:space="preserve"> -</w:t>
      </w:r>
      <w:r>
        <w:t xml:space="preserve"> Okay.</w:t>
      </w:r>
      <w:r>
        <w:t xml:space="preserve"> Yes.</w:t>
      </w:r>
      <w:r>
        <w:t xml:space="preserve"> It's</w:t>
      </w:r>
      <w:r>
        <w:t xml:space="preserve"> amazing.</w:t>
        <w:br/>
        <w:t>你们在干嘛</w:t>
        <w:br/>
        <w:t>What's</w:t>
      </w:r>
      <w:r>
        <w:t xml:space="preserve"> going</w:t>
      </w:r>
      <w:r>
        <w:t xml:space="preserve"> on</w:t>
      </w:r>
      <w:r>
        <w:t xml:space="preserve"> here?</w:t>
        <w:br/>
        <w:t>没什么</w:t>
      </w:r>
      <w:r>
        <w:t xml:space="preserve"> 我们只是</w:t>
        <w:br/>
        <w:t>Uh,</w:t>
      </w:r>
      <w:r>
        <w:t xml:space="preserve"> n-</w:t>
      </w:r>
      <w:r>
        <w:t xml:space="preserve"> nothing.</w:t>
      </w:r>
      <w:r>
        <w:t xml:space="preserve"> We</w:t>
      </w:r>
      <w:r>
        <w:t xml:space="preserve"> were</w:t>
      </w:r>
      <w:r>
        <w:t xml:space="preserve"> just...</w:t>
        <w:br/>
        <w:t>闹聊</w:t>
      </w:r>
      <w:r>
        <w:t xml:space="preserve"> 我是埃尔莎白</w:t>
        <w:br/>
        <w:t>talking.</w:t>
      </w:r>
      <w:r>
        <w:t xml:space="preserve"> I'm</w:t>
      </w:r>
      <w:r>
        <w:t xml:space="preserve"> Elsbeth.</w:t>
        <w:br/>
        <w:t>我知道</w:t>
        <w:br/>
        <w:t>Yeah,</w:t>
      </w:r>
      <w:r>
        <w:t xml:space="preserve"> I</w:t>
      </w:r>
      <w:r>
        <w:t xml:space="preserve"> know.</w:t>
        <w:br/>
        <w:t>麻烦你还是去走廊等吧</w:t>
        <w:br/>
        <w:t>I</w:t>
      </w:r>
      <w:r>
        <w:t xml:space="preserve"> would</w:t>
      </w:r>
      <w:r>
        <w:t xml:space="preserve"> rather</w:t>
      </w:r>
      <w:r>
        <w:t xml:space="preserve"> you</w:t>
      </w:r>
      <w:r>
        <w:t xml:space="preserve"> wait</w:t>
      </w:r>
      <w:r>
        <w:t xml:space="preserve"> in</w:t>
      </w:r>
      <w:r>
        <w:t xml:space="preserve"> the</w:t>
      </w:r>
      <w:r>
        <w:t xml:space="preserve"> hall,</w:t>
      </w:r>
      <w:r>
        <w:t xml:space="preserve"> please,</w:t>
      </w:r>
      <w:r>
        <w:t xml:space="preserve"> ma'am.</w:t>
        <w:br/>
        <w:t>好的</w:t>
      </w:r>
      <w:r>
        <w:t xml:space="preserve">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-我以为跟你说清楚了</w:t>
        <w:br/>
        <w:t>Yes.</w:t>
      </w:r>
      <w:r>
        <w:t xml:space="preserve"> -</w:t>
      </w:r>
      <w:r>
        <w:t xml:space="preserve"> I</w:t>
      </w:r>
      <w:r>
        <w:t xml:space="preserve"> thought</w:t>
      </w:r>
      <w:r>
        <w:t xml:space="preserve"> I</w:t>
      </w:r>
      <w:r>
        <w:t xml:space="preserve"> made</w:t>
      </w:r>
      <w:r>
        <w:t xml:space="preserve"> that</w:t>
      </w:r>
      <w:r>
        <w:t xml:space="preserve"> clear.</w:t>
        <w:br/>
        <w:t>对了</w:t>
        <w:br/>
        <w:t>Uh,</w:t>
      </w:r>
      <w:r>
        <w:t xml:space="preserve"> by</w:t>
      </w:r>
      <w:r>
        <w:t xml:space="preserve"> the</w:t>
      </w:r>
      <w:r>
        <w:t xml:space="preserve"> way,</w:t>
        <w:br/>
        <w:t>我觉得这不是自杀</w:t>
        <w:br/>
        <w:t>I'm</w:t>
      </w:r>
      <w:r>
        <w:t xml:space="preserve"> not</w:t>
      </w:r>
      <w:r>
        <w:t xml:space="preserve"> sure</w:t>
      </w:r>
      <w:r>
        <w:t xml:space="preserve"> this</w:t>
      </w:r>
      <w:r>
        <w:t xml:space="preserve"> is</w:t>
      </w:r>
      <w:r>
        <w:t xml:space="preserve"> a</w:t>
      </w:r>
      <w:r>
        <w:t xml:space="preserve"> suicide.</w:t>
        <w:br/>
        <w:t>走廊等候</w:t>
      </w:r>
      <w:r>
        <w:t xml:space="preserve"> </w:t>
      </w:r>
      <w:r>
        <w:t xml:space="preserve"> -好的</w:t>
        <w:br/>
        <w:t>In</w:t>
      </w:r>
      <w:r>
        <w:t xml:space="preserve"> the</w:t>
      </w:r>
      <w:r>
        <w:t xml:space="preserve"> hall,</w:t>
      </w:r>
      <w:r>
        <w:t xml:space="preserve"> please.</w:t>
      </w:r>
      <w:r>
        <w:t xml:space="preserve"> -</w:t>
      </w:r>
      <w:r>
        <w:t xml:space="preserve"> Yes.</w:t>
        <w:br/>
        <w:t>你有什么依据</w:t>
        <w:br/>
        <w:t>Why</w:t>
      </w:r>
      <w:r>
        <w:t xml:space="preserve"> do</w:t>
      </w:r>
      <w:r>
        <w:t xml:space="preserve"> you</w:t>
      </w:r>
      <w:r>
        <w:t xml:space="preserve"> say</w:t>
      </w:r>
      <w:r>
        <w:t xml:space="preserve"> that?</w:t>
        <w:br/>
        <w:t>牙齿美白带</w:t>
        <w:br/>
        <w:t>Teeth</w:t>
      </w:r>
      <w:r>
        <w:t xml:space="preserve"> whitening</w:t>
      </w:r>
      <w:r>
        <w:t xml:space="preserve"> strips.</w:t>
        <w:br/>
        <w:t>要是我就会检查她的口腔</w:t>
        <w:br/>
        <w:t>I'd</w:t>
      </w:r>
      <w:r>
        <w:t xml:space="preserve"> check</w:t>
      </w:r>
      <w:r>
        <w:t xml:space="preserve"> her</w:t>
      </w:r>
      <w:r>
        <w:t xml:space="preserve"> mouth</w:t>
        <w:br/>
        <w:t>因为要自杀的人是不会</w:t>
        <w:br/>
        <w:t>because</w:t>
      </w:r>
      <w:r>
        <w:t xml:space="preserve"> I</w:t>
      </w:r>
      <w:r>
        <w:t xml:space="preserve"> don't</w:t>
      </w:r>
      <w:r>
        <w:t xml:space="preserve"> know</w:t>
      </w:r>
      <w:r>
        <w:t xml:space="preserve"> anyone</w:t>
      </w:r>
      <w:r>
        <w:t xml:space="preserve"> who</w:t>
      </w:r>
      <w:r>
        <w:t xml:space="preserve"> whitens</w:t>
      </w:r>
      <w:r>
        <w:t xml:space="preserve"> their</w:t>
      </w:r>
      <w:r>
        <w:t xml:space="preserve"> teeth</w:t>
        <w:br/>
        <w:t>先美白牙齿再行动的</w:t>
        <w:br/>
        <w:t>right</w:t>
      </w:r>
      <w:r>
        <w:t xml:space="preserve"> before</w:t>
      </w:r>
      <w:r>
        <w:t xml:space="preserve"> they</w:t>
      </w:r>
      <w:r>
        <w:t xml:space="preserve"> commit</w:t>
      </w:r>
      <w:r>
        <w:t xml:space="preserve"> suicide.</w:t>
        <w:br/>
        <w:t>如果她带了避孕帽</w:t>
        <w:br/>
        <w:t>And</w:t>
      </w:r>
      <w:r>
        <w:t xml:space="preserve"> if</w:t>
      </w:r>
      <w:r>
        <w:t xml:space="preserve"> she</w:t>
      </w:r>
      <w:r>
        <w:t xml:space="preserve"> had</w:t>
      </w:r>
      <w:r>
        <w:t xml:space="preserve"> her</w:t>
      </w:r>
      <w:r>
        <w:t xml:space="preserve"> diaphragm</w:t>
      </w:r>
      <w:r>
        <w:t xml:space="preserve"> in</w:t>
        <w:br/>
        <w:t>说明她可能在等某人跟她上&amp;hearts;床&amp;hearts;</w:t>
        <w:br/>
        <w:t>she</w:t>
      </w:r>
      <w:r>
        <w:t xml:space="preserve"> was</w:t>
      </w:r>
      <w:r>
        <w:t xml:space="preserve"> probably</w:t>
      </w:r>
      <w:r>
        <w:t xml:space="preserve"> expecting</w:t>
      </w:r>
      <w:r>
        <w:t xml:space="preserve"> someone</w:t>
      </w:r>
      <w:r>
        <w:t xml:space="preserve"> to</w:t>
      </w:r>
      <w:r>
        <w:t xml:space="preserve"> have</w:t>
      </w:r>
      <w:r>
        <w:t xml:space="preserve"> sex</w:t>
      </w:r>
      <w:r>
        <w:t xml:space="preserve"> with.</w:t>
        <w:br/>
        <w:t>你们有她的消息吗</w:t>
        <w:br/>
        <w:t>Had</w:t>
      </w:r>
      <w:r>
        <w:t xml:space="preserve"> you</w:t>
      </w:r>
      <w:r>
        <w:t xml:space="preserve"> heard</w:t>
      </w:r>
      <w:r>
        <w:t xml:space="preserve"> anything</w:t>
      </w:r>
      <w:r>
        <w:t xml:space="preserve"> from</w:t>
      </w:r>
      <w:r>
        <w:t xml:space="preserve"> her?</w:t>
        <w:br/>
        <w:t>她说要表演莎士比亚笔下</w:t>
        <w:br/>
        <w:t>She</w:t>
      </w:r>
      <w:r>
        <w:t xml:space="preserve"> was</w:t>
      </w:r>
      <w:r>
        <w:t xml:space="preserve"> talking</w:t>
      </w:r>
      <w:r>
        <w:t xml:space="preserve"> about</w:t>
      </w:r>
      <w:r>
        <w:t xml:space="preserve"> doing</w:t>
      </w:r>
      <w:r>
        <w:t xml:space="preserve"> a</w:t>
      </w:r>
      <w:r>
        <w:t xml:space="preserve"> one-</w:t>
      </w:r>
      <w:r>
        <w:t xml:space="preserve"> woman</w:t>
      </w:r>
      <w:r>
        <w:t xml:space="preserve"> show</w:t>
        <w:br/>
        <w:t>女性的独角戏</w:t>
        <w:br/>
        <w:t>of</w:t>
      </w:r>
      <w:r>
        <w:t xml:space="preserve"> Shakespeare's</w:t>
      </w:r>
      <w:r>
        <w:t xml:space="preserve"> women.</w:t>
        <w:br/>
        <w:t>我知道她因为事业而感到不安</w:t>
        <w:br/>
        <w:t>I</w:t>
      </w:r>
      <w:r>
        <w:t xml:space="preserve"> knew</w:t>
      </w:r>
      <w:r>
        <w:t xml:space="preserve"> she</w:t>
      </w:r>
      <w:r>
        <w:t xml:space="preserve"> was</w:t>
      </w:r>
      <w:r>
        <w:t xml:space="preserve"> upset</w:t>
      </w:r>
      <w:r>
        <w:t xml:space="preserve"> about</w:t>
        <w:br/>
        <w:t>仅此而已</w:t>
        <w:br/>
        <w:t>her</w:t>
      </w:r>
      <w:r>
        <w:t xml:space="preserve"> career,</w:t>
      </w:r>
      <w:r>
        <w:t xml:space="preserve"> but</w:t>
      </w:r>
      <w:r>
        <w:t xml:space="preserve"> that's</w:t>
      </w:r>
      <w:r>
        <w:t xml:space="preserve"> all.</w:t>
        <w:br/>
        <w:t>我知道她不满意我的选角</w:t>
        <w:br/>
        <w:t>I</w:t>
      </w:r>
      <w:r>
        <w:t xml:space="preserve"> know</w:t>
      </w:r>
      <w:r>
        <w:t xml:space="preserve"> she</w:t>
      </w:r>
      <w:r>
        <w:t xml:space="preserve"> was</w:t>
      </w:r>
      <w:r>
        <w:t xml:space="preserve"> crushed</w:t>
      </w:r>
      <w:r>
        <w:t xml:space="preserve"> with</w:t>
      </w:r>
      <w:r>
        <w:t xml:space="preserve"> my</w:t>
      </w:r>
      <w:r>
        <w:t xml:space="preserve"> casting.</w:t>
        <w:br/>
        <w:t>不</w:t>
      </w:r>
      <w:r>
        <w:t xml:space="preserve"> </w:t>
      </w:r>
      <w:r>
        <w:t xml:space="preserve"> -她去年演了好角色</w:t>
        <w:br/>
        <w:t>No,</w:t>
      </w:r>
      <w:r>
        <w:t xml:space="preserve"> no.</w:t>
      </w:r>
      <w:r>
        <w:t xml:space="preserve"> She</w:t>
      </w:r>
      <w:r>
        <w:t xml:space="preserve"> had</w:t>
      </w:r>
      <w:r>
        <w:t xml:space="preserve"> good</w:t>
      </w:r>
      <w:r>
        <w:t xml:space="preserve"> parts</w:t>
      </w:r>
      <w:r>
        <w:t xml:space="preserve"> last</w:t>
      </w:r>
      <w:r>
        <w:t xml:space="preserve"> year.</w:t>
        <w:br/>
        <w:t>亚历克斯</w:t>
      </w:r>
      <w:r>
        <w:t xml:space="preserve"> 你没做错什么</w:t>
        <w:br/>
        <w:t>Alex,</w:t>
      </w:r>
      <w:r>
        <w:t xml:space="preserve"> you</w:t>
      </w:r>
      <w:r>
        <w:t xml:space="preserve"> did</w:t>
      </w:r>
      <w:r>
        <w:t xml:space="preserve"> nothing</w:t>
      </w:r>
      <w:r>
        <w:t xml:space="preserve"> wrong.</w:t>
        <w:br/>
        <w:t>你们都是受害者学校的朋友吗</w:t>
        <w:br/>
        <w:t>You</w:t>
      </w:r>
      <w:r>
        <w:t xml:space="preserve"> all</w:t>
      </w:r>
      <w:r>
        <w:t xml:space="preserve"> knew</w:t>
      </w:r>
      <w:r>
        <w:t xml:space="preserve"> the</w:t>
      </w:r>
      <w:r>
        <w:t xml:space="preserve"> victim</w:t>
      </w:r>
      <w:r>
        <w:t xml:space="preserve"> from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school?</w:t>
        <w:br/>
        <w:t>是</w:t>
        <w:br/>
        <w:t>Yes.</w:t>
        <w:br/>
        <w:t>你们觉得她为何自杀</w:t>
        <w:br/>
        <w:t>W-</w:t>
      </w:r>
      <w:r>
        <w:t xml:space="preserve"> why</w:t>
      </w:r>
      <w:r>
        <w:t xml:space="preserve"> do</w:t>
      </w:r>
      <w:r>
        <w:t xml:space="preserve"> you</w:t>
      </w:r>
      <w:r>
        <w:t xml:space="preserve"> think</w:t>
      </w:r>
      <w:r>
        <w:t xml:space="preserve"> that</w:t>
      </w:r>
      <w:r>
        <w:t xml:space="preserve"> she</w:t>
      </w:r>
      <w:r>
        <w:t xml:space="preserve"> did</w:t>
      </w:r>
      <w:r>
        <w:t xml:space="preserve"> this?</w:t>
        <w:br/>
        <w:t>不好意思</w:t>
      </w:r>
      <w:r>
        <w:t xml:space="preserve"> 你是谁</w:t>
        <w:br/>
        <w:t>I'm</w:t>
      </w:r>
      <w:r>
        <w:t xml:space="preserve"> sorry,</w:t>
      </w:r>
      <w:r>
        <w:t xml:space="preserve"> who</w:t>
      </w:r>
      <w:r>
        <w:t xml:space="preserve"> are</w:t>
      </w:r>
      <w:r>
        <w:t xml:space="preserve"> you?</w:t>
        <w:br/>
        <w:t>埃尔莎白·塔肖尼</w:t>
        <w:br/>
        <w:t>Oh,</w:t>
      </w:r>
      <w:r>
        <w:t xml:space="preserve"> Elsbeth</w:t>
      </w:r>
      <w:r>
        <w:t xml:space="preserve"> Tascioni.</w:t>
        <w:br/>
        <w:t>你是警方派来的吗</w:t>
        <w:br/>
        <w:t>Are</w:t>
      </w:r>
      <w:r>
        <w:t xml:space="preserve"> you</w:t>
      </w:r>
      <w:r>
        <w:t xml:space="preserve"> with</w:t>
      </w:r>
      <w:r>
        <w:t xml:space="preserve"> the</w:t>
      </w:r>
      <w:r>
        <w:t xml:space="preserve"> police?</w:t>
        <w:br/>
        <w:t>应该是</w:t>
        <w:br/>
        <w:t>I</w:t>
      </w:r>
      <w:r>
        <w:t xml:space="preserve"> think</w:t>
      </w:r>
      <w:r>
        <w:t xml:space="preserve"> so.</w:t>
        <w:br/>
        <w:t>我还不确定</w:t>
        <w:br/>
        <w:t>I'm</w:t>
      </w:r>
      <w:r>
        <w:t xml:space="preserve"> not</w:t>
      </w:r>
      <w:r>
        <w:t xml:space="preserve"> sure</w:t>
      </w:r>
      <w:r>
        <w:t xml:space="preserve"> yet.</w:t>
        <w:br/>
        <w:t>不是他们派来的就是监督他们的</w:t>
        <w:br/>
        <w:t>I'm</w:t>
      </w:r>
      <w:r>
        <w:t xml:space="preserve"> either</w:t>
      </w:r>
      <w:r>
        <w:t xml:space="preserve"> with</w:t>
      </w:r>
      <w:r>
        <w:t xml:space="preserve"> the</w:t>
      </w:r>
      <w:r>
        <w:t xml:space="preserve"> police</w:t>
      </w:r>
      <w:r>
        <w:t xml:space="preserve"> or</w:t>
      </w:r>
      <w:r>
        <w:t xml:space="preserve"> watching</w:t>
      </w:r>
      <w:r>
        <w:t xml:space="preserve"> the</w:t>
      </w:r>
      <w:r>
        <w:t xml:space="preserve"> police.</w:t>
        <w:br/>
        <w:t>你说她对选角很不满</w:t>
        <w:br/>
        <w:t>You</w:t>
      </w:r>
      <w:r>
        <w:t xml:space="preserve"> said</w:t>
      </w:r>
      <w:r>
        <w:t xml:space="preserve"> she</w:t>
      </w:r>
      <w:r>
        <w:t xml:space="preserve"> was</w:t>
      </w:r>
      <w:r>
        <w:t xml:space="preserve"> crushed</w:t>
      </w:r>
      <w:r>
        <w:t xml:space="preserve"> by</w:t>
      </w:r>
      <w:r>
        <w:t xml:space="preserve"> the</w:t>
      </w:r>
      <w:r>
        <w:t xml:space="preserve"> casting.</w:t>
        <w:br/>
        <w:t>这是什么意思</w:t>
        <w:br/>
        <w:t>What</w:t>
      </w:r>
      <w:r>
        <w:t xml:space="preserve"> does</w:t>
      </w:r>
      <w:r>
        <w:t xml:space="preserve"> that</w:t>
      </w:r>
      <w:r>
        <w:t xml:space="preserve"> mean?</w:t>
        <w:br/>
        <w:t>不是他的错</w:t>
      </w:r>
      <w:r>
        <w:t xml:space="preserve"> </w:t>
      </w:r>
      <w:r>
        <w:t xml:space="preserve"> -跟这个没关系</w:t>
      </w:r>
      <w:r>
        <w:t xml:space="preserve"> </w:t>
      </w:r>
      <w:r>
        <w:t xml:space="preserve"> -是</w:t>
        <w:br/>
        <w:t>It</w:t>
      </w:r>
      <w:r>
        <w:t xml:space="preserve"> wasn't</w:t>
      </w:r>
      <w:r>
        <w:t xml:space="preserve"> his</w:t>
      </w:r>
      <w:r>
        <w:t xml:space="preserve"> fault.</w:t>
      </w:r>
      <w:r>
        <w:t xml:space="preserve"> That-</w:t>
      </w:r>
      <w:r>
        <w:t xml:space="preserve"> had</w:t>
      </w:r>
      <w:r>
        <w:t xml:space="preserve"> nothing</w:t>
      </w:r>
      <w:r>
        <w:t xml:space="preserve"> to</w:t>
      </w:r>
      <w:r>
        <w:t xml:space="preserve"> do</w:t>
      </w:r>
      <w:r>
        <w:t xml:space="preserve"> with</w:t>
      </w:r>
      <w:r>
        <w:t xml:space="preserve"> it.</w:t>
      </w:r>
      <w:r>
        <w:t xml:space="preserve"> -</w:t>
      </w:r>
      <w:r>
        <w:t xml:space="preserve"> No,</w:t>
      </w:r>
      <w:r>
        <w:t xml:space="preserve"> it</w:t>
      </w:r>
      <w:r>
        <w:t xml:space="preserve"> was...</w:t>
        <w:br/>
        <w:t>没事</w:t>
      </w:r>
      <w:r>
        <w:t xml:space="preserve"> 没事的</w:t>
        <w:br/>
        <w:t>It's</w:t>
      </w:r>
      <w:r>
        <w:t xml:space="preserve"> o-</w:t>
      </w:r>
      <w:r>
        <w:t xml:space="preserve"> it's</w:t>
      </w:r>
      <w:r>
        <w:t xml:space="preserve"> okay.</w:t>
      </w:r>
      <w:r>
        <w:t xml:space="preserve"> It's</w:t>
      </w:r>
      <w:r>
        <w:t xml:space="preserve"> okay.</w:t>
        <w:br/>
        <w:t>我是她学校的主任</w:t>
        <w:br/>
        <w:t>I-</w:t>
      </w:r>
      <w:r>
        <w:t xml:space="preserve"> I'm</w:t>
      </w:r>
      <w:r>
        <w:t xml:space="preserve"> the</w:t>
      </w:r>
      <w:r>
        <w:t xml:space="preserve"> director</w:t>
      </w:r>
      <w:r>
        <w:t xml:space="preserve"> at-</w:t>
      </w:r>
      <w:r>
        <w:t xml:space="preserve"> at</w:t>
      </w:r>
      <w:r>
        <w:t xml:space="preserve"> her</w:t>
      </w:r>
      <w:r>
        <w:t xml:space="preserve"> school,</w:t>
        <w:br/>
        <w:t>负责她那个表演的选角</w:t>
        <w:br/>
        <w:t>I-</w:t>
      </w:r>
      <w:r>
        <w:t xml:space="preserve"> I</w:t>
      </w:r>
      <w:r>
        <w:t xml:space="preserve"> cast</w:t>
      </w:r>
      <w:r>
        <w:t xml:space="preserve"> her</w:t>
      </w:r>
      <w:r>
        <w:t xml:space="preserve"> shows.</w:t>
        <w:br/>
        <w:t>她没有得到想参演的角色吗</w:t>
        <w:br/>
        <w:t>So,</w:t>
      </w:r>
      <w:r>
        <w:t xml:space="preserve"> she</w:t>
      </w:r>
      <w:r>
        <w:t xml:space="preserve"> wasn't</w:t>
      </w:r>
      <w:r>
        <w:t xml:space="preserve"> getting</w:t>
      </w:r>
      <w:r>
        <w:t xml:space="preserve"> the</w:t>
      </w:r>
      <w:r>
        <w:t xml:space="preserve"> parts</w:t>
      </w:r>
      <w:r>
        <w:t xml:space="preserve"> she</w:t>
      </w:r>
      <w:r>
        <w:t xml:space="preserve"> wanted?</w:t>
        <w:br/>
        <w:t>我估计是</w:t>
      </w:r>
      <w:r>
        <w:t xml:space="preserve"> 嗯</w:t>
        <w:br/>
        <w:t>Well,</w:t>
      </w:r>
      <w:r>
        <w:t xml:space="preserve"> that</w:t>
      </w:r>
      <w:r>
        <w:t xml:space="preserve"> was</w:t>
      </w:r>
      <w:r>
        <w:t xml:space="preserve"> my</w:t>
      </w:r>
      <w:r>
        <w:t xml:space="preserve"> guess.</w:t>
      </w:r>
      <w:r>
        <w:t xml:space="preserve"> And,</w:t>
      </w:r>
      <w:r>
        <w:t xml:space="preserve"> um,</w:t>
      </w:r>
      <w:r>
        <w:t xml:space="preserve"> Yeah.</w:t>
        <w:br/>
        <w:t>我是应该跟你谈还是</w:t>
        <w:br/>
        <w:t>should</w:t>
      </w:r>
      <w:r>
        <w:t xml:space="preserve"> I</w:t>
      </w:r>
      <w:r>
        <w:t xml:space="preserve"> be</w:t>
      </w:r>
      <w:r>
        <w:t xml:space="preserve"> talking</w:t>
      </w:r>
      <w:r>
        <w:t xml:space="preserve"> to</w:t>
      </w:r>
      <w:r>
        <w:t xml:space="preserve"> you</w:t>
      </w:r>
      <w:r>
        <w:t xml:space="preserve"> or...</w:t>
        <w:br/>
        <w:t>对</w:t>
      </w:r>
      <w:r>
        <w:t xml:space="preserve"> </w:t>
      </w:r>
      <w:r>
        <w:t xml:space="preserve"> -不</w:t>
      </w:r>
      <w:r>
        <w:t xml:space="preserve"> 别跟她谈</w:t>
        <w:br/>
        <w:t>Oh,</w:t>
      </w:r>
      <w:r>
        <w:t xml:space="preserve"> yeah.</w:t>
      </w:r>
      <w:r>
        <w:t xml:space="preserve"> No,</w:t>
      </w:r>
      <w:r>
        <w:t xml:space="preserve"> you</w:t>
      </w:r>
      <w:r>
        <w:t xml:space="preserve"> shouldn't.</w:t>
        <w:br/>
        <w:t>塔肖尼女士</w:t>
      </w:r>
      <w:r>
        <w:t xml:space="preserve"> 请在大厅等候</w:t>
        <w:br/>
        <w:t>Ms.</w:t>
      </w:r>
      <w:r>
        <w:t xml:space="preserve"> Tascioni,</w:t>
      </w:r>
      <w:r>
        <w:t xml:space="preserve"> could</w:t>
      </w:r>
      <w:r>
        <w:t xml:space="preserve"> you</w:t>
      </w:r>
      <w:r>
        <w:t xml:space="preserve"> wait</w:t>
      </w:r>
      <w:r>
        <w:t xml:space="preserve"> in</w:t>
      </w:r>
      <w:r>
        <w:t xml:space="preserve"> the</w:t>
      </w:r>
      <w:r>
        <w:t xml:space="preserve"> hall,</w:t>
      </w:r>
      <w:r>
        <w:t xml:space="preserve"> please?</w:t>
        <w:br/>
        <w:t>好</w:t>
        <w:br/>
        <w:t>Sure.</w:t>
        <w:br/>
        <w:t>我是斯穆伦警探</w:t>
        <w:br/>
        <w:t>Um,</w:t>
      </w:r>
      <w:r>
        <w:t xml:space="preserve"> I'm</w:t>
      </w:r>
      <w:r>
        <w:t xml:space="preserve"> Detective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Smullen.</w:t>
        <w:br/>
        <w:t>负责现场调查</w:t>
        <w:br/>
        <w:t>I'm</w:t>
      </w:r>
      <w:r>
        <w:t xml:space="preserve"> in</w:t>
      </w:r>
      <w:r>
        <w:t xml:space="preserve"> charge</w:t>
      </w:r>
      <w:r>
        <w:t xml:space="preserve"> of</w:t>
      </w:r>
      <w:r>
        <w:t xml:space="preserve"> the</w:t>
      </w:r>
      <w:r>
        <w:t xml:space="preserve"> scene.</w:t>
        <w:br/>
        <w:t>我掌握的情况是你们都收到</w:t>
        <w:br/>
        <w:t>Now,</w:t>
      </w:r>
      <w:r>
        <w:t xml:space="preserve"> it</w:t>
      </w:r>
      <w:r>
        <w:t xml:space="preserve"> is</w:t>
      </w:r>
      <w:r>
        <w:t xml:space="preserve"> my</w:t>
      </w:r>
      <w:r>
        <w:t xml:space="preserve"> understanding</w:t>
      </w:r>
      <w:r>
        <w:t xml:space="preserve"> that</w:t>
      </w:r>
      <w:r>
        <w:t xml:space="preserve"> you</w:t>
      </w:r>
      <w:r>
        <w:t xml:space="preserve"> all</w:t>
      </w:r>
      <w:r>
        <w:t xml:space="preserve"> received</w:t>
        <w:br/>
        <w:t>奥利维亚的短&amp;hearts;信&amp;hearts;说她很难过</w:t>
        <w:br/>
        <w:t>texts</w:t>
      </w:r>
      <w:r>
        <w:t xml:space="preserve"> from</w:t>
      </w:r>
      <w:r>
        <w:t xml:space="preserve"> Olivia</w:t>
      </w:r>
      <w:r>
        <w:t xml:space="preserve"> that</w:t>
      </w:r>
      <w:r>
        <w:t xml:space="preserve"> she</w:t>
      </w:r>
      <w:r>
        <w:t xml:space="preserve"> was</w:t>
      </w:r>
      <w:r>
        <w:t xml:space="preserve"> having</w:t>
      </w:r>
      <w:r>
        <w:t xml:space="preserve"> difficulty?</w:t>
        <w:br/>
        <w:t>是</w:t>
        <w:br/>
        <w:t>Yes.</w:t>
        <w:br/>
        <w:t>你是这个表演学校的主任</w:t>
        <w:br/>
        <w:t>So,</w:t>
      </w:r>
      <w:r>
        <w:t xml:space="preserve"> you're</w:t>
      </w:r>
      <w:r>
        <w:t xml:space="preserve"> a</w:t>
      </w:r>
      <w:r>
        <w:t xml:space="preserve"> director</w:t>
      </w:r>
      <w:r>
        <w:t xml:space="preserve"> at</w:t>
      </w:r>
      <w:r>
        <w:t xml:space="preserve"> this</w:t>
      </w:r>
      <w:r>
        <w:t xml:space="preserve"> acting</w:t>
      </w:r>
      <w:r>
        <w:t xml:space="preserve"> school?</w:t>
        <w:br/>
        <w:t>对</w:t>
      </w:r>
      <w:r>
        <w:t xml:space="preserve"> </w:t>
      </w:r>
      <w:r>
        <w:t xml:space="preserve"> -能问你个问题吗</w:t>
        <w:br/>
        <w:t>Yes.</w:t>
      </w:r>
      <w:r>
        <w:t xml:space="preserve"> -</w:t>
      </w:r>
      <w:r>
        <w:t xml:space="preserve"> Can</w:t>
      </w:r>
      <w:r>
        <w:t xml:space="preserve"> I</w:t>
      </w:r>
      <w:r>
        <w:t xml:space="preserve"> ask</w:t>
      </w:r>
      <w:r>
        <w:t xml:space="preserve"> you</w:t>
      </w:r>
      <w:r>
        <w:t xml:space="preserve"> a</w:t>
      </w:r>
      <w:r>
        <w:t xml:space="preserve"> question?</w:t>
        <w:br/>
        <w:t>问吧</w:t>
        <w:br/>
        <w:t>Sure.</w:t>
        <w:br/>
        <w:t>我要在纽约待一周</w:t>
        <w:br/>
        <w:t>I'm</w:t>
      </w:r>
      <w:r>
        <w:t xml:space="preserve"> in</w:t>
      </w:r>
      <w:r>
        <w:t xml:space="preserve"> New</w:t>
      </w:r>
      <w:r>
        <w:t xml:space="preserve"> York</w:t>
      </w:r>
      <w:r>
        <w:t xml:space="preserve"> for</w:t>
      </w:r>
      <w:r>
        <w:t xml:space="preserve"> a</w:t>
      </w:r>
      <w:r>
        <w:t xml:space="preserve"> week.</w:t>
        <w:br/>
        <w:t>考虑去观看《猫》</w:t>
        <w:br/>
        <w:t>Thinking</w:t>
      </w:r>
      <w:r>
        <w:t xml:space="preserve"> about</w:t>
      </w:r>
      <w:r>
        <w:t xml:space="preserve"> seeing</w:t>
      </w:r>
      <w:r>
        <w:t xml:space="preserve"> Cats.</w:t>
        <w:br/>
        <w:t>我该去吗</w:t>
        <w:br/>
        <w:t>Should</w:t>
      </w:r>
      <w:r>
        <w:t xml:space="preserve"> I?</w:t>
        <w:br/>
        <w:t>不知道</w:t>
      </w:r>
      <w:r>
        <w:t xml:space="preserve"> 那剧现在又流行了</w:t>
        <w:br/>
        <w:t>I</w:t>
      </w:r>
      <w:r>
        <w:t xml:space="preserve"> don't</w:t>
      </w:r>
      <w:r>
        <w:t xml:space="preserve"> know.</w:t>
      </w:r>
      <w:r>
        <w:t xml:space="preserve"> There's</w:t>
      </w:r>
      <w:r>
        <w:t xml:space="preserve"> another</w:t>
      </w:r>
      <w:r>
        <w:t xml:space="preserve"> revival?</w:t>
        <w:br/>
        <w:t>这就是你的品味</w:t>
        <w:br/>
        <w:t>Is</w:t>
      </w:r>
      <w:r>
        <w:t xml:space="preserve"> that</w:t>
      </w:r>
      <w:r>
        <w:t xml:space="preserve"> your</w:t>
      </w:r>
      <w:r>
        <w:t xml:space="preserve"> taste?</w:t>
        <w:br/>
        <w:t>大概吧</w:t>
        <w:br/>
        <w:t>I</w:t>
      </w:r>
      <w:r>
        <w:t xml:space="preserve"> guess.</w:t>
        <w:br/>
        <w:t>我喜欢那首歌&amp;hearts;</w:t>
      </w:r>
      <w:r>
        <w:t xml:space="preserve"> 歌&amp;hearts;名什么来着</w:t>
        <w:br/>
        <w:t>I</w:t>
      </w:r>
      <w:r>
        <w:t xml:space="preserve"> mean,</w:t>
      </w:r>
      <w:r>
        <w:t xml:space="preserve"> I</w:t>
      </w:r>
      <w:r>
        <w:t xml:space="preserve"> like</w:t>
      </w:r>
      <w:r>
        <w:t xml:space="preserve"> that</w:t>
      </w:r>
      <w:r>
        <w:t xml:space="preserve"> song.</w:t>
      </w:r>
      <w:r>
        <w:t xml:space="preserve"> What</w:t>
      </w:r>
      <w:r>
        <w:t xml:space="preserve"> is</w:t>
      </w:r>
      <w:r>
        <w:t xml:space="preserve"> it?</w:t>
        <w:br/>
        <w:t>《回忆》</w:t>
      </w:r>
      <w:r>
        <w:t xml:space="preserve"> </w:t>
      </w:r>
      <w:r>
        <w:t xml:space="preserve"> -不对</w:t>
        <w:br/>
        <w:t>"Memory.</w:t>
      </w:r>
      <w:r>
        <w:t xml:space="preserve"> "No.</w:t>
        <w:br/>
        <w:t>好像是猫要上天堂</w:t>
      </w:r>
      <w:r>
        <w:t xml:space="preserve"> 她唱的</w:t>
        <w:br/>
        <w:t>I</w:t>
      </w:r>
      <w:r>
        <w:t xml:space="preserve"> think</w:t>
      </w:r>
      <w:r>
        <w:t xml:space="preserve"> the</w:t>
      </w:r>
      <w:r>
        <w:t xml:space="preserve"> cat's</w:t>
      </w:r>
      <w:r>
        <w:t xml:space="preserve"> going</w:t>
      </w:r>
      <w:r>
        <w:t xml:space="preserve"> to</w:t>
      </w:r>
      <w:r>
        <w:t xml:space="preserve"> heaven</w:t>
      </w:r>
      <w:r>
        <w:t xml:space="preserve"> and</w:t>
      </w:r>
      <w:r>
        <w:t xml:space="preserve"> she</w:t>
      </w:r>
      <w:r>
        <w:t xml:space="preserve"> sings</w:t>
      </w:r>
      <w:r>
        <w:t xml:space="preserve"> it.</w:t>
        <w:br/>
        <w:br/>
        <w:t>好像是</w:t>
        <w:br/>
        <w:t>Something</w:t>
      </w:r>
      <w:r>
        <w:t xml:space="preserve"> about</w:t>
        <w:br/>
        <w:t>我举杯</w:t>
        <w:br/>
        <w:t>J</w:t>
      </w:r>
      <w:r>
        <w:t xml:space="preserve"> I'm</w:t>
      </w:r>
      <w:r>
        <w:t xml:space="preserve"> raising</w:t>
      </w:r>
      <w:r>
        <w:t xml:space="preserve"> a</w:t>
      </w:r>
      <w:r>
        <w:t xml:space="preserve"> glass</w:t>
      </w:r>
      <w:r>
        <w:t xml:space="preserve"> to...</w:t>
        <w:br/>
        <w:t>天</w:t>
      </w:r>
      <w:r>
        <w:t xml:space="preserve"> 你说得对</w:t>
      </w:r>
      <w:r>
        <w:t xml:space="preserve"> 就是《回忆》</w:t>
        <w:br/>
        <w:t>Oh,</w:t>
      </w:r>
      <w:r>
        <w:t xml:space="preserve"> my</w:t>
      </w:r>
      <w:r>
        <w:t xml:space="preserve"> God,</w:t>
      </w:r>
      <w:r>
        <w:t xml:space="preserve"> you're</w:t>
      </w:r>
      <w:r>
        <w:t xml:space="preserve"> right.</w:t>
      </w:r>
      <w:r>
        <w:t xml:space="preserve"> That</w:t>
      </w:r>
      <w:r>
        <w:t xml:space="preserve"> is"Memories.</w:t>
      </w:r>
      <w:r>
        <w:t xml:space="preserve"> "</w:t>
        <w:br/>
        <w:t>我喜欢那首歌&amp;hearts;</w:t>
        <w:br/>
        <w:t>I</w:t>
      </w:r>
      <w:r>
        <w:t xml:space="preserve"> like</w:t>
      </w:r>
      <w:r>
        <w:t xml:space="preserve"> that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song.</w:t>
        <w:br/>
        <w:t>很多人都喜欢</w:t>
        <w:br/>
        <w:t>Yes.</w:t>
      </w:r>
      <w:r>
        <w:t xml:space="preserve"> Many</w:t>
      </w:r>
      <w:r>
        <w:t xml:space="preserve"> people</w:t>
      </w:r>
      <w:r>
        <w:t xml:space="preserve"> do.</w:t>
        <w:br/>
        <w:t>《狮子王》怎么样</w:t>
        <w:br/>
        <w:t>What</w:t>
      </w:r>
      <w:r>
        <w:t xml:space="preserve"> about</w:t>
      </w:r>
      <w:r>
        <w:t xml:space="preserve"> The</w:t>
      </w:r>
      <w:r>
        <w:t xml:space="preserve"> Lion</w:t>
      </w:r>
      <w:r>
        <w:t xml:space="preserve"> King?</w:t>
        <w:br/>
        <w:t>对</w:t>
      </w:r>
      <w:r>
        <w:t xml:space="preserve"> 可能适合你</w:t>
        <w:br/>
        <w:t>Yes,</w:t>
      </w:r>
      <w:r>
        <w:t xml:space="preserve"> that</w:t>
      </w:r>
      <w:r>
        <w:t xml:space="preserve"> might</w:t>
      </w:r>
      <w:r>
        <w:t xml:space="preserve"> be</w:t>
      </w:r>
      <w:r>
        <w:t xml:space="preserve"> a</w:t>
      </w:r>
      <w:r>
        <w:t xml:space="preserve"> good</w:t>
      </w:r>
      <w:r>
        <w:t xml:space="preserve"> one</w:t>
      </w:r>
      <w:r>
        <w:t xml:space="preserve"> for</w:t>
      </w:r>
      <w:r>
        <w:t xml:space="preserve"> you.</w:t>
        <w:br/>
        <w:t>你喜欢吗</w:t>
        <w:br/>
        <w:t>Did</w:t>
      </w:r>
      <w:r>
        <w:t xml:space="preserve"> you</w:t>
      </w:r>
      <w:r>
        <w:t xml:space="preserve"> like</w:t>
      </w:r>
      <w:r>
        <w:t xml:space="preserve"> it?</w:t>
        <w:br/>
        <w:t>我觉得戏剧这东西</w:t>
        <w:br/>
        <w:t>I</w:t>
      </w:r>
      <w:r>
        <w:t xml:space="preserve"> think</w:t>
      </w:r>
      <w:r>
        <w:t xml:space="preserve"> theatre</w:t>
      </w:r>
      <w:r>
        <w:t xml:space="preserve"> can</w:t>
      </w:r>
      <w:r>
        <w:t xml:space="preserve"> be</w:t>
        <w:br/>
        <w:t>各花入各眼</w:t>
        <w:br/>
        <w:t>more</w:t>
      </w:r>
      <w:r>
        <w:t xml:space="preserve"> than</w:t>
      </w:r>
      <w:r>
        <w:t xml:space="preserve"> one</w:t>
      </w:r>
      <w:r>
        <w:t xml:space="preserve"> thing</w:t>
      </w:r>
      <w:r>
        <w:t xml:space="preserve"> to</w:t>
      </w:r>
      <w:r>
        <w:t xml:space="preserve"> people.</w:t>
        <w:br/>
        <w:t>我的午到了</w:t>
        <w:br/>
        <w:t>This</w:t>
      </w:r>
      <w:r>
        <w:t xml:space="preserve"> is</w:t>
      </w:r>
      <w:r>
        <w:t xml:space="preserve"> me.</w:t>
        <w:br/>
        <w:t>你能想到有谁</w:t>
        <w:br/>
        <w:t>Um,</w:t>
      </w:r>
      <w:r>
        <w:t xml:space="preserve"> can</w:t>
      </w:r>
      <w:r>
        <w:t xml:space="preserve"> you</w:t>
      </w:r>
      <w:r>
        <w:t xml:space="preserve"> think</w:t>
      </w:r>
      <w:r>
        <w:t xml:space="preserve"> of</w:t>
      </w:r>
      <w:r>
        <w:t xml:space="preserve"> anyone</w:t>
        <w:br/>
        <w:t>想要奥利维亚死掉吗</w:t>
        <w:br/>
        <w:t>who</w:t>
      </w:r>
      <w:r>
        <w:t xml:space="preserve"> would</w:t>
      </w:r>
      <w:r>
        <w:t xml:space="preserve"> want</w:t>
      </w:r>
      <w:r>
        <w:t xml:space="preserve"> Olivia</w:t>
      </w:r>
      <w:r>
        <w:t xml:space="preserve"> dead?</w:t>
        <w:br/>
        <w:t>想不出来</w:t>
      </w:r>
      <w:r>
        <w:t xml:space="preserve"> 怎么了</w:t>
        <w:br/>
        <w:t>No.</w:t>
      </w:r>
      <w:r>
        <w:t xml:space="preserve"> Why?</w:t>
        <w:br/>
        <w:t>因为警方把这起事件当做谋杀案调查的时候</w:t>
        <w:br/>
        <w:t>Oh,</w:t>
      </w:r>
      <w:r>
        <w:t xml:space="preserve"> for</w:t>
      </w:r>
      <w:r>
        <w:t xml:space="preserve"> when</w:t>
      </w:r>
      <w:r>
        <w:t xml:space="preserve"> the</w:t>
      </w:r>
      <w:r>
        <w:t xml:space="preserve"> police</w:t>
      </w:r>
      <w:r>
        <w:t xml:space="preserve"> start</w:t>
      </w:r>
      <w:r>
        <w:t xml:space="preserve"> investigating</w:t>
      </w:r>
      <w:r>
        <w:t xml:space="preserve"> it</w:t>
        <w:br/>
        <w:t>会问到这个</w:t>
        <w:br/>
        <w:t>as</w:t>
      </w:r>
      <w:r>
        <w:t xml:space="preserve"> a</w:t>
      </w:r>
      <w:r>
        <w:t xml:space="preserve"> murder.</w:t>
        <w:br/>
        <w:t>警方有按谋杀案调查吗</w:t>
        <w:br/>
        <w:t>Are</w:t>
      </w:r>
      <w:r>
        <w:t xml:space="preserve"> the</w:t>
      </w:r>
      <w:r>
        <w:t xml:space="preserve"> police</w:t>
      </w:r>
      <w:r>
        <w:t xml:space="preserve"> investigating</w:t>
      </w:r>
      <w:r>
        <w:t xml:space="preserve"> it</w:t>
      </w:r>
      <w:r>
        <w:t xml:space="preserve"> as</w:t>
      </w:r>
      <w:r>
        <w:t xml:space="preserve"> a</w:t>
      </w:r>
      <w:r>
        <w:t xml:space="preserve"> murder?</w:t>
        <w:br/>
        <w:t>没有</w:t>
      </w:r>
      <w:r>
        <w:t xml:space="preserve"> 不过</w:t>
        <w:br/>
        <w:t>No,</w:t>
      </w:r>
      <w:r>
        <w:t xml:space="preserve"> but</w:t>
        <w:br/>
        <w:t>奥利维亚装避孕帽的盒子是空的</w:t>
        <w:br/>
        <w:t>Olivia's</w:t>
      </w:r>
      <w:r>
        <w:t xml:space="preserve"> diaphragm</w:t>
      </w:r>
      <w:r>
        <w:t xml:space="preserve"> case</w:t>
      </w:r>
      <w:r>
        <w:t xml:space="preserve"> was</w:t>
      </w:r>
      <w:r>
        <w:t xml:space="preserve"> empty,</w:t>
        <w:br/>
        <w:t>我猜她可能是在等约会的人</w:t>
        <w:br/>
        <w:t>so</w:t>
      </w:r>
      <w:r>
        <w:t xml:space="preserve"> I</w:t>
      </w:r>
      <w:r>
        <w:t xml:space="preserve"> think</w:t>
      </w:r>
      <w:r>
        <w:t xml:space="preserve"> she</w:t>
      </w:r>
      <w:r>
        <w:t xml:space="preserve"> was</w:t>
      </w:r>
      <w:r>
        <w:t xml:space="preserve"> preparing</w:t>
      </w:r>
      <w:r>
        <w:t xml:space="preserve"> to</w:t>
      </w:r>
      <w:r>
        <w:t xml:space="preserve"> see</w:t>
      </w:r>
      <w:r>
        <w:t xml:space="preserve"> someone</w:t>
      </w:r>
      <w:r>
        <w:t xml:space="preserve"> she</w:t>
      </w:r>
      <w:r>
        <w:t xml:space="preserve"> was</w:t>
      </w:r>
      <w:r>
        <w:t xml:space="preserve"> dating.</w:t>
        <w:br/>
        <w:t>这不代表什么</w:t>
        <w:br/>
        <w:t>That</w:t>
      </w:r>
      <w:r>
        <w:t xml:space="preserve"> doesn't</w:t>
      </w:r>
      <w:r>
        <w:t xml:space="preserve"> mean</w:t>
      </w:r>
      <w:r>
        <w:t xml:space="preserve"> anything.</w:t>
        <w:br/>
        <w:t>你什么意思</w:t>
        <w:br/>
        <w:t>Well,</w:t>
      </w:r>
      <w:r>
        <w:t xml:space="preserve"> what</w:t>
      </w:r>
      <w:r>
        <w:t xml:space="preserve"> do</w:t>
      </w:r>
      <w:r>
        <w:t xml:space="preserve"> you</w:t>
      </w:r>
      <w:r>
        <w:t xml:space="preserve"> mean?</w:t>
        <w:br/>
        <w:t>也许她是在等谁</w:t>
        <w:br/>
        <w:t>Maybe</w:t>
      </w:r>
      <w:r>
        <w:t xml:space="preserve"> she</w:t>
      </w:r>
      <w:r>
        <w:t xml:space="preserve"> was</w:t>
      </w:r>
      <w:r>
        <w:t xml:space="preserve"> waiting</w:t>
      </w:r>
      <w:r>
        <w:t xml:space="preserve"> for</w:t>
      </w:r>
      <w:r>
        <w:t xml:space="preserve"> someone</w:t>
        <w:br/>
        <w:t>结果那人没出现</w:t>
        <w:br/>
        <w:t>and</w:t>
      </w:r>
      <w:r>
        <w:t xml:space="preserve"> they</w:t>
      </w:r>
      <w:r>
        <w:t xml:space="preserve"> didn't</w:t>
      </w:r>
      <w:r>
        <w:t xml:space="preserve"> show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up.</w:t>
        <w:br/>
        <w:t>也许</w:t>
        <w:br/>
        <w:t>Maybe.</w:t>
        <w:br/>
        <w:t>是有这个可能</w:t>
        <w:br/>
        <w:t>I</w:t>
      </w:r>
      <w:r>
        <w:t xml:space="preserve"> guess</w:t>
      </w:r>
      <w:r>
        <w:t xml:space="preserve"> that</w:t>
      </w:r>
      <w:r>
        <w:t xml:space="preserve"> could</w:t>
      </w:r>
      <w:r>
        <w:t xml:space="preserve"> be.</w:t>
        <w:br/>
        <w:t>你知道她在跟谁约会吗</w:t>
      </w:r>
      <w:r>
        <w:t xml:space="preserve"> </w:t>
      </w:r>
      <w:r>
        <w:t xml:space="preserve"> -不知道</w:t>
        <w:br/>
        <w:t>Um,</w:t>
      </w:r>
      <w:r>
        <w:t xml:space="preserve"> do</w:t>
      </w:r>
      <w:r>
        <w:t xml:space="preserve"> you</w:t>
      </w:r>
      <w:r>
        <w:t xml:space="preserve"> know-</w:t>
      </w:r>
      <w:r>
        <w:t xml:space="preserve"> who</w:t>
      </w:r>
      <w:r>
        <w:t xml:space="preserve"> she</w:t>
      </w:r>
      <w:r>
        <w:t xml:space="preserve"> was</w:t>
      </w:r>
      <w:r>
        <w:t xml:space="preserve"> dating?</w:t>
      </w:r>
      <w:r>
        <w:t xml:space="preserve"> -</w:t>
      </w:r>
      <w:r>
        <w:t xml:space="preserve"> No.</w:t>
        <w:br/>
        <w:t>你有空吗</w:t>
      </w:r>
      <w:r>
        <w:t xml:space="preserve"> 我再问一个问题</w:t>
      </w:r>
      <w:r>
        <w:t xml:space="preserve"> </w:t>
      </w:r>
      <w:r>
        <w:t xml:space="preserve"> -没空</w:t>
        <w:br/>
        <w:t>Do</w:t>
      </w:r>
      <w:r>
        <w:t xml:space="preserve"> you</w:t>
      </w:r>
      <w:r>
        <w:t xml:space="preserve"> have</w:t>
      </w:r>
      <w:r>
        <w:t xml:space="preserve"> time-</w:t>
      </w:r>
      <w:r>
        <w:t xml:space="preserve"> for</w:t>
      </w:r>
      <w:r>
        <w:t xml:space="preserve"> one</w:t>
      </w:r>
      <w:r>
        <w:t xml:space="preserve"> more</w:t>
      </w:r>
      <w:r>
        <w:t xml:space="preserve"> question?</w:t>
      </w:r>
      <w:r>
        <w:t xml:space="preserve"> -</w:t>
      </w:r>
      <w:r>
        <w:t xml:space="preserve"> No.</w:t>
        <w:br/>
        <w:t>好吧</w:t>
        <w:br/>
        <w:t>Okay.</w:t>
        <w:br/>
        <w:t>欢迎来到纽约</w:t>
        <w:br/>
        <w:t>Welcome</w:t>
      </w:r>
      <w:r>
        <w:t xml:space="preserve"> to</w:t>
      </w:r>
      <w:r>
        <w:t xml:space="preserve"> New</w:t>
      </w:r>
      <w:r>
        <w:t xml:space="preserve"> York.</w:t>
        <w:br/>
        <w:t>进展如何</w:t>
        <w:br/>
        <w:t>So,</w:t>
      </w:r>
      <w:r>
        <w:t xml:space="preserve"> where</w:t>
      </w:r>
      <w:r>
        <w:t xml:space="preserve"> are</w:t>
      </w:r>
      <w:r>
        <w:t xml:space="preserve"> we?</w:t>
        <w:br/>
        <w:t>我们本来按自杀案在调查</w:t>
        <w:br/>
        <w:t>We</w:t>
      </w:r>
      <w:r>
        <w:t xml:space="preserve"> were</w:t>
      </w:r>
      <w:r>
        <w:t xml:space="preserve"> investigating</w:t>
      </w:r>
      <w:r>
        <w:t xml:space="preserve"> it</w:t>
      </w:r>
      <w:r>
        <w:t xml:space="preserve"> as</w:t>
      </w:r>
      <w:r>
        <w:t xml:space="preserve"> a</w:t>
      </w:r>
      <w:r>
        <w:t xml:space="preserve"> suicide</w:t>
        <w:br/>
        <w:t>我们本来按自杀案在调查</w:t>
        <w:br/>
        <w:t>We</w:t>
      </w:r>
      <w:r>
        <w:t xml:space="preserve"> were</w:t>
      </w:r>
      <w:r>
        <w:t xml:space="preserve"> investigating</w:t>
      </w:r>
      <w:r>
        <w:t xml:space="preserve"> it</w:t>
      </w:r>
      <w:r>
        <w:t xml:space="preserve"> as</w:t>
      </w:r>
      <w:r>
        <w:t xml:space="preserve"> a</w:t>
      </w:r>
      <w:r>
        <w:t xml:space="preserve"> suicide</w:t>
        <w:br/>
        <w:t>现在协议裁决的律师</w:t>
        <w:br/>
        <w:t>and</w:t>
      </w:r>
      <w:r>
        <w:t xml:space="preserve"> now</w:t>
      </w:r>
      <w:r>
        <w:t xml:space="preserve"> the</w:t>
      </w:r>
      <w:r>
        <w:t xml:space="preserve"> consent</w:t>
      </w:r>
      <w:r>
        <w:t xml:space="preserve"> decree</w:t>
      </w:r>
      <w:r>
        <w:t xml:space="preserve"> lawyer</w:t>
        <w:br/>
        <w:t>已经让法医按谋杀案调查了</w:t>
        <w:br/>
        <w:t>has</w:t>
      </w:r>
      <w:r>
        <w:t xml:space="preserve"> the</w:t>
      </w:r>
      <w:r>
        <w:t xml:space="preserve"> medical</w:t>
      </w:r>
      <w:r>
        <w:t xml:space="preserve"> examiner</w:t>
      </w:r>
      <w:r>
        <w:t xml:space="preserve"> looking</w:t>
      </w:r>
      <w:r>
        <w:t xml:space="preserve"> into</w:t>
      </w:r>
      <w:r>
        <w:t xml:space="preserve"> it</w:t>
      </w:r>
      <w:r>
        <w:t xml:space="preserve"> as</w:t>
      </w:r>
      <w:r>
        <w:t xml:space="preserve"> a</w:t>
      </w:r>
      <w:r>
        <w:t xml:space="preserve"> murder.</w:t>
        <w:br/>
        <w:t>意思是她发现了什么我们没发现的线索</w:t>
        <w:br/>
        <w:t>So,</w:t>
      </w:r>
      <w:r>
        <w:t xml:space="preserve"> we're</w:t>
      </w:r>
      <w:r>
        <w:t xml:space="preserve"> saying</w:t>
      </w:r>
      <w:r>
        <w:t xml:space="preserve"> that</w:t>
      </w:r>
      <w:r>
        <w:t xml:space="preserve"> she</w:t>
      </w:r>
      <w:r>
        <w:t xml:space="preserve"> found</w:t>
      </w:r>
      <w:r>
        <w:t xml:space="preserve"> something</w:t>
      </w:r>
      <w:r>
        <w:t xml:space="preserve"> we</w:t>
      </w:r>
      <w:r>
        <w:t xml:space="preserve"> didn't?</w:t>
        <w:br/>
        <w:t>意思是她发现了什么我们没发现的线索</w:t>
        <w:br/>
        <w:t>So,</w:t>
      </w:r>
      <w:r>
        <w:t xml:space="preserve"> we're</w:t>
      </w:r>
      <w:r>
        <w:t xml:space="preserve"> saying</w:t>
      </w:r>
      <w:r>
        <w:t xml:space="preserve"> that</w:t>
      </w:r>
      <w:r>
        <w:t xml:space="preserve"> she</w:t>
      </w:r>
      <w:r>
        <w:t xml:space="preserve"> found</w:t>
      </w:r>
      <w:r>
        <w:t xml:space="preserve"> something</w:t>
      </w:r>
      <w:r>
        <w:t xml:space="preserve"> we</w:t>
      </w:r>
      <w:r>
        <w:t xml:space="preserve"> didn't?</w:t>
        <w:br/>
        <w:t>警监</w:t>
      </w:r>
      <w:r>
        <w:t xml:space="preserve"> 律师总能发现点什么的</w:t>
        <w:br/>
        <w:t>Captain,</w:t>
      </w:r>
      <w:r>
        <w:t xml:space="preserve"> a</w:t>
      </w:r>
      <w:r>
        <w:t xml:space="preserve"> lawyer</w:t>
      </w:r>
      <w:r>
        <w:t xml:space="preserve"> will</w:t>
      </w:r>
      <w:r>
        <w:t xml:space="preserve"> always</w:t>
      </w:r>
      <w:r>
        <w:t xml:space="preserve"> find</w:t>
      </w:r>
      <w:r>
        <w:t xml:space="preserve"> something.</w:t>
        <w:br/>
        <w:t>你对她什么看法</w:t>
        <w:br/>
        <w:t>And</w:t>
      </w:r>
      <w:r>
        <w:t xml:space="preserve"> what</w:t>
      </w:r>
      <w:r>
        <w:t xml:space="preserve"> do</w:t>
      </w:r>
      <w:r>
        <w:t xml:space="preserve"> you</w:t>
      </w:r>
      <w:r>
        <w:t xml:space="preserve"> think</w:t>
      </w:r>
      <w:r>
        <w:t xml:space="preserve"> of</w:t>
      </w:r>
      <w:r>
        <w:t xml:space="preserve"> her?</w:t>
        <w:br/>
        <w:t>什么意思</w:t>
        <w:br/>
        <w:t>Well,</w:t>
      </w:r>
      <w:r>
        <w:t xml:space="preserve"> what</w:t>
      </w:r>
      <w:r>
        <w:t xml:space="preserve"> do</w:t>
      </w:r>
      <w:r>
        <w:t xml:space="preserve"> you</w:t>
      </w:r>
      <w:r>
        <w:t xml:space="preserve"> mean?</w:t>
        <w:br/>
        <w:t>他好像认为你们俩是朋友</w:t>
        <w:br/>
        <w:t>He</w:t>
      </w:r>
      <w:r>
        <w:t xml:space="preserve"> seems</w:t>
      </w:r>
      <w:r>
        <w:t xml:space="preserve"> to</w:t>
      </w:r>
      <w:r>
        <w:t xml:space="preserve"> think</w:t>
      </w:r>
      <w:r>
        <w:t xml:space="preserve"> you</w:t>
      </w:r>
      <w:r>
        <w:t xml:space="preserve"> two</w:t>
      </w:r>
      <w:r>
        <w:t xml:space="preserve"> are</w:t>
      </w:r>
      <w:r>
        <w:t xml:space="preserve"> friends.</w:t>
        <w:br/>
        <w:t>不是</w:t>
      </w:r>
      <w:r>
        <w:t xml:space="preserve"> 她只是在街上碰到我的</w:t>
        <w:br/>
        <w:t>Oh...no.</w:t>
      </w:r>
      <w:r>
        <w:t xml:space="preserve"> Uh,</w:t>
      </w:r>
      <w:r>
        <w:t xml:space="preserve"> she</w:t>
      </w:r>
      <w:r>
        <w:t xml:space="preserve"> just</w:t>
      </w:r>
      <w:r>
        <w:t xml:space="preserve"> came</w:t>
      </w:r>
      <w:r>
        <w:t xml:space="preserve"> up</w:t>
      </w:r>
      <w:r>
        <w:t xml:space="preserve"> to</w:t>
      </w:r>
      <w:r>
        <w:t xml:space="preserve"> me</w:t>
      </w:r>
      <w:r>
        <w:t xml:space="preserve"> on</w:t>
      </w:r>
      <w:r>
        <w:t xml:space="preserve"> the</w:t>
      </w:r>
      <w:r>
        <w:t xml:space="preserve"> street.</w:t>
        <w:br/>
        <w:t>不是</w:t>
      </w:r>
      <w:r>
        <w:t xml:space="preserve"> 她只是在街上碰到我的</w:t>
        <w:br/>
        <w:t>Oh...no.</w:t>
      </w:r>
      <w:r>
        <w:t xml:space="preserve"> Uh,</w:t>
      </w:r>
      <w:r>
        <w:t xml:space="preserve"> she</w:t>
      </w:r>
      <w:r>
        <w:t xml:space="preserve"> just</w:t>
      </w:r>
      <w:r>
        <w:t xml:space="preserve"> came</w:t>
      </w:r>
      <w:r>
        <w:t xml:space="preserve"> up</w:t>
      </w:r>
      <w:r>
        <w:t xml:space="preserve"> to</w:t>
      </w:r>
      <w:r>
        <w:t xml:space="preserve"> me</w:t>
      </w:r>
      <w:r>
        <w:t xml:space="preserve"> on</w:t>
      </w:r>
      <w:r>
        <w:t xml:space="preserve"> the</w:t>
      </w:r>
      <w:r>
        <w:t xml:space="preserve"> street.</w:t>
        <w:br/>
        <w:t>总之</w:t>
      </w:r>
      <w:r>
        <w:t xml:space="preserve"> 法官想让一位外地的律师</w:t>
        <w:br/>
        <w:t>Bottom</w:t>
      </w:r>
      <w:r>
        <w:t xml:space="preserve"> line,</w:t>
      </w:r>
      <w:r>
        <w:t xml:space="preserve"> the</w:t>
      </w:r>
      <w:r>
        <w:t xml:space="preserve"> judge</w:t>
      </w:r>
      <w:r>
        <w:t xml:space="preserve"> wants</w:t>
      </w:r>
      <w:r>
        <w:t xml:space="preserve"> a</w:t>
      </w:r>
      <w:r>
        <w:t xml:space="preserve"> lawyer</w:t>
        <w:br/>
        <w:t>来监督我们</w:t>
        <w:br/>
        <w:t>from</w:t>
      </w:r>
      <w:r>
        <w:t xml:space="preserve"> outside</w:t>
      </w:r>
      <w:r>
        <w:t xml:space="preserve"> the</w:t>
      </w:r>
      <w:r>
        <w:t xml:space="preserve"> city</w:t>
      </w:r>
      <w:r>
        <w:t xml:space="preserve"> to</w:t>
      </w:r>
      <w:r>
        <w:t xml:space="preserve"> observe</w:t>
      </w:r>
      <w:r>
        <w:t xml:space="preserve"> us.</w:t>
        <w:br/>
        <w:t>但是也不是非她不可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所以</w:t>
        <w:br/>
        <w:t>But</w:t>
      </w:r>
      <w:r>
        <w:t xml:space="preserve"> it</w:t>
      </w:r>
      <w:r>
        <w:t xml:space="preserve"> doesn't</w:t>
      </w:r>
      <w:r>
        <w:t xml:space="preserve"> have</w:t>
      </w:r>
      <w:r>
        <w:t xml:space="preserve"> to</w:t>
      </w:r>
      <w:r>
        <w:t xml:space="preserve"> be</w:t>
      </w:r>
      <w:r>
        <w:t xml:space="preserve"> her,</w:t>
      </w:r>
      <w:r>
        <w:t xml:space="preserve"> so,</w:t>
        <w:br/>
        <w:t>我想知道这位女士有什么小黑料</w:t>
        <w:br/>
        <w:t>I</w:t>
      </w:r>
      <w:r>
        <w:t xml:space="preserve"> want</w:t>
      </w:r>
      <w:r>
        <w:t xml:space="preserve"> to</w:t>
      </w:r>
      <w:r>
        <w:t xml:space="preserve"> know</w:t>
      </w:r>
      <w:r>
        <w:t xml:space="preserve"> what</w:t>
      </w:r>
      <w:r>
        <w:t xml:space="preserve"> kind</w:t>
      </w:r>
      <w:r>
        <w:t xml:space="preserve"> of</w:t>
      </w:r>
      <w:r>
        <w:t xml:space="preserve"> nuisance</w:t>
      </w:r>
      <w:r>
        <w:t xml:space="preserve"> this</w:t>
      </w:r>
      <w:r>
        <w:t xml:space="preserve"> lady</w:t>
      </w:r>
      <w:r>
        <w:t xml:space="preserve"> might</w:t>
      </w:r>
      <w:r>
        <w:t xml:space="preserve"> be</w:t>
        <w:br/>
        <w:t>我想知道这位女士有什么小黑料</w:t>
        <w:br/>
        <w:t>I</w:t>
      </w:r>
      <w:r>
        <w:t xml:space="preserve"> want</w:t>
      </w:r>
      <w:r>
        <w:t xml:space="preserve"> to</w:t>
      </w:r>
      <w:r>
        <w:t xml:space="preserve"> know</w:t>
      </w:r>
      <w:r>
        <w:t xml:space="preserve"> what</w:t>
      </w:r>
      <w:r>
        <w:t xml:space="preserve"> kind</w:t>
      </w:r>
      <w:r>
        <w:t xml:space="preserve"> of</w:t>
      </w:r>
      <w:r>
        <w:t xml:space="preserve"> nuisance</w:t>
      </w:r>
      <w:r>
        <w:t xml:space="preserve"> this</w:t>
      </w:r>
      <w:r>
        <w:t xml:space="preserve"> lady</w:t>
      </w:r>
      <w:r>
        <w:t xml:space="preserve"> might</w:t>
      </w:r>
      <w:r>
        <w:t xml:space="preserve"> be</w:t>
        <w:br/>
        <w:t>我想知道这位女士有什么小黑料</w:t>
        <w:br/>
        <w:t>I</w:t>
      </w:r>
      <w:r>
        <w:t xml:space="preserve"> want</w:t>
      </w:r>
      <w:r>
        <w:t xml:space="preserve"> to</w:t>
      </w:r>
      <w:r>
        <w:t xml:space="preserve"> know</w:t>
      </w:r>
      <w:r>
        <w:t xml:space="preserve"> what</w:t>
      </w:r>
      <w:r>
        <w:t xml:space="preserve"> kind</w:t>
      </w:r>
      <w:r>
        <w:t xml:space="preserve"> of</w:t>
      </w:r>
      <w:r>
        <w:t xml:space="preserve"> nuisance</w:t>
      </w:r>
      <w:r>
        <w:t xml:space="preserve"> this</w:t>
      </w:r>
      <w:r>
        <w:t xml:space="preserve"> lady</w:t>
      </w:r>
      <w:r>
        <w:t xml:space="preserve"> might</w:t>
      </w:r>
      <w:r>
        <w:t xml:space="preserve"> be</w:t>
        <w:br/>
        <w:t>好申请换了她</w:t>
      </w:r>
      <w:r>
        <w:t xml:space="preserve"> 布兰科警官</w:t>
        <w:br/>
        <w:t>before</w:t>
      </w:r>
      <w:r>
        <w:t xml:space="preserve"> I</w:t>
      </w:r>
      <w:r>
        <w:t xml:space="preserve"> request</w:t>
      </w:r>
      <w:r>
        <w:t xml:space="preserve"> a</w:t>
      </w:r>
      <w:r>
        <w:t xml:space="preserve"> switch.</w:t>
      </w:r>
      <w:r>
        <w:t xml:space="preserve"> Officer</w:t>
      </w:r>
      <w:r>
        <w:t xml:space="preserve"> Blanke,</w:t>
        <w:br/>
        <w:t>好申请换了她</w:t>
      </w:r>
      <w:r>
        <w:t xml:space="preserve"> 布兰科警官</w:t>
        <w:br/>
        <w:t>before</w:t>
      </w:r>
      <w:r>
        <w:t xml:space="preserve"> I</w:t>
      </w:r>
      <w:r>
        <w:t xml:space="preserve"> request</w:t>
      </w:r>
      <w:r>
        <w:t xml:space="preserve"> a</w:t>
      </w:r>
      <w:r>
        <w:t xml:space="preserve"> switch.</w:t>
      </w:r>
      <w:r>
        <w:t xml:space="preserve"> Officer</w:t>
      </w:r>
      <w:r>
        <w:t xml:space="preserve"> Blanke,</w:t>
        <w:br/>
        <w:t>你跟着她</w:t>
        <w:br/>
        <w:t>you</w:t>
      </w:r>
      <w:r>
        <w:t xml:space="preserve"> stick</w:t>
      </w:r>
      <w:r>
        <w:t xml:space="preserve"> with</w:t>
      </w:r>
      <w:r>
        <w:t xml:space="preserve"> her.</w:t>
        <w:br/>
        <w:t>你跟着她</w:t>
        <w:br/>
        <w:t>you</w:t>
      </w:r>
      <w:r>
        <w:t xml:space="preserve"> stick</w:t>
      </w:r>
      <w:r>
        <w:t xml:space="preserve"> with</w:t>
      </w:r>
      <w:r>
        <w:t xml:space="preserve"> her.</w:t>
        <w:br/>
        <w:t>警监</w:t>
      </w:r>
      <w:r>
        <w:t xml:space="preserve"> 我负责巡街的</w:t>
        <w:br/>
        <w:t>Well,</w:t>
      </w:r>
      <w:r>
        <w:t xml:space="preserve"> uh,</w:t>
      </w:r>
      <w:r>
        <w:t xml:space="preserve"> Captain,</w:t>
      </w:r>
      <w:r>
        <w:t xml:space="preserve"> uh,</w:t>
      </w:r>
      <w:r>
        <w:t xml:space="preserve"> I</w:t>
      </w:r>
      <w:r>
        <w:t xml:space="preserve"> work</w:t>
      </w:r>
      <w:r>
        <w:t xml:space="preserve"> patrol.</w:t>
        <w:br/>
        <w:t>警监</w:t>
      </w:r>
      <w:r>
        <w:t xml:space="preserve"> 我负责巡街的</w:t>
        <w:br/>
        <w:t>Well,</w:t>
      </w:r>
      <w:r>
        <w:t xml:space="preserve"> uh,</w:t>
      </w:r>
      <w:r>
        <w:t xml:space="preserve"> Captain,</w:t>
      </w:r>
      <w:r>
        <w:t xml:space="preserve"> uh,</w:t>
      </w:r>
      <w:r>
        <w:t xml:space="preserve"> I</w:t>
      </w:r>
      <w:r>
        <w:t xml:space="preserve"> work</w:t>
      </w:r>
      <w:r>
        <w:t xml:space="preserve"> patrol.</w:t>
        <w:br/>
        <w:t>你</w:t>
      </w:r>
      <w:r>
        <w:t xml:space="preserve"> 你现在负责跟着这位律师</w:t>
        <w:br/>
        <w:t>No,</w:t>
      </w:r>
      <w:r>
        <w:t xml:space="preserve"> you</w:t>
      </w:r>
      <w:r>
        <w:t xml:space="preserve"> work</w:t>
      </w:r>
      <w:r>
        <w:t xml:space="preserve"> lawyer</w:t>
      </w:r>
      <w:r>
        <w:t xml:space="preserve"> patrol.</w:t>
        <w:br/>
        <w:t>你</w:t>
      </w:r>
      <w:r>
        <w:t xml:space="preserve"> 你现在负责跟着这位律师</w:t>
        <w:br/>
        <w:t>No,</w:t>
      </w:r>
      <w:r>
        <w:t xml:space="preserve"> you</w:t>
      </w:r>
      <w:r>
        <w:t xml:space="preserve"> work</w:t>
      </w:r>
      <w:r>
        <w:t xml:space="preserve"> lawyer</w:t>
      </w:r>
      <w:r>
        <w:t xml:space="preserve"> patrol.</w:t>
        <w:br/>
        <w:t>如果她跨越雷池</w:t>
      </w:r>
      <w:r>
        <w:t xml:space="preserve"> 马上通知我</w:t>
        <w:br/>
        <w:t>If</w:t>
      </w:r>
      <w:r>
        <w:t xml:space="preserve"> she</w:t>
      </w:r>
      <w:r>
        <w:t xml:space="preserve"> colors</w:t>
      </w:r>
      <w:r>
        <w:t xml:space="preserve"> outside</w:t>
      </w:r>
      <w:r>
        <w:t xml:space="preserve"> the</w:t>
      </w:r>
      <w:r>
        <w:t xml:space="preserve"> lines,</w:t>
      </w:r>
      <w:r>
        <w:t xml:space="preserve"> call</w:t>
      </w:r>
      <w:r>
        <w:t xml:space="preserve"> me.</w:t>
        <w:br/>
        <w:t>如果她跨越雷池</w:t>
      </w:r>
      <w:r>
        <w:t xml:space="preserve"> 马上通知我</w:t>
        <w:br/>
        <w:t>If</w:t>
      </w:r>
      <w:r>
        <w:t xml:space="preserve"> she</w:t>
      </w:r>
      <w:r>
        <w:t xml:space="preserve"> colors</w:t>
      </w:r>
      <w:r>
        <w:t xml:space="preserve"> outside</w:t>
      </w:r>
      <w:r>
        <w:t xml:space="preserve"> the</w:t>
      </w:r>
      <w:r>
        <w:t xml:space="preserve"> lines,</w:t>
      </w:r>
      <w:r>
        <w:t xml:space="preserve"> call</w:t>
      </w:r>
      <w:r>
        <w:t xml:space="preserve"> me.</w:t>
        <w:br/>
        <w:t>就这样</w:t>
        <w:br/>
        <w:t>That's</w:t>
      </w:r>
      <w:r>
        <w:t xml:space="preserve"> it.</w:t>
        <w:br/>
        <w:t>美国司法部</w:t>
        <w:br/>
        <w:t>U.</w:t>
      </w:r>
      <w:r>
        <w:t xml:space="preserve"> S.</w:t>
      </w:r>
      <w:r>
        <w:t xml:space="preserve"> Department</w:t>
      </w:r>
      <w:r>
        <w:t xml:space="preserve"> of</w:t>
      </w:r>
      <w:r>
        <w:t xml:space="preserve"> Justice.</w:t>
        <w:br/>
        <w:t>美国司法部</w:t>
        <w:br/>
        <w:t>U.</w:t>
      </w:r>
      <w:r>
        <w:t xml:space="preserve"> S.</w:t>
      </w:r>
      <w:r>
        <w:t xml:space="preserve"> Department</w:t>
      </w:r>
      <w:r>
        <w:t xml:space="preserve"> of</w:t>
      </w:r>
      <w:r>
        <w:t xml:space="preserve"> Justice.</w:t>
        <w:br/>
        <w:t>请问你要转接谁</w:t>
        <w:br/>
        <w:t>How</w:t>
      </w:r>
      <w:r>
        <w:t xml:space="preserve"> may</w:t>
      </w:r>
      <w:r>
        <w:t xml:space="preserve"> I</w:t>
      </w:r>
      <w:r>
        <w:t xml:space="preserve"> direct</w:t>
      </w:r>
      <w:r>
        <w:t xml:space="preserve"> your</w:t>
      </w:r>
      <w:r>
        <w:t xml:space="preserve"> call?</w:t>
        <w:br/>
        <w:t>塞莱塔诺探员</w:t>
      </w:r>
      <w:r>
        <w:t xml:space="preserve"> 告诉他我是瓦格纳</w:t>
        <w:br/>
        <w:t>Agent</w:t>
      </w:r>
      <w:r>
        <w:t xml:space="preserve"> Celetano.</w:t>
      </w:r>
      <w:r>
        <w:t xml:space="preserve"> Tell</w:t>
      </w:r>
      <w:r>
        <w:t xml:space="preserve"> him</w:t>
      </w:r>
      <w:r>
        <w:t xml:space="preserve"> it's</w:t>
      </w:r>
      <w:r>
        <w:t xml:space="preserve"> Wagner.</w:t>
        <w:br/>
        <w:t>塞莱塔诺探员</w:t>
      </w:r>
      <w:r>
        <w:t xml:space="preserve"> 告诉他我是瓦格纳</w:t>
        <w:br/>
        <w:t>Agent</w:t>
      </w:r>
      <w:r>
        <w:t xml:space="preserve"> Celetano.</w:t>
      </w:r>
      <w:r>
        <w:t xml:space="preserve"> Tell</w:t>
      </w:r>
      <w:r>
        <w:t xml:space="preserve"> him</w:t>
      </w:r>
      <w:r>
        <w:t xml:space="preserve"> it's</w:t>
      </w:r>
      <w:r>
        <w:t xml:space="preserve"> Wagner.</w:t>
        <w:br/>
        <w:t>埃尔莎白·塔肖尼</w:t>
      </w:r>
      <w:r>
        <w:t xml:space="preserve"> 是为这事吧</w:t>
        <w:br/>
        <w:t>Elsbeth</w:t>
      </w:r>
      <w:r>
        <w:t xml:space="preserve"> Tascioni,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right?</w:t>
        <w:br/>
        <w:t>你是故意整我的</w:t>
        <w:br/>
        <w:t>So,</w:t>
      </w:r>
      <w:r>
        <w:t xml:space="preserve"> you</w:t>
      </w:r>
      <w:r>
        <w:t xml:space="preserve"> screwed</w:t>
      </w:r>
      <w:r>
        <w:t xml:space="preserve"> me?</w:t>
        <w:br/>
        <w:t>我要一个好合作的律师</w:t>
        <w:br/>
        <w:t>I</w:t>
      </w:r>
      <w:r>
        <w:t xml:space="preserve"> was</w:t>
      </w:r>
      <w:r>
        <w:t xml:space="preserve"> looking</w:t>
      </w:r>
      <w:r>
        <w:t xml:space="preserve"> for</w:t>
      </w:r>
      <w:r>
        <w:t xml:space="preserve"> a</w:t>
      </w:r>
      <w:r>
        <w:t xml:space="preserve"> get-</w:t>
      </w:r>
      <w:r>
        <w:t xml:space="preserve"> along</w:t>
      </w:r>
      <w:r>
        <w:t xml:space="preserve"> lawyer</w:t>
        <w:br/>
        <w:t>你却给我派了个疯子</w:t>
        <w:br/>
        <w:t>and</w:t>
      </w:r>
      <w:r>
        <w:t xml:space="preserve"> you</w:t>
      </w:r>
      <w:r>
        <w:t xml:space="preserve"> sent</w:t>
      </w:r>
      <w:r>
        <w:t xml:space="preserve"> me</w:t>
      </w:r>
      <w:r>
        <w:t xml:space="preserve"> a</w:t>
      </w:r>
      <w:r>
        <w:t xml:space="preserve"> nutcase.</w:t>
        <w:br/>
        <w:t>不是</w:t>
        <w:br/>
        <w:t>No,</w:t>
      </w:r>
      <w:r>
        <w:t xml:space="preserve"> no.</w:t>
        <w:br/>
        <w:t>你会习惯她的</w:t>
        <w:br/>
        <w:t>You'll</w:t>
      </w:r>
      <w:r>
        <w:t xml:space="preserve"> get</w:t>
      </w:r>
      <w:r>
        <w:t xml:space="preserve"> used</w:t>
      </w:r>
      <w:r>
        <w:t xml:space="preserve"> to</w:t>
      </w:r>
      <w:r>
        <w:t xml:space="preserve"> her.</w:t>
        <w:br/>
        <w:t>好吧</w:t>
      </w:r>
      <w:r>
        <w:t xml:space="preserve"> 跟我说说另一个律师</w:t>
        <w:br/>
        <w:t>AlI</w:t>
      </w:r>
      <w:r>
        <w:t xml:space="preserve"> right,</w:t>
      </w:r>
      <w:r>
        <w:t xml:space="preserve"> well,</w:t>
      </w:r>
      <w:r>
        <w:t xml:space="preserve"> tell</w:t>
      </w:r>
      <w:r>
        <w:t xml:space="preserve"> me</w:t>
      </w:r>
      <w:r>
        <w:t xml:space="preserve"> about</w:t>
      </w:r>
      <w:r>
        <w:t xml:space="preserve"> this</w:t>
      </w:r>
      <w:r>
        <w:t xml:space="preserve"> other</w:t>
      </w:r>
      <w:r>
        <w:t xml:space="preserve"> lawyer,</w:t>
        <w:br/>
        <w:t>你之前提到的</w:t>
        <w:br/>
        <w:t>the</w:t>
      </w:r>
      <w:r>
        <w:t xml:space="preserve"> other</w:t>
      </w:r>
      <w:r>
        <w:t xml:space="preserve"> one</w:t>
      </w:r>
      <w:r>
        <w:t xml:space="preserve"> you</w:t>
      </w:r>
      <w:r>
        <w:t xml:space="preserve"> mentioned.</w:t>
        <w:br/>
        <w:t>凯瑞·阿格斯</w:t>
        <w:br/>
        <w:t>Oh,</w:t>
      </w:r>
      <w:r>
        <w:t xml:space="preserve"> Cary</w:t>
      </w:r>
      <w:r>
        <w:t xml:space="preserve"> Agos.</w:t>
        <w:br/>
        <w:t>厉害的律师</w:t>
      </w:r>
      <w:r>
        <w:t xml:space="preserve"> 但是我觉得你不会喜欢他的</w:t>
        <w:br/>
        <w:t>Tough</w:t>
      </w:r>
      <w:r>
        <w:t xml:space="preserve"> lawyer,</w:t>
      </w:r>
      <w:r>
        <w:t xml:space="preserve"> but</w:t>
      </w:r>
      <w:r>
        <w:t xml:space="preserve"> I</w:t>
      </w:r>
      <w:r>
        <w:t xml:space="preserve"> don't</w:t>
      </w:r>
      <w:r>
        <w:t xml:space="preserve"> think</w:t>
      </w:r>
      <w:r>
        <w:t xml:space="preserve"> you'll</w:t>
      </w:r>
      <w:r>
        <w:t xml:space="preserve"> like</w:t>
      </w:r>
      <w:r>
        <w:t xml:space="preserve"> him</w:t>
      </w:r>
      <w:r>
        <w:t xml:space="preserve"> as</w:t>
      </w:r>
      <w:r>
        <w:t xml:space="preserve"> much.</w:t>
        <w:br/>
        <w:t>先试试埃尔莎白一周</w:t>
        <w:br/>
        <w:t>Try</w:t>
      </w:r>
      <w:r>
        <w:t xml:space="preserve"> Elsbeth</w:t>
      </w:r>
      <w:r>
        <w:t xml:space="preserve"> out</w:t>
      </w:r>
      <w:r>
        <w:t xml:space="preserve"> for</w:t>
      </w:r>
      <w:r>
        <w:t xml:space="preserve"> one</w:t>
      </w:r>
      <w:r>
        <w:t xml:space="preserve"> week.</w:t>
        <w:br/>
        <w:t>你会慢慢喜欢上她的</w:t>
        <w:br/>
        <w:t>She'll</w:t>
      </w:r>
      <w:r>
        <w:t xml:space="preserve"> grow</w:t>
      </w:r>
      <w:r>
        <w:t xml:space="preserve"> on</w:t>
      </w:r>
      <w:r>
        <w:t xml:space="preserve"> you.</w:t>
        <w:br/>
        <w:t>一直以来你都在骗我</w:t>
        <w:br/>
        <w:t>You've</w:t>
      </w:r>
      <w:r>
        <w:t xml:space="preserve"> been</w:t>
      </w:r>
      <w:r>
        <w:t xml:space="preserve"> lying</w:t>
      </w:r>
      <w:r>
        <w:t xml:space="preserve"> to</w:t>
      </w:r>
      <w:r>
        <w:t xml:space="preserve"> me</w:t>
      </w:r>
      <w:r>
        <w:t xml:space="preserve"> the</w:t>
      </w:r>
      <w:r>
        <w:t xml:space="preserve"> whole</w:t>
      </w:r>
      <w:r>
        <w:t xml:space="preserve"> time!</w:t>
        <w:br/>
        <w:t>是你一直把我推开</w:t>
        <w:br/>
        <w:t>You</w:t>
      </w:r>
      <w:r>
        <w:t xml:space="preserve"> have</w:t>
      </w:r>
      <w:r>
        <w:t xml:space="preserve"> been</w:t>
      </w:r>
      <w:r>
        <w:t xml:space="preserve"> pushing</w:t>
      </w:r>
      <w:r>
        <w:t xml:space="preserve"> me</w:t>
      </w:r>
      <w:r>
        <w:t xml:space="preserve"> away!</w:t>
        <w:br/>
        <w:t>我没有</w:t>
      </w:r>
      <w:r>
        <w:t xml:space="preserve"> 你来这里</w:t>
        <w:br/>
        <w:t>No,</w:t>
      </w:r>
      <w:r>
        <w:t xml:space="preserve"> I</w:t>
      </w:r>
      <w:r>
        <w:t xml:space="preserve"> haven't!</w:t>
      </w:r>
      <w:r>
        <w:t xml:space="preserve"> You</w:t>
      </w:r>
      <w:r>
        <w:t xml:space="preserve"> come</w:t>
      </w:r>
      <w:r>
        <w:t xml:space="preserve"> in</w:t>
      </w:r>
      <w:r>
        <w:t xml:space="preserve"> here</w:t>
        <w:br/>
        <w:t>告诉我你背叛了我</w:t>
        <w:br/>
        <w:t>and</w:t>
      </w:r>
      <w:r>
        <w:t xml:space="preserve"> you</w:t>
      </w:r>
      <w:r>
        <w:t xml:space="preserve"> tell</w:t>
      </w:r>
      <w:r>
        <w:t xml:space="preserve"> me</w:t>
      </w:r>
      <w:r>
        <w:t xml:space="preserve"> that</w:t>
      </w:r>
      <w:r>
        <w:t xml:space="preserve"> you</w:t>
      </w:r>
      <w:r>
        <w:t xml:space="preserve"> cheated</w:t>
      </w:r>
      <w:r>
        <w:t xml:space="preserve"> on</w:t>
      </w:r>
      <w:r>
        <w:t xml:space="preserve"> me</w:t>
        <w:br/>
        <w:t>然后又反过来指责我</w:t>
        <w:br/>
        <w:t>and</w:t>
      </w:r>
      <w:r>
        <w:t xml:space="preserve"> then</w:t>
      </w:r>
      <w:r>
        <w:t xml:space="preserve"> you</w:t>
      </w:r>
      <w:r>
        <w:t xml:space="preserve"> want</w:t>
      </w:r>
      <w:r>
        <w:t xml:space="preserve"> to</w:t>
      </w:r>
      <w:r>
        <w:t xml:space="preserve"> turn</w:t>
      </w:r>
      <w:r>
        <w:t xml:space="preserve"> it</w:t>
      </w:r>
      <w:r>
        <w:t xml:space="preserve"> around</w:t>
      </w:r>
      <w:r>
        <w:t xml:space="preserve"> on</w:t>
      </w:r>
      <w:r>
        <w:t xml:space="preserve"> me?</w:t>
        <w:br/>
        <w:t>天哪</w:t>
      </w:r>
      <w:r>
        <w:t xml:space="preserve"> 你又要哭了吗</w:t>
      </w:r>
      <w:r>
        <w:t xml:space="preserve"> 不是吧</w:t>
        <w:br/>
        <w:t>Oh,</w:t>
      </w:r>
      <w:r>
        <w:t xml:space="preserve"> my</w:t>
      </w:r>
      <w:r>
        <w:t xml:space="preserve"> Godl</w:t>
      </w:r>
      <w:r>
        <w:t xml:space="preserve"> Oh,</w:t>
      </w:r>
      <w:r>
        <w:t xml:space="preserve"> you're</w:t>
      </w:r>
      <w:r>
        <w:t xml:space="preserve"> gonna</w:t>
      </w:r>
      <w:r>
        <w:t xml:space="preserve"> cry</w:t>
      </w:r>
      <w:r>
        <w:t xml:space="preserve"> now-</w:t>
      </w:r>
      <w:r>
        <w:t xml:space="preserve"> really?</w:t>
        <w:br/>
        <w:t>你总是把责任推给我</w:t>
        <w:br/>
        <w:t>You</w:t>
      </w:r>
      <w:r>
        <w:t xml:space="preserve"> always</w:t>
      </w:r>
      <w:r>
        <w:t xml:space="preserve"> blame</w:t>
      </w:r>
      <w:r>
        <w:t xml:space="preserve"> it</w:t>
      </w:r>
      <w:r>
        <w:t xml:space="preserve"> on</w:t>
      </w:r>
      <w:r>
        <w:t xml:space="preserve"> me!</w:t>
        <w:br/>
        <w:t>好了好了</w:t>
      </w:r>
      <w:r>
        <w:t xml:space="preserve"> 演得很好</w:t>
        <w:br/>
        <w:t>Okay,</w:t>
      </w:r>
      <w:r>
        <w:t xml:space="preserve"> good.</w:t>
      </w:r>
      <w:r>
        <w:t xml:space="preserve"> Good,</w:t>
      </w:r>
      <w:r>
        <w:t xml:space="preserve"> very</w:t>
      </w:r>
      <w:r>
        <w:t xml:space="preserve"> good.</w:t>
        <w:br/>
        <w:t>你们改编得很不错</w:t>
        <w:br/>
        <w:t>Some</w:t>
      </w:r>
      <w:r>
        <w:t xml:space="preserve"> nice</w:t>
      </w:r>
      <w:r>
        <w:t xml:space="preserve"> adjustments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 xml:space="preserve"> there.</w:t>
        <w:br/>
        <w:t>如果非让我指出不足的话</w:t>
        <w:br/>
        <w:t>If</w:t>
      </w:r>
      <w:r>
        <w:t xml:space="preserve"> I</w:t>
      </w:r>
      <w:r>
        <w:t xml:space="preserve"> were</w:t>
      </w:r>
      <w:r>
        <w:t xml:space="preserve"> to</w:t>
      </w:r>
      <w:r>
        <w:t xml:space="preserve"> have</w:t>
      </w:r>
      <w:r>
        <w:t xml:space="preserve"> one</w:t>
      </w:r>
      <w:r>
        <w:t xml:space="preserve"> note,</w:t>
        <w:br/>
        <w:t>那就是我常挂在嘴边的一个词</w:t>
        <w:br/>
        <w:t>it</w:t>
      </w:r>
      <w:r>
        <w:t xml:space="preserve"> would</w:t>
      </w:r>
      <w:r>
        <w:t xml:space="preserve"> be</w:t>
      </w:r>
      <w:r>
        <w:t xml:space="preserve"> the</w:t>
      </w:r>
      <w:r>
        <w:t xml:space="preserve"> dreaded"M"</w:t>
      </w:r>
      <w:r>
        <w:t xml:space="preserve"> word,</w:t>
        <w:br/>
        <w:t>是什么</w:t>
      </w:r>
      <w:r>
        <w:t xml:space="preserve"> </w:t>
      </w:r>
      <w:r>
        <w:t xml:space="preserve"> -假大空</w:t>
        <w:br/>
        <w:t>which</w:t>
      </w:r>
      <w:r>
        <w:t xml:space="preserve"> is...ALL:</w:t>
      </w:r>
      <w:r>
        <w:t xml:space="preserve"> Melodrama.</w:t>
        <w:br/>
        <w:t>对</w:t>
      </w:r>
      <w:r>
        <w:t xml:space="preserve"> 就是这个</w:t>
        <w:br/>
        <w:t>Right.</w:t>
      </w:r>
      <w:r>
        <w:t xml:space="preserve"> That's</w:t>
      </w:r>
      <w:r>
        <w:t xml:space="preserve"> right.</w:t>
        <w:br/>
        <w:t>我们怎么才能避免</w:t>
        <w:br/>
        <w:t>How</w:t>
      </w:r>
      <w:r>
        <w:t xml:space="preserve"> do</w:t>
      </w:r>
      <w:r>
        <w:t xml:space="preserve"> we</w:t>
      </w:r>
      <w:r>
        <w:t xml:space="preserve"> avoid</w:t>
      </w:r>
      <w:r>
        <w:t xml:space="preserve"> that?</w:t>
        <w:br/>
        <w:t>要发自内心</w:t>
      </w:r>
      <w:r>
        <w:t xml:space="preserve"> </w:t>
      </w:r>
      <w:r>
        <w:t xml:space="preserve"> -对</w:t>
        <w:br/>
        <w:t>Pull</w:t>
      </w:r>
      <w:r>
        <w:t xml:space="preserve"> it</w:t>
      </w:r>
      <w:r>
        <w:t xml:space="preserve"> out</w:t>
      </w:r>
      <w:r>
        <w:t xml:space="preserve"> of</w:t>
      </w:r>
      <w:r>
        <w:t xml:space="preserve"> ourselves.</w:t>
      </w:r>
      <w:r>
        <w:t xml:space="preserve"> -</w:t>
      </w:r>
      <w:r>
        <w:t xml:space="preserve"> That's</w:t>
      </w:r>
      <w:r>
        <w:t xml:space="preserve"> it.</w:t>
        <w:br/>
        <w:t>这不怪我</w:t>
        <w:br/>
        <w:t>It</w:t>
      </w:r>
      <w:r>
        <w:t xml:space="preserve"> isn't</w:t>
      </w:r>
      <w:r>
        <w:t xml:space="preserve"> my</w:t>
      </w:r>
      <w:r>
        <w:t xml:space="preserve"> fault.</w:t>
        <w:br/>
        <w:t>你来到这儿</w:t>
        <w:br/>
        <w:t>You</w:t>
      </w:r>
      <w:r>
        <w:t xml:space="preserve"> come</w:t>
      </w:r>
      <w:r>
        <w:t xml:space="preserve"> here,</w:t>
        <w:br/>
        <w:t>告诉我你背叛了我</w:t>
        <w:br/>
        <w:t>you</w:t>
      </w:r>
      <w:r>
        <w:t xml:space="preserve"> come</w:t>
      </w:r>
      <w:r>
        <w:t xml:space="preserve"> here</w:t>
      </w:r>
      <w:r>
        <w:t xml:space="preserve"> and</w:t>
      </w:r>
      <w:r>
        <w:t xml:space="preserve"> you</w:t>
      </w:r>
      <w:r>
        <w:t xml:space="preserve"> say</w:t>
      </w:r>
      <w:r>
        <w:t xml:space="preserve"> you're</w:t>
      </w:r>
      <w:r>
        <w:t xml:space="preserve"> cheating</w:t>
      </w:r>
      <w:r>
        <w:t xml:space="preserve"> on</w:t>
      </w:r>
      <w:r>
        <w:t xml:space="preserve"> me</w:t>
        <w:br/>
        <w:t>然后又反过来指责我</w:t>
        <w:br/>
        <w:t>and</w:t>
      </w:r>
      <w:r>
        <w:t xml:space="preserve"> then</w:t>
      </w:r>
      <w:r>
        <w:t xml:space="preserve"> you</w:t>
      </w:r>
      <w:r>
        <w:t xml:space="preserve"> try</w:t>
      </w:r>
      <w:r>
        <w:t xml:space="preserve"> and</w:t>
      </w:r>
      <w:r>
        <w:t xml:space="preserve"> turn</w:t>
      </w:r>
      <w:r>
        <w:t xml:space="preserve"> it</w:t>
      </w:r>
      <w:r>
        <w:t xml:space="preserve"> around</w:t>
      </w:r>
      <w:r>
        <w:t xml:space="preserve"> onto</w:t>
      </w:r>
      <w:r>
        <w:t xml:space="preserve"> me?</w:t>
        <w:br/>
        <w:t>你凭什么</w:t>
        <w:br/>
        <w:t>How</w:t>
      </w:r>
      <w:r>
        <w:t xml:space="preserve"> dare</w:t>
      </w:r>
      <w:r>
        <w:t xml:space="preserve"> you?</w:t>
        <w:br/>
        <w:t>好了</w:t>
        <w:br/>
        <w:t>Stop.</w:t>
        <w:br/>
        <w:t>谢谢</w:t>
      </w:r>
      <w:r>
        <w:t xml:space="preserve"> 暂停</w:t>
        <w:br/>
        <w:t>Thank</w:t>
      </w:r>
      <w:r>
        <w:t xml:space="preserve"> you.</w:t>
      </w:r>
      <w:r>
        <w:t xml:space="preserve"> Stop.</w:t>
        <w:br/>
        <w:t>那么</w:t>
      </w:r>
      <w:r>
        <w:t xml:space="preserve"> 我们如何辨别</w:t>
        <w:br/>
        <w:t>So,</w:t>
      </w:r>
      <w:r>
        <w:t xml:space="preserve"> how</w:t>
      </w:r>
      <w:r>
        <w:t xml:space="preserve"> do</w:t>
      </w:r>
      <w:r>
        <w:t xml:space="preserve"> we</w:t>
      </w:r>
      <w:r>
        <w:t xml:space="preserve"> know</w:t>
        <w:br/>
        <w:t>什么时候是虚假的表演呢</w:t>
        <w:br/>
        <w:t>when</w:t>
      </w:r>
      <w:r>
        <w:t xml:space="preserve"> we</w:t>
      </w:r>
      <w:r>
        <w:t xml:space="preserve"> are</w:t>
      </w:r>
      <w:r>
        <w:t xml:space="preserve"> looking</w:t>
      </w:r>
      <w:r>
        <w:t xml:space="preserve"> at</w:t>
      </w:r>
      <w:r>
        <w:t xml:space="preserve"> fake</w:t>
      </w:r>
      <w:r>
        <w:t xml:space="preserve"> acting?</w:t>
        <w:br/>
        <w:t>我们看演员的表情</w:t>
        <w:br/>
        <w:t>We</w:t>
      </w:r>
      <w:r>
        <w:t xml:space="preserve"> look</w:t>
      </w:r>
      <w:r>
        <w:t xml:space="preserve"> at</w:t>
      </w:r>
      <w:r>
        <w:t xml:space="preserve"> the</w:t>
      </w:r>
      <w:r>
        <w:t xml:space="preserve"> face</w:t>
        <w:br/>
        <w:t>还有他们的身体</w:t>
        <w:br/>
        <w:t>and</w:t>
      </w:r>
      <w:r>
        <w:t xml:space="preserve"> we</w:t>
      </w:r>
      <w:r>
        <w:t xml:space="preserve"> look</w:t>
      </w:r>
      <w:r>
        <w:t xml:space="preserve"> at</w:t>
      </w:r>
      <w:r>
        <w:t xml:space="preserve"> the</w:t>
      </w:r>
      <w:r>
        <w:t xml:space="preserve"> body,</w:t>
        <w:br/>
        <w:t>如果二者不协调</w:t>
        <w:br/>
        <w:t>and</w:t>
      </w:r>
      <w:r>
        <w:t xml:space="preserve"> if</w:t>
      </w:r>
      <w:r>
        <w:t xml:space="preserve"> they</w:t>
      </w:r>
      <w:r>
        <w:t xml:space="preserve"> are</w:t>
      </w:r>
      <w:r>
        <w:t xml:space="preserve"> in</w:t>
      </w:r>
      <w:r>
        <w:t xml:space="preserve"> disagreement,</w:t>
        <w:br/>
        <w:t>那就知道这是不合格的表演</w:t>
        <w:br/>
        <w:t>then</w:t>
      </w:r>
      <w:r>
        <w:t xml:space="preserve"> we</w:t>
      </w:r>
      <w:r>
        <w:t xml:space="preserve"> know</w:t>
      </w:r>
      <w:r>
        <w:t xml:space="preserve"> that</w:t>
      </w:r>
      <w:r>
        <w:t xml:space="preserve"> we're</w:t>
      </w:r>
      <w:r>
        <w:t xml:space="preserve"> looking</w:t>
      </w:r>
      <w:r>
        <w:t xml:space="preserve"> at</w:t>
      </w:r>
      <w:r>
        <w:t xml:space="preserve"> bad</w:t>
      </w:r>
      <w:r>
        <w:t xml:space="preserve"> acting.</w:t>
        <w:br/>
        <w:t>这</w:t>
        <w:br/>
        <w:t>And</w:t>
      </w:r>
      <w:r>
        <w:t xml:space="preserve"> that...</w:t>
        <w:br/>
        <w:t>这就是关键</w:t>
        <w:br/>
        <w:t>...that</w:t>
      </w:r>
      <w:r>
        <w:t xml:space="preserve"> is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  <w:r>
        <w:t xml:space="preserve"> key.</w:t>
        <w:br/>
        <w:t>莫达利安先生</w:t>
        <w:br/>
        <w:t>Mr.</w:t>
      </w:r>
      <w:r>
        <w:t xml:space="preserve"> Modarian!</w:t>
        <w:br/>
        <w:t>你好</w:t>
        <w:br/>
        <w:t>Hello?</w:t>
        <w:br/>
        <w:t>嗨</w:t>
      </w:r>
      <w:r>
        <w:t xml:space="preserve"> 莫达利安先生</w:t>
        <w:br/>
        <w:t>Hi!</w:t>
      </w:r>
      <w:r>
        <w:t xml:space="preserve"> Mr.</w:t>
      </w:r>
      <w:r>
        <w:t xml:space="preserve"> Modarian?</w:t>
        <w:br/>
        <w:t>是我</w:t>
      </w:r>
      <w:r>
        <w:t xml:space="preserve"> 昨天早上我们见过的</w:t>
        <w:br/>
        <w:t>I-</w:t>
      </w:r>
      <w:r>
        <w:t xml:space="preserve"> It's</w:t>
      </w:r>
      <w:r>
        <w:t xml:space="preserve"> me,</w:t>
      </w:r>
      <w:r>
        <w:t xml:space="preserve"> from</w:t>
      </w:r>
      <w:r>
        <w:t xml:space="preserve"> yesterday</w:t>
      </w:r>
      <w:r>
        <w:t xml:space="preserve"> morning</w:t>
        <w:br/>
        <w:t>埃尔莎白</w:t>
      </w:r>
      <w:r>
        <w:t xml:space="preserve"> 还记得吗</w:t>
      </w:r>
      <w:r>
        <w:t xml:space="preserve"> </w:t>
      </w:r>
      <w:r>
        <w:t xml:space="preserve"> -记得</w:t>
        <w:br/>
        <w:t>Elsbeth.</w:t>
      </w:r>
      <w:r>
        <w:t xml:space="preserve"> Remember?</w:t>
      </w:r>
      <w:r>
        <w:t xml:space="preserve"> -</w:t>
      </w:r>
      <w:r>
        <w:t xml:space="preserve"> Yes,</w:t>
      </w:r>
      <w:r>
        <w:t xml:space="preserve"> yes.</w:t>
        <w:br/>
        <w:t>你还好吗</w:t>
        <w:br/>
        <w:t>How</w:t>
      </w:r>
      <w:r>
        <w:t xml:space="preserve"> are</w:t>
      </w:r>
      <w:r>
        <w:t xml:space="preserve"> you?</w:t>
        <w:br/>
        <w:t>很好</w:t>
      </w:r>
      <w:r>
        <w:t xml:space="preserve"> 我只是</w:t>
        <w:br/>
        <w:t>Oh,</w:t>
      </w:r>
      <w:r>
        <w:t xml:space="preserve"> I'm</w:t>
      </w:r>
      <w:r>
        <w:t xml:space="preserve"> good.</w:t>
      </w:r>
      <w:r>
        <w:t xml:space="preserve"> I'm</w:t>
      </w:r>
      <w:r>
        <w:t xml:space="preserve"> just</w:t>
      </w:r>
      <w:r>
        <w:t xml:space="preserve"> a...Whew.</w:t>
        <w:br/>
        <w:t>有点喘不过气来</w:t>
        <w:br/>
        <w:t>I'm</w:t>
      </w:r>
      <w:r>
        <w:t xml:space="preserve"> a</w:t>
      </w:r>
      <w:r>
        <w:t xml:space="preserve"> little</w:t>
      </w:r>
      <w:r>
        <w:t xml:space="preserve"> out</w:t>
      </w:r>
      <w:r>
        <w:t xml:space="preserve"> of</w:t>
      </w:r>
      <w:r>
        <w:t xml:space="preserve"> breath</w:t>
      </w:r>
      <w:r>
        <w:t xml:space="preserve"> here.</w:t>
        <w:br/>
        <w:t>我看到你课程的尾声</w:t>
        <w:br/>
        <w:t>Um,</w:t>
      </w:r>
      <w:r>
        <w:t xml:space="preserve"> I</w:t>
      </w:r>
      <w:r>
        <w:t xml:space="preserve"> saw</w:t>
      </w:r>
      <w:r>
        <w:t xml:space="preserve"> the</w:t>
      </w:r>
      <w:r>
        <w:t xml:space="preserve"> end</w:t>
      </w:r>
      <w:r>
        <w:t xml:space="preserve"> of</w:t>
      </w:r>
      <w:r>
        <w:t xml:space="preserve"> your</w:t>
      </w:r>
      <w:r>
        <w:t xml:space="preserve"> class.</w:t>
        <w:br/>
        <w:t>你讲得真好</w:t>
        <w:br/>
        <w:t>That</w:t>
      </w:r>
      <w:r>
        <w:t xml:space="preserve"> was</w:t>
      </w:r>
      <w:r>
        <w:t xml:space="preserve"> so</w:t>
      </w:r>
      <w:r>
        <w:t xml:space="preserve"> amazing.</w:t>
        <w:br/>
        <w:t>谢谢</w:t>
      </w:r>
      <w:r>
        <w:t xml:space="preserve"> </w:t>
      </w:r>
      <w:r>
        <w:t xml:space="preserve"> -我觉得</w:t>
        <w:br/>
        <w:t>Thank</w:t>
      </w:r>
      <w:r>
        <w:t xml:space="preserve"> you.</w:t>
      </w:r>
      <w:r>
        <w:t xml:space="preserve"> -</w:t>
      </w:r>
      <w:r>
        <w:t xml:space="preserve"> Oh,</w:t>
      </w:r>
      <w:r>
        <w:t xml:space="preserve"> I</w:t>
      </w:r>
      <w:r>
        <w:t xml:space="preserve"> loved</w:t>
      </w:r>
      <w:r>
        <w:t xml:space="preserve"> how</w:t>
        <w:br/>
        <w:t>你倒地哭泣的那段表演真棒</w:t>
        <w:br/>
        <w:t>you-</w:t>
      </w:r>
      <w:r>
        <w:t xml:space="preserve"> you</w:t>
      </w:r>
      <w:r>
        <w:t xml:space="preserve"> cried</w:t>
      </w:r>
      <w:r>
        <w:t xml:space="preserve"> and</w:t>
      </w:r>
      <w:r>
        <w:t xml:space="preserve"> you</w:t>
      </w:r>
      <w:r>
        <w:t xml:space="preserve"> fell</w:t>
      </w:r>
      <w:r>
        <w:t xml:space="preserve"> down.</w:t>
        <w:br/>
        <w:t>演得好真实</w:t>
      </w:r>
      <w:r>
        <w:t xml:space="preserve"> 你是怎么做到的</w:t>
        <w:br/>
        <w:t>That</w:t>
      </w:r>
      <w:r>
        <w:t xml:space="preserve"> was</w:t>
      </w:r>
      <w:r>
        <w:t xml:space="preserve"> so</w:t>
      </w:r>
      <w:r>
        <w:t xml:space="preserve"> real.</w:t>
      </w:r>
      <w:r>
        <w:t xml:space="preserve"> How</w:t>
      </w:r>
      <w:r>
        <w:t xml:space="preserve"> do</w:t>
      </w:r>
      <w:r>
        <w:t xml:space="preserve"> you</w:t>
      </w:r>
      <w:r>
        <w:t xml:space="preserve"> do</w:t>
      </w:r>
      <w:r>
        <w:t xml:space="preserve"> that?</w:t>
        <w:br/>
        <w:t>我必须赶回办公室了</w:t>
      </w:r>
      <w:r>
        <w:t xml:space="preserve"> 小姐</w:t>
        <w:br/>
        <w:t>I've</w:t>
      </w:r>
      <w:r>
        <w:t xml:space="preserve"> got</w:t>
      </w:r>
      <w:r>
        <w:t xml:space="preserve"> to</w:t>
      </w:r>
      <w:r>
        <w:t xml:space="preserve"> get</w:t>
      </w:r>
      <w:r>
        <w:t xml:space="preserve"> to</w:t>
      </w:r>
      <w:r>
        <w:t xml:space="preserve"> my</w:t>
      </w:r>
      <w:r>
        <w:t xml:space="preserve"> office,</w:t>
      </w:r>
      <w:r>
        <w:t xml:space="preserve"> Miss,</w:t>
      </w:r>
      <w:r>
        <w:t xml:space="preserve"> um</w:t>
        <w:br/>
        <w:t>你可以叫我埃尔莎白</w:t>
        <w:br/>
        <w:t>Oh,</w:t>
      </w:r>
      <w:r>
        <w:t xml:space="preserve"> you</w:t>
      </w:r>
      <w:r>
        <w:t xml:space="preserve"> can</w:t>
      </w:r>
      <w:r>
        <w:t xml:space="preserve"> call</w:t>
      </w:r>
      <w:r>
        <w:t xml:space="preserve"> me</w:t>
      </w:r>
      <w:r>
        <w:t xml:space="preserve"> Elsbeth.</w:t>
        <w:br/>
        <w:t>我跟你一起去</w:t>
        <w:br/>
        <w:t>I'll</w:t>
      </w:r>
      <w:r>
        <w:t xml:space="preserve"> come</w:t>
      </w:r>
      <w:r>
        <w:t xml:space="preserve"> with</w:t>
      </w:r>
      <w:r>
        <w:t xml:space="preserve"> you.</w:t>
        <w:br/>
        <w:t>还有几个问题想问你</w:t>
        <w:br/>
        <w:t>And</w:t>
      </w:r>
      <w:r>
        <w:t xml:space="preserve"> I</w:t>
      </w:r>
      <w:r>
        <w:t xml:space="preserve"> just</w:t>
      </w:r>
      <w:r>
        <w:t xml:space="preserve"> have</w:t>
      </w:r>
      <w:r>
        <w:t xml:space="preserve"> a</w:t>
      </w:r>
      <w:r>
        <w:t xml:space="preserve"> few</w:t>
      </w:r>
      <w:r>
        <w:t xml:space="preserve"> questions.</w:t>
        <w:br/>
        <w:t>哇</w:t>
      </w:r>
      <w:r>
        <w:t xml:space="preserve"> 这些都是你学生吗</w:t>
        <w:br/>
        <w:t>Wow.</w:t>
      </w:r>
      <w:r>
        <w:t xml:space="preserve"> Are</w:t>
      </w:r>
      <w:r>
        <w:t xml:space="preserve"> all</w:t>
      </w:r>
      <w:r>
        <w:t xml:space="preserve"> these</w:t>
      </w:r>
      <w:r>
        <w:t xml:space="preserve"> your</w:t>
      </w:r>
      <w:r>
        <w:t xml:space="preserve"> students?</w:t>
        <w:br/>
        <w:t>有很多人都是</w:t>
        <w:br/>
        <w:t>Many</w:t>
      </w:r>
      <w:r>
        <w:t xml:space="preserve"> of</w:t>
      </w:r>
      <w:r>
        <w:t xml:space="preserve"> them,</w:t>
      </w:r>
      <w:r>
        <w:t xml:space="preserve"> yes.</w:t>
        <w:br/>
        <w:t>她好像参演了《魔法坏女巫》</w:t>
        <w:br/>
        <w:t>I</w:t>
      </w:r>
      <w:r>
        <w:t xml:space="preserve"> think</w:t>
      </w:r>
      <w:r>
        <w:t xml:space="preserve"> she</w:t>
      </w:r>
      <w:r>
        <w:t xml:space="preserve"> was</w:t>
      </w:r>
      <w:r>
        <w:t xml:space="preserve"> in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  <w:r>
        <w:t xml:space="preserve"> Wicked.</w:t>
        <w:br/>
        <w:t>我是因为有原声大碟</w:t>
        <w:br/>
        <w:t>I</w:t>
      </w:r>
      <w:r>
        <w:t xml:space="preserve"> only</w:t>
      </w:r>
      <w:r>
        <w:t xml:space="preserve"> know</w:t>
        <w:br/>
        <w:t>才知道的</w:t>
        <w:br/>
        <w:t>because</w:t>
      </w:r>
      <w:r>
        <w:t xml:space="preserve"> I</w:t>
      </w:r>
      <w:r>
        <w:t xml:space="preserve"> have</w:t>
      </w:r>
      <w:r>
        <w:t xml:space="preserve"> the</w:t>
      </w:r>
      <w:r>
        <w:t xml:space="preserve"> cast</w:t>
      </w:r>
      <w:r>
        <w:t xml:space="preserve"> album.</w:t>
        <w:br/>
        <w:t>我经常看这部</w:t>
        <w:br/>
        <w:t>I</w:t>
      </w:r>
      <w:r>
        <w:t xml:space="preserve"> play</w:t>
      </w:r>
      <w:r>
        <w:t xml:space="preserve"> it</w:t>
      </w:r>
      <w:r>
        <w:t xml:space="preserve"> all</w:t>
      </w:r>
      <w:r>
        <w:t xml:space="preserve"> the</w:t>
      </w:r>
      <w:r>
        <w:t xml:space="preserve"> time.</w:t>
        <w:br/>
        <w:br/>
        <w:t>请问你有何贵干</w:t>
      </w:r>
      <w:r>
        <w:t xml:space="preserve"> 塔肖尼女士</w:t>
      </w:r>
      <w:r>
        <w:t xml:space="preserve"> </w:t>
      </w:r>
      <w:r>
        <w:t xml:space="preserve"> -这个</w:t>
        <w:br/>
        <w:t>How</w:t>
      </w:r>
      <w:r>
        <w:t xml:space="preserve"> may</w:t>
      </w:r>
      <w:r>
        <w:t xml:space="preserve"> I</w:t>
      </w:r>
      <w:r>
        <w:t xml:space="preserve"> help</w:t>
      </w:r>
      <w:r>
        <w:t xml:space="preserve"> you,</w:t>
      </w:r>
      <w:r>
        <w:t xml:space="preserve"> Ms.</w:t>
      </w:r>
      <w:r>
        <w:t xml:space="preserve"> Tascioni?</w:t>
      </w:r>
      <w:r>
        <w:t xml:space="preserve"> -</w:t>
      </w:r>
      <w:r>
        <w:t xml:space="preserve"> Well,</w:t>
        <w:br/>
        <w:t>警方在调查奥利维亚的约会对象是谁</w:t>
        <w:br/>
        <w:t>the</w:t>
      </w:r>
      <w:r>
        <w:t xml:space="preserve"> police</w:t>
      </w:r>
      <w:r>
        <w:t xml:space="preserve"> are</w:t>
      </w:r>
      <w:r>
        <w:t xml:space="preserve"> looking</w:t>
      </w:r>
      <w:r>
        <w:t xml:space="preserve"> for</w:t>
      </w:r>
      <w:r>
        <w:t xml:space="preserve"> who</w:t>
      </w:r>
      <w:r>
        <w:t xml:space="preserve"> Olivia</w:t>
      </w:r>
      <w:r>
        <w:t xml:space="preserve"> was</w:t>
      </w:r>
      <w:r>
        <w:t xml:space="preserve"> dating.</w:t>
        <w:br/>
        <w:t>你用的什么香体剂</w:t>
        <w:br/>
        <w:t>What</w:t>
      </w:r>
      <w:r>
        <w:t xml:space="preserve"> deodorant</w:t>
      </w:r>
      <w:r>
        <w:t xml:space="preserve"> do</w:t>
      </w:r>
      <w:r>
        <w:t xml:space="preserve"> you</w:t>
      </w:r>
      <w:r>
        <w:t xml:space="preserve"> use?</w:t>
        <w:br/>
        <w:t>什么</w:t>
      </w:r>
      <w:r>
        <w:t xml:space="preserve"> </w:t>
      </w:r>
      <w:r>
        <w:t xml:space="preserve"> -刚好</w:t>
        <w:br/>
        <w:t>What?</w:t>
      </w:r>
      <w:r>
        <w:t xml:space="preserve"> -</w:t>
      </w:r>
      <w:r>
        <w:t xml:space="preserve"> It's</w:t>
      </w:r>
      <w:r>
        <w:t xml:space="preserve"> just</w:t>
      </w:r>
      <w:r>
        <w:t xml:space="preserve"> that</w:t>
        <w:br/>
        <w:t>我们在奥利维亚的药品柜里</w:t>
        <w:br/>
        <w:t>we</w:t>
      </w:r>
      <w:r>
        <w:t xml:space="preserve"> found</w:t>
      </w:r>
      <w:r>
        <w:t xml:space="preserve"> Old</w:t>
      </w:r>
      <w:r>
        <w:t xml:space="preserve"> Irish</w:t>
      </w:r>
      <w:r>
        <w:t xml:space="preserve"> deodorant</w:t>
        <w:br/>
        <w:t>发现了古爱香体剂</w:t>
        <w:br/>
        <w:t>in</w:t>
      </w:r>
      <w:r>
        <w:t xml:space="preserve"> Olivia's</w:t>
      </w:r>
      <w:r>
        <w:t xml:space="preserve"> medicine</w:t>
      </w:r>
      <w:r>
        <w:t xml:space="preserve"> cabinet,</w:t>
        <w:br/>
        <w:t>她父母说奥利维亚不用这个</w:t>
        <w:br/>
        <w:t>and</w:t>
      </w:r>
      <w:r>
        <w:t xml:space="preserve"> her</w:t>
      </w:r>
      <w:r>
        <w:t xml:space="preserve"> parents</w:t>
      </w:r>
      <w:r>
        <w:t xml:space="preserve"> said</w:t>
      </w:r>
      <w:r>
        <w:t xml:space="preserve"> Olivia</w:t>
      </w:r>
      <w:r>
        <w:t xml:space="preserve"> didn't</w:t>
      </w:r>
      <w:r>
        <w:t xml:space="preserve"> use</w:t>
      </w:r>
      <w:r>
        <w:t xml:space="preserve"> Old</w:t>
      </w:r>
      <w:r>
        <w:t xml:space="preserve"> Irish.</w:t>
        <w:br/>
        <w:t>所以</w:t>
      </w:r>
      <w:r>
        <w:t xml:space="preserve"> 我们在找一个闻起来</w:t>
        <w:br/>
        <w:t>So,</w:t>
      </w:r>
      <w:r>
        <w:t xml:space="preserve"> we're</w:t>
      </w:r>
      <w:r>
        <w:t xml:space="preserve"> looking</w:t>
      </w:r>
      <w:r>
        <w:t xml:space="preserve"> for</w:t>
      </w:r>
      <w:r>
        <w:t xml:space="preserve"> a</w:t>
      </w:r>
      <w:r>
        <w:t xml:space="preserve"> murderer</w:t>
        <w:br/>
        <w:t>像古爱香体剂的杀人犯</w:t>
        <w:br/>
        <w:t>who</w:t>
      </w:r>
      <w:r>
        <w:t xml:space="preserve"> smells</w:t>
      </w:r>
      <w:r>
        <w:t xml:space="preserve"> like</w:t>
      </w:r>
      <w:r>
        <w:t xml:space="preserve"> Old</w:t>
      </w:r>
      <w:r>
        <w:t xml:space="preserve"> Irish?</w:t>
        <w:br/>
        <w:t>是的</w:t>
      </w:r>
      <w:r>
        <w:t xml:space="preserve"> 好吧</w:t>
      </w:r>
      <w:r>
        <w:t xml:space="preserve"> 你是对的</w:t>
        <w:br/>
        <w:t>Yes,</w:t>
      </w:r>
      <w:r>
        <w:t xml:space="preserve"> okay.</w:t>
      </w:r>
      <w:r>
        <w:t xml:space="preserve"> You're</w:t>
      </w:r>
      <w:r>
        <w:t xml:space="preserve"> right.</w:t>
        <w:br/>
        <w:t>这就像福尔摩斯的故事</w:t>
        <w:br/>
        <w:t>That's</w:t>
      </w:r>
      <w:r>
        <w:t xml:space="preserve"> like</w:t>
      </w:r>
      <w:r>
        <w:t xml:space="preserve"> a</w:t>
      </w:r>
      <w:r>
        <w:t xml:space="preserve"> Sherlock</w:t>
      </w:r>
      <w:r>
        <w:t xml:space="preserve"> Holmes</w:t>
      </w:r>
      <w:r>
        <w:t xml:space="preserve"> story,</w:t>
        <w:br/>
        <w:t>不过是用刮和闻的</w:t>
        <w:br/>
        <w:t>but</w:t>
      </w:r>
      <w:r>
        <w:t xml:space="preserve"> with</w:t>
      </w:r>
      <w:r>
        <w:t xml:space="preserve"> scratch-</w:t>
      </w:r>
      <w:r>
        <w:t xml:space="preserve"> and-</w:t>
      </w:r>
      <w:r>
        <w:t xml:space="preserve"> sniff.</w:t>
        <w:br/>
        <w:t>很抱歉</w:t>
      </w:r>
      <w:r>
        <w:t xml:space="preserve"> 但我觉得这没什么好笑的</w:t>
        <w:br/>
        <w:t>I'm</w:t>
      </w:r>
      <w:r>
        <w:t xml:space="preserve"> sorry</w:t>
      </w:r>
      <w:r>
        <w:t xml:space="preserve"> if</w:t>
      </w:r>
      <w:r>
        <w:t xml:space="preserve"> I</w:t>
      </w:r>
      <w:r>
        <w:t xml:space="preserve"> can't</w:t>
      </w:r>
      <w:r>
        <w:t xml:space="preserve"> find</w:t>
      </w:r>
      <w:r>
        <w:t xml:space="preserve"> this</w:t>
      </w:r>
      <w:r>
        <w:t xml:space="preserve"> funny,</w:t>
        <w:br/>
        <w:t>我的一个学生刚刚被杀了</w:t>
        <w:br/>
        <w:t>but</w:t>
      </w:r>
      <w:r>
        <w:t xml:space="preserve"> one</w:t>
      </w:r>
      <w:r>
        <w:t xml:space="preserve"> of</w:t>
      </w:r>
      <w:r>
        <w:t xml:space="preserve"> my</w:t>
      </w:r>
      <w:r>
        <w:t xml:space="preserve"> students</w:t>
      </w:r>
      <w:r>
        <w:t xml:space="preserve"> has</w:t>
      </w:r>
      <w:r>
        <w:t xml:space="preserve"> just</w:t>
      </w:r>
      <w:r>
        <w:t xml:space="preserve"> been</w:t>
      </w:r>
      <w:r>
        <w:t xml:space="preserve"> killed.</w:t>
        <w:br/>
        <w:t>或者</w:t>
        <w:br/>
        <w:t>Or.</w:t>
        <w:br/>
        <w:t>是自杀的</w:t>
        <w:br/>
        <w:t>committed</w:t>
      </w:r>
    </w:p>
    <w:p>
      <w:r>
        <w:t xml:space="preserve"> suicide.</w:t>
        <w:br/>
        <w:t>是的</w:t>
        <w:br/>
        <w:t>Yes.</w:t>
        <w:br/>
        <w:t>或者是自杀</w:t>
        <w:br/>
        <w:t>Or</w:t>
      </w:r>
      <w:r>
        <w:t xml:space="preserve"> committed</w:t>
      </w:r>
      <w:r>
        <w:t xml:space="preserve"> suicide.</w:t>
        <w:br/>
        <w:t>所以</w:t>
      </w:r>
      <w:r>
        <w:t xml:space="preserve"> 很抱歉我没法把这当成一场游戏</w:t>
        <w:br/>
        <w:t>So,</w:t>
      </w:r>
      <w:r>
        <w:t xml:space="preserve"> sorry</w:t>
      </w:r>
      <w:r>
        <w:t xml:space="preserve"> if</w:t>
      </w:r>
      <w:r>
        <w:t xml:space="preserve"> I</w:t>
      </w:r>
      <w:r>
        <w:t xml:space="preserve"> don't</w:t>
      </w:r>
      <w:r>
        <w:t xml:space="preserve"> treat</w:t>
      </w:r>
      <w:r>
        <w:t xml:space="preserve"> this</w:t>
      </w:r>
      <w:r>
        <w:t xml:space="preserve"> like</w:t>
      </w:r>
      <w:r>
        <w:t xml:space="preserve"> a</w:t>
      </w:r>
      <w:r>
        <w:t xml:space="preserve"> game.</w:t>
        <w:br/>
        <w:t>如果你不介意的话</w:t>
      </w:r>
      <w:r>
        <w:t xml:space="preserve"> 我现在要打个电&amp;hearts;话&amp;hearts;</w:t>
        <w:br/>
        <w:t>Now,</w:t>
      </w:r>
      <w:r>
        <w:t xml:space="preserve"> if</w:t>
      </w:r>
      <w:r>
        <w:t xml:space="preserve"> you</w:t>
      </w:r>
      <w:r>
        <w:t xml:space="preserve"> don't</w:t>
      </w:r>
      <w:r>
        <w:t xml:space="preserve"> mind,</w:t>
      </w:r>
      <w:r>
        <w:t xml:space="preserve"> I</w:t>
      </w:r>
      <w:r>
        <w:t xml:space="preserve"> need</w:t>
      </w:r>
      <w:r>
        <w:t xml:space="preserve"> to</w:t>
      </w:r>
      <w:r>
        <w:t xml:space="preserve"> make</w:t>
      </w:r>
      <w:r>
        <w:t xml:space="preserve"> a</w:t>
      </w:r>
      <w:r>
        <w:t xml:space="preserve"> call.</w:t>
        <w:br/>
        <w:t>当然</w:t>
      </w:r>
      <w:r>
        <w:t xml:space="preserve"> 当然</w:t>
        <w:br/>
        <w:t>Sure,</w:t>
      </w:r>
      <w:r>
        <w:t xml:space="preserve"> sure.</w:t>
        <w:br/>
        <w:t>你是想闻我的味道吧</w:t>
      </w:r>
      <w:r>
        <w:t xml:space="preserve"> 塔肖尼女士</w:t>
        <w:br/>
        <w:t>You're</w:t>
      </w:r>
      <w:r>
        <w:t xml:space="preserve"> trying</w:t>
      </w:r>
      <w:r>
        <w:t xml:space="preserve"> to</w:t>
      </w:r>
      <w:r>
        <w:t xml:space="preserve"> sniff</w:t>
      </w:r>
      <w:r>
        <w:t xml:space="preserve"> me,</w:t>
      </w:r>
      <w:r>
        <w:t xml:space="preserve"> aren't</w:t>
      </w:r>
      <w:r>
        <w:t xml:space="preserve"> you,</w:t>
      </w:r>
      <w:r>
        <w:t xml:space="preserve"> Ms.</w:t>
      </w:r>
      <w:r>
        <w:t xml:space="preserve"> Tascioni?</w:t>
        <w:br/>
        <w:t>什么</w:t>
      </w:r>
      <w:r>
        <w:t xml:space="preserve"> 不不不</w:t>
      </w:r>
      <w:r>
        <w:t xml:space="preserve"> 我只是</w:t>
        <w:br/>
        <w:t>What?</w:t>
      </w:r>
      <w:r>
        <w:t xml:space="preserve"> No.</w:t>
      </w:r>
      <w:r>
        <w:t xml:space="preserve"> No,</w:t>
      </w:r>
      <w:r>
        <w:t xml:space="preserve"> no,</w:t>
      </w:r>
      <w:r>
        <w:t xml:space="preserve"> no.</w:t>
      </w:r>
      <w:r>
        <w:t xml:space="preserve"> I</w:t>
      </w:r>
      <w:r>
        <w:t xml:space="preserve"> was</w:t>
      </w:r>
      <w:r>
        <w:t xml:space="preserve"> just...</w:t>
        <w:br/>
        <w:t>不</w:t>
      </w:r>
      <w:r>
        <w:t xml:space="preserve"> 不</w:t>
      </w:r>
      <w:r>
        <w:t xml:space="preserve"> 尽管闻</w:t>
        <w:br/>
        <w:t>No,</w:t>
      </w:r>
      <w:r>
        <w:t xml:space="preserve"> no.</w:t>
      </w:r>
      <w:r>
        <w:t xml:space="preserve"> No,</w:t>
      </w:r>
      <w:r>
        <w:t xml:space="preserve"> sniff</w:t>
      </w:r>
      <w:r>
        <w:t xml:space="preserve"> away.</w:t>
        <w:br/>
        <w:t>来吧</w:t>
      </w:r>
      <w:r>
        <w:t xml:space="preserve"> 塔肖尼女士</w:t>
      </w:r>
      <w:r>
        <w:t xml:space="preserve"> 来闻吧</w:t>
        <w:br/>
        <w:t>Come</w:t>
      </w:r>
      <w:r>
        <w:t xml:space="preserve"> on,</w:t>
      </w:r>
      <w:r>
        <w:t xml:space="preserve"> Ms.</w:t>
      </w:r>
      <w:r>
        <w:t xml:space="preserve"> Tascioni,</w:t>
      </w:r>
      <w:r>
        <w:t xml:space="preserve"> get</w:t>
      </w:r>
      <w:r>
        <w:t xml:space="preserve"> in</w:t>
      </w:r>
      <w:r>
        <w:t xml:space="preserve"> there.</w:t>
        <w:br/>
        <w:t>你真逗</w:t>
      </w:r>
      <w:r>
        <w:t xml:space="preserve"> 亚历克斯</w:t>
        <w:br/>
        <w:t>Oh,</w:t>
      </w:r>
      <w:r>
        <w:t xml:space="preserve"> you're</w:t>
      </w:r>
      <w:r>
        <w:t xml:space="preserve"> so</w:t>
      </w:r>
      <w:r>
        <w:t xml:space="preserve"> funny,</w:t>
      </w:r>
      <w:r>
        <w:t xml:space="preserve"> Alex.</w:t>
        <w:br/>
        <w:t>不</w:t>
      </w:r>
      <w:r>
        <w:t xml:space="preserve"> 不</w:t>
      </w:r>
      <w:r>
        <w:t xml:space="preserve"> 不</w:t>
        <w:br/>
        <w:t>No,</w:t>
      </w:r>
      <w:r>
        <w:t xml:space="preserve"> no,</w:t>
      </w:r>
      <w:r>
        <w:t xml:space="preserve"> no,</w:t>
      </w:r>
      <w:r>
        <w:t xml:space="preserve"> no.</w:t>
        <w:br/>
        <w:t>我不需要闻</w:t>
        <w:br/>
        <w:t>I-</w:t>
      </w:r>
      <w:r>
        <w:t xml:space="preserve"> I</w:t>
      </w:r>
      <w:r>
        <w:t xml:space="preserve"> don't</w:t>
      </w:r>
      <w:r>
        <w:t xml:space="preserve"> need</w:t>
      </w:r>
      <w:r>
        <w:t xml:space="preserve"> to</w:t>
      </w:r>
      <w:r>
        <w:t xml:space="preserve"> smell</w:t>
        <w:br/>
        <w:t>我用的是拉夫劳伦牌的</w:t>
      </w:r>
      <w:r>
        <w:t xml:space="preserve"> 塔肖尼女士</w:t>
        <w:br/>
        <w:t>I</w:t>
      </w:r>
      <w:r>
        <w:t xml:space="preserve"> am</w:t>
      </w:r>
      <w:r>
        <w:t xml:space="preserve"> a</w:t>
      </w:r>
      <w:r>
        <w:t xml:space="preserve"> Ralph</w:t>
      </w:r>
      <w:r>
        <w:t xml:space="preserve"> Lauren</w:t>
      </w:r>
      <w:r>
        <w:t xml:space="preserve"> man,</w:t>
      </w:r>
      <w:r>
        <w:t xml:space="preserve"> Ms</w:t>
      </w:r>
      <w:r>
        <w:t xml:space="preserve"> Tascioni.</w:t>
        <w:br/>
        <w:t>所以</w:t>
      </w:r>
      <w:r>
        <w:t xml:space="preserve"> 如果你想找的杀手</w:t>
        <w:br/>
        <w:t>So,</w:t>
      </w:r>
      <w:r>
        <w:t xml:space="preserve"> if</w:t>
      </w:r>
      <w:r>
        <w:t xml:space="preserve"> you're</w:t>
      </w:r>
      <w:r>
        <w:t xml:space="preserve"> ever</w:t>
      </w:r>
      <w:r>
        <w:t xml:space="preserve"> looking</w:t>
      </w:r>
      <w:r>
        <w:t xml:space="preserve"> for</w:t>
      </w:r>
      <w:r>
        <w:t xml:space="preserve"> a</w:t>
      </w:r>
      <w:r>
        <w:t xml:space="preserve"> killer</w:t>
        <w:br/>
        <w:t>散发着着拉夫劳伦香氛的味道</w:t>
        <w:br/>
        <w:t>and</w:t>
      </w:r>
      <w:r>
        <w:t xml:space="preserve"> there's</w:t>
      </w:r>
      <w:r>
        <w:t xml:space="preserve"> a</w:t>
      </w:r>
      <w:r>
        <w:t xml:space="preserve"> Ralph</w:t>
      </w:r>
      <w:r>
        <w:t xml:space="preserve"> Lauren</w:t>
      </w:r>
      <w:r>
        <w:t xml:space="preserve"> scent</w:t>
      </w:r>
      <w:r>
        <w:t xml:space="preserve"> in</w:t>
      </w:r>
      <w:r>
        <w:t xml:space="preserve"> the</w:t>
      </w:r>
      <w:r>
        <w:t xml:space="preserve"> air,</w:t>
        <w:br/>
        <w:t>那你可以把我铐起来了</w:t>
        <w:br/>
        <w:t>then</w:t>
      </w:r>
      <w:r>
        <w:t xml:space="preserve"> you</w:t>
      </w:r>
      <w:r>
        <w:t xml:space="preserve"> can</w:t>
      </w:r>
      <w:r>
        <w:t xml:space="preserve"> cuff</w:t>
      </w:r>
      <w:r>
        <w:t xml:space="preserve"> me.</w:t>
        <w:br/>
        <w:t>但是</w:t>
      </w:r>
      <w:r>
        <w:t xml:space="preserve"> 与此同时</w:t>
      </w:r>
      <w:r>
        <w:t xml:space="preserve"> 我得打个电&amp;hearts;话&amp;hearts;</w:t>
        <w:br/>
        <w:t>But,</w:t>
      </w:r>
      <w:r>
        <w:t xml:space="preserve"> in</w:t>
      </w:r>
      <w:r>
        <w:t xml:space="preserve"> the</w:t>
      </w:r>
      <w:r>
        <w:t xml:space="preserve"> meantime,</w:t>
      </w:r>
      <w:r>
        <w:t xml:space="preserve"> I</w:t>
      </w:r>
      <w:r>
        <w:t xml:space="preserve"> need</w:t>
      </w:r>
      <w:r>
        <w:t xml:space="preserve"> to</w:t>
      </w:r>
      <w:r>
        <w:t xml:space="preserve"> make</w:t>
      </w:r>
      <w:r>
        <w:t xml:space="preserve"> my</w:t>
      </w:r>
      <w:r>
        <w:t xml:space="preserve"> call.</w:t>
        <w:br/>
        <w:t>是的</w:t>
      </w:r>
      <w:r>
        <w:t xml:space="preserve"> 我很抱歉</w:t>
        <w:br/>
        <w:t>Yes.</w:t>
      </w:r>
      <w:r>
        <w:t xml:space="preserve"> I'm</w:t>
      </w:r>
      <w:r>
        <w:t xml:space="preserve"> sorry.</w:t>
        <w:br/>
        <w:t>我已经占用你</w:t>
        <w:br/>
        <w:t>I've</w:t>
      </w:r>
      <w:r>
        <w:t xml:space="preserve"> taken</w:t>
      </w:r>
      <w:r>
        <w:t xml:space="preserve"> up</w:t>
        <w:br/>
        <w:t>太多的</w:t>
        <w:br/>
        <w:t>way</w:t>
      </w:r>
      <w:r>
        <w:t xml:space="preserve"> too</w:t>
      </w:r>
      <w:r>
        <w:t xml:space="preserve"> much</w:t>
        <w:br/>
        <w:t>时间了</w:t>
        <w:br/>
        <w:t>of</w:t>
      </w:r>
      <w:r>
        <w:t xml:space="preserve"> your</w:t>
      </w:r>
      <w:r>
        <w:t xml:space="preserve"> time.</w:t>
        <w:br/>
        <w:t>嘿</w:t>
      </w:r>
      <w:r>
        <w:t xml:space="preserve"> 是我</w:t>
        <w:br/>
        <w:t>Hey,</w:t>
      </w:r>
      <w:r>
        <w:t xml:space="preserve"> it's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https://d.book118.com/065322042000011114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21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06532204200001111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33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