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小学年度教学工作计划</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t>小学年度教学工作计划1</w:t>
      </w:r>
      <w:r>
        <w:rPr>
          <w:lang w:eastAsia="zh-CN"/>
        </w:rPr>
        <w:br/>
      </w:r>
      <w:r>
        <w:rPr>
          <w:lang w:eastAsia="zh-CN"/>
        </w:rPr>
        <w:t xml:space="preserve">    值此我市今年小学升初中严格按学区划分之际，我校应当抓住这一有利契机，在教学质量和社会声望上打一翻身仗，以让家长放心地选择我校为目标，切记盲目乐观，错失机会，同时也应根据我校的地.位置看清差距，我校全体教师.应付出更大的努力才能扬我校威。 </w:t>
      </w:r>
      <w:r>
        <w:rPr>
          <w:lang w:eastAsia="zh-CN"/>
        </w:rPr>
        <w:br/>
      </w:r>
      <w:r>
        <w:rPr>
          <w:lang w:eastAsia="zh-CN"/>
        </w:rPr>
        <w:t>　　本学期教学工作的指导服务工作.应做实做细，每天贵在坚持督促。</w:t>
      </w:r>
      <w:r>
        <w:rPr>
          <w:lang w:eastAsia="zh-CN"/>
        </w:rPr>
        <w:br/>
      </w:r>
      <w:r>
        <w:rPr>
          <w:lang w:eastAsia="zh-CN"/>
        </w:rPr>
        <w:t>　　一、教学常规的督促和检查。</w:t>
      </w:r>
      <w:r>
        <w:rPr>
          <w:lang w:eastAsia="zh-CN"/>
        </w:rPr>
        <w:br/>
      </w:r>
      <w:r>
        <w:rPr>
          <w:lang w:eastAsia="zh-CN"/>
        </w:rPr>
        <w:t>　　备课检查分定期和抽查，教案注重教师的反思、学情的分析和学习效果的反馈；听课笔记注重教师针对讲课教师的优缺点记录。定期检查学生作业教师的批改情况的。教学计划和总结不必太长，不必拿来主义，不必太理论化，不是写论文，就实打实，说你想做什么，想怎么做，期末总结你的得失即可。</w:t>
      </w:r>
      <w:r>
        <w:rPr>
          <w:lang w:eastAsia="zh-CN"/>
        </w:rPr>
        <w:br/>
      </w:r>
      <w:r>
        <w:rPr>
          <w:lang w:eastAsia="zh-CN"/>
        </w:rPr>
        <w:t>　　保证教师的备课时间，少开无用会，会宜短不宜长，开要开出效果，如能激发教师的干劲。少有其他杂事，至于劳动等宁愿雇人也不可随意占用教师备课批作业时间，人的精力有限，否则势必影响教学效果，领导也可随时抽查老师办公室，看是否常有人不认真备课批作业。班级自习课无老师不适宜。</w:t>
      </w:r>
      <w:r>
        <w:rPr>
          <w:lang w:eastAsia="zh-CN"/>
        </w:rPr>
        <w:br/>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纪律是学习效果的保证，它也是一个学校校风、学风、班风的反映，因此课堂纪律.应作为学校的重点工作来抓，可和班主任和政治处密切配合；教师要注重课堂40分钟的效率和学法的指导，防止学生做无用功。同时任课教师要根据学情对学生个别指导和辅导，多与学生面批或谈话以更好地保证学生的学习效果，学会与问题学生打交道，课堂上严管，课下关爱他们、原谅他们、帮助他们；校各级领导需每天坚持走廊查课，推门听课，及时表扬表现优秀的教师，以激励老师。定期进行家长开放日进课堂活动。</w:t>
      </w:r>
      <w:r>
        <w:rPr>
          <w:lang w:eastAsia="zh-CN"/>
        </w:rPr>
        <w:br/>
      </w:r>
      <w:r>
        <w:rPr>
          <w:lang w:eastAsia="zh-CN"/>
        </w:rPr>
        <w:t>　　严格监管各科教学辅导资料和卷子，严把质量关，尽量做到精选辅导资料，卷子需教师精选多种辅导材料拼盘而成。</w:t>
      </w:r>
      <w:r>
        <w:rPr>
          <w:lang w:eastAsia="zh-CN"/>
        </w:rPr>
        <w:br/>
      </w:r>
      <w:r>
        <w:rPr>
          <w:lang w:eastAsia="zh-CN"/>
        </w:rPr>
        <w:t>　　任课教师请假除了和校领导打招呼外，需本人通知教导处，上班后需到教导处销假，以便教导处对代课的管理。</w:t>
      </w:r>
      <w:r>
        <w:rPr>
          <w:lang w:eastAsia="zh-CN"/>
        </w:rPr>
        <w:br/>
      </w:r>
      <w:r>
        <w:rPr>
          <w:lang w:eastAsia="zh-CN"/>
        </w:rPr>
        <w:t>　　二、对考试的管理。</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本着本年级回避、保密的.原则严格公平出卷、评卷，析卷时评卷者和任课者有交接，指出优势、漏洞和弱项，以便今后更好地开展教学。为了激发教师的工作干劲，根据各次考试成绩设教学质量奖和教学质量提高奖（各次考试成绩的分析和比较是校领导了解我校现状和制定下步的.改措施的重要依据），此奖要不惜财力，形成良好的赶帮超教风；同时为了激发学生的学习热情也要设立奖学金和学习进步奖发给家长或给家长发喜报、邀请到校戴大红花的方式，让家长更加重视学生的进步和成长，形成一种教育的持续力和关注度，可能会有一种事半功倍的效果（这也是我校教学策略的一个良好宣传）。各年级循序渐进地依次进行，到中考时取得好成绩是水到渠成的事。</w:t>
      </w:r>
      <w:r>
        <w:rPr>
          <w:lang w:eastAsia="zh-CN"/>
        </w:rPr>
        <w:br/>
      </w:r>
      <w:r>
        <w:rPr>
          <w:lang w:eastAsia="zh-CN"/>
        </w:rPr>
        <w:t>　　“知己知彼，百战不殆”。各年级需有搞外联的老师，了解各校的动向，拿到各校的各次考试试卷和名次表。</w:t>
      </w:r>
      <w:r>
        <w:rPr>
          <w:lang w:eastAsia="zh-CN"/>
        </w:rPr>
        <w:br/>
      </w:r>
      <w:r>
        <w:rPr>
          <w:lang w:eastAsia="zh-CN"/>
        </w:rPr>
        <w:t>　　三、其他工作。</w:t>
      </w:r>
      <w:r>
        <w:rPr>
          <w:lang w:eastAsia="zh-CN"/>
        </w:rPr>
        <w:br/>
      </w:r>
      <w:r>
        <w:rPr>
          <w:lang w:eastAsia="zh-CN"/>
        </w:rPr>
        <w:t>　　教师的理论学习需要落到实处，可以让教学成绩突出的老师介绍经验，教学成绩领先的原因在哪里？也可找一些有实际操作价值的名师讲座，让教师能真正地有所得有所悟，同时还能激发教师的事业心和责任心。</w:t>
      </w:r>
      <w:r>
        <w:rPr>
          <w:lang w:eastAsia="zh-CN"/>
        </w:rPr>
        <w:br/>
      </w:r>
      <w:r>
        <w:rPr>
          <w:lang w:eastAsia="zh-CN"/>
        </w:rPr>
        <w:t>　　对于我校的特色化教育每学期要给他们提供展示的舞台，形成一种效应：每学期至少我校应有一台演出，一场体育赛事，一次美术书画展。同时，在继续夯实我校俄语特色的同时，不能忽视淡化了英语，因为毕竟英语生中卧虎藏龙。</w:t>
      </w:r>
      <w:r>
        <w:rPr>
          <w:lang w:eastAsia="zh-CN"/>
        </w:rPr>
        <w:br/>
      </w:r>
      <w:r>
        <w:rPr>
          <w:lang w:eastAsia="zh-CN"/>
        </w:rPr>
        <w:t>　　针对上级检查，我校应掌握相关文件和依据，防止临时抱佛脚，平时应做好工作的细化、材料的积累、保存和管理，专人负责、工作变动有交接指导等。</w:t>
      </w:r>
      <w:r>
        <w:rPr>
          <w:lang w:eastAsia="zh-CN"/>
        </w:rPr>
        <w:br/>
      </w:r>
      <w:r>
        <w:rPr>
          <w:lang w:eastAsia="zh-CN"/>
        </w:rPr>
        <w:t>　　每个人的智慧都是有限的，我校荣四中人的腰杆子才硬，共同办好学校是每个四中人的责任，我们需要群策群力，因此，教导处要定期征.民意，欢迎每位老师提出促进教学的批评和建议。教导处也要定期坚持自查和小结，总结工作得失，反思工作的落实情况的。</w:t>
      </w:r>
      <w:r>
        <w:rPr>
          <w:lang w:eastAsia="zh-CN"/>
        </w:rPr>
        <w:br/>
      </w:r>
      <w:r>
        <w:rPr>
          <w:lang w:eastAsia="zh-CN"/>
        </w:rPr>
        <w:t>　　上下齐心不言弃，卧薪尝胆抓质量；</w:t>
      </w:r>
      <w:r>
        <w:rPr>
          <w:lang w:eastAsia="zh-CN"/>
        </w:rPr>
        <w:br/>
      </w:r>
      <w:r>
        <w:rPr>
          <w:lang w:eastAsia="zh-CN"/>
        </w:rPr>
        <w:t>　　付出终会有收效，一遭雪耻扬我威。小学年度教学工作计划2</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xml:space="preserve">    为全面贯彻教育方针，深入实施素质教育，着力打造高效课堂，切实提升教育质量，根据上级相关文件、会议精神，结合我校实际，特制定本学年度教学工作计划。 </w:t>
      </w:r>
      <w:r>
        <w:rPr>
          <w:lang w:eastAsia="zh-CN"/>
        </w:rPr>
        <w:br/>
      </w:r>
      <w:r>
        <w:rPr>
          <w:lang w:eastAsia="zh-CN"/>
        </w:rPr>
        <w:t>　　一、指导思想</w:t>
      </w:r>
      <w:r>
        <w:rPr>
          <w:lang w:eastAsia="zh-CN"/>
        </w:rPr>
        <w:br/>
      </w:r>
      <w:r>
        <w:rPr>
          <w:lang w:eastAsia="zh-CN"/>
        </w:rPr>
        <w:t>　　贯彻教育方针，遵循教育规律，注重习惯培养，为学生终身发展奠基。</w:t>
      </w:r>
      <w:r>
        <w:rPr>
          <w:lang w:eastAsia="zh-CN"/>
        </w:rPr>
        <w:br/>
      </w:r>
      <w:r>
        <w:rPr>
          <w:lang w:eastAsia="zh-CN"/>
        </w:rPr>
        <w:t>　　二、工作目标</w:t>
      </w:r>
      <w:r>
        <w:rPr>
          <w:lang w:eastAsia="zh-CN"/>
        </w:rPr>
        <w:br/>
      </w:r>
      <w:r>
        <w:rPr>
          <w:lang w:eastAsia="zh-CN"/>
        </w:rPr>
        <w:t>　　教学秩序规范化，教学行为科学化，教学督查制度化，教学检测严肃化，着力打造高效课堂，全面提高教学质量。学年末统一考试，各年级进入全县同层次前三分之一位次，部分年级进入全县同层次前五分之一位次。</w:t>
      </w:r>
      <w:r>
        <w:rPr>
          <w:lang w:eastAsia="zh-CN"/>
        </w:rPr>
        <w:br/>
      </w:r>
      <w:r>
        <w:rPr>
          <w:lang w:eastAsia="zh-CN"/>
        </w:rPr>
        <w:t>　　三、主要措施</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１、高度重视学生学习习惯的培养。现在，我们绝大多数教师已经认同了"终身教育"这一观念，更加深刻地领悟了"活到老学到老，还有很多没学到"这一古训。由此可见，良好的学习习惯和科学的学习方法对人的一生是多么重要。首先要注重对学生读书写字姿势的训练，严格按照"三个一"要求学生，随时提醒，随时纠正，做到经常化。其次要努力培养学生认真写字的态度，这是各年级的共同要求，同时要结合书法教学，分层次提出写字要求（正确、规范、美观）。教育学生早睡早起，按时到校，遵守作息制度，保证学习时间。各班要认真考勤，避免迟到、早退或旷课现象的发生。结合健康教育，指导学生科学用脑、科学用眼、合理休息。教会学生做眼保健操，预防近视发生。加强课堂常规教育，各班课前有歌声，并作好必要的课前准备，发言先举手，回答问题声音宏亮，但不乱吼乱叫。注重学法指导，适时教给学生一些获取知识的方法、技巧，让学生学会学习，逐步培养他们的自学能力。</w:t>
      </w:r>
      <w:r>
        <w:rPr>
          <w:lang w:eastAsia="zh-CN"/>
        </w:rPr>
        <w:br/>
      </w:r>
      <w:r>
        <w:rPr>
          <w:lang w:eastAsia="zh-CN"/>
        </w:rPr>
        <w:t>　　２、高度重视学生学习兴趣的培养。"兴趣是最好的老师"，要千方百计调动和保护各层次学生的学习积极性。开齐课程，开足课时，在认真上好基础学科的同时，努力上好综常课，扩大学生的知识领域，培养学生的'广泛兴趣，从而促进学生全面发展。切实减轻学生过重的课业负担，保持儿童应有的天真活泼。要充分利用现代教育手段，通过多种媒介刺激学生感官，创设生动情景，寓教于乐，让学生轻松愉快地获取新知，增长见识，提高能力。严禁歧视、辱骂、体罚学困生，要给他们多关爱、多鼓励，和他们多交流、多沟通，让他们体验成功的喜悦，树立成长的信心。转化一个学困生，帮助他们找回自信，让他们回归到正常儿童行列中来，是一件功德无量的大好事，是积德。反之，听之任之，放任自流，或者挖苦打击制造学困生，则是犯罪，是渎职。</w:t>
      </w:r>
      <w:r>
        <w:rPr>
          <w:lang w:eastAsia="zh-CN"/>
        </w:rPr>
        <w:br/>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３、加强教研教改，提升自身业务水平。健全教研机构，加强对教研工作的领导。全校成立两个教研组：语文教研组组长胥玉秀、数学教研组组长李会君。杨周德副校长联系数学教研组，冯小成主任联系语文教研组，切实加强对教研工作的领导和指导。各教研组要认真拟订教研工作计划，每学期开展四次大型教研活动，教研形式可以是专题讨论、专题讲座，也可以是微格课、观摩课等。每次教研活动必须精心准备，认真策划，涉及到的有关教师要鼎力支持，全组成员人人参加，不得迟到早退，力争取得预期的效果。教研组长要作好教研活动记录，学年末认真进行总结。学校将积极支持教师参加上级组织的教研活动，采取"走出去，请进来"等形式加强教研工作。全体教师要树立终身学习观念，戒骄戒躁，虚心学习，克服教研工作中的飘浮作风。每周进行2小时的业务学习，周三下午数学组，周四下午语文组，人人必须作好笔记，写好心得体会。要充分利用集体办公时间，开展集体备课、小组备课。同时，根据县教研室的统一要求，每位教师每学期相互听课不得少于15节。"三人行，必有我师焉。"相互听课，相互学习，取长补短，共同进步，不仅是我们教学工作的需要，也是一个人诚实谦虚优良品质的重要体现。</w:t>
      </w:r>
      <w:r>
        <w:rPr>
          <w:lang w:eastAsia="zh-CN"/>
        </w:rPr>
        <w:br/>
      </w:r>
      <w:r>
        <w:rPr>
          <w:lang w:eastAsia="zh-CN"/>
        </w:rPr>
        <w:t>　　４、扎实做好六认真工作，切实打造有效课堂。理想的教学效果，萌生于具体的教学过程中。只有脚踏实地，一步一个脚印，把握好各个教学环节，才可能取得最终的胜利。加强过程管理是提高教学质量的根本保证。</w:t>
      </w:r>
      <w:r>
        <w:rPr>
          <w:lang w:eastAsia="zh-CN"/>
        </w:rPr>
        <w:br/>
      </w:r>
      <w:r>
        <w:rPr>
          <w:lang w:eastAsia="zh-CN"/>
        </w:rPr>
        <w:t>　　①备课。备好课是上好课的前提，对每堂课要依据课标，吃透教材，深入了解学生，既要备知识，又要备教法学法，特别应注重教学方法的预设和练习作业的设计。在教案编写上，禁止抄袭，要根据自己学生实际和课标要求，以能否指导教学为标准，确定教学目标，设计教学流程。基础课一律写详案，常识课可写简案。</w:t>
      </w:r>
      <w:r>
        <w:rPr>
          <w:lang w:eastAsia="zh-CN"/>
        </w:rPr>
        <w:br/>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②上课。按照学校制定的课程表和作息时间表，按时上班，不迟到早退，不在教室外闲谈，保证教学时间，向课堂40分钟要质量。课堂教学要注重培养学生的积极性、自觉性、主动性和创造性。采用科学的教学方法，增强学生的主动意识和参与意识。充分利用现代教育媒体，直观形象地进行教学，调动学生学习兴趣，提高课堂教学效益。教学中力求做到：目标明确，知识准确，语言简练，方法灵活，板书规范，作业恰当，教具直观，成效显着，体现教学艺术。同时我们还提倡根据课程改革的要求，转变教师角色，改革教学方式，倡导自主、合作、探究式学习，真正打造高效课堂。</w:t>
      </w:r>
      <w:r>
        <w:rPr>
          <w:lang w:eastAsia="zh-CN"/>
        </w:rPr>
        <w:br/>
      </w:r>
      <w:r>
        <w:rPr>
          <w:lang w:eastAsia="zh-CN"/>
        </w:rPr>
        <w:t>　　③作业批改。对学生作业要严格要求，进一步规范学生书写和作业格式。作业的布置要有目的性，注意科学性，认真把握好度、量、序，批改要及时、全面，并认真搞好作业评讲。</w:t>
      </w:r>
      <w:r>
        <w:rPr>
          <w:lang w:eastAsia="zh-CN"/>
        </w:rPr>
        <w:br/>
      </w:r>
      <w:r>
        <w:rPr>
          <w:lang w:eastAsia="zh-CN"/>
        </w:rPr>
        <w:t>　　④个别辅导。教学工作只有面向全体学生，才能全面提高教学质量，要特别重视学困生的转化，做好防困转困工作。对待学困生要爱、严、细、导，建立学困生档案，做到心中有数，采取发扬优点克服缺点等手段，坚持正面引导，多鼓励，多帮助，达到逐步转化的目的，()坚决杜绝歧视学困生和撵走学困生的现象。</w:t>
      </w:r>
      <w:r>
        <w:rPr>
          <w:lang w:eastAsia="zh-CN"/>
        </w:rPr>
        <w:br/>
      </w:r>
      <w:r>
        <w:rPr>
          <w:lang w:eastAsia="zh-CN"/>
        </w:rPr>
        <w:t>　　⑤考查考核。认真搞好单元和学月测验，搞好质量分析，认真对待学校统一组织的学月、期中、期末考试，杜绝舞弊现象。</w:t>
      </w:r>
      <w:r>
        <w:rPr>
          <w:lang w:eastAsia="zh-CN"/>
        </w:rPr>
        <w:br/>
      </w:r>
      <w:r>
        <w:rPr>
          <w:lang w:eastAsia="zh-CN"/>
        </w:rPr>
        <w:t>　　⑥教学评价。对学生学习成绩的评价要做到公正、客观，要注意维护学生的自尊心，帮助学生树立自信心。在表扬、鼓励优生的同时，要注意调动其他学生的学习积极性。坚决禁止采取过激手段，讽刺、挖苦、打击"学困生"或"下滑生"。</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５、牢固树立质量意识、责任意识和忧患意识，为质量提升，学校发展作出自己应的的贡献。随着工业园区建设步伐的加快，麻秧的区域优势日渐突现，常驻人口有明显增加的趋势，生源有回升的可能。但同时随着工业文明的发展，交通更加便利，老百姓对教育的要求更高，优质生源外流也呈上升趋势。加之__特殊教育学校的招生，一场前所未有的生源之争已经展开。我们没有豪华的校舍，没有优惠的政策，唯一可以依靠的就是质量。我们只能用质量去稳定和扩大生源，否则我们将一败涂地。所以切实提升教学质量，以此维持学校的生存和发展，是我们唯一的出路。</w:t>
      </w:r>
      <w:r>
        <w:rPr>
          <w:lang w:eastAsia="zh-CN"/>
        </w:rPr>
        <w:br/>
      </w:r>
      <w:r>
        <w:rPr>
          <w:lang w:eastAsia="zh-CN"/>
        </w:rPr>
        <w:t>　　６、时间加汗水仍然是我们提高教育质量的重要法宝。我们的学生不比人家的学生聪明，我们的教师也并不一定比其他学校的教师能干，在同等条件下，我们只能靠自己的勤劳和勤奋，笨鸟先飞，用更多的时间和汗水去夺取胜利。我学年我们仍然坚持毕业班饭后和课外活动补课制度和午休期间晨读制度。</w:t>
      </w:r>
      <w:r>
        <w:rPr>
          <w:lang w:eastAsia="zh-CN"/>
        </w:rPr>
        <w:br/>
      </w:r>
      <w:r>
        <w:rPr>
          <w:lang w:eastAsia="zh-CN"/>
        </w:rPr>
        <w:t>　　希全体教师进一步强化质量意识，继续发扬勤岗敬业精神，精诚团结，顽强拼搏，勇立潮头，誓为人先，共同创造麻秧小学教育事业的新辉煌！小学年度教学工作计划3</w:t>
      </w:r>
      <w:r>
        <w:rPr>
          <w:lang w:eastAsia="zh-CN"/>
        </w:rPr>
        <w:br/>
      </w:r>
      <w:r>
        <w:rPr>
          <w:lang w:eastAsia="zh-CN"/>
        </w:rPr>
        <w:t xml:space="preserve">    不知不觉又是一年过去了。回顾过去的一年可以用一个字来概括：累！新的学期或许会更累，但我希望累并快乐着！为了提高自己的做事效率，顺利完成本学期的各项任务，特制定如下的教学工作计划： </w:t>
      </w:r>
      <w:r>
        <w:rPr>
          <w:lang w:eastAsia="zh-CN"/>
        </w:rPr>
        <w:br/>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首先结合学校日程安排，提前制定周计划或是月计划，按照计划严格要求自己，凡事尽可能做到计划在前，提前准备。</w:t>
      </w:r>
      <w:r>
        <w:rPr>
          <w:lang w:eastAsia="zh-CN"/>
        </w:rPr>
        <w:br/>
      </w:r>
      <w:r>
        <w:rPr>
          <w:lang w:eastAsia="zh-CN"/>
        </w:rPr>
        <w:t>　　对于教学工作，我想还是要继续落实常规工作。首先是备课，不管本学期再忙再累，我都会严格要求自己认真备好每一节课，不但要备教材，还要备学情，根据五、六两个班学生的特点制定切实可行的教案。在精心准备好每一节课的前提下，我会要求自己尽最大可能上好每一节课，继续充分发挥合作学习小组的作用，根据班级特点，征求学生意见调整自己的授课方式方法，最大可能提高课堂效率，向课堂45分钟要质量（尽量甚至坚决不拖堂）。课堂上要做到面向全体学生，分类施教。尤其是要加强对后进生的指导与帮助，发现后进生身上的积极因素，特别是要注意培养后进生的自尊心和自信心，做到动之以情，晓之以理。总之，对个别学生要区别对待，对症下药，因材施教。为了巩固课堂效率，必要的作业是必不可少的`，无论是课堂作业还是家庭作业，我都会精心选择，分层布置，认真批改，并把作业情况进行总结反馈（必要时可反馈给家长）。对于单元检测我依然会保持以前的做法：多考多练，精心批改，及时反馈。</w:t>
      </w:r>
      <w:r>
        <w:rPr>
          <w:lang w:eastAsia="zh-CN"/>
        </w:rPr>
        <w:br/>
      </w:r>
      <w:r>
        <w:rPr>
          <w:lang w:eastAsia="zh-CN"/>
        </w:rPr>
        <w:t>　　除了做好常规工作外，我会定期与学生谈心交流，了解学生的思想动态，及时疏导解决学生的问题，做学生的良师益友。因为我始终相信：亲其师，信其道！</w:t>
      </w:r>
      <w:r>
        <w:rPr>
          <w:lang w:eastAsia="zh-CN"/>
        </w:rPr>
        <w:br/>
      </w:r>
      <w:r>
        <w:rPr>
          <w:lang w:eastAsia="zh-CN"/>
        </w:rPr>
        <w:t>　　新的学期，我会继续努力，期待能有令人满意的结果！小学年度教学工作计划4</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xml:space="preserve"> 根据县教育体育局的工作要求，普及实验教学，加强教育装备管理，切实提高教育技术装备的效益，我镇将扎实开展实验教学工作，努力提高学生的动手实践能力，采取多项有效措施，使我镇教育技术装备管理和实验教学工作再上一个新台阶。制定本计划：</w:t>
      </w:r>
      <w:r>
        <w:rPr>
          <w:lang w:eastAsia="zh-CN"/>
        </w:rPr>
        <w:t xml:space="preserve"> </w:t>
      </w:r>
      <w:r>
        <w:rPr>
          <w:lang w:eastAsia="zh-CN"/>
        </w:rPr>
        <w:br/>
      </w:r>
      <w:r>
        <w:rPr>
          <w:lang w:eastAsia="zh-CN"/>
        </w:rPr>
        <w:t>　　一、重点工作</w:t>
      </w:r>
      <w:r>
        <w:rPr>
          <w:lang w:eastAsia="zh-CN"/>
        </w:rPr>
        <w:br/>
      </w:r>
      <w:r>
        <w:rPr>
          <w:lang w:eastAsia="zh-CN"/>
        </w:rPr>
        <w:t>　　1、规范实验室、仪器室的管理</w:t>
      </w:r>
      <w:r>
        <w:rPr>
          <w:lang w:eastAsia="zh-CN"/>
        </w:rPr>
        <w:br/>
      </w:r>
      <w:r>
        <w:rPr>
          <w:lang w:eastAsia="zh-CN"/>
        </w:rPr>
        <w:t>　　根据新课标的精神，大力培养学生观察、实验、动手操作能力，培养学生的`创新精神，让学生受到良好的科学启蒙教育。各校要加强实验室、仪器室的管理，责成实验管理员履行好职责。</w:t>
      </w:r>
      <w:r>
        <w:rPr>
          <w:lang w:eastAsia="zh-CN"/>
        </w:rPr>
        <w:br/>
      </w:r>
      <w:r>
        <w:rPr>
          <w:lang w:eastAsia="zh-CN"/>
        </w:rPr>
        <w:t>　　2、加强实验教学的过程管理</w:t>
      </w:r>
      <w:r>
        <w:rPr>
          <w:lang w:eastAsia="zh-CN"/>
        </w:rPr>
        <w:br/>
      </w:r>
      <w:r>
        <w:rPr>
          <w:lang w:eastAsia="zh-CN"/>
        </w:rPr>
        <w:t>　　实验教学要落到实处，就要开足开齐实验课。为了把此项工作落到实处，教研室实行实验教学双周抽查制度，教研室每双周到学校班级进行抽查，落实实验情况，考察结果作为科学教师量化考核和学校综合量化考核的重要指标。</w:t>
      </w:r>
      <w:r>
        <w:rPr>
          <w:lang w:eastAsia="zh-CN"/>
        </w:rPr>
        <w:br/>
      </w:r>
      <w:r>
        <w:rPr>
          <w:lang w:eastAsia="zh-CN"/>
        </w:rPr>
        <w:t>　　二、实验教学教研工作具体安排：</w:t>
      </w:r>
      <w:r>
        <w:rPr>
          <w:lang w:eastAsia="zh-CN"/>
        </w:rPr>
        <w:br/>
      </w:r>
      <w:r>
        <w:rPr>
          <w:lang w:eastAsia="zh-CN"/>
        </w:rPr>
        <w:t>　　九月份：</w:t>
      </w:r>
      <w:r>
        <w:rPr>
          <w:lang w:eastAsia="zh-CN"/>
        </w:rPr>
        <w:br/>
      </w:r>
      <w:r>
        <w:rPr>
          <w:lang w:eastAsia="zh-CN"/>
        </w:rPr>
        <w:t>　　1、参加县教研室组织的小学科学“探究体验”实验培训。</w:t>
      </w:r>
      <w:r>
        <w:rPr>
          <w:lang w:eastAsia="zh-CN"/>
        </w:rPr>
        <w:br/>
      </w:r>
      <w:r>
        <w:rPr>
          <w:lang w:eastAsia="zh-CN"/>
        </w:rPr>
        <w:t>　　2、组织好镇级小学科学“探究体验”实验二级培训。</w:t>
      </w:r>
      <w:r>
        <w:rPr>
          <w:lang w:eastAsia="zh-CN"/>
        </w:rPr>
        <w:br/>
      </w:r>
      <w:r>
        <w:rPr>
          <w:lang w:eastAsia="zh-CN"/>
        </w:rPr>
        <w:t>　　3、教研室对各校实验教学进行双周查。</w:t>
      </w:r>
      <w:r>
        <w:rPr>
          <w:lang w:eastAsia="zh-CN"/>
        </w:rPr>
        <w:br/>
      </w:r>
      <w:r>
        <w:rPr>
          <w:lang w:eastAsia="zh-CN"/>
        </w:rPr>
        <w:t>　　十月份：</w:t>
      </w:r>
      <w:r>
        <w:rPr>
          <w:lang w:eastAsia="zh-CN"/>
        </w:rPr>
        <w:br/>
      </w:r>
      <w:r>
        <w:rPr>
          <w:lang w:eastAsia="zh-CN"/>
        </w:rPr>
        <w:t>　　4、对实验室、仪器室进行专项检查。</w:t>
      </w:r>
      <w:r>
        <w:rPr>
          <w:lang w:eastAsia="zh-CN"/>
        </w:rPr>
        <w:br/>
      </w:r>
      <w:r>
        <w:rPr>
          <w:lang w:eastAsia="zh-CN"/>
        </w:rPr>
        <w:t>　　5、教研室对各校实验教学进行双周查。</w:t>
      </w:r>
      <w:r>
        <w:rPr>
          <w:lang w:eastAsia="zh-CN"/>
        </w:rPr>
        <w:br/>
      </w:r>
      <w:r>
        <w:rPr>
          <w:lang w:eastAsia="zh-CN"/>
        </w:rPr>
        <w:t>　　十一月份：</w:t>
      </w:r>
      <w:r>
        <w:rPr>
          <w:lang w:eastAsia="zh-CN"/>
        </w:rPr>
        <w:br/>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6、学生实验操作技能抽测</w:t>
      </w:r>
      <w:r>
        <w:rPr>
          <w:lang w:eastAsia="zh-CN"/>
        </w:rPr>
        <w:br/>
      </w:r>
      <w:r>
        <w:rPr>
          <w:lang w:eastAsia="zh-CN"/>
        </w:rPr>
        <w:t>　　7、教研室对各校实验教学进行双周查。</w:t>
      </w:r>
      <w:r>
        <w:rPr>
          <w:lang w:eastAsia="zh-CN"/>
        </w:rPr>
        <w:br/>
      </w:r>
      <w:r>
        <w:rPr>
          <w:lang w:eastAsia="zh-CN"/>
        </w:rPr>
        <w:t>　　十二月份：</w:t>
      </w:r>
      <w:r>
        <w:rPr>
          <w:lang w:eastAsia="zh-CN"/>
        </w:rPr>
        <w:br/>
      </w:r>
      <w:r>
        <w:rPr>
          <w:lang w:eastAsia="zh-CN"/>
        </w:rPr>
        <w:t>　　8、考查学科教学质量抽测。</w:t>
      </w:r>
      <w:r>
        <w:rPr>
          <w:lang w:eastAsia="zh-CN"/>
        </w:rPr>
        <w:br/>
      </w:r>
      <w:r>
        <w:rPr>
          <w:lang w:eastAsia="zh-CN"/>
        </w:rPr>
        <w:t>　　9、教研室对各校实验教学进行双周查。</w:t>
      </w:r>
      <w:r>
        <w:rPr>
          <w:lang w:eastAsia="zh-CN"/>
        </w:rPr>
        <w:br/>
      </w:r>
      <w:r>
        <w:rPr>
          <w:lang w:eastAsia="zh-CN"/>
        </w:rPr>
        <w:t>　　20__年一月份：</w:t>
      </w:r>
      <w:r>
        <w:rPr>
          <w:lang w:eastAsia="zh-CN"/>
        </w:rPr>
        <w:br/>
      </w:r>
      <w:r>
        <w:rPr>
          <w:lang w:eastAsia="zh-CN"/>
        </w:rPr>
        <w:t>　　10、进行实验教学、教研工作总结。</w:t>
      </w:r>
      <w:r>
        <w:rPr>
          <w:lang w:eastAsia="zh-CN"/>
        </w:rPr>
        <w:br/>
      </w:r>
      <w:r>
        <w:rPr>
          <w:lang w:eastAsia="zh-CN"/>
        </w:rPr>
        <w:t>　　11、制定20__年实验教学教研工作计划。小学年度教学工作计划5</w:t>
      </w:r>
      <w:r>
        <w:rPr>
          <w:lang w:eastAsia="zh-CN"/>
        </w:rPr>
        <w:br/>
      </w:r>
      <w:r>
        <w:rPr>
          <w:lang w:eastAsia="zh-CN"/>
        </w:rPr>
        <w:t xml:space="preserve">    本学期，我校将借助新课程改革的强劲东风，深入学习新的课程标准，真正确立起与新课程相适应的体现素质教育精神的教育观念，以学生发展为根本，坚定不移地推进教学方式和学习方式的转变，让学生的自主性、独立性、能动性和创造性得到真正的张扬和提升。教务处将在校长室的直接领导下，组织学习，组织培训，通过反思，通过讨论，提高认识，强化责任，以更新观念为前提，以提高师资整体素质为核心，以提高课堂教学效率为重点，全面提高教育教学质量。 </w:t>
      </w:r>
      <w:r>
        <w:rPr>
          <w:lang w:eastAsia="zh-CN"/>
        </w:rPr>
        <w:br/>
      </w:r>
      <w:r>
        <w:rPr>
          <w:lang w:eastAsia="zh-CN"/>
        </w:rPr>
        <w:t>　　主要工作：</w:t>
      </w:r>
      <w:r>
        <w:rPr>
          <w:lang w:eastAsia="zh-CN"/>
        </w:rPr>
        <w:br/>
      </w:r>
      <w:r>
        <w:rPr>
          <w:lang w:eastAsia="zh-CN"/>
        </w:rPr>
        <w:t>　　一、学习新课程，树立新理念，促进课堂教学改革的进一步深化。</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新课程体现了先进的教学观念，这些观念包括教育的价值观、现代人才观、教育质量观、现代课程观、师生观、教学观等，昭示我们必须改变习以为常的教学方式，为学生的学习和发展提供良好的环境和条件。结合现在教育的形势，我们清醒地认识到不能墨守成规，要成为一个研究型的管理者，对任何问题都不能熟视无睹，要有思考，要有调查分析，要进行及时的总结，在全体教师中营造研讨、反思的氛围。新课程改革的重点仍是课堂教学的改革，我们要提高教学教育质量，必须思考怎样才能真正建立和谐的师生关系，让学生成为学习和教育的主人，成为真正意义上的人，幸福的人。</w:t>
      </w:r>
      <w:r>
        <w:rPr>
          <w:lang w:eastAsia="zh-CN"/>
        </w:rPr>
        <w:br/>
      </w:r>
      <w:r>
        <w:rPr>
          <w:lang w:eastAsia="zh-CN"/>
        </w:rPr>
        <w:t>　　1、树立全新理念</w:t>
      </w:r>
      <w:r>
        <w:rPr>
          <w:lang w:eastAsia="zh-CN"/>
        </w:rPr>
        <w:br/>
      </w:r>
      <w:r>
        <w:rPr>
          <w:lang w:eastAsia="zh-CN"/>
        </w:rPr>
        <w:t>　　教研组要深入学习新课程标准，特别要注意在理论与实践的结合层面提出问题、研究问题、解决问题，以帮助教师把理论付诸于实践，比如在讨论教育教学活动中的具体问题时，要把注意力集中在正确处理这样几种关系上：</w:t>
      </w:r>
      <w:r>
        <w:rPr>
          <w:lang w:eastAsia="zh-CN"/>
        </w:rPr>
        <w:br/>
      </w:r>
      <w:r>
        <w:rPr>
          <w:lang w:eastAsia="zh-CN"/>
        </w:rPr>
        <w:t>　　一是面向全体与关注差异的关系，</w:t>
      </w:r>
      <w:r>
        <w:rPr>
          <w:lang w:eastAsia="zh-CN"/>
        </w:rPr>
        <w:br/>
      </w:r>
      <w:r>
        <w:rPr>
          <w:lang w:eastAsia="zh-CN"/>
        </w:rPr>
        <w:t>　　二是全面发展与个性充分发展的关系，</w:t>
      </w:r>
      <w:r>
        <w:rPr>
          <w:lang w:eastAsia="zh-CN"/>
        </w:rPr>
        <w:br/>
      </w:r>
      <w:r>
        <w:rPr>
          <w:lang w:eastAsia="zh-CN"/>
        </w:rPr>
        <w:t>　　三是严格要求与主动地、生动活泼地发展的关系，</w:t>
      </w:r>
      <w:r>
        <w:rPr>
          <w:lang w:eastAsia="zh-CN"/>
        </w:rPr>
        <w:br/>
      </w:r>
      <w:r>
        <w:rPr>
          <w:lang w:eastAsia="zh-CN"/>
        </w:rPr>
        <w:t>　　四是打好基础与创新能力培养的关系，</w:t>
      </w:r>
      <w:r>
        <w:rPr>
          <w:lang w:eastAsia="zh-CN"/>
        </w:rPr>
        <w:br/>
      </w:r>
      <w:r>
        <w:rPr>
          <w:lang w:eastAsia="zh-CN"/>
        </w:rPr>
        <w:t>　　五是开发潜能与可持续发展的关系。</w:t>
      </w:r>
      <w:r>
        <w:rPr>
          <w:lang w:eastAsia="zh-CN"/>
        </w:rPr>
        <w:br/>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如果我们真正能在可操作的层面上处理好了这些关系，素质教育的要求就可以得到落实。我们要把学习方式（教学方式）的转变作为改革的核心问题来抓，因为学习方式不仅包括相对的学习方法及其关系，而且涉及学习习惯、学习意识、学习态度、学习品质等心理因素和心灵力量，所以学习方式的转变对促进学生发展更具有战略性的意义。</w:t>
      </w:r>
      <w:r>
        <w:rPr>
          <w:lang w:eastAsia="zh-CN"/>
        </w:rPr>
        <w:br/>
      </w:r>
      <w:r>
        <w:rPr>
          <w:lang w:eastAsia="zh-CN"/>
        </w:rPr>
        <w:t>　　要把握现代学习方式的五个基本特征：</w:t>
      </w:r>
      <w:r>
        <w:rPr>
          <w:lang w:eastAsia="zh-CN"/>
        </w:rPr>
        <w:br/>
      </w:r>
      <w:r>
        <w:rPr>
          <w:lang w:eastAsia="zh-CN"/>
        </w:rPr>
        <w:t>　　一是主动性。它是现代学习方式的首要特征，要让学生越学越想学、越爱学，自觉担负起学习的责任，使学生的学习成为一种真正的有意义的学习。</w:t>
      </w:r>
      <w:r>
        <w:rPr>
          <w:lang w:eastAsia="zh-CN"/>
        </w:rPr>
        <w:br/>
      </w:r>
      <w:r>
        <w:rPr>
          <w:lang w:eastAsia="zh-CN"/>
        </w:rPr>
        <w:t>　　二是独立性。它是现代学习方式的核心特征，表现为我能学。</w:t>
      </w:r>
      <w:r>
        <w:rPr>
          <w:lang w:eastAsia="zh-CN"/>
        </w:rPr>
        <w:br/>
      </w:r>
      <w:r>
        <w:rPr>
          <w:lang w:eastAsia="zh-CN"/>
        </w:rPr>
        <w:t>　　三是独特性。实际上，有效的学习方式都是个性化的，没有放之四海皆有效的统一方式，因为每个学生都有着不同于他人的观察、思考、和解决问题的.方式。</w:t>
      </w:r>
      <w:r>
        <w:rPr>
          <w:lang w:eastAsia="zh-CN"/>
        </w:rPr>
        <w:br/>
      </w:r>
      <w:r>
        <w:rPr>
          <w:lang w:eastAsia="zh-CN"/>
        </w:rPr>
        <w:t>　　四是体验性。它是现代学习方式的突出特征，强调身体性参与，重视直接经验。</w:t>
      </w:r>
      <w:r>
        <w:rPr>
          <w:lang w:eastAsia="zh-CN"/>
        </w:rPr>
        <w:br/>
      </w:r>
      <w:r>
        <w:rPr>
          <w:lang w:eastAsia="zh-CN"/>
        </w:rPr>
        <w:t>　　五是问题性。问题是开启任何一门科学的钥匙，问题是思想方法、知识积累和发展的逻辑力量，是生长新思想、新方法、新知识的种子，问题意识是学生进行学习特别是创造性学习的重要心理因素以上五点特性我们必须从整体的高度来全面把握现代学习方式的精神实质，才能有效地促进学生学习方式的转变。</w:t>
      </w:r>
      <w:r>
        <w:rPr>
          <w:lang w:eastAsia="zh-CN"/>
        </w:rPr>
        <w:br/>
      </w:r>
      <w:r>
        <w:rPr>
          <w:lang w:eastAsia="zh-CN"/>
        </w:rPr>
        <w:t>　　2、开展丰富多彩的教研活动</w:t>
      </w:r>
      <w:r>
        <w:rPr>
          <w:lang w:eastAsia="zh-CN"/>
        </w:rPr>
        <w:br/>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以开展课堂教学研究为重点，开展集体备课活动，带着课题上研讨课，推进教学改革。对于上教研课，必须强调要结合课题，体现研究的成果，评议时也要围绕课题进行，课后必须写案例分析，提倡一课一得。对于热点问题，将以沙龙形式组织研讨，各抒己见，形成共识。对于教学方法改革，要突出方法能激发学生的学习兴趣，能引导学生主动参与学习过程，能形成学生良好的学习习惯及正确的学习策略，能培养学生积极、健康的情感态度，形成正确的价值观。大力提倡课堂的民主化，大力提倡将学生的实践与社会实践相结合。要以科研为指导，学习研究的策略，汲取他人的教改经验，确立教研组及个人的研究课题，并将课题研究与平时教学实践、教研课、教学专题总结等结合起来。</w:t>
      </w:r>
      <w:r>
        <w:rPr>
          <w:lang w:eastAsia="zh-CN"/>
        </w:rPr>
        <w:br/>
      </w:r>
      <w:r>
        <w:rPr>
          <w:lang w:eastAsia="zh-CN"/>
        </w:rPr>
        <w:t>　　（1）本学期仍要求人人要上教研课，上岗三年内的教师要上展示汇报课，教研组长、百节好课教师、示范课教师等校骨干教师要上示范课。在此基础上，教务处将在校长室的直接领导下，与各处室合力抓好校级课堂教学评优课活动、选拔与推荐优秀教师，进一步培养我校的骨干教师。</w:t>
      </w:r>
      <w:r>
        <w:rPr>
          <w:lang w:eastAsia="zh-CN"/>
        </w:rPr>
        <w:br/>
      </w:r>
      <w:r>
        <w:rPr>
          <w:lang w:eastAsia="zh-CN"/>
        </w:rPr>
        <w:t>　　（2）充分利用双周六教师业务学习时间，组织我校骨干教师上示范课，并聘请市级骨干教师来校上课指导，集中精力进行磨课，把提高教师上课和评课水平落到实处，带动一大批教师迅速成长，为开创我校研究课堂教学的新局面注入新的血液。</w:t>
      </w:r>
      <w:r>
        <w:rPr>
          <w:lang w:eastAsia="zh-CN"/>
        </w:rPr>
        <w:br/>
      </w:r>
      <w:r>
        <w:rPr>
          <w:lang w:eastAsia="zh-CN"/>
        </w:rPr>
        <w:t>　　（3）改进教学后记的形式，突出质量意识，写好教学随笔，提倡每日三问：今天读了没有？今天想了没有？今天写了没有？及时积累材料，总结得失，写出具有较高质量的教学一得或教学论文。</w:t>
      </w:r>
      <w:r>
        <w:rPr>
          <w:lang w:eastAsia="zh-CN"/>
        </w:rPr>
        <w:br/>
      </w:r>
      <w:r>
        <w:rPr>
          <w:lang w:eastAsia="zh-CN"/>
        </w:rPr>
        <w:t>　　二、抓好常规工作，优化各项管理，提高工作的实效性。</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1、严格执行课程计划，坚持按课表上课，做到不挤、不占、不让任何学科课时。教务处将坚决执行课程计划细则，对不严格执行课程计划，上课不准时进课堂，课上随意离开课堂，任意拖课，随意换课，到专用室上课涣散，公出代课多等严格管理。提倡课堂作业应尽量当堂完成，确保学生课间休息。放学时按时请堂。</w:t>
      </w:r>
      <w:r>
        <w:rPr>
          <w:lang w:eastAsia="zh-CN"/>
        </w:rPr>
        <w:br/>
      </w:r>
      <w:r>
        <w:rPr>
          <w:lang w:eastAsia="zh-CN"/>
        </w:rPr>
        <w:t>　　教务处将加强平时检查力度，作好记载，发现问题，及时纠正处理，形成规范的课程管理制度。继续开展兴趣小组、“星期学校”活动，充分发挥学生潜能，培养学生兴趣特长。教务处也将严格辅导制度，加强辅导教师责任感，期末考评突出重点项目的考核，如学生的喜欢程度，学生的参与率等，确保活动有序、有效地开展。</w:t>
      </w:r>
      <w:r>
        <w:rPr>
          <w:lang w:eastAsia="zh-CN"/>
        </w:rPr>
        <w:br/>
      </w:r>
      <w:r>
        <w:rPr>
          <w:lang w:eastAsia="zh-CN"/>
        </w:rPr>
        <w:t>　　2、突出“六认真”管理。严格执行吴江市教委关于“六认真”规范的要求，坚持平时检查与期末考核相结合的过程管理，建立教学工作月查报告制度。教研组长仍负责本组月查工作，但要将本组突出问题及时上报，便于当即纠正，杜绝后患。教务处组织校内视导，随机抽查教师“六认真”工作情况，仍突出上课、辅导、作业的重点检查，但时间不限，次数不限，加强随机检查力度。</w:t>
      </w:r>
      <w:r>
        <w:rPr>
          <w:lang w:eastAsia="zh-CN"/>
        </w:rPr>
        <w:br/>
      </w:r>
      <w:r>
        <w:rPr>
          <w:lang w:eastAsia="zh-CN"/>
        </w:rPr>
        <w:t>　　教务处将在“六认真”分层管理上开展试点工作，如骨干教师备课，引导他们放弃完美，追求突破，简化烦琐的书写和机械的环节设计，强化思维的过程、创新的设计和教学的反思，充分展示自己的教学个性，形成自己的教学特色。教务处人员和教研组长要经常深入课堂，进行指导，教务处人员听随堂课不少于40节，教研组长对组内每位教师的随堂听课不少于2节，特别要加强对新上岗教师、薄弱教师的听课指导。</w:t>
      </w:r>
      <w:r>
        <w:rPr>
          <w:lang w:eastAsia="zh-CN"/>
        </w:rPr>
        <w:br/>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3、加强质量管理，实现“轻负担，高质量”，让学生想学、会学、乐学。要扎实抓好各科学习困难生的转化工作，早一点打算，多一点行动，少一点埋怨，早一点落实转化措施，多一点关心体贴，要花大力气提高合格率与优秀率，确保我校全科合格率达98%以上。辅导住宿生的各科教师更要具有高度的责任感，切实提高辅导质量，教务处将加强成绩检测、跟踪档案等工作，为住宿生学习上的进步寻求良方。</w:t>
      </w:r>
      <w:r>
        <w:rPr>
          <w:lang w:eastAsia="zh-CN"/>
        </w:rPr>
        <w:br/>
      </w:r>
      <w:r>
        <w:rPr>
          <w:lang w:eastAsia="zh-CN"/>
        </w:rPr>
        <w:t>　　4、加强教研组建设。学校教研组是青年教师成长成材的摇篮。教研活动要在“实”与“新”上做文章，激发教师参与教研的主体意识和创造热情，鼓励教师合作、交流、共享教研成果。教研组长要不断提高业务素养，争取及早成为吴江市教学新秀、教学能手，百节好课教师、示范课教师、学科带头人等。</w:t>
      </w:r>
      <w:r>
        <w:rPr>
          <w:lang w:eastAsia="zh-CN"/>
        </w:rPr>
        <w:br/>
      </w:r>
      <w:r>
        <w:rPr>
          <w:lang w:eastAsia="zh-CN"/>
        </w:rPr>
        <w:t>　　教研组长要担负起培养教师的神圣职责，充分利用每周的教研组活动时间，扎扎实实地开展教研活动，教研组长要组织好，协调好，指导好，并从中提高自己的威信。本学期教务处将继续评比校级先进教研组，并推荐参加市级先进教研组的评比。采取分组管理方式，不定期检查教研组开展活动情况，并形成教研组长每月例会制度，教务处将听取教研组长每月开展教研活动及“六认真”检查情况的汇报，并布置下一个月的工作。提倡各个教研组要创自己的特色，提出认为某些工作需要改革的方案与措施，报教务处备案后进行实践操作，并及时、认真总结得失，在期末进行交流。</w:t>
      </w:r>
      <w:r>
        <w:rPr>
          <w:lang w:eastAsia="zh-CN"/>
        </w:rPr>
        <w:br/>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5、关注特殊学生的成长。特殊学生是学生中特别值得注意的群体，班主任要给予更多的关心。在平时，班主任要多与家长沟通，及时将孩子在学校的表现反馈给家长，与家长共同有关工作。班主任在班级中要教育学生不能歧视特殊学生，要主动地与他们一起学习、生活，并给特殊学生找好结对伙伴，随时随地帮助他们，使他们感受到集体的温暖，觉得自己过得很快乐。在作业方面，课任老师对特殊学生要区别与其他学生，可分层作业，不要强求一致，增添特殊学生的负担。</w:t>
      </w:r>
      <w:r>
        <w:rPr>
          <w:lang w:eastAsia="zh-CN"/>
        </w:rPr>
        <w:br/>
      </w:r>
      <w:r>
        <w:rPr>
          <w:lang w:eastAsia="zh-CN"/>
        </w:rPr>
        <w:t>　　班主任要及时做好特殊学生的有关资料，要自觉学习特殊教育的有关经验，提高管理质量，坚决杜绝对特殊学生放在一边，不闻不问。学校将对特殊学生工作进行督促、检查、考核，大力表彰先进，使我校在特殊学生的管理上再上新台阶。</w:t>
      </w:r>
      <w:r>
        <w:rPr>
          <w:lang w:eastAsia="zh-CN"/>
        </w:rPr>
        <w:br/>
      </w:r>
      <w:r>
        <w:rPr>
          <w:lang w:eastAsia="zh-CN"/>
        </w:rPr>
        <w:t>　　三、练好本领，提高素养，树立教师的良好形象。</w:t>
      </w:r>
      <w:r>
        <w:rPr>
          <w:lang w:eastAsia="zh-CN"/>
        </w:rPr>
        <w:br/>
      </w:r>
      <w:r>
        <w:rPr>
          <w:lang w:eastAsia="zh-CN"/>
        </w:rPr>
        <w:t>　　实施素质教育的关键是教师，我校将大力提高教师队伍的整体素质，以练内功，促提高为动力，造就一支能适应现代教育发展的高师资队伍。</w:t>
      </w:r>
      <w:r>
        <w:rPr>
          <w:lang w:eastAsia="zh-CN"/>
        </w:rPr>
        <w:br/>
      </w:r>
      <w:r>
        <w:rPr>
          <w:lang w:eastAsia="zh-CN"/>
        </w:rPr>
        <w:t>　　1、配合市教委，共同做好新教师上岗三年的跟踪、培训工作，开展上岗三年内的业务练兵活动，为他们在市教委三年上岗考核中获得优异成绩作好准备。鼓励中青年教师继续学习，提高理论水平和现代教育技能水平。继续分层次培养骨干教师，定任务，压担子，提供学习、锻炼和展示才华的舞台，使他们向高一级层次冲刺。教务处将开展青年语文教师课文朗读比赛、英语教师基本功竞赛等活动。</w:t>
      </w:r>
      <w:r>
        <w:rPr>
          <w:lang w:eastAsia="zh-CN"/>
        </w:rPr>
        <w:br/>
      </w:r>
    </w:p>
    <w:p w:rsidR="001B1F19" w14:textId="27C3F48A">
      <w:pPr>
        <w:rPr>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2、对上岗三年的教师，重点要抓好“六认真“常规要求。对中青年教师，既要加强课堂教学的研究，不断改进教学方法，提高教学基本功的素养，也应不断反思自己的教学，总结经验，让自己更快成熟。全体教师要完成”四个一“：读一本现代教育理论书，研究一个课题，开一堂专题研讨课，写一篇教学论文。</w:t>
      </w:r>
      <w:r>
        <w:rPr>
          <w:lang w:eastAsia="zh-CN"/>
        </w:rPr>
        <w:br/>
      </w:r>
      <w:r>
        <w:rPr>
          <w:lang w:eastAsia="zh-CN"/>
        </w:rPr>
        <w:t>　　教务处</w:t>
      </w:r>
      <w:r>
        <w:rPr>
          <w:lang w:eastAsia="zh-CN"/>
        </w:rPr>
        <w:br/>
      </w:r>
      <w:r>
        <w:rPr>
          <w:lang w:eastAsia="zh-CN"/>
        </w:rPr>
        <w:t>　　附本学期教学教研主要活动安排表：</w:t>
      </w:r>
      <w:r>
        <w:rPr>
          <w:lang w:eastAsia="zh-CN"/>
        </w:rPr>
        <w:br/>
      </w:r>
      <w:r>
        <w:rPr>
          <w:lang w:eastAsia="zh-CN"/>
        </w:rPr>
        <w:t>　　九月份：</w:t>
      </w:r>
      <w:r>
        <w:rPr>
          <w:lang w:eastAsia="zh-CN"/>
        </w:rPr>
        <w:br/>
      </w:r>
      <w:r>
        <w:rPr>
          <w:lang w:eastAsia="zh-CN"/>
        </w:rPr>
        <w:t>　　1、各教研组制定各科教学计划、进度。</w:t>
      </w:r>
      <w:r>
        <w:rPr>
          <w:lang w:eastAsia="zh-CN"/>
        </w:rPr>
        <w:br/>
      </w:r>
      <w:r>
        <w:rPr>
          <w:lang w:eastAsia="zh-CN"/>
        </w:rPr>
        <w:t>　　2、组建“兴趣小组”、“星期学校”，并正常开始活动。</w:t>
      </w:r>
      <w:r>
        <w:rPr>
          <w:lang w:eastAsia="zh-CN"/>
        </w:rPr>
        <w:br/>
      </w:r>
      <w:r>
        <w:rPr>
          <w:lang w:eastAsia="zh-CN"/>
        </w:rPr>
        <w:t>　　3、校内视导活动。</w:t>
      </w:r>
      <w:r>
        <w:rPr>
          <w:lang w:eastAsia="zh-CN"/>
        </w:rPr>
        <w:br/>
      </w:r>
      <w:r>
        <w:rPr>
          <w:lang w:eastAsia="zh-CN"/>
        </w:rPr>
        <w:t>　　4、教研组长例会。</w:t>
      </w:r>
      <w:r>
        <w:rPr>
          <w:lang w:eastAsia="zh-CN"/>
        </w:rPr>
        <w:br/>
      </w:r>
      <w:r>
        <w:rPr>
          <w:lang w:eastAsia="zh-CN"/>
        </w:rPr>
        <w:t>　　5、二年级“集优识字”教材教法培训活动（市级）。</w:t>
      </w:r>
      <w:r>
        <w:rPr>
          <w:lang w:eastAsia="zh-CN"/>
        </w:rPr>
        <w:br/>
      </w:r>
      <w:r>
        <w:rPr>
          <w:lang w:eastAsia="zh-CN"/>
        </w:rPr>
        <w:t>　　6、三、四年级“大阅读教育”专题研讨活动（市级）。</w:t>
      </w:r>
      <w:r>
        <w:rPr>
          <w:lang w:eastAsia="zh-CN"/>
        </w:rPr>
        <w:br/>
      </w:r>
      <w:r>
        <w:rPr>
          <w:lang w:eastAsia="zh-CN"/>
        </w:rPr>
        <w:t>　　7、各科先进教研组评比（市级）。</w:t>
      </w:r>
      <w:r>
        <w:rPr>
          <w:lang w:eastAsia="zh-CN"/>
        </w:rPr>
        <w:br/>
      </w:r>
      <w:r>
        <w:rPr>
          <w:lang w:eastAsia="zh-CN"/>
        </w:rPr>
        <w:t>　　8、市音乐、美术、自然、数学中心组活动。</w:t>
      </w:r>
      <w:r>
        <w:rPr>
          <w:lang w:eastAsia="zh-CN"/>
        </w:rPr>
        <w:br/>
      </w:r>
      <w:r>
        <w:rPr>
          <w:lang w:eastAsia="zh-CN"/>
        </w:rPr>
        <w:t>　　9、综合实践活动课程培训（市级自然学科）。</w:t>
      </w:r>
      <w:r>
        <w:rPr>
          <w:lang w:eastAsia="zh-CN"/>
        </w:rPr>
        <w:br/>
      </w:r>
      <w:r>
        <w:rPr>
          <w:lang w:eastAsia="zh-CN"/>
        </w:rPr>
        <w:t>　　10、英语三、四年级教材培训，五、六年级教研活动（市级）。</w:t>
      </w:r>
      <w:r>
        <w:rPr>
          <w:lang w:eastAsia="zh-CN"/>
        </w:rPr>
        <w:br/>
      </w:r>
      <w:r>
        <w:rPr>
          <w:lang w:eastAsia="zh-CN"/>
        </w:rPr>
        <w:t>　　十月份：</w:t>
      </w:r>
      <w:r>
        <w:rPr>
          <w:lang w:eastAsia="zh-CN"/>
        </w:rPr>
        <w:br/>
      </w:r>
      <w:r>
        <w:rPr>
          <w:lang w:eastAsia="zh-CN"/>
        </w:rPr>
        <w:t>　　1、校内视导活动。</w:t>
      </w:r>
      <w:r>
        <w:rPr>
          <w:lang w:eastAsia="zh-CN"/>
        </w:rPr>
        <w:br/>
      </w:r>
      <w:r>
        <w:rPr>
          <w:lang w:eastAsia="zh-CN"/>
        </w:rPr>
        <w:t>　　2、教研组长例会。</w:t>
      </w:r>
      <w:r>
        <w:rPr>
          <w:lang w:eastAsia="zh-CN"/>
        </w:rPr>
        <w:br/>
      </w:r>
      <w:r>
        <w:rPr>
          <w:lang w:eastAsia="zh-CN"/>
        </w:rPr>
        <w:t>　　3、青年语文教师课文朗读比赛（校级、市级）。</w:t>
      </w:r>
      <w:r>
        <w:rPr>
          <w:lang w:eastAsia="zh-CN"/>
        </w:rPr>
        <w:br/>
      </w:r>
      <w:r>
        <w:rPr>
          <w:lang w:eastAsia="zh-CN"/>
        </w:rPr>
        <w:t>　　4、小学阅读教学备课改革现场会（市级）。</w:t>
      </w:r>
      <w:r>
        <w:rPr>
          <w:lang w:eastAsia="zh-CN"/>
        </w:rPr>
        <w:br/>
      </w:r>
      <w:r>
        <w:rPr>
          <w:lang w:eastAsia="zh-CN"/>
        </w:rPr>
        <w:t>　　5、成立市小学音乐、美术教改中心组。</w:t>
      </w:r>
      <w:r>
        <w:rPr>
          <w:lang w:eastAsia="zh-CN"/>
        </w:rPr>
        <w:br/>
      </w:r>
    </w:p>
    <w:p w:rsidR="001B1F19" w14:textId="27C3F48A">
      <w:pPr>
        <w:rPr>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6、中小学生“金钥匙”科技团体赛（市级）。</w:t>
      </w:r>
      <w:r>
        <w:rPr>
          <w:lang w:eastAsia="zh-CN"/>
        </w:rPr>
        <w:br/>
      </w:r>
      <w:r>
        <w:rPr>
          <w:lang w:eastAsia="zh-CN"/>
        </w:rPr>
        <w:t>　　7、自然论文评比（市级）。</w:t>
      </w:r>
      <w:r>
        <w:rPr>
          <w:lang w:eastAsia="zh-CN"/>
        </w:rPr>
        <w:br/>
      </w:r>
      <w:r>
        <w:rPr>
          <w:lang w:eastAsia="zh-CN"/>
        </w:rPr>
        <w:t>　　8、小学英语教师基本功竞赛（校级、市级）。</w:t>
      </w:r>
      <w:r>
        <w:rPr>
          <w:lang w:eastAsia="zh-CN"/>
        </w:rPr>
        <w:br/>
      </w:r>
      <w:r>
        <w:rPr>
          <w:lang w:eastAsia="zh-CN"/>
        </w:rPr>
        <w:t>　　十一月份：</w:t>
      </w:r>
      <w:r>
        <w:rPr>
          <w:lang w:eastAsia="zh-CN"/>
        </w:rPr>
        <w:br/>
      </w:r>
      <w:r>
        <w:rPr>
          <w:lang w:eastAsia="zh-CN"/>
        </w:rPr>
        <w:t>　　1、校内视导活动。</w:t>
      </w:r>
      <w:r>
        <w:rPr>
          <w:lang w:eastAsia="zh-CN"/>
        </w:rPr>
        <w:br/>
      </w:r>
      <w:r>
        <w:rPr>
          <w:lang w:eastAsia="zh-CN"/>
        </w:rPr>
        <w:t>　　2、教研组长例会。</w:t>
      </w:r>
      <w:r>
        <w:rPr>
          <w:lang w:eastAsia="zh-CN"/>
        </w:rPr>
        <w:br/>
      </w:r>
      <w:r>
        <w:rPr>
          <w:lang w:eastAsia="zh-CN"/>
        </w:rPr>
        <w:t>　　3、一年级新课程课堂教学观摩研讨活动（市级）。</w:t>
      </w:r>
      <w:r>
        <w:rPr>
          <w:lang w:eastAsia="zh-CN"/>
        </w:rPr>
        <w:br/>
      </w:r>
      <w:r>
        <w:rPr>
          <w:lang w:eastAsia="zh-CN"/>
        </w:rPr>
        <w:t>　　4、数学教改论文评比（市级）。</w:t>
      </w:r>
      <w:r>
        <w:rPr>
          <w:lang w:eastAsia="zh-CN"/>
        </w:rPr>
        <w:br/>
      </w:r>
      <w:r>
        <w:rPr>
          <w:lang w:eastAsia="zh-CN"/>
        </w:rPr>
        <w:t>　　5、数学专题教研活动（市级）。</w:t>
      </w:r>
      <w:r>
        <w:rPr>
          <w:lang w:eastAsia="zh-CN"/>
        </w:rPr>
        <w:br/>
      </w:r>
      <w:r>
        <w:rPr>
          <w:lang w:eastAsia="zh-CN"/>
        </w:rPr>
        <w:t>　　6、市小学艺术教改观摩活动。</w:t>
      </w:r>
      <w:r>
        <w:rPr>
          <w:lang w:eastAsia="zh-CN"/>
        </w:rPr>
        <w:br/>
      </w:r>
      <w:r>
        <w:rPr>
          <w:lang w:eastAsia="zh-CN"/>
        </w:rPr>
        <w:t>　　7、市小学集体舞观摩活动。</w:t>
      </w:r>
      <w:r>
        <w:rPr>
          <w:lang w:eastAsia="zh-CN"/>
        </w:rPr>
        <w:br/>
      </w:r>
      <w:r>
        <w:rPr>
          <w:lang w:eastAsia="zh-CN"/>
        </w:rPr>
        <w:t>　　8、中小学生陶艺制作比赛（市级）。</w:t>
      </w:r>
      <w:r>
        <w:rPr>
          <w:lang w:eastAsia="zh-CN"/>
        </w:rPr>
        <w:br/>
      </w:r>
      <w:r>
        <w:rPr>
          <w:lang w:eastAsia="zh-CN"/>
        </w:rPr>
        <w:t>　　9、中小学生航模比赛（市级）。</w:t>
      </w:r>
      <w:r>
        <w:rPr>
          <w:lang w:eastAsia="zh-CN"/>
        </w:rPr>
        <w:br/>
      </w:r>
      <w:r>
        <w:rPr>
          <w:lang w:eastAsia="zh-CN"/>
        </w:rPr>
        <w:t>　　10、英语开展各视导片教研活动。</w:t>
      </w:r>
      <w:r>
        <w:rPr>
          <w:lang w:eastAsia="zh-CN"/>
        </w:rPr>
        <w:br/>
      </w:r>
      <w:r>
        <w:rPr>
          <w:lang w:eastAsia="zh-CN"/>
        </w:rPr>
        <w:t>　　十二月份：</w:t>
      </w:r>
      <w:r>
        <w:rPr>
          <w:lang w:eastAsia="zh-CN"/>
        </w:rPr>
        <w:br/>
      </w:r>
      <w:r>
        <w:rPr>
          <w:lang w:eastAsia="zh-CN"/>
        </w:rPr>
        <w:t>　　1、案例或教学随笔评比（校级）。</w:t>
      </w:r>
      <w:r>
        <w:rPr>
          <w:lang w:eastAsia="zh-CN"/>
        </w:rPr>
        <w:br/>
      </w:r>
      <w:r>
        <w:rPr>
          <w:lang w:eastAsia="zh-CN"/>
        </w:rPr>
        <w:t>　　2、校内视导活动。</w:t>
      </w:r>
      <w:r>
        <w:rPr>
          <w:lang w:eastAsia="zh-CN"/>
        </w:rPr>
        <w:br/>
      </w:r>
      <w:r>
        <w:rPr>
          <w:lang w:eastAsia="zh-CN"/>
        </w:rPr>
        <w:t>　　3、教研组长例会。</w:t>
      </w:r>
      <w:r>
        <w:rPr>
          <w:lang w:eastAsia="zh-CN"/>
        </w:rPr>
        <w:br/>
      </w:r>
      <w:r>
        <w:rPr>
          <w:lang w:eastAsia="zh-CN"/>
        </w:rPr>
        <w:t>　　4、高年级小学生“金雀”作文比赛（校级）。</w:t>
      </w:r>
      <w:r>
        <w:rPr>
          <w:lang w:eastAsia="zh-CN"/>
        </w:rPr>
        <w:br/>
      </w:r>
      <w:r>
        <w:rPr>
          <w:lang w:eastAsia="zh-CN"/>
        </w:rPr>
        <w:t>　　5、一年级新课程语文教学设计评比、教学论文评比（市级）。</w:t>
      </w:r>
      <w:r>
        <w:rPr>
          <w:lang w:eastAsia="zh-CN"/>
        </w:rPr>
        <w:br/>
      </w:r>
      <w:r>
        <w:rPr>
          <w:lang w:eastAsia="zh-CN"/>
        </w:rPr>
        <w:t>　　6、小学生数学竞赛（市级）。</w:t>
      </w:r>
      <w:r>
        <w:rPr>
          <w:lang w:eastAsia="zh-CN"/>
        </w:rPr>
        <w:br/>
      </w:r>
      <w:r>
        <w:rPr>
          <w:lang w:eastAsia="zh-CN"/>
        </w:rPr>
        <w:t>　　7、一年级数学新教材评优课活动（市级）。</w:t>
      </w:r>
      <w:r>
        <w:rPr>
          <w:lang w:eastAsia="zh-CN"/>
        </w:rPr>
        <w:br/>
      </w:r>
    </w:p>
    <w:p w:rsidR="001B1F19" w14:textId="27C3F48A">
      <w:pPr>
        <w:rPr>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8、市小学集体舞比赛。</w:t>
      </w:r>
      <w:r>
        <w:rPr>
          <w:lang w:eastAsia="zh-CN"/>
        </w:rPr>
        <w:br/>
      </w:r>
      <w:r>
        <w:rPr>
          <w:lang w:eastAsia="zh-CN"/>
        </w:rPr>
        <w:t>　　9、市艺术新课程实施教例评比。</w:t>
      </w:r>
      <w:r>
        <w:rPr>
          <w:lang w:eastAsia="zh-CN"/>
        </w:rPr>
        <w:br/>
      </w:r>
      <w:r>
        <w:rPr>
          <w:lang w:eastAsia="zh-CN"/>
        </w:rPr>
        <w:t>　　10、市中小学艺术论文评比。</w:t>
      </w:r>
      <w:r>
        <w:rPr>
          <w:lang w:eastAsia="zh-CN"/>
        </w:rPr>
        <w:br/>
      </w:r>
      <w:r>
        <w:rPr>
          <w:lang w:eastAsia="zh-CN"/>
        </w:rPr>
        <w:t>　　11、中小学生科技制作比赛（市级）。</w:t>
      </w:r>
      <w:r>
        <w:rPr>
          <w:lang w:eastAsia="zh-CN"/>
        </w:rPr>
        <w:br/>
      </w:r>
      <w:r>
        <w:rPr>
          <w:lang w:eastAsia="zh-CN"/>
        </w:rPr>
        <w:t>　　12、英语教例评比（市级）。</w:t>
      </w:r>
      <w:r>
        <w:rPr>
          <w:lang w:eastAsia="zh-CN"/>
        </w:rPr>
        <w:br/>
      </w:r>
      <w:r>
        <w:rPr>
          <w:lang w:eastAsia="zh-CN"/>
        </w:rPr>
        <w:t>　　一月份：</w:t>
      </w:r>
      <w:r>
        <w:rPr>
          <w:lang w:eastAsia="zh-CN"/>
        </w:rPr>
        <w:br/>
      </w:r>
      <w:r>
        <w:rPr>
          <w:lang w:eastAsia="zh-CN"/>
        </w:rPr>
        <w:t>　　1、各科先进教研组工作考评。</w:t>
      </w:r>
      <w:r>
        <w:rPr>
          <w:lang w:eastAsia="zh-CN"/>
        </w:rPr>
        <w:br/>
      </w:r>
      <w:r>
        <w:rPr>
          <w:lang w:eastAsia="zh-CN"/>
        </w:rPr>
        <w:t>　　2、各科教学质量检测。</w:t>
      </w:r>
      <w:r>
        <w:rPr>
          <w:lang w:eastAsia="zh-CN"/>
        </w:rPr>
        <w:br/>
      </w:r>
      <w:r>
        <w:rPr>
          <w:lang w:eastAsia="zh-CN"/>
        </w:rPr>
        <w:t>　　3、校内视导活动。</w:t>
      </w:r>
      <w:r>
        <w:rPr>
          <w:lang w:eastAsia="zh-CN"/>
        </w:rPr>
        <w:br/>
      </w:r>
      <w:r>
        <w:rPr>
          <w:lang w:eastAsia="zh-CN"/>
        </w:rPr>
        <w:t>　　4、教研组长例会。</w:t>
      </w:r>
      <w:r>
        <w:rPr>
          <w:lang w:eastAsia="zh-CN"/>
        </w:rPr>
        <w:br/>
      </w:r>
      <w:r>
        <w:rPr>
          <w:lang w:eastAsia="zh-CN"/>
        </w:rPr>
        <w:t>　　5、“兴趣小组”、“星期学校”活动考核。</w:t>
      </w:r>
      <w:r>
        <w:rPr>
          <w:lang w:eastAsia="zh-CN"/>
        </w:rPr>
        <w:br/>
      </w:r>
      <w:r>
        <w:rPr>
          <w:lang w:eastAsia="zh-CN"/>
        </w:rPr>
        <w:t>　　6、教学“六认真”工作考核。</w:t>
      </w:r>
      <w:r>
        <w:rPr>
          <w:lang w:eastAsia="zh-CN"/>
        </w:rPr>
        <w:br/>
      </w:r>
      <w:r>
        <w:rPr>
          <w:lang w:eastAsia="zh-CN"/>
        </w:rPr>
        <w:t>　　7、期末考试和考查。</w:t>
      </w:r>
      <w:r>
        <w:rPr>
          <w:lang w:eastAsia="zh-CN"/>
        </w:rPr>
        <w:br/>
      </w:r>
      <w:r>
        <w:rPr>
          <w:lang w:eastAsia="zh-CN"/>
        </w:rPr>
        <w:t>　　8、三、四年级“大阅读教育”优秀教案征评活动（市级）。小学年度教学工作计划6</w:t>
      </w:r>
      <w:r>
        <w:rPr>
          <w:lang w:eastAsia="zh-CN"/>
        </w:rPr>
        <w:br/>
      </w:r>
      <w:r>
        <w:rPr>
          <w:lang w:eastAsia="zh-CN"/>
        </w:rPr>
        <w:t xml:space="preserve">    一、在思想方面。 </w:t>
      </w:r>
      <w:r>
        <w:rPr>
          <w:lang w:eastAsia="zh-CN"/>
        </w:rPr>
        <w:br/>
      </w:r>
      <w:r>
        <w:rPr>
          <w:lang w:eastAsia="zh-CN"/>
        </w:rPr>
        <w:t>　　坚决维护和遵守学校的各项规章制度，维护社会公德，做到严于律己。加强学习尤其是政治学习，不断提高自身的道德修养，为人师表，关心学生的学习、生活，做学生的良师益友。加强团结，与同事相处融洽，合作愉快，心往一处想，劲往一处使，组成一个团结协作的大家庭。</w:t>
      </w:r>
      <w:r>
        <w:rPr>
          <w:lang w:eastAsia="zh-CN"/>
        </w:rPr>
        <w:br/>
      </w:r>
    </w:p>
    <w:p w:rsidR="001B1F19" w14:textId="27C3F48A">
      <w:pPr>
        <w:rPr>
          <w:lang w:eastAsia="zh-CN"/>
        </w:rPr>
      </w:pPr>
      <w:r>
        <w:rPr>
          <w:lang w:eastAsia="zh-CN"/>
        </w:rPr>
        <w:t>　　对学生要关心爱护与严格要求相结合，不偏袒好学生，更不歧视差学生，要爱得有方，严得有度，特别是对后进生，决不讽刺挖苦他们，更不体罚和变相体罚他们，要善于发现和放大学生身上的闪光点，并为他们创造展示自我的机会，帮助学生树立信心，矫正不良的行为习惯。在工作中要有“四心“，即爱心、耐心、信心、恒心，以自己对学生的一片热爱和对教育事业的一片赤诚，坚持不懈的做好本职工作。</w:t>
      </w:r>
      <w:r>
        <w:rPr>
          <w:lang w:eastAsia="zh-CN"/>
        </w:rPr>
        <w:br/>
      </w:r>
      <w:r>
        <w:rPr>
          <w:lang w:eastAsia="zh-CN"/>
        </w:rPr>
        <w:t>　　在生活工作中要关爱学生，无私奉献。教师师德高尚的重要体现就是把自己的全部身心都献给学生，献给教育事业。本学期，我担任六年级语文教学工作。在工作中，我要注意转变观念，把学生视为平等的教育对象，而不是凌驾于学生之上。在教学过程中尊重学生的人格，建立平等、和谐的师生关系。</w:t>
      </w:r>
      <w:r>
        <w:rPr>
          <w:lang w:eastAsia="zh-CN"/>
        </w:rPr>
        <w:br/>
      </w:r>
      <w:r>
        <w:rPr>
          <w:lang w:eastAsia="zh-CN"/>
        </w:rPr>
        <w:t>　　与此同时，还应该加强与学生家长的沟通，帮助父母重新认识自己的孩子，找到孩子真正的致差的原因，变革教育方法，并有意识地诱导家长反省自己的失误，认识孩子的发展变化，变盲目配合为协作教育。</w:t>
      </w:r>
      <w:r>
        <w:rPr>
          <w:lang w:eastAsia="zh-CN"/>
        </w:rPr>
        <w:br/>
      </w:r>
      <w:r>
        <w:rPr>
          <w:lang w:eastAsia="zh-CN"/>
        </w:rPr>
        <w:t>　　二、在个人教学工作方面。</w:t>
      </w:r>
      <w:r>
        <w:rPr>
          <w:lang w:eastAsia="zh-CN"/>
        </w:rPr>
        <w:br/>
      </w:r>
      <w:r>
        <w:rPr>
          <w:lang w:eastAsia="zh-CN"/>
        </w:rPr>
        <w:t>　　不断学习，不断充实和完善自己。因为要成为一名优秀教师，除了要具备良好的思想品德和高尚的'道德情操，还需要具备较高水平的业务技能。向老教师学，向优秀教师学。教师肩负着教书育人的双重任务，要想出色地完成任务，我不仅要具备精深的专业知识，还要广泛涉猎其他相邻学科的知识领域，用丰富的知识武装自己的头脑。</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https://d.book118.com/066033035205010054</w:t>
        </w:r>
      </w:hyperlink>
    </w:p>
    <w:p w:rsidR="001B1F19">
      <w:pPr>
        <w:rPr>
          <w:lang w:eastAsia="zh-CN"/>
        </w:rPr>
      </w:pPr>
    </w:p>
    <w:sectPr>
      <w:type w:val="nextPage"/>
      <w:pgSz w:w="11906" w:h="16838"/>
      <w:pgMar w:top="1440" w:right="1800" w:bottom="1440" w:left="1800" w:header="851" w:footer="992" w:gutter="0"/>
      <w:pgNumType w:start="2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6603303520501005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32</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