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年度个人工作总结范文(15篇)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w:t>
      </w:r>
      <w:r>
        <w:rPr>
          <w:lang w:eastAsia="zh-CN"/>
        </w:rPr>
        <w:br/>
      </w:r>
      <w:r>
        <w:rPr>
          <w:lang w:eastAsia="zh-CN"/>
        </w:rPr>
        <w:t>年度个人工作总结范文（篇1）</w:t>
      </w:r>
      <w:r>
        <w:rPr>
          <w:lang w:eastAsia="zh-CN"/>
        </w:rPr>
        <w:br/>
      </w:r>
      <w:r>
        <w:rPr>
          <w:lang w:eastAsia="zh-CN"/>
        </w:rPr>
        <w:t xml:space="preserve">    光阴似箭，一晃20__年又快过去了，在公司领导的精心培育和教导下，通过自身的不断努力，无论是个人能力还是项目工作，都取得了长足的发展和巨大的收获。 </w:t>
      </w:r>
      <w:r>
        <w:rPr>
          <w:lang w:eastAsia="zh-CN"/>
        </w:rPr>
        <w:br/>
      </w:r>
      <w:r>
        <w:rPr>
          <w:lang w:eastAsia="zh-CN"/>
        </w:rPr>
        <w:t xml:space="preserve">    一、参与项目及成果： </w:t>
      </w:r>
      <w:r>
        <w:rPr>
          <w:lang w:eastAsia="zh-CN"/>
        </w:rPr>
        <w:br/>
      </w:r>
      <w:r>
        <w:rPr>
          <w:lang w:eastAsia="zh-CN"/>
        </w:rPr>
        <w:t xml:space="preserve">    20__.1—20__.2负责腾达T16上面的相关水系统（海水系统、发电机淡水，中央淡水、发电机、空压机、生活水、卫生处理、造水机等）的前期策划、MC报验、调试报验、后期的工作交接 </w:t>
      </w:r>
      <w:r>
        <w:rPr>
          <w:lang w:eastAsia="zh-CN"/>
        </w:rPr>
        <w:br/>
      </w:r>
      <w:r>
        <w:rPr>
          <w:lang w:eastAsia="zh-CN"/>
        </w:rPr>
        <w:t xml:space="preserve">    20__.2—至今加入SEVAN6503#、4#项目组，主要负责主消防、水雾、泡沫消防、生活水、污水处理、雨刮器等设备的电仪、机管调试、报验。 </w:t>
      </w:r>
      <w:r>
        <w:rPr>
          <w:lang w:eastAsia="zh-CN"/>
        </w:rPr>
        <w:br/>
      </w:r>
      <w:r>
        <w:rPr>
          <w:lang w:eastAsia="zh-CN"/>
        </w:rPr>
        <w:t xml:space="preserve">    二、工作中的不足点：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通过20__年这一年的工作锻炼，自身在各方面的技能、工作能力都得到了不断提高，但是同时也发现了自己工作方面的一些不足：对于系统后期调试阶段涉及到的东西，前期策划时没有考虑全面，有遗漏的事项；前期各个系统的工作安排不合理，导致了后期调试时，几个系统凑到了一块；虽然年轻充满干劲，但是缺乏经验，对于一些设备的相关知识及认识了解的还不是很深刻，有待提高。</w:t>
      </w:r>
      <w:r>
        <w:rPr>
          <w:lang w:eastAsia="zh-CN"/>
        </w:rPr>
        <w:t xml:space="preserve"> </w:t>
      </w:r>
      <w:r>
        <w:rPr>
          <w:lang w:eastAsia="zh-CN"/>
        </w:rPr>
        <w:br/>
      </w:r>
      <w:r>
        <w:rPr>
          <w:lang w:eastAsia="zh-CN"/>
        </w:rPr>
        <w:t xml:space="preserve">    三、明确目标： </w:t>
      </w:r>
      <w:r>
        <w:rPr>
          <w:lang w:eastAsia="zh-CN"/>
        </w:rPr>
        <w:br/>
      </w:r>
      <w:r>
        <w:rPr>
          <w:lang w:eastAsia="zh-CN"/>
        </w:rPr>
        <w:t xml:space="preserve">    总结过去，方能展望未来。针对自己本年度的不足之处，我对自己20__年的工作也提出了要求。明年工作计划如下： </w:t>
      </w:r>
      <w:r>
        <w:rPr>
          <w:lang w:eastAsia="zh-CN"/>
        </w:rPr>
        <w:br/>
      </w:r>
      <w:r>
        <w:rPr>
          <w:lang w:eastAsia="zh-CN"/>
        </w:rPr>
        <w:t xml:space="preserve">    1、按时保质、保量的完成领导交给的每一项任务。 </w:t>
      </w:r>
      <w:r>
        <w:rPr>
          <w:lang w:eastAsia="zh-CN"/>
        </w:rPr>
        <w:br/>
      </w:r>
      <w:r>
        <w:rPr>
          <w:lang w:eastAsia="zh-CN"/>
        </w:rPr>
        <w:t xml:space="preserve">    2、在遇见问题时，多想，多从全局考虑，多多请教，对每个问题要做到举一反三。 </w:t>
      </w:r>
      <w:r>
        <w:rPr>
          <w:lang w:eastAsia="zh-CN"/>
        </w:rPr>
        <w:br/>
      </w:r>
      <w:r>
        <w:rPr>
          <w:lang w:eastAsia="zh-CN"/>
        </w:rPr>
        <w:t xml:space="preserve">    3、加强安全学习，保证自身安全；提醒他人安全；注意设备安全。 </w:t>
      </w:r>
      <w:r>
        <w:rPr>
          <w:lang w:eastAsia="zh-CN"/>
        </w:rPr>
        <w:br/>
      </w:r>
      <w:r>
        <w:rPr>
          <w:lang w:eastAsia="zh-CN"/>
        </w:rPr>
        <w:t xml:space="preserve">    4、加强自身的专业知识学习，提高自己的业务水平。 </w:t>
      </w:r>
      <w:r>
        <w:rPr>
          <w:lang w:eastAsia="zh-CN"/>
        </w:rPr>
        <w:br/>
      </w:r>
      <w:r>
        <w:rPr>
          <w:lang w:eastAsia="zh-CN"/>
        </w:rPr>
        <w:t xml:space="preserve">    在20__年我将以崭新的精神状态投入到工作当中，努力学习，提高工作效率，熟练业务能力。积极响应公司加强管理的措施，遵守公司的规章制度，做好本职工作。 </w:t>
      </w:r>
      <w:r>
        <w:rPr>
          <w:lang w:eastAsia="zh-CN"/>
        </w:rPr>
        <w:br/>
      </w:r>
      <w:r>
        <w:rPr>
          <w:lang w:eastAsia="zh-CN"/>
        </w:rPr>
        <w:t xml:space="preserve">    四、合理建议： </w:t>
      </w:r>
      <w:r>
        <w:rPr>
          <w:lang w:eastAsia="zh-CN"/>
        </w:rPr>
        <w:br/>
      </w:r>
      <w:r>
        <w:rPr>
          <w:lang w:eastAsia="zh-CN"/>
        </w:rPr>
        <w:t xml:space="preserve">    建议公司能够组织安排资深人员（海工专家、技术强人），对员工进行专业技能培训。 </w:t>
      </w:r>
      <w:r>
        <w:rPr>
          <w:lang w:eastAsia="zh-CN"/>
        </w:rPr>
        <w:br/>
      </w:r>
      <w:r>
        <w:rPr>
          <w:lang w:eastAsia="zh-CN"/>
        </w:rPr>
        <w:t>年度个人工作总结范文（篇2）</w:t>
      </w:r>
      <w:r>
        <w:rPr>
          <w:lang w:eastAsia="zh-CN"/>
        </w:rPr>
        <w:br/>
      </w:r>
      <w:r>
        <w:rPr>
          <w:lang w:eastAsia="zh-CN"/>
        </w:rPr>
        <w:t xml:space="preserve">    20__年是我接触到TI工作的第二个年头，在今年的工作当中，自己熟练掌握各项工作的工作要点，摸透了工作方法，在今年的工作当中可以说是手到擒来，现将主要的工作情况总结如下： </w:t>
      </w:r>
      <w:r>
        <w:rPr>
          <w:lang w:eastAsia="zh-CN"/>
        </w:rPr>
        <w:br/>
      </w:r>
      <w:r>
        <w:rPr>
          <w:lang w:eastAsia="zh-CN"/>
        </w:rPr>
        <w:t xml:space="preserve">    一、工作一定要勤奋，勤奋不是做给领导看，是让自己成长的更加快和更加充实更自信，收获更加多。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一流的销售是混业绩，二流的是混日子，三流的混饭吃，如果我自己定位是一个一流的sales就必须把工作当作是自己的事，认真做，努力做，主动做；其实在it圈里混，因为压力是比较大，除了要对工作总结外还要不断的学习产品知识和专业技术，就是要想怎么样去做把销售业绩做上来，怎么样去把利润提高，这都是要通过勤奋尽快来完成，其实我个人认为勤奋应该可以说是销售的一种品行，在我们是说没有疲软的市场，只有疲软的思想； </w:t>
      </w:r>
      <w:r>
        <w:rPr>
          <w:lang w:eastAsia="zh-CN"/>
        </w:rPr>
        <w:br/>
      </w:r>
      <w:r>
        <w:rPr>
          <w:lang w:eastAsia="zh-CN"/>
        </w:rPr>
        <w:t xml:space="preserve">    二、做为在一个it公司做销售，一定要非常地了解公司和公司做的产品，还有起码的行业背景，特别是做项目的。 </w:t>
      </w:r>
      <w:r>
        <w:rPr>
          <w:lang w:eastAsia="zh-CN"/>
        </w:rPr>
        <w:br/>
      </w:r>
      <w:r>
        <w:rPr>
          <w:lang w:eastAsia="zh-CN"/>
        </w:rPr>
        <w:t xml:space="preserve">    毕竟做项目的都是先以产品技术公关搞定客户再谈商务，而且有时技术会成为一个项目的制高点，当然了解产品后这也是你以后转换阵地的重要资本之一，多说无益，多学有用； </w:t>
      </w:r>
      <w:r>
        <w:rPr>
          <w:lang w:eastAsia="zh-CN"/>
        </w:rPr>
        <w:br/>
      </w:r>
      <w:r>
        <w:rPr>
          <w:lang w:eastAsia="zh-CN"/>
        </w:rPr>
        <w:t xml:space="preserve">    三、当你在公司混的时候一定要记得你是在公司，说话和做事一定都要顾及同事的利益和看法，即使是在部门里也是一样，该说的说，该问的问，同事不是你的朋友，更加不是你的亲人这点一定要记住。 </w:t>
      </w:r>
      <w:r>
        <w:rPr>
          <w:lang w:eastAsia="zh-CN"/>
        </w:rPr>
        <w:br/>
      </w:r>
      <w:r>
        <w:rPr>
          <w:lang w:eastAsia="zh-CN"/>
        </w:rPr>
        <w:t xml:space="preserve">    如果需要同事帮忙一定要礼貌，如果想帮同事一定要在暗地里、公司里的小事细节多留心多主动做。 </w:t>
      </w:r>
      <w:r>
        <w:rPr>
          <w:lang w:eastAsia="zh-CN"/>
        </w:rPr>
        <w:br/>
      </w:r>
      <w:r>
        <w:rPr>
          <w:lang w:eastAsia="zh-CN"/>
        </w:rPr>
        <w:t xml:space="preserve">    做为一个销售如果能把公司当作是自己的家，把工作当做是自己的事业，对于打造一个良好的积极销售心态就成功了一半，同时也能在这个公司混的不错，只是时间和耐心而已；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四、要不断地去创新和努力改进自己和修正自己的工作计划，发现新的不足并且去提高，这就说到了总结，很多人说销售就是思考，确实是这样的做销售一定要思考，特别是销售；部门或者公司可能会下达一个计划和任务给你，但是你要根据自己的实际情况去调整，在不同的时间阶段和不同的区域要相应做调节，这和不要死读书是同一个道理，因为老师教的不一定就是最有用的。</w:t>
      </w:r>
      <w:r>
        <w:rPr>
          <w:lang w:eastAsia="zh-CN"/>
        </w:rPr>
        <w:t xml:space="preserve"> </w:t>
      </w:r>
      <w:r>
        <w:rPr>
          <w:lang w:eastAsia="zh-CN"/>
        </w:rPr>
        <w:br/>
      </w:r>
      <w:r>
        <w:rPr>
          <w:lang w:eastAsia="zh-CN"/>
        </w:rPr>
        <w:t xml:space="preserve">    当销售在办公室时最好是多想下自己的工作思路和计划，并且写成问，好的还可以贴出来做警示和提醒； </w:t>
      </w:r>
      <w:r>
        <w:rPr>
          <w:lang w:eastAsia="zh-CN"/>
        </w:rPr>
        <w:br/>
      </w:r>
      <w:r>
        <w:rPr>
          <w:lang w:eastAsia="zh-CN"/>
        </w:rPr>
        <w:t xml:space="preserve">    五、做销售一定要自信，一个销售，没有了自信就会连说话的力气和打电话的勇气都没有，那就更加不要说出门拜访和做什么业绩了，自信主导着销售的内心，有了自信你可以随机应变地应对客户和代理商的刁难和挑战困难，没有了自信，在公司同事面前都会感觉羞愧。 </w:t>
      </w:r>
      <w:r>
        <w:rPr>
          <w:lang w:eastAsia="zh-CN"/>
        </w:rPr>
        <w:br/>
      </w:r>
      <w:r>
        <w:rPr>
          <w:lang w:eastAsia="zh-CN"/>
        </w:rPr>
        <w:t xml:space="preserve">    所以做为一个销售我觉得即使是在你受到打击的情况下，还要唱着歌去上班，并且坚持每天都是这样，我的老大就是这样的，每天进公司一定是哼着歌进来的，我佩服同事也佩服； </w:t>
      </w:r>
      <w:r>
        <w:rPr>
          <w:lang w:eastAsia="zh-CN"/>
        </w:rPr>
        <w:br/>
      </w:r>
      <w:r>
        <w:rPr>
          <w:lang w:eastAsia="zh-CN"/>
        </w:rPr>
        <w:t xml:space="preserve">    六、当你在和代理商和用户沟通时一定要记住你不是去求他们推你们的产品和不是来求用户买你的产品，因为你是来给他们带里利润和为用户解决问题的，这是一个各有所求的双赢，主管说这个非常重要，直接影响了你的工作心态，我也觉得非常有道理，如果你去求用户，他会越觉得你什么都不是，如果你能给用户价值和为他解决问题，用户也是觉得继续和交流或者接待你是值得的。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另外老大说也说代理商和厂商、经销商都是在一个天平上，谁厉害就把对方翘到天上去，弱势的只能跟着混饭池；</w:t>
      </w:r>
      <w:r>
        <w:rPr>
          <w:lang w:eastAsia="zh-CN"/>
        </w:rPr>
        <w:t xml:space="preserve"> </w:t>
      </w:r>
      <w:r>
        <w:rPr>
          <w:lang w:eastAsia="zh-CN"/>
        </w:rPr>
        <w:br/>
      </w:r>
      <w:r>
        <w:rPr>
          <w:lang w:eastAsia="zh-CN"/>
        </w:rPr>
        <w:t xml:space="preserve">    七、做销售的项目，因为项目都有一定的运作周期，所以没必要太急，但是项目一定要跟紧，其实跟紧不是叫你天天追着客户问，这样的话客户和代理会反感的但是一定要跟进，哪怕客户反感不给你做这个项目，因为是做项目所以如果你不跟进的话你的成功率是零；简单说跟进的话最多就是丢单，但是不跟进就是肯定只有丢单了。 </w:t>
      </w:r>
      <w:r>
        <w:rPr>
          <w:lang w:eastAsia="zh-CN"/>
        </w:rPr>
        <w:br/>
      </w:r>
      <w:r>
        <w:rPr>
          <w:lang w:eastAsia="zh-CN"/>
        </w:rPr>
        <w:t xml:space="preserve">    另外我个人觉得平时对客户的真诚关心也是很重要的，有次一个客户住院，我在交谈中记下他说的要住院的日子，在那天发了个信息过去，后来客户感动的不得了，去到谈项目态度也很好、打电话也很跟我客气； </w:t>
      </w:r>
      <w:r>
        <w:rPr>
          <w:lang w:eastAsia="zh-CN"/>
        </w:rPr>
        <w:br/>
      </w:r>
      <w:r>
        <w:rPr>
          <w:lang w:eastAsia="zh-CN"/>
        </w:rPr>
        <w:t xml:space="preserve">    八、请为公司创造尽可能多的利润，如果你不行就辞职吧！这是一种心态问题，一来你为公司创造的多你自己所得的自然也多；二来不要总是以为自己被公司利用了或者为老板创造了多少自己才拿那么一点，因为准确来说能被人利用说明你还是有价值的，最可悲的是连利用的价值都没有，也就是说没有利润就等于失业。 </w:t>
      </w:r>
      <w:r>
        <w:rPr>
          <w:lang w:eastAsia="zh-CN"/>
        </w:rPr>
        <w:br/>
      </w:r>
      <w:r>
        <w:rPr>
          <w:lang w:eastAsia="zh-CN"/>
        </w:rPr>
        <w:t xml:space="preserve">    如果像我一样是这个行业的菜鸟，还挑什么挑呢，能找到个好公司混个好的领导带路学习就已经不错了，很多兄弟姐妹在工厂里郁闷了n年还遇不到一个伯乐，所以能成为黄牛是猛牛那是你自己决定的； </w:t>
      </w:r>
      <w:r>
        <w:rPr>
          <w:lang w:eastAsia="zh-CN"/>
        </w:rPr>
        <w:br/>
      </w:r>
      <w:r>
        <w:rPr>
          <w:lang w:eastAsia="zh-CN"/>
        </w:rPr>
        <w:t>年度个人工作总结范文（篇3）</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光阴荏苒，岁月如梭，转眼间又临近年末。在这即将过去的一年里，我由一名学生变成了一名护士，我很感激这一路遇到的每一个人，帮助我在工作中快速的成长。同时我通过自身的不懈努力，在工作上取得了一定的成果，但也存在了诸多不足。现将工作总结如下：</w:t>
      </w:r>
      <w:r>
        <w:rPr>
          <w:lang w:eastAsia="zh-CN"/>
        </w:rPr>
        <w:t xml:space="preserve"> </w:t>
      </w:r>
      <w:r>
        <w:rPr>
          <w:lang w:eastAsia="zh-CN"/>
        </w:rPr>
        <w:br/>
      </w:r>
      <w:r>
        <w:rPr>
          <w:lang w:eastAsia="zh-CN"/>
        </w:rPr>
        <w:t xml:space="preserve">    一、工作方面 </w:t>
      </w:r>
      <w:r>
        <w:rPr>
          <w:lang w:eastAsia="zh-CN"/>
        </w:rPr>
        <w:br/>
      </w:r>
      <w:r>
        <w:rPr>
          <w:lang w:eastAsia="zh-CN"/>
        </w:rPr>
        <w:t xml:space="preserve">    在移植中心工作的8个多月的时间，我掌握了本科室的基本护理常规，了解了本科室常见疾病的特点、移植患者的护理和相关健康教育；此外还掌握了PICC的维护及常见问题的处理方法，以及护理文书的书写。半年多的工作，提高了我的实际操作能力，让我有了更强的责任心和爱心，本着“一切为了病人，以病人中心”的原则，我不断的学习理论知识，规范自己的操作技能、强化无菌意识，努力成为一名合格的护士。 </w:t>
      </w:r>
      <w:r>
        <w:rPr>
          <w:lang w:eastAsia="zh-CN"/>
        </w:rPr>
        <w:br/>
      </w:r>
      <w:r>
        <w:rPr>
          <w:lang w:eastAsia="zh-CN"/>
        </w:rPr>
        <w:t xml:space="preserve">    南丁格尔说：护理工作不仅需要精湛的技术，更需要艺术。首先，要学会观察，才善于发现问题的存在，包括对病人病情、心理、需求及家属的观察。我们不仅要看到患者目前的症状、体征，更要想到因为这些症状随之而来会出现的问题，加强医护沟通，做到提前干预，最大限度的减轻患者的痛苦，在此方面我知道我需要学习的还有很多，敏锐的观察力、扎实的专业基础缺一不可。我会严格要求自己，勤学善问，让自己变的更优秀。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护理工作作为一项服务行业，沟通则显得尤为重要，通过沟通能及时病人及家属的想法和需要等。在工作中我也不断的摸索、学习用不同的方式和不同的患者进行交流。此外，我培养了自己乐观积极向上的生活态度，希望用它去感染每一位患者，使他们对生活充满信心。</w:t>
      </w:r>
      <w:r>
        <w:rPr>
          <w:lang w:eastAsia="zh-CN"/>
        </w:rPr>
        <w:t xml:space="preserve"> </w:t>
      </w:r>
      <w:r>
        <w:rPr>
          <w:lang w:eastAsia="zh-CN"/>
        </w:rPr>
        <w:br/>
      </w:r>
      <w:r>
        <w:rPr>
          <w:lang w:eastAsia="zh-CN"/>
        </w:rPr>
        <w:t xml:space="preserve">    二、不足分析 </w:t>
      </w:r>
      <w:r>
        <w:rPr>
          <w:lang w:eastAsia="zh-CN"/>
        </w:rPr>
        <w:br/>
      </w:r>
      <w:r>
        <w:rPr>
          <w:lang w:eastAsia="zh-CN"/>
        </w:rPr>
        <w:t xml:space="preserve">    1、作为刚走出校园的我，虽然通过在校的学习使我具备一定的专业知识，但是在实际经验方面仍有很大的空缺，需要我在平时的工作中用心发现积累经验。 </w:t>
      </w:r>
      <w:r>
        <w:rPr>
          <w:lang w:eastAsia="zh-CN"/>
        </w:rPr>
        <w:br/>
      </w:r>
      <w:r>
        <w:rPr>
          <w:lang w:eastAsia="zh-CN"/>
        </w:rPr>
        <w:t xml:space="preserve">    2、此外作为刚刚步入护士行业的我，还需要强化“以患者为中心”时时刻刻心系患者。 </w:t>
      </w:r>
      <w:r>
        <w:rPr>
          <w:lang w:eastAsia="zh-CN"/>
        </w:rPr>
        <w:br/>
      </w:r>
      <w:r>
        <w:rPr>
          <w:lang w:eastAsia="zh-CN"/>
        </w:rPr>
        <w:t xml:space="preserve">    3、作为一名护士还需要全身心投入工作，认真细心，任何方面都不可马虎大意，在这方面依然需加强。 </w:t>
      </w:r>
      <w:r>
        <w:rPr>
          <w:lang w:eastAsia="zh-CN"/>
        </w:rPr>
        <w:br/>
      </w:r>
      <w:r>
        <w:rPr>
          <w:lang w:eastAsia="zh-CN"/>
        </w:rPr>
        <w:t xml:space="preserve">    三、工作展望 </w:t>
      </w:r>
      <w:r>
        <w:rPr>
          <w:lang w:eastAsia="zh-CN"/>
        </w:rPr>
        <w:br/>
      </w:r>
      <w:r>
        <w:rPr>
          <w:lang w:eastAsia="zh-CN"/>
        </w:rPr>
        <w:t xml:space="preserve">    新的一年即将到来，我会以极大的热情投入到以后的工作中，不断向老师们学习，避免自己走弯路，丰富自己的实际操作经验，完善自己的护理技能，提高自己的工作效率。加强与患者及家属的沟通，更好的为患者服务，争取做到让每一位患者满意 </w:t>
      </w:r>
      <w:r>
        <w:rPr>
          <w:lang w:eastAsia="zh-CN"/>
        </w:rPr>
        <w:br/>
      </w:r>
      <w:r>
        <w:rPr>
          <w:lang w:eastAsia="zh-CN"/>
        </w:rPr>
        <w:t>年度个人工作总结范文（篇4）</w:t>
      </w:r>
      <w:r>
        <w:rPr>
          <w:lang w:eastAsia="zh-CN"/>
        </w:rPr>
        <w:br/>
      </w:r>
      <w:r>
        <w:rPr>
          <w:lang w:eastAsia="zh-CN"/>
        </w:rPr>
        <w:t xml:space="preserve">    转眼间入职本公司工作一年多了，感激领导一年多来给予的关心帮忙及同事们对我工作的支持，使自我从一名服务员工作岗位开始，一步一步从基层做起，服务员、领班到此刻前厅主管的岗位，在实际工作中我得到了顾客和同事的认可，个人本事也得到了很大的提高，现将20__年度工作情景作总结汇报，并就20__年的工作打算作简要概述。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一、一年来主要工作 </w:t>
      </w:r>
      <w:r>
        <w:rPr>
          <w:lang w:eastAsia="zh-CN"/>
        </w:rPr>
        <w:br/>
      </w:r>
      <w:r>
        <w:rPr>
          <w:lang w:eastAsia="zh-CN"/>
        </w:rPr>
        <w:t xml:space="preserve">    （一）服务员期间工作 </w:t>
      </w:r>
      <w:r>
        <w:rPr>
          <w:lang w:eastAsia="zh-CN"/>
        </w:rPr>
        <w:br/>
      </w:r>
      <w:r>
        <w:rPr>
          <w:lang w:eastAsia="zh-CN"/>
        </w:rPr>
        <w:t xml:space="preserve">    首先，将餐厅的卫生做好，坚持每一天与同事将餐桌、餐椅及地面卫生清扫干净，为大家创造一个整洁干净的就餐环境；其次，做好餐具的消毒工作，定时将餐具分类消毒，并及时将残缺破旧的餐具更新。最终，认真听取用餐人员反馈的意见，及时报告上一级领导并进行纠正改善。 </w:t>
      </w:r>
      <w:r>
        <w:rPr>
          <w:lang w:eastAsia="zh-CN"/>
        </w:rPr>
        <w:br/>
      </w:r>
      <w:r>
        <w:rPr>
          <w:lang w:eastAsia="zh-CN"/>
        </w:rPr>
        <w:t xml:space="preserve">    （二）领班期间工作 </w:t>
      </w:r>
      <w:r>
        <w:rPr>
          <w:lang w:eastAsia="zh-CN"/>
        </w:rPr>
        <w:br/>
      </w:r>
      <w:r>
        <w:rPr>
          <w:lang w:eastAsia="zh-CN"/>
        </w:rPr>
        <w:t xml:space="preserve">    在做领班期间，首先自我能够以身作责，带领服务员做好服务工作。以身作则是我做好工作的关健，卫生清洁过程中，发现有不合程序或者清洁不彻底时，指出问题所在，使同样的错误不再同一个人身上出现两次。其次熟悉店内的菜品，异常菜式及价格；同时做好餐前、餐中、餐后的巡视与服务，工作中遇到问题，善于思考，虚心理解意见。最终能够妥善安排候餐宾客，根据排队次序安排宾客刷卡就餐，做到就餐秩序有序；并根据实际运作向主管提出合理化提议，反映下级的情景和意见，做到上下级间的沟通。 </w:t>
      </w:r>
      <w:r>
        <w:rPr>
          <w:lang w:eastAsia="zh-CN"/>
        </w:rPr>
        <w:br/>
      </w:r>
      <w:r>
        <w:rPr>
          <w:lang w:eastAsia="zh-CN"/>
        </w:rPr>
        <w:t xml:space="preserve">    （三）前厅主管期间的日常工作 </w:t>
      </w:r>
      <w:r>
        <w:rPr>
          <w:lang w:eastAsia="zh-CN"/>
        </w:rPr>
        <w:br/>
      </w:r>
      <w:r>
        <w:rPr>
          <w:lang w:eastAsia="zh-CN"/>
        </w:rPr>
        <w:t xml:space="preserve">    1、礼节礼貌要求每一天练习，要求员工见到客人要礼貌用语，异常是前台收银和区域看位服务人员要求做到一呼便应，要求把礼节礼貌应用到工作中的每一点滴，员工之间相互监督，共同提高。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2、班前坚持对仪容仪表的的检查，仪容仪表不合格者要求整理合格后方可上岗，岗上发现仪容问题立即指正，监督对客礼仪礼貌的运用，员工养成一种良好的态度。</w:t>
      </w:r>
      <w:r>
        <w:rPr>
          <w:lang w:eastAsia="zh-CN"/>
        </w:rPr>
        <w:t xml:space="preserve"> </w:t>
      </w:r>
      <w:r>
        <w:rPr>
          <w:lang w:eastAsia="zh-CN"/>
        </w:rPr>
        <w:br/>
      </w:r>
      <w:r>
        <w:rPr>
          <w:lang w:eastAsia="zh-CN"/>
        </w:rPr>
        <w:t xml:space="preserve">    3、严抓定岗定位和服务意识，提高服务效率，针对服务人员在用餐高峰期的时候进行合理的调配，以领班为中心随时支援忙档的区域，其他人员各负其责，明确各自的工作资料，进行分工合作。 </w:t>
      </w:r>
      <w:r>
        <w:rPr>
          <w:lang w:eastAsia="zh-CN"/>
        </w:rPr>
        <w:br/>
      </w:r>
      <w:r>
        <w:rPr>
          <w:lang w:eastAsia="zh-CN"/>
        </w:rPr>
        <w:t xml:space="preserve">    4、前厅卫生管理，要求员工看到有异物或者脏物必须立刻清洁。各区域的卫生要求四周及餐桌、地面、无尘无水渍、摆放整齐、无倾斜。 </w:t>
      </w:r>
      <w:r>
        <w:rPr>
          <w:lang w:eastAsia="zh-CN"/>
        </w:rPr>
        <w:br/>
      </w:r>
      <w:r>
        <w:rPr>
          <w:lang w:eastAsia="zh-CN"/>
        </w:rPr>
        <w:t xml:space="preserve">    5、用餐时段由于客人比较集中，往往会出现客人排队的现象，客人会表现出不耐烦。能够带领员工做好用餐高峰前的接待准备，以减少客人等候时间，同时也应注意桌位，确保无误。做好解释工作，缩短等候时间，认真接待好每一桌客人，做到忙而不乱。 </w:t>
      </w:r>
      <w:r>
        <w:rPr>
          <w:lang w:eastAsia="zh-CN"/>
        </w:rPr>
        <w:br/>
      </w:r>
      <w:r>
        <w:rPr>
          <w:lang w:eastAsia="zh-CN"/>
        </w:rPr>
        <w:t xml:space="preserve">    （四）员工日常管理 </w:t>
      </w:r>
      <w:r>
        <w:rPr>
          <w:lang w:eastAsia="zh-CN"/>
        </w:rPr>
        <w:br/>
      </w:r>
      <w:r>
        <w:rPr>
          <w:lang w:eastAsia="zh-CN"/>
        </w:rPr>
        <w:t xml:space="preserve">    1、新员工作为餐厅人员的重要组成部分，能否快速的融入团体、调整好心态将直接影响服务质量，根据新员工特点及入职情景进行谈心，目的是调整新员工的心态，正视主角转化，认识餐饮行业特点。使新员工在心理上作好充分的思想准备，缓解了因主角转变的不适应而造成的不满情绪，加快了融入餐饮行业的步伐。 </w:t>
      </w:r>
      <w:r>
        <w:rPr>
          <w:lang w:eastAsia="zh-CN"/>
        </w:rPr>
        <w:br/>
      </w:r>
      <w:r>
        <w:rPr>
          <w:lang w:eastAsia="zh-CN"/>
        </w:rPr>
        <w:t xml:space="preserve">    2、注重员工的成长，时刻关注员工的心态，要求坚持良好的工作状态，不定期组织员工进行学习，并以对员工进行考核，检查培训效果，发现不足之处及时弥补，并对培训计划加以改善，每月定期找员工谈心做思想工作，了解他们近期的工作情景从中发现问题解决问题。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3、结合工作实际加强培训，目的是为了提高工作效率，使管理更加规范有效。并结合日常餐厅案例分析的形式进行剖析，使员工对日常服务有了全新的认识和理解，在日常服务意识上构成了一致。 </w:t>
      </w:r>
      <w:r>
        <w:rPr>
          <w:lang w:eastAsia="zh-CN"/>
        </w:rPr>
        <w:br/>
      </w:r>
      <w:r>
        <w:rPr>
          <w:lang w:eastAsia="zh-CN"/>
        </w:rPr>
        <w:t xml:space="preserve">    二、工作中存在不足 </w:t>
      </w:r>
      <w:r>
        <w:rPr>
          <w:lang w:eastAsia="zh-CN"/>
        </w:rPr>
        <w:br/>
      </w:r>
      <w:r>
        <w:rPr>
          <w:lang w:eastAsia="zh-CN"/>
        </w:rPr>
        <w:t xml:space="preserve">    1、在工作的过程中不够细节化，工作安排不够合理，工作较多的情景下，主次不是很分明。 </w:t>
      </w:r>
      <w:r>
        <w:rPr>
          <w:lang w:eastAsia="zh-CN"/>
        </w:rPr>
        <w:br/>
      </w:r>
      <w:r>
        <w:rPr>
          <w:lang w:eastAsia="zh-CN"/>
        </w:rPr>
        <w:t xml:space="preserve">    2、与上下级之间欠缺沟通，常常是出了事以后才发现问题的存在。 </w:t>
      </w:r>
      <w:r>
        <w:rPr>
          <w:lang w:eastAsia="zh-CN"/>
        </w:rPr>
        <w:br/>
      </w:r>
      <w:r>
        <w:rPr>
          <w:lang w:eastAsia="zh-CN"/>
        </w:rPr>
        <w:t xml:space="preserve">    3、对服务员的管理上存在过得去的现象，顾于面子而不去对其批评。 </w:t>
      </w:r>
      <w:r>
        <w:rPr>
          <w:lang w:eastAsia="zh-CN"/>
        </w:rPr>
        <w:br/>
      </w:r>
      <w:r>
        <w:rPr>
          <w:lang w:eastAsia="zh-CN"/>
        </w:rPr>
        <w:t xml:space="preserve">    4、生活中对员工的关心不够，常常有些员工生活中存在困难不能及时发现并予以解决。 </w:t>
      </w:r>
      <w:r>
        <w:rPr>
          <w:lang w:eastAsia="zh-CN"/>
        </w:rPr>
        <w:br/>
      </w:r>
      <w:r>
        <w:rPr>
          <w:lang w:eastAsia="zh-CN"/>
        </w:rPr>
        <w:t xml:space="preserve">    5、与就餐人员的沟通不够，不能及时采纳就餐人员对饭菜质量的意见提议。 </w:t>
      </w:r>
      <w:r>
        <w:rPr>
          <w:lang w:eastAsia="zh-CN"/>
        </w:rPr>
        <w:br/>
      </w:r>
      <w:r>
        <w:rPr>
          <w:lang w:eastAsia="zh-CN"/>
        </w:rPr>
        <w:t xml:space="preserve">    三、工作计划 </w:t>
      </w:r>
      <w:r>
        <w:rPr>
          <w:lang w:eastAsia="zh-CN"/>
        </w:rPr>
        <w:br/>
      </w:r>
      <w:r>
        <w:rPr>
          <w:lang w:eastAsia="zh-CN"/>
        </w:rPr>
        <w:t xml:space="preserve">    1、努力做好内部人员的管理，在管理上做到制度严明，分工明确。 </w:t>
      </w:r>
      <w:r>
        <w:rPr>
          <w:lang w:eastAsia="zh-CN"/>
        </w:rPr>
        <w:br/>
      </w:r>
      <w:r>
        <w:rPr>
          <w:lang w:eastAsia="zh-CN"/>
        </w:rPr>
        <w:t xml:space="preserve">    2、在现有的例会基础上进一步深化例会的资料，把服务质量研讨会建设成为所有服务人员的沟通平台，相互学习，相互借鉴，分享服务经验，激发思想。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3、将在现有服务水准的基础上对服务进行创新提升，主抓服务细节和人性化服务，提高服务人员的入职资格，提升服务员的薪酬考核待遇标准，加强日常服务，树立优质服务先进个人，制造服务亮点。</w:t>
      </w:r>
      <w:r>
        <w:rPr>
          <w:lang w:eastAsia="zh-CN"/>
        </w:rPr>
        <w:t xml:space="preserve"> </w:t>
      </w:r>
      <w:r>
        <w:rPr>
          <w:lang w:eastAsia="zh-CN"/>
        </w:rPr>
        <w:br/>
      </w:r>
      <w:r>
        <w:rPr>
          <w:lang w:eastAsia="zh-CN"/>
        </w:rPr>
        <w:t xml:space="preserve">    4、在物品管理上职责到人，有章可循，有据可查，有人执行，有人监督。 </w:t>
      </w:r>
      <w:r>
        <w:rPr>
          <w:lang w:eastAsia="zh-CN"/>
        </w:rPr>
        <w:br/>
      </w:r>
      <w:r>
        <w:rPr>
          <w:lang w:eastAsia="zh-CN"/>
        </w:rPr>
        <w:t xml:space="preserve">    5、加强与就餐人员的沟通，以问卷方式调查饭菜质量，对反馈问题，及时进行解决。 </w:t>
      </w:r>
      <w:r>
        <w:rPr>
          <w:lang w:eastAsia="zh-CN"/>
        </w:rPr>
        <w:br/>
      </w:r>
      <w:r>
        <w:rPr>
          <w:lang w:eastAsia="zh-CN"/>
        </w:rPr>
        <w:t xml:space="preserve">    以上是我一年来的工作的总结及下年的工作打算，如有不妥之处，请领导给予指导，多谢！ </w:t>
      </w:r>
      <w:r>
        <w:rPr>
          <w:lang w:eastAsia="zh-CN"/>
        </w:rPr>
        <w:br/>
      </w:r>
      <w:r>
        <w:rPr>
          <w:lang w:eastAsia="zh-CN"/>
        </w:rPr>
        <w:t>年度个人工作总结范文（篇5）</w:t>
      </w:r>
      <w:r>
        <w:rPr>
          <w:lang w:eastAsia="zh-CN"/>
        </w:rPr>
        <w:br/>
      </w:r>
      <w:r>
        <w:rPr>
          <w:lang w:eastAsia="zh-CN"/>
        </w:rPr>
        <w:t xml:space="preserve">    一年来，本人以学校及各处组工作计划为指导;以加强师德师风建设，提高师德水平为重点，以提高教育教学成绩为中心，以深化课改实验工作为动力，认真履行岗位职责，较好地完成了工作目标任务，现将一年来的工作总结如下： </w:t>
      </w:r>
      <w:r>
        <w:rPr>
          <w:lang w:eastAsia="zh-CN"/>
        </w:rPr>
        <w:br/>
      </w:r>
      <w:r>
        <w:rPr>
          <w:lang w:eastAsia="zh-CN"/>
        </w:rPr>
        <w:t xml:space="preserve">    一、加强学习，努力提高自身素质。 </w:t>
      </w:r>
      <w:r>
        <w:rPr>
          <w:lang w:eastAsia="zh-CN"/>
        </w:rPr>
        <w:br/>
      </w:r>
      <w:r>
        <w:rPr>
          <w:lang w:eastAsia="zh-CN"/>
        </w:rPr>
        <w:t xml:space="preserve">    认真学习新课改理论，努力提高业务能力，参加自学考试，努力提高自己的学历水平。 </w:t>
      </w:r>
      <w:r>
        <w:rPr>
          <w:lang w:eastAsia="zh-CN"/>
        </w:rPr>
        <w:br/>
      </w:r>
      <w:r>
        <w:rPr>
          <w:lang w:eastAsia="zh-CN"/>
        </w:rPr>
        <w:t xml:space="preserve">    通过学习，转变了以前的工作观、学生观，使我对新课改理念有了一个全面的、深入的理解，为本人转变教学观念、改进教学方法打好了基础。 </w:t>
      </w:r>
      <w:r>
        <w:rPr>
          <w:lang w:eastAsia="zh-CN"/>
        </w:rPr>
        <w:br/>
      </w:r>
      <w:r>
        <w:rPr>
          <w:lang w:eastAsia="zh-CN"/>
        </w:rPr>
        <w:t xml:space="preserve">    二、以身作则，严格遵守工作纪律。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一方面，在工作中，本人能够严格要求自己，时时处处以一个共产党员的标准来要求自己，模范遵守学校的各项规章制度，做到不迟到、不早退，不旷会。</w:t>
      </w:r>
      <w:r>
        <w:rPr>
          <w:lang w:eastAsia="zh-CN"/>
        </w:rPr>
        <w:t xml:space="preserve"> </w:t>
      </w:r>
      <w:r>
        <w:rPr>
          <w:lang w:eastAsia="zh-CN"/>
        </w:rPr>
        <w:br/>
      </w:r>
      <w:r>
        <w:rPr>
          <w:lang w:eastAsia="zh-CN"/>
        </w:rPr>
        <w:t xml:space="preserve">    另一方面，本人能够严格遵守教师职业道德规范，关心爱护学生，不体罚，变相体罚学生，建立了良好的师生关系，在学生中树立了良好的形象。 </w:t>
      </w:r>
      <w:r>
        <w:rPr>
          <w:lang w:eastAsia="zh-CN"/>
        </w:rPr>
        <w:br/>
      </w:r>
      <w:r>
        <w:rPr>
          <w:lang w:eastAsia="zh-CN"/>
        </w:rPr>
        <w:t xml:space="preserve">    三、强化常规，提高课堂教学效率。 </w:t>
      </w:r>
      <w:r>
        <w:rPr>
          <w:lang w:eastAsia="zh-CN"/>
        </w:rPr>
        <w:br/>
      </w:r>
      <w:r>
        <w:rPr>
          <w:lang w:eastAsia="zh-CN"/>
        </w:rPr>
        <w:t xml:space="preserve">    本学期，本人能够强化教学常规各环节：在课前深入钻研、细心挖掘教材，把握教材的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 </w:t>
      </w:r>
      <w:r>
        <w:rPr>
          <w:lang w:eastAsia="zh-CN"/>
        </w:rPr>
        <w:br/>
      </w:r>
      <w:r>
        <w:rPr>
          <w:lang w:eastAsia="zh-CN"/>
        </w:rPr>
        <w:t xml:space="preserve">    四、加强研讨，努力提高教研水平。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r>
        <w:rPr>
          <w:lang w:eastAsia="zh-CN"/>
        </w:rPr>
        <w:t xml:space="preserve"> </w:t>
      </w:r>
      <w:r>
        <w:rPr>
          <w:lang w:eastAsia="zh-CN"/>
        </w:rPr>
        <w:br/>
      </w:r>
      <w:r>
        <w:rPr>
          <w:lang w:eastAsia="zh-CN"/>
        </w:rPr>
        <w:t>年度个人工作总结范文（篇6）</w:t>
      </w:r>
      <w:r>
        <w:rPr>
          <w:lang w:eastAsia="zh-CN"/>
        </w:rPr>
        <w:br/>
      </w:r>
      <w:r>
        <w:rPr>
          <w:lang w:eastAsia="zh-CN"/>
        </w:rPr>
        <w:t xml:space="preserve">    只有丝丝的寒意依然让我们感受到20__的留恋。回首这一年来在公司高层的正确领导下，在全体员工的努力拼搏下公司取得了较为卓越的成效。一年来，我从一名初出茅庐的实习生，到接线组组长，再到装配组组长。经历了很多，也学到了很多。在这里我得感谢公司给我这么好的机会，感谢公司领导的信任与支持，感谢诸多同事的相互帮助。 </w:t>
      </w:r>
      <w:r>
        <w:rPr>
          <w:lang w:eastAsia="zh-CN"/>
        </w:rPr>
        <w:br/>
      </w:r>
      <w:r>
        <w:rPr>
          <w:lang w:eastAsia="zh-CN"/>
        </w:rPr>
        <w:t xml:space="preserve">    一、工作内容 </w:t>
      </w:r>
      <w:r>
        <w:rPr>
          <w:lang w:eastAsia="zh-CN"/>
        </w:rPr>
        <w:br/>
      </w:r>
      <w:r>
        <w:rPr>
          <w:lang w:eastAsia="zh-CN"/>
        </w:rPr>
        <w:t xml:space="preserve">    这一年来，从实习生到班组长、车间主任助理（目前还是试用期）。主要的工作任务及内容：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1、实习期，是我们角色转变的重要时期。这个时期我们还停留在学生时代那种童稚。慢慢的接触社会，接触我们的现实生活。把我们的理论知识渐渐的融合在我们生产中，不断提升操作及实际变动能力。这个时期我主要在认识产品及零部件作用、熟悉整个生产工艺流程、了解公司规章制度上。基本上所有的工序都有较浅的了解。这为我以后的路垫定了较为结实的基础，这一时刻我们不再是学院人，更是社会人。</w:t>
      </w:r>
      <w:r>
        <w:rPr>
          <w:lang w:eastAsia="zh-CN"/>
        </w:rPr>
        <w:t xml:space="preserve"> </w:t>
      </w:r>
      <w:r>
        <w:rPr>
          <w:lang w:eastAsia="zh-CN"/>
        </w:rPr>
        <w:br/>
      </w:r>
      <w:r>
        <w:rPr>
          <w:lang w:eastAsia="zh-CN"/>
        </w:rPr>
        <w:t xml:space="preserve">    我的实习期是从电机包装开始的，电机包装是所有工序尾声，它可以很好体现电机工作原理、电机的结构与电机生产过程出现的问题。接下来我还参与了电机压装，电机接线，电机装配，甚至还有电机喷漆等。在这里感谢各为同事的耐心教导，这段时间取得了较为丰硕的成果，得到车间员工和部分领导认可。 </w:t>
      </w:r>
      <w:r>
        <w:rPr>
          <w:lang w:eastAsia="zh-CN"/>
        </w:rPr>
        <w:br/>
      </w:r>
      <w:r>
        <w:rPr>
          <w:lang w:eastAsia="zh-CN"/>
        </w:rPr>
        <w:t xml:space="preserve">    2、接线组组长时期，该时期我主要的任务除了电机接线工作外还有电机材料的备料工作。该时期我主要按单把所有机壳、端盖、接线盒领到指定位。该时期让我们更好的认识了电机配件及各种电机型号的.分类。 </w:t>
      </w:r>
      <w:r>
        <w:rPr>
          <w:lang w:eastAsia="zh-CN"/>
        </w:rPr>
        <w:br/>
      </w:r>
      <w:r>
        <w:rPr>
          <w:lang w:eastAsia="zh-CN"/>
        </w:rPr>
        <w:t xml:space="preserve">    3、装配组组长，该时期我们不仅在装配技能上有较大的提升。同时对产品病机的修理上有了较为粗浅的认识。该时期还主要参加各单电机的扫尾工作。 </w:t>
      </w:r>
      <w:r>
        <w:rPr>
          <w:lang w:eastAsia="zh-CN"/>
        </w:rPr>
        <w:br/>
      </w:r>
      <w:r>
        <w:rPr>
          <w:lang w:eastAsia="zh-CN"/>
        </w:rPr>
        <w:t xml:space="preserve">    4、主任助理（试用期），该时期的主要内容是协助车间主任管理车间生产工作。处理车间突发事故，解决车间生产过程中产生的问题、协助车间主任做好各类文件的保管及下发工作、传达主任及上层领导的指示，并且带头执行。做好产品质量监督、数据收集、前期材料的准备工作以及设备的保养维护工作。让车间员工有事可做，让生产顺利进行。 </w:t>
      </w:r>
      <w:r>
        <w:rPr>
          <w:lang w:eastAsia="zh-CN"/>
        </w:rPr>
        <w:br/>
      </w:r>
      <w:r>
        <w:rPr>
          <w:lang w:eastAsia="zh-CN"/>
        </w:rPr>
        <w:t xml:space="preserve">    二、工作中出现的问题及解决方法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问题一，由于生产过程中各道工序没有很好的衔接。也没有相关的制度约束。在此之前的很多单号的电机数量会出现较大的问题。配件的丢失等问题使整单产品无法准时完成。给公司造成较大的影响。解决方法：采用各道工序流程卡签名责任制。约束各类由于数量本身错误造成的问题。并且采用单单清原则，车间不留多余的物品（常用物品少量存放）。每单结束时把该单剩余物品归还仓库，减少成本。同时也减少不同单号物品间的不良影响。尤其是多种易混淆的物品，这是生产发展的需要。但是这需要我们的员工有较高的素质。</w:t>
      </w:r>
      <w:r>
        <w:rPr>
          <w:lang w:eastAsia="zh-CN"/>
        </w:rPr>
        <w:t xml:space="preserve"> </w:t>
      </w:r>
      <w:r>
        <w:rPr>
          <w:lang w:eastAsia="zh-CN"/>
        </w:rPr>
        <w:br/>
      </w:r>
      <w:r>
        <w:rPr>
          <w:lang w:eastAsia="zh-CN"/>
        </w:rPr>
        <w:t xml:space="preserve">    问题二，产品（MS序列）在喷漆过程中出现较严重的掉漆渣现象，每一单台电机接线盒约有60%以上的需要清洗或者其它处理后放地板上喷漆。这样不仅给包装工序造成较大的阻碍。而且使我们员工的时间成本、公司的人工成本大大增加。同时很多情况还影响整单产品的发货时间。 </w:t>
      </w:r>
      <w:r>
        <w:rPr>
          <w:lang w:eastAsia="zh-CN"/>
        </w:rPr>
        <w:br/>
      </w:r>
      <w:r>
        <w:rPr>
          <w:lang w:eastAsia="zh-CN"/>
        </w:rPr>
        <w:t xml:space="preserve">    解决方法：采取直立式喷漆。避免接线盒盖朝上，可以有效的减少喷漆返工现象。MS160用旧盖做为工装，新盖直接分开喷漆。也可以有效减少返工数量。 </w:t>
      </w:r>
      <w:r>
        <w:rPr>
          <w:lang w:eastAsia="zh-CN"/>
        </w:rPr>
        <w:br/>
      </w:r>
      <w:r>
        <w:rPr>
          <w:lang w:eastAsia="zh-CN"/>
        </w:rPr>
        <w:t xml:space="preserve">    问题三，我们产品在生产过程中很大一部分因为零部件不合理，配件无法正常供应问题导致电机大量停滞于流水线。给后续生产造成很大影响。 </w:t>
      </w:r>
      <w:r>
        <w:rPr>
          <w:lang w:eastAsia="zh-CN"/>
        </w:rPr>
        <w:br/>
      </w:r>
      <w:r>
        <w:rPr>
          <w:lang w:eastAsia="zh-CN"/>
        </w:rPr>
        <w:t xml:space="preserve">    解决方法：开始生产前对每一种型号的电机进行试生产。尤其是一些难生产，较少生产。大批量的型号。这样可以在生产前把问题扼杀在造成损失前。同时完善产品供应商及零部件标准统一问题。除客户特殊要求外，均采用一个标准。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问题四，很多时候员工在生产前没有很好的注意生产派发单的特别要求，还是以以前的标准生产，造成很多不必要的返工。 </w:t>
      </w:r>
      <w:r>
        <w:rPr>
          <w:lang w:eastAsia="zh-CN"/>
        </w:rPr>
        <w:br/>
      </w:r>
      <w:r>
        <w:rPr>
          <w:lang w:eastAsia="zh-CN"/>
        </w:rPr>
        <w:t xml:space="preserve">    解决方法：提前把派发单、生产注意事项、工作联系单等发放各班组。并且在相应派发单上用红笔圈出需要注意的点，要求咯班组公布，做到全组全员均知。并且再生产前向技术部、品管部再次确认。无误后安排生产。 </w:t>
      </w:r>
      <w:r>
        <w:rPr>
          <w:lang w:eastAsia="zh-CN"/>
        </w:rPr>
        <w:br/>
      </w:r>
      <w:r>
        <w:rPr>
          <w:lang w:eastAsia="zh-CN"/>
        </w:rPr>
        <w:t xml:space="preserve">    三、20__年工作计划 </w:t>
      </w:r>
      <w:r>
        <w:rPr>
          <w:lang w:eastAsia="zh-CN"/>
        </w:rPr>
        <w:br/>
      </w:r>
      <w:r>
        <w:rPr>
          <w:lang w:eastAsia="zh-CN"/>
        </w:rPr>
        <w:t xml:space="preserve">    20__年是全新的一年，也是充满希望的一年。我是一名车间基层管理者。在今后的工作规划中，下面几个方面作为主要的工作来做： </w:t>
      </w:r>
      <w:r>
        <w:rPr>
          <w:lang w:eastAsia="zh-CN"/>
        </w:rPr>
        <w:br/>
      </w:r>
      <w:r>
        <w:rPr>
          <w:lang w:eastAsia="zh-CN"/>
        </w:rPr>
        <w:t xml:space="preserve">    1、优化人员组合，提高员工生产积极性 </w:t>
      </w:r>
      <w:r>
        <w:rPr>
          <w:lang w:eastAsia="zh-CN"/>
        </w:rPr>
        <w:br/>
      </w:r>
      <w:r>
        <w:rPr>
          <w:lang w:eastAsia="zh-CN"/>
        </w:rPr>
        <w:t xml:space="preserve">    产品是人制造出来的，只有使我们员工对自己的工作充满热情，对生产具有高度的积极性，热爱我们的工作。才能更快制造更好的产品。所以我们会对现有人员进行全面审核，针对车间实际生产情况整合人员，吸纳人才，把我们所有人员的能力及作用最大的开发及利用。让员工能拿高工资，提高积极性。 </w:t>
      </w:r>
      <w:r>
        <w:rPr>
          <w:lang w:eastAsia="zh-CN"/>
        </w:rPr>
        <w:br/>
      </w:r>
      <w:r>
        <w:rPr>
          <w:lang w:eastAsia="zh-CN"/>
        </w:rPr>
        <w:t xml:space="preserve">    2、加强员工素质教育提高员工战斗力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xml:space="preserve"> 员工的素质就好比我们产品的性能，有良好的素质。制造出来的产品才是合格，才是高质量的产品。但由于我们员工素质层次不齐。有较大部分员工的素质有很大的提升空间。所以我们以后的方向必须有相对应的策略。在后期的计划中我把这一块作为重点来抓。尽量在每一周进行一至两次的培训（培训内容可以是公司制度、生产注意事项、产品常识等）。或者找员工进行面对面的聊天。只有从个人抓起，才是解决产品质量问题的关键所在。使我们的生产团队是一支具有高素质的战斗团队。</w:t>
      </w:r>
      <w:r>
        <w:rPr>
          <w:lang w:eastAsia="zh-CN"/>
        </w:rPr>
        <w:t xml:space="preserve"> </w:t>
      </w:r>
      <w:r>
        <w:rPr>
          <w:lang w:eastAsia="zh-CN"/>
        </w:rPr>
        <w:br/>
      </w:r>
      <w:r>
        <w:rPr>
          <w:lang w:eastAsia="zh-CN"/>
        </w:rPr>
        <w:t xml:space="preserve">    3、加强7S管理体系，提高生产效率和降低成本 </w:t>
      </w:r>
      <w:r>
        <w:rPr>
          <w:lang w:eastAsia="zh-CN"/>
        </w:rPr>
        <w:br/>
      </w:r>
      <w:r>
        <w:rPr>
          <w:lang w:eastAsia="zh-CN"/>
        </w:rPr>
        <w:t xml:space="preserve">    7S不仅是管理体系，也是一种准则。我们利用7S对车间现场进行合理的控制，可以使我们大大提高生产效率，降低生产的成本。把我们的时间利用在更合适的地方。在后期培训上我会不断融入7S管理体系。 </w:t>
      </w:r>
      <w:r>
        <w:rPr>
          <w:lang w:eastAsia="zh-CN"/>
        </w:rPr>
        <w:br/>
      </w:r>
      <w:r>
        <w:rPr>
          <w:lang w:eastAsia="zh-CN"/>
        </w:rPr>
        <w:t xml:space="preserve">    4、加强设备管理提高生产安全性和高效性 </w:t>
      </w:r>
      <w:r>
        <w:rPr>
          <w:lang w:eastAsia="zh-CN"/>
        </w:rPr>
        <w:br/>
      </w:r>
      <w:r>
        <w:rPr>
          <w:lang w:eastAsia="zh-CN"/>
        </w:rPr>
        <w:t xml:space="preserve">    光有人还不能高效的生产出产品，合理的利用设备可以加快生产进度。但是很多设备都具有一定的危险性。所以要求我们的设备必须具有较高的安全性能。针对这一点，我们就得有排除或者隔绝不安全因素的措施。对产品进行合理的保养和管理。实行定期检查加不定期抽查等方法落实我们的设备问题。让我们的设备真正成为我们生产的左膀右臂，为生产提供强有力的支持。 </w:t>
      </w:r>
      <w:r>
        <w:rPr>
          <w:lang w:eastAsia="zh-CN"/>
        </w:rPr>
        <w:br/>
      </w:r>
      <w:r>
        <w:rPr>
          <w:lang w:eastAsia="zh-CN"/>
        </w:rPr>
        <w:t xml:space="preserve">    5、加强生产连贯性，优化工艺，使生产少走弯路 </w:t>
      </w:r>
      <w:r>
        <w:rPr>
          <w:lang w:eastAsia="zh-CN"/>
        </w:rPr>
        <w:br/>
      </w:r>
      <w:r>
        <w:rPr>
          <w:lang w:eastAsia="zh-CN"/>
        </w:rPr>
        <w:t xml:space="preserve">    加强各部门的联系合作，使我们整个生产过程更顺畅。提前把生产所需的零部件、工具准备好。优化工艺、工装建立标准化的文件。 </w:t>
      </w:r>
      <w:r>
        <w:rPr>
          <w:lang w:eastAsia="zh-CN"/>
        </w:rPr>
        <w:br/>
      </w:r>
      <w:r>
        <w:rPr>
          <w:lang w:eastAsia="zh-CN"/>
        </w:rPr>
        <w:t xml:space="preserve">    6、努力学习，不断提升自己管理水平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接触管理层的时间还不长，得到的经验远远没有真正的达到要求。这是我的缺陷，也是我以后需要重点弥补的项目。俗话说只有好将才能带出好兵。没有一成不变的定律，只有与时俱进的管理。站在不同的高度看不同的问题会有不同的解决方法。所以我要不断更新自己的认识。转变角色，为公司为集团尽一份绵薄。</w:t>
      </w:r>
      <w:r>
        <w:rPr>
          <w:lang w:eastAsia="zh-CN"/>
        </w:rPr>
        <w:t xml:space="preserve"> </w:t>
      </w:r>
      <w:r>
        <w:rPr>
          <w:lang w:eastAsia="zh-CN"/>
        </w:rPr>
        <w:br/>
      </w:r>
      <w:r>
        <w:rPr>
          <w:lang w:eastAsia="zh-CN"/>
        </w:rPr>
        <w:t xml:space="preserve">    四、展望未来 </w:t>
      </w:r>
      <w:r>
        <w:rPr>
          <w:lang w:eastAsia="zh-CN"/>
        </w:rPr>
        <w:br/>
      </w:r>
      <w:r>
        <w:rPr>
          <w:lang w:eastAsia="zh-CN"/>
        </w:rPr>
        <w:t xml:space="preserve">    远东在腾飞，我希望在集团高层的正确领导下，在全体__人的不懈努力下，顺利甚至超额完成我们的8000万美元目标。把我们公司建立成为“全球信赖的品牌电机制造商”！ </w:t>
      </w:r>
      <w:r>
        <w:rPr>
          <w:lang w:eastAsia="zh-CN"/>
        </w:rPr>
        <w:br/>
      </w:r>
      <w:r>
        <w:rPr>
          <w:lang w:eastAsia="zh-CN"/>
        </w:rPr>
        <w:t xml:space="preserve">    预祝__在新的一年更加辉煌腾达！ </w:t>
      </w:r>
      <w:r>
        <w:rPr>
          <w:lang w:eastAsia="zh-CN"/>
        </w:rPr>
        <w:br/>
      </w:r>
      <w:r>
        <w:rPr>
          <w:lang w:eastAsia="zh-CN"/>
        </w:rPr>
        <w:t>年度个人工作总结范文（篇7）</w:t>
      </w:r>
      <w:r>
        <w:rPr>
          <w:lang w:eastAsia="zh-CN"/>
        </w:rPr>
        <w:br/>
      </w:r>
      <w:r>
        <w:rPr>
          <w:lang w:eastAsia="zh-CN"/>
        </w:rPr>
        <w:t xml:space="preserve">    20__年即将过去，在这一年来，既有收获也有失误，平凡忙碌中伴着充实，创新扩展中伴着快乐，院领导运筹帷幄，领导有方，及时为我科购进所需的手术和处置器械及办公用品，科室同事也给予我大力支持和鼎立帮助，使得我取得了一定成绩。 </w:t>
      </w:r>
      <w:r>
        <w:rPr>
          <w:lang w:eastAsia="zh-CN"/>
        </w:rPr>
        <w:br/>
      </w:r>
      <w:r>
        <w:rPr>
          <w:lang w:eastAsia="zh-CN"/>
        </w:rPr>
        <w:t xml:space="preserve">    一、一年来的工作总结 </w:t>
      </w:r>
      <w:r>
        <w:rPr>
          <w:lang w:eastAsia="zh-CN"/>
        </w:rPr>
        <w:br/>
      </w:r>
      <w:r>
        <w:rPr>
          <w:lang w:eastAsia="zh-CN"/>
        </w:rPr>
        <w:t xml:space="preserve">    1、认真做好眼科医生门诊手术的协助工作。做好环境、器械消毒，积极准备手术所需物品并做好术后清理工作，保障门诊手术的顺利开展实施。全年无感染病例发生。 </w:t>
      </w:r>
      <w:r>
        <w:rPr>
          <w:lang w:eastAsia="zh-CN"/>
        </w:rPr>
        <w:br/>
      </w:r>
      <w:r>
        <w:rPr>
          <w:lang w:eastAsia="zh-CN"/>
        </w:rPr>
        <w:t xml:space="preserve">    2、患者对眼科处置和手术有很大的恐惧心里，针对这一点做好患者心理护理，积极与患者沟通，最大可能的消除患者心里紧张。真正的把人性化护理体现到工作之中，同时提高注射技术，减轻患者疼痛，增强其治疗信心。 </w:t>
      </w:r>
      <w:r>
        <w:rPr>
          <w:lang w:eastAsia="zh-CN"/>
        </w:rPr>
        <w:br/>
      </w:r>
      <w:r>
        <w:rPr>
          <w:lang w:eastAsia="zh-CN"/>
        </w:rPr>
        <w:t xml:space="preserve">  </w:t>
      </w:r>
      <w:r>
        <w:rPr>
          <w:lang w:eastAsia="zh-CN"/>
        </w:rPr>
        <w:t xml:space="preserve"> </w:t>
      </w:r>
    </w:p>
    <w:p w:rsidR="001B1F19" w14:textId="27C3F48A">
      <w:pPr>
        <w:rPr>
          <w:rFonts w:hint="eastAsia"/>
          <w:lang w:eastAsia="zh-CN"/>
        </w:rPr>
      </w:pPr>
      <w:r>
        <w:rPr>
          <w:lang w:eastAsia="zh-CN"/>
        </w:rPr>
        <w:t xml:space="preserve"> 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__千余例，在原来业务收入的基础上增收____万余元，治愈率达____%以上，总有效率____%，得到了患者及临床医生的好评。</w:t>
      </w:r>
      <w:r>
        <w:rPr>
          <w:lang w:eastAsia="zh-CN"/>
        </w:rPr>
        <w:t xml:space="preserve"> </w:t>
      </w:r>
      <w:r>
        <w:rPr>
          <w:lang w:eastAsia="zh-CN"/>
        </w:rPr>
        <w:br/>
      </w:r>
      <w:r>
        <w:rPr>
          <w:lang w:eastAsia="zh-CN"/>
        </w:rPr>
        <w:t xml:space="preserve">    二、20__年工作计划 </w:t>
      </w:r>
      <w:r>
        <w:rPr>
          <w:lang w:eastAsia="zh-CN"/>
        </w:rPr>
        <w:br/>
      </w:r>
      <w:r>
        <w:rPr>
          <w:lang w:eastAsia="zh-CN"/>
        </w:rPr>
        <w:t xml:space="preserve">    1、把眼科护理工作规范化，做到细致入微。 </w:t>
      </w:r>
      <w:r>
        <w:rPr>
          <w:lang w:eastAsia="zh-CN"/>
        </w:rPr>
        <w:br/>
      </w:r>
      <w:r>
        <w:rPr>
          <w:lang w:eastAsia="zh-CN"/>
        </w:rPr>
        <w:t xml:space="preserve">    2、加强业务学习，在原有开展项目基础上进一步向上级医院虚心学习泪道激光术。这样可以解决因泪道完全堵塞后探通术无法解决的难题，使这样的病例得以有效治疗，大幅度增加科室经济收入。希望院领导给予支持。 </w:t>
      </w:r>
      <w:r>
        <w:rPr>
          <w:lang w:eastAsia="zh-CN"/>
        </w:rPr>
        <w:br/>
      </w:r>
      <w:r>
        <w:rPr>
          <w:lang w:eastAsia="zh-CN"/>
        </w:rPr>
        <w:t xml:space="preserve">    眼科门诊手术室亟待改善和提高情况：根据眼科门诊手术室流程要求，目前业务用房紧张，布局不合理，增加手术感染风险，为了避免医疗风险和医患纠纷，希望在我院新住院部大楼落成后，在业务用房上给协调解决。 </w:t>
      </w:r>
      <w:r>
        <w:rPr>
          <w:lang w:eastAsia="zh-CN"/>
        </w:rPr>
        <w:br/>
      </w:r>
      <w:r>
        <w:rPr>
          <w:lang w:eastAsia="zh-CN"/>
        </w:rPr>
        <w:t>年度个人工作总结范文（篇8）</w:t>
      </w:r>
      <w:r>
        <w:rPr>
          <w:lang w:eastAsia="zh-CN"/>
        </w:rPr>
        <w:br/>
      </w:r>
      <w:r>
        <w:rPr>
          <w:lang w:eastAsia="zh-CN"/>
        </w:rPr>
        <w:t xml:space="preserve">    不知不觉，新的一年又将来临了。回顾这一年的工作历程，作为__公司广告部的一名销售人员，我深深的感到公司的蓬勃发展的热情，__公司人为之拼搏的可贵精神。下面，我就将我20__年的个人工作情况进行如下总结：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https://d.book118.com/066040034050010054</w:t>
        </w:r>
      </w:hyperlink>
    </w:p>
    <w:p w:rsidR="001B1F19">
      <w:pPr>
        <w:rPr>
          <w:rFonts w:hint="eastAsia"/>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66040034050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