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600字军训总结（31篇）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600字军训总结（精选31篇）</w:t>
      </w:r>
      <w:r>
        <w:rPr>
          <w:lang w:eastAsia="zh-CN"/>
        </w:rPr>
        <w:br/>
      </w:r>
      <w:r>
        <w:rPr>
          <w:lang w:eastAsia="zh-CN"/>
        </w:rPr>
        <w:t xml:space="preserve">    600字军训总结 篇1 </w:t>
      </w:r>
      <w:r>
        <w:rPr>
          <w:lang w:eastAsia="zh-CN"/>
        </w:rPr>
        <w:br/>
      </w:r>
      <w:r>
        <w:rPr>
          <w:lang w:eastAsia="zh-CN"/>
        </w:rPr>
        <w:t>　　立正!一二!在军官的一声口令中，我们开始了两天的军训生活。</w:t>
      </w:r>
      <w:r>
        <w:rPr>
          <w:lang w:eastAsia="zh-CN"/>
        </w:rPr>
        <w:br/>
      </w:r>
      <w:r>
        <w:rPr>
          <w:lang w:eastAsia="zh-CN"/>
        </w:rPr>
        <w:t>　　训练开始了，我们先学习了交通手势操：指挥车辆行人停止、行驶的手势。</w:t>
      </w:r>
      <w:r>
        <w:rPr>
          <w:lang w:eastAsia="zh-CN"/>
        </w:rPr>
        <w:br/>
      </w:r>
      <w:r>
        <w:rPr>
          <w:lang w:eastAsia="zh-CN"/>
        </w:rPr>
        <w:t>　　教官和我们玩了一个游戏：马路演习。教官先派了八个同学当红绿灯，一个同学当警察，八个同学当汽车，二十四个同学当车子里的乘客，剩下的同学都当行人。</w:t>
      </w:r>
      <w:r>
        <w:rPr>
          <w:lang w:eastAsia="zh-CN"/>
        </w:rPr>
        <w:br/>
      </w:r>
      <w:r>
        <w:rPr>
          <w:lang w:eastAsia="zh-CN"/>
        </w:rPr>
        <w:t>　　游戏开始了，小警察先指挥我们这边停下来，旁边的同学先开，红灯过了，我们的车子像离了弦的箭似的冲了出去。哎呀!不好，绿灯一下子变成了红灯，我们的车子不小心和对面的车子相撞了。只听见咚的一声，全体人员倒地了，全都飞了出去。接下来轮到我们当行人了，走啊走，一个小朋友不小心闯了红灯，被一辆刚冲过来的车子撞到在地，惨祸酿成了。</w:t>
      </w:r>
      <w:r>
        <w:rPr>
          <w:lang w:eastAsia="zh-CN"/>
        </w:rPr>
        <w:br/>
      </w:r>
      <w:r>
        <w:rPr>
          <w:lang w:eastAsia="zh-CN"/>
        </w:rPr>
        <w:t>　　接下来，我们准备去学习简易的紧急救护包扎。</w:t>
      </w:r>
      <w:r>
        <w:rPr>
          <w:lang w:eastAsia="zh-CN"/>
        </w:rPr>
        <w:br/>
      </w:r>
      <w:r>
        <w:rPr>
          <w:lang w:eastAsia="zh-CN"/>
        </w:rPr>
        <w:t>　　老师先教了我们打方结，然后教我们手背受伤了的包扎方法。</w:t>
      </w:r>
      <w:r>
        <w:rPr>
          <w:lang w:eastAsia="zh-CN"/>
        </w:rPr>
        <w:br/>
      </w:r>
      <w:r>
        <w:rPr>
          <w:lang w:eastAsia="zh-CN"/>
        </w:rPr>
        <w:t>　　然后我们去学习了楼寓逃生的方法：从下水管道上滑下来(其实演练的时候是从下往上爬的)。</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我们有学习了火场逃生的方法：用湿毛巾捂住嘴鼻，弯下腰来走。</w:t>
      </w:r>
      <w:r>
        <w:rPr>
          <w:lang w:eastAsia="zh-CN"/>
        </w:rPr>
        <w:br/>
      </w:r>
      <w:r>
        <w:rPr>
          <w:lang w:eastAsia="zh-CN"/>
        </w:rPr>
        <w:t>　　接着，模拟的火场，我们要演习逃生。</w:t>
      </w:r>
      <w:r>
        <w:rPr>
          <w:lang w:eastAsia="zh-CN"/>
        </w:rPr>
        <w:br/>
      </w:r>
      <w:r>
        <w:rPr>
          <w:lang w:eastAsia="zh-CN"/>
        </w:rPr>
        <w:t>　　火灾开始了，我们都拿着湿毛巾，弯着腰，逃了下去。</w:t>
      </w:r>
      <w:r>
        <w:rPr>
          <w:lang w:eastAsia="zh-CN"/>
        </w:rPr>
        <w:br/>
      </w:r>
      <w:r>
        <w:rPr>
          <w:lang w:eastAsia="zh-CN"/>
        </w:rPr>
        <w:t>　　虽然这次军训很辛苦，但是我们大家都很高兴。因为军训让我们学会了团结友爱和互帮互助的精神，让我们学会了遵守交通规则是爱惜自己的生命，学会了火灾中如何逃生及紧急救护知识，会使自己在以后的生活当中遇到危险也会处惊不乱地照顾自己及其身边的人。</w:t>
      </w:r>
      <w:r>
        <w:rPr>
          <w:lang w:eastAsia="zh-CN"/>
        </w:rPr>
        <w:br/>
      </w:r>
      <w:r>
        <w:rPr>
          <w:lang w:eastAsia="zh-CN"/>
        </w:rPr>
        <w:t xml:space="preserve">    600字军训总结 篇2 </w:t>
      </w:r>
      <w:r>
        <w:rPr>
          <w:lang w:eastAsia="zh-CN"/>
        </w:rPr>
        <w:br/>
      </w:r>
      <w:r>
        <w:rPr>
          <w:lang w:eastAsia="zh-CN"/>
        </w:rPr>
        <w:t>　　军训生活结束了，在这7天里，我有许多的感慨和感受。那种感觉就像是在苦茶里浸泡了七天，被磨练的有滋有味，那种感觉也像是在监狱里囚禁了七天，被释放出来似的。我们每个人都有无尽的说不完的话，无尽的感慨</w:t>
      </w:r>
      <w:r>
        <w:rPr>
          <w:lang w:eastAsia="zh-CN"/>
        </w:rPr>
        <w:br/>
      </w:r>
      <w:r>
        <w:rPr>
          <w:lang w:eastAsia="zh-CN"/>
        </w:rPr>
        <w:t>　　军训不但培养人有吃苦耐劳的精神，而且能磨练人的坚强意志。每天除了睡觉吃饭，还有些休息时间，就剩下训练训练。</w:t>
      </w:r>
      <w:r>
        <w:rPr>
          <w:lang w:eastAsia="zh-CN"/>
        </w:rPr>
        <w:br/>
      </w:r>
      <w:r>
        <w:rPr>
          <w:lang w:eastAsia="zh-CN"/>
        </w:rPr>
        <w:t>　　第一天，我无比兴奋地踏进军训基地，心想，我盼望已久的军训生活终于开始了。而第一天只是一个小开始。到了第二天的时候那可就是真正的磨练了。每天早上六点起床，晚上十点的睡觉。起床了，就开始叠被子。然后，出早操，早操要跑二圈，然后回宿舍洗漱，然后拿着饭盒去食堂吃饭，我们天天都吃馒头，而且，每天的早餐都是一样的。</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接下来就是几个小时的训练。每天我们要训练齐步走、正步走一系列地训练。中午，吃饭时我们的休息时间。我们吃的东西不带换的，每天都是一样的。中午我们有一段休息时间。到了下午，我们还是一样的训练。到了晚上，我们会有一段时间洗澡，就20分钟，人还很多，很挤。最后我们就睡觉了。这样的作息时间一直持续到我们回来那天。</w:t>
      </w:r>
      <w:r>
        <w:rPr>
          <w:lang w:eastAsia="zh-CN"/>
        </w:rPr>
        <w:br/>
      </w:r>
      <w:r>
        <w:rPr>
          <w:lang w:eastAsia="zh-CN"/>
        </w:rPr>
        <w:t>　　军人真辛苦，他们时时刻刻都在保护我们国家的人民，保护国家，保障治安，我突然感到军人是崇高的，是我们学习的榜样。虽然这几天的训练很辛苦，但是我还是觉得是值的，因为我们懂得得：不经历风雨，怎能见彩虹?如果不磨练，怎么能成功?</w:t>
      </w:r>
      <w:r>
        <w:rPr>
          <w:lang w:eastAsia="zh-CN"/>
        </w:rPr>
        <w:br/>
      </w:r>
      <w:r>
        <w:rPr>
          <w:lang w:eastAsia="zh-CN"/>
        </w:rPr>
        <w:t>　　我们都是在蜜罐里长大的孩子，不知外面世界的复杂，所以我们要努力锻炼自己成为一个真正的人才。我终于体会到了：流血流汗不流泪，掉皮掉肉不掉队!这句话的含义了。</w:t>
      </w:r>
      <w:r>
        <w:rPr>
          <w:lang w:eastAsia="zh-CN"/>
        </w:rPr>
        <w:br/>
      </w:r>
      <w:r>
        <w:rPr>
          <w:lang w:eastAsia="zh-CN"/>
        </w:rPr>
        <w:t>　　军训不仅是训练我们吃苦耐劳的精神，也是训练我们的坚强意志。人只有在挫折中才能变的成熟，在困难中才能变的坚强。只有在不断地成长中才能很懂得珍惜，珍惜现在的美好。</w:t>
      </w:r>
      <w:r>
        <w:rPr>
          <w:lang w:eastAsia="zh-CN"/>
        </w:rPr>
        <w:br/>
      </w:r>
      <w:r>
        <w:rPr>
          <w:lang w:eastAsia="zh-CN"/>
        </w:rPr>
        <w:t>　　当我坐上回家的车，心中也不知从哪冒出一股暖流：我留恋这了，就在和教官挥手告别时，我更学会了珍惜。这次军训应该是我青春时光中的重要画面。</w:t>
      </w:r>
      <w:r>
        <w:rPr>
          <w:lang w:eastAsia="zh-CN"/>
        </w:rPr>
        <w:br/>
      </w:r>
      <w:r>
        <w:rPr>
          <w:lang w:eastAsia="zh-CN"/>
        </w:rPr>
        <w:t xml:space="preserve">    600字军训总结 篇3 </w:t>
      </w:r>
      <w:r>
        <w:rPr>
          <w:lang w:eastAsia="zh-CN"/>
        </w:rPr>
        <w:br/>
      </w:r>
      <w:r>
        <w:rPr>
          <w:lang w:eastAsia="zh-CN"/>
        </w:rPr>
        <w:t>　　着迷彩，我们英姿飒爽;踢正步，我们意气风发;唱军歌，我们斗志昂扬七日发军训给了我太多太多的感想。</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一个月的军训生涯是我这生最值得珍藏的记忆，虽说我在家里也不是娇生惯养，但是这种训练还真是吃不消。每日跑步、正步、站军姿标准化的训练，一天下来，看见床是那么的亲切，整个人都感觉是虚脱了，只要能躺绝不会轻易离开心爱的床。很多次我都在孤寂的深夜回味军训的一幕一幕，心目中的军训充满教官的训斥;心目中的军训是紧张与艰苦的合奏;心目中的军训更是无常地响起那集合哨音。</w:t>
      </w:r>
      <w:r>
        <w:rPr>
          <w:lang w:eastAsia="zh-CN"/>
        </w:rPr>
        <w:br/>
      </w:r>
      <w:r>
        <w:rPr>
          <w:lang w:eastAsia="zh-CN"/>
        </w:rPr>
        <w:t>　　但我必须坚持，我是一个轻易不言放弃的人，毅力的坚定让我将这种日子变成了享受。这次的军训给了我跨过这些坎的勇气和力量。军训的日子单调充满辛酸。军训开始后，我慢慢发现只要自己怀有不倒的信念，只要自己有勇气去克服一切困难，那么，身体里就会有股力量支撑着我永不放弃。所以，烈日炎炎下，我能坚持着和同学们一起努力认真地完成了站军姿、跨立、齐步走、踢正步等的学习和严格的训练。尝到了艰辛，感到了疲惫，但更多的是喜悦，是战胜自我的喜悦。</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军训教会我做一个严于律己的人。在众人组成的队伍当中，我学会了克服身体上的种种不适去完成一次次严格的训练，并且我渐渐地开始严格要求自己把每一个动作做好，因为只有先做到严于律己才不会影响到队伍整体训练的效果。由零零散散到整齐化一，这正是我们每一位同学严于律己、相互配合的结果。无论是学习还是工作，我们都离不开集体，有了集体当然就要有纪律。只有严于律己才能出色地完成自己的任务，只有人人都做到严于律己，才能有一个出色的集体。</w:t>
      </w:r>
      <w:r>
        <w:rPr>
          <w:lang w:eastAsia="zh-CN"/>
        </w:rPr>
        <w:br/>
      </w:r>
      <w:r>
        <w:rPr>
          <w:lang w:eastAsia="zh-CN"/>
        </w:rPr>
        <w:t>　　军训的尾声一天天接近，我们的动作也逐步规划整齐，那时的我们笑容是那样的灿烂，军姿的纹丝不动，跨步的整齐有力，我们像军人一样一丝不苟，我们的教管也在品味自己的战果。绿色是军人的象征，那是一种生命力，更是坚韧不拔的标语。在军训中，很苦很累，但这是一种人生体验，战胜自我，锻炼意志的最佳良机。</w:t>
      </w:r>
      <w:r>
        <w:rPr>
          <w:lang w:eastAsia="zh-CN"/>
        </w:rPr>
        <w:br/>
      </w:r>
      <w:r>
        <w:rPr>
          <w:lang w:eastAsia="zh-CN"/>
        </w:rPr>
        <w:t>　　宝剑锋从磨砺出，梅花香出苦寒来是军训的体会，千磨万击还坚劲，任尔东南西北风是军训的结果，流血，流汗，不流泪;掉皮，掉肉，不掉队，是军训的口号，更是我们人生的座右铭。</w:t>
      </w:r>
      <w:r>
        <w:rPr>
          <w:lang w:eastAsia="zh-CN"/>
        </w:rPr>
        <w:br/>
      </w:r>
      <w:r>
        <w:rPr>
          <w:lang w:eastAsia="zh-CN"/>
        </w:rPr>
        <w:t xml:space="preserve">    600字军训总结 篇4 </w:t>
      </w:r>
      <w:r>
        <w:rPr>
          <w:lang w:eastAsia="zh-CN"/>
        </w:rPr>
        <w:br/>
      </w:r>
      <w:r>
        <w:rPr>
          <w:lang w:eastAsia="zh-CN"/>
        </w:rPr>
        <w:t>　　为了锻炼我们的意志，学校组织了一次军训，家长们十分赞同，说现在孩子都是娇生惯养出来的，应该好好锻炼锻炼。</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8月18日早上我带上行李就出发了，到了学校后，我们排好队就上了车，在八达岭高速上行驶了近两个小时的行程，来到了军训基地。一到那，我们先认识了教官，然后由教官带领来到寝室，放好行李后，去领军装，这军装太大了，裤子老掉。我们回寝室拿好小椅子，排队去参加军训动员会。会上学校领导和军官都发了言，他们鼓励大家发扬流血流汗不流泪的精神。完成训练。大会上我们还观看了军官们的表演，十分精彩。大会结束后，我们一起整理内务，铺床单叠被子，被子得叠成豆腐块。我们开始练习稍息、立正、跨步、转法、敬礼。这时已到了中午我们排队去吃饭，吃完后自己洗饭盆。回寝室休息到4点，继续训练，即使下着雨，仍然不停地练，晚上学唱歌，吃饭前唱歌，然后才许吃饭。吃完饭回寝室整理内务，洗澡，9:30熄灯，第二天5:30就得起来，这就是军人一天的生活。</w:t>
      </w:r>
      <w:r>
        <w:rPr>
          <w:lang w:eastAsia="zh-CN"/>
        </w:rPr>
        <w:br/>
      </w:r>
      <w:r>
        <w:rPr>
          <w:lang w:eastAsia="zh-CN"/>
        </w:rPr>
        <w:t>　　因为那里是郊区，蚊子多，同学们点蚊香，所以我过敏了，晚上喘了一夜，第二天老师给我妈妈打电话，把我接回了家，很遗憾，我中学时代的第一次军训就这样结束了。</w:t>
      </w:r>
      <w:r>
        <w:rPr>
          <w:lang w:eastAsia="zh-CN"/>
        </w:rPr>
        <w:br/>
      </w:r>
      <w:r>
        <w:rPr>
          <w:lang w:eastAsia="zh-CN"/>
        </w:rPr>
        <w:t>　　虽然我只在军营里训练了一天，但我觉得这严明的军纪和艰苦的生活对我们的成长有很多帮助，不仅锻炼了身体，增强了意志，还培养了团队精神。战士们的训练是长期的、认真的、艰苦的一丝不苟的，只有这样才能练出真本领，才能在战场上攻无不克、战无不胜。我们学习也和军人一样，只有在上课时认真听讲、课后完成作业、牢固的掌握了所学的知识，考试时才能有好成绩。</w:t>
      </w:r>
      <w:r>
        <w:rPr>
          <w:lang w:eastAsia="zh-CN"/>
        </w:rPr>
        <w:br/>
      </w:r>
      <w:r>
        <w:rPr>
          <w:lang w:eastAsia="zh-CN"/>
        </w:rPr>
        <w:t>　　通过这次军训，我更体会到了，团结、紧张、严肃、活泼这八个字的意义。我要以军人的毅力要求自己，努力锻炼身体，增强体质，等下一次有机会还参加军训活动。</w:t>
      </w:r>
      <w:r>
        <w:rPr>
          <w:lang w:eastAsia="zh-CN"/>
        </w:rPr>
        <w:br/>
      </w:r>
      <w:r>
        <w:rPr>
          <w:lang w:eastAsia="zh-CN"/>
        </w:rPr>
        <w:t xml:space="preserve">    600字军训总结 篇5 </w:t>
      </w:r>
      <w:r>
        <w:rPr>
          <w:lang w:eastAsia="zh-CN"/>
        </w:rPr>
        <w:br/>
      </w:r>
      <w:r>
        <w:rPr>
          <w:lang w:eastAsia="zh-CN"/>
        </w:rPr>
        <w:t>　　多彩的五天终于过去了。随着掌声的不断响起，五天军训圆满结束。我们的经历又增添了丰富的一页。</w:t>
      </w:r>
      <w:r>
        <w:rPr>
          <w:lang w:eastAsia="zh-CN"/>
        </w:rPr>
        <w:br/>
      </w:r>
      <w:r>
        <w:rPr>
          <w:lang w:eastAsia="zh-CN"/>
        </w:rPr>
        <w:t>　　经过一个晚上的休息，我的腿依然酸痛，这似乎是五天军训后留下的记念。回想起军训的艰苦，我心中不禁有些颤抖和害怕。炎热的天气和不薄的军衣确实使我汗流夹背，脚酸腿痛，但快乐的滋味远远覆盖了这点艰辛。</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练基本动作时，步伐的不一致，引起教官连连摇头，最后经过训练还是行了。我不知道成功的滋味是什么样的，但我懂得经过努力后得到表扬的滋味是--乐如鸟，甜如蜜。</w:t>
      </w:r>
      <w:r>
        <w:rPr>
          <w:lang w:eastAsia="zh-CN"/>
        </w:rPr>
        <w:br/>
      </w:r>
      <w:r>
        <w:rPr>
          <w:lang w:eastAsia="zh-CN"/>
        </w:rPr>
        <w:t>　　军训中得到的东西让人受益匪浅。在烈日下，我们比谁站得直、比谁喊得响、比谁的动作规范。俗话说：形势逼人，在这种环境下，谁都会努力地坚持，挺到最后一秒钟，不被外界环境所打倒，不被烈日晒倒，体现着一个未来接班人的能耐。教官的口令就是命令，所以要求我们时刻集中注意力，我们也体会到了全神贯注的感觉，更会把它带到以后的学习中去。</w:t>
      </w:r>
      <w:r>
        <w:rPr>
          <w:lang w:eastAsia="zh-CN"/>
        </w:rPr>
        <w:br/>
      </w:r>
      <w:r>
        <w:rPr>
          <w:lang w:eastAsia="zh-CN"/>
        </w:rPr>
        <w:t>　　军训中最大的收获，就是明白了不经过风雨怎能见彩虹的道理。电视上看到的大阅兵，那整齐一致的步伐，完全可以打倒所有邪恶的东西!这些军人是要经过多么严格的训练才能达到那种水平啊!在训练中，他们比我们流的汗多，比我们累，比我们的要求更严格。但成功的演出会洗刷掉训练的艰苦，演习时围观人的微笑，就是给了他们最大的回报，就是他们要看到的彩虹。</w:t>
      </w:r>
      <w:r>
        <w:rPr>
          <w:lang w:eastAsia="zh-CN"/>
        </w:rPr>
        <w:br/>
      </w:r>
      <w:r>
        <w:rPr>
          <w:lang w:eastAsia="zh-CN"/>
        </w:rPr>
        <w:t>　　通过几天的军训，我们也知道了当一个军人的不容易。他们是祖国形象的代表，他们的每一个动作都体现了军人的气势。祖国如有难，他们定会奋不顾身，虽有流血和牺牲，但终无所悔。他们是人民的骄傲，是祖国的铜墙铁壁，敌人如来侵犯，定会让他有来无回!</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军训虽短，但对我们的教育却源源流长。在中考的逼近下，我们拼命的做题，为的就是公布分数那一天的一个满意笑容。可我们的努力是为自己，他们的努力却是为祖国，为人民。比起他们，我们的苦又能算得了什么呢?</w:t>
      </w:r>
      <w:r>
        <w:rPr>
          <w:lang w:eastAsia="zh-CN"/>
        </w:rPr>
        <w:br/>
      </w:r>
      <w:r>
        <w:rPr>
          <w:lang w:eastAsia="zh-CN"/>
        </w:rPr>
        <w:t>　　彩虹在那招手，需要我们去勇敢的接受风雨的考验，风雨后的彩虹更绚丽。就像一撮茶叶，只有经过沸水的沏泡才能发散出她那深蕴的幽香，用温水泡的茶，津淡无味。人生便是这样只有经过种种考验，经历种种挫折，才能发出你潜藏的清香。</w:t>
      </w:r>
      <w:r>
        <w:rPr>
          <w:lang w:eastAsia="zh-CN"/>
        </w:rPr>
        <w:br/>
      </w:r>
      <w:r>
        <w:rPr>
          <w:lang w:eastAsia="zh-CN"/>
        </w:rPr>
        <w:t>　　雨后天晴，你终于见了那美丽的彩虹，那是你成功的象征。当你站在上面时，别忘了对日夜防守在祖国一线上的战士们说声：辛苦了!</w:t>
      </w:r>
      <w:r>
        <w:rPr>
          <w:lang w:eastAsia="zh-CN"/>
        </w:rPr>
        <w:br/>
      </w:r>
      <w:r>
        <w:rPr>
          <w:lang w:eastAsia="zh-CN"/>
        </w:rPr>
        <w:t xml:space="preserve">    600字军训总结 篇6 </w:t>
      </w:r>
      <w:r>
        <w:rPr>
          <w:lang w:eastAsia="zh-CN"/>
        </w:rPr>
        <w:br/>
      </w:r>
      <w:r>
        <w:rPr>
          <w:lang w:eastAsia="zh-CN"/>
        </w:rPr>
        <w:t>　　五天了！想想过去，我还是一名小学生，如今，我已经光荣地走进了--中学，完成了五天“艰苦”的军训生活，说是“艰苦”有些夸张，不过对于我们这些每天被供在温室里的“花朵”，可真是一个巨大的挑战呢！</w:t>
      </w:r>
      <w:r>
        <w:rPr>
          <w:lang w:eastAsia="zh-CN"/>
        </w:rPr>
        <w:br/>
      </w:r>
      <w:r>
        <w:rPr>
          <w:lang w:eastAsia="zh-CN"/>
        </w:rPr>
        <w:t>　　起初，当看到--美丽的校园时，我愣住了，没想到我竟会在一个公园式的学校学习，这让我倍感自豪。可是，迎接我们第一次入校的竟是一批令我们尊敬而又畏惧的武警教官。“苦不堪言”的军训生活就此拉开了帷幕。第一天，教官便给我们一个下马威：站军姿20分钟！可能是因为暑假缺乏锻炼，不一会，就有一大批同志“光荣的倒下了”！我也有些挺不住了，可是我心想：不行，我不能这么娇气，一定要想军人一样有毅力......终于，漫长的一天过去了。</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第二天，我吸取了第一天的经验，并没有感到腿疼得受不了，好像好多了，时间也过得快了，在我的努力下，得到了优秀标兵的称号，让我十分欣慰，也很自豪。就在我自我满足的同时，我突然发觉，我们的教官跟我们玩“变脸”，当休息时，他们变得十分幽默、亲切，可是一旦开始训练，他们就像“魔鬼教头”一样，十分严肃，不拘言笑。但是教官们比我们还要辛苦，每天我们练习，他们便要大声地喊口令，我们学习，他们要一遍一遍地指导。在这里，我想对所有的教官说一句：“教官们辛苦了！”我从他们身上看到了真正的军人本色，看到了什么事坚持，什么是服从。</w:t>
      </w:r>
      <w:r>
        <w:rPr>
          <w:lang w:eastAsia="zh-CN"/>
        </w:rPr>
        <w:br/>
      </w:r>
      <w:r>
        <w:rPr>
          <w:lang w:eastAsia="zh-CN"/>
        </w:rPr>
        <w:t>　　五天来，教官们让我学到了很多，收获了很多。军训是为了强健我们的体魄，增强我们的意志，让我们学会团结。我相信我不会让老师失望，不会让教官失望，不会让--失望！也许在第五天我们七班没有走好，可并不代表我们不行。“贵在坚持”，只要努力，就会有收获！</w:t>
      </w:r>
      <w:r>
        <w:rPr>
          <w:lang w:eastAsia="zh-CN"/>
        </w:rPr>
        <w:br/>
      </w:r>
      <w:r>
        <w:rPr>
          <w:lang w:eastAsia="zh-CN"/>
        </w:rPr>
        <w:t xml:space="preserve">    600字军训总结 篇7 </w:t>
      </w:r>
      <w:r>
        <w:rPr>
          <w:lang w:eastAsia="zh-CN"/>
        </w:rPr>
        <w:br/>
      </w:r>
      <w:r>
        <w:rPr>
          <w:lang w:eastAsia="zh-CN"/>
        </w:rPr>
        <w:t>　　军训这个词虽然听起来很容易，但是经过我亲身体验过了之后，才知道有多么不容易了。在军训的四小时中，我学到了很多，也收获了很多。</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板着脸的教官来到了我们集合的地方，带着我们走入训练场地，开始训练。我们要学的是站军姿、立正、稍息等，听到这些内容自己早已掌握，我不以为然，可没想到这些动作在教官眼里都是错误百出的。就来说说站军姿吧!为了锻炼我们的意志，天哪!心中不禁暗暗叫苦。时间一秒一秒过去了，整齐的队伍中，只听见呼吸声，渐渐的，有的同学差点累晕了，只感觉汗水十分淘气，在我的脸上慢慢往下蠕动，痒痒的，但我又不敢去擦，心里难受极了!我快要坚持不住了，就在心里默默地想：平时这么长时间一下子就过去了，现在这么就这么漫长呢?</w:t>
      </w:r>
      <w:r>
        <w:rPr>
          <w:lang w:eastAsia="zh-CN"/>
        </w:rPr>
        <w:br/>
      </w:r>
      <w:r>
        <w:rPr>
          <w:lang w:eastAsia="zh-CN"/>
        </w:rPr>
        <w:t>　　再来说说齐步走吧!“齐步走，一二一，一二一……立定!”哎，我们一遍又一遍地重复着这些机械的动作。就连太阳也跟我们过不去似的，火辣辣的太阳直射在身上，我们的心好像也在燃烧一般!汗水顺着脸颊不断地往下流!如果静心聆听，就能清晰地听到汗水滴落的声音。</w:t>
      </w:r>
      <w:r>
        <w:rPr>
          <w:lang w:eastAsia="zh-CN"/>
        </w:rPr>
        <w:br/>
      </w:r>
      <w:r>
        <w:rPr>
          <w:lang w:eastAsia="zh-CN"/>
        </w:rPr>
        <w:t>　　教官一次又一次地训练我们，我们都快要坚持不住了!教官直到把我们练得腰酸背痛、汗流浃背，才肯罢休。随着一声盼望以久的“休息十分钟”的口令响起，我们的导游拎来一大袋馒头，虽然馒头在平日里很常见，但这次的馒头异常的香，异常的好吃，我细细地品尝的同时，心想：原来当兵这么辛苦!此时此刻，我连动都不想动。</w:t>
      </w:r>
      <w:r>
        <w:rPr>
          <w:lang w:eastAsia="zh-CN"/>
        </w:rPr>
        <w:br/>
      </w:r>
      <w:r>
        <w:rPr>
          <w:lang w:eastAsia="zh-CN"/>
        </w:rPr>
        <w:t>　　这四个小时里，大家都在坚持训练，虽然很辛苦，但是大家都懂得了团结的重要性。直到夜晚睡前，我慢慢与同学回想下午四个小时的军训，像五味瓶，酸、甜、苦、辣、咸，样样都有。</w:t>
      </w:r>
      <w:r>
        <w:rPr>
          <w:lang w:eastAsia="zh-CN"/>
        </w:rPr>
        <w:br/>
      </w:r>
      <w:r>
        <w:rPr>
          <w:lang w:eastAsia="zh-CN"/>
        </w:rPr>
        <w:t>　　人生，就像一本书，慢慢记载下自己的一点一滴，这短短的四个小时军训给我留下了难忘的回忆。</w:t>
      </w:r>
      <w:r>
        <w:rPr>
          <w:lang w:eastAsia="zh-CN"/>
        </w:rPr>
        <w:br/>
      </w:r>
      <w:r>
        <w:rPr>
          <w:lang w:eastAsia="zh-CN"/>
        </w:rPr>
        <w:t xml:space="preserve">    600字军训总结 篇8 </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一&amp;&amp;二&amp;&amp;三&amp;&amp;四&amp;&amp;!!!一二&amp;&amp;三四&amp;&amp;!!!一二三&amp;&amp;四!!!震耳欲聋的番号声打破了沉寂的天际。直到现在还在我的耳边缭绕</w:t>
      </w:r>
      <w:r>
        <w:rPr>
          <w:lang w:eastAsia="zh-CN"/>
        </w:rPr>
        <w:br/>
      </w:r>
      <w:r>
        <w:rPr>
          <w:lang w:eastAsia="zh-CN"/>
        </w:rPr>
        <w:t>　　回想到第一天，我们怀着兴奋而又紧张的心情来到张堰中学，这里陌生而又对这里充满了好奇。</w:t>
      </w:r>
      <w:r>
        <w:rPr>
          <w:lang w:eastAsia="zh-CN"/>
        </w:rPr>
        <w:br/>
      </w:r>
      <w:r>
        <w:rPr>
          <w:lang w:eastAsia="zh-CN"/>
        </w:rPr>
        <w:t>　　第一天，我们开始练习站军姿，这是一个考验我们毅力的一个训练项目，也是整个军训中最令我难忘的训练之一。太阳像个大火炉，地上的土块被晒得滚烫滚烫的，几只黑褐色的大肚蟋蟀，安着弹簧似的蹦来蹦去。云彩好似被太阳烧化了,也消失得无影无踪。太阳啊太阳!你是如此毒辣!这时教官发话了：身体要蹦直，抬头，挺胸，收腹，身体还要前倾，全身肌肉都要用劲!他还过来给我们调整姿势。不一会儿，有些人就脖子，腰，腿酸疼，偌大的汗水顺着脸颊滑下，落到地面上，一眨眼就被晒干了，当我们却一动不能动，因为这是在军营中，做任何事情都要向上级打报告。</w:t>
      </w:r>
      <w:r>
        <w:rPr>
          <w:lang w:eastAsia="zh-CN"/>
        </w:rPr>
        <w:br/>
      </w:r>
      <w:r>
        <w:rPr>
          <w:lang w:eastAsia="zh-CN"/>
        </w:rPr>
        <w:t>　　时间一分一秒地过去了，一声虚弱的报告打破了这紧张的氛围，我们都往一个点看去，一位女同学好像中暑了，教官让她到一旁休息了，这站军姿还真是伤不起啊!</w:t>
      </w:r>
      <w:r>
        <w:rPr>
          <w:lang w:eastAsia="zh-CN"/>
        </w:rPr>
        <w:br/>
      </w:r>
      <w:r>
        <w:rPr>
          <w:lang w:eastAsia="zh-CN"/>
        </w:rPr>
        <w:t>　　这一天是最累，但是没有一个人叫苦，抱怨。都在凭这各自的毅力坚持着，没有丝毫的懈怠。晚上熄灯后不一会就全部呼呼大睡了。</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后面几天都是队列练习，几个番号弄得我们死去活来。番号，就是在行进中喊出的有节奏的口号。刚开始，我们三十几号人的声音比教官一个人的声音还轻，教官不断地给我们示范。教官的嗓子喊哑了，但是他仍旧不停的喊着，这个举动使我们所有人的内心被深深地触动了。终于拿出了吃奶的力气，长大了嘴巴，尽量把嘴张成O型，扯着喉咙吼着。教官一遍遍地让我们重喊，直到令他满意。几天后我们每个人嗓子都变得沧桑了，嘴里时不时地含着含片，仍是费力地喊着。这给我的军训记忆留下了深刻的印记。</w:t>
      </w:r>
      <w:r>
        <w:rPr>
          <w:lang w:eastAsia="zh-CN"/>
        </w:rPr>
        <w:br/>
      </w:r>
      <w:r>
        <w:rPr>
          <w:lang w:eastAsia="zh-CN"/>
        </w:rPr>
        <w:t>　　这5天中，教官们教我们唱军歌，在休息的时候陪我们聊天，讲述他的故事，使我们明白了我们这几天的军训不算什么，和教官的经历比起来全是浮云。</w:t>
      </w:r>
      <w:r>
        <w:rPr>
          <w:lang w:eastAsia="zh-CN"/>
        </w:rPr>
        <w:br/>
      </w:r>
      <w:r>
        <w:rPr>
          <w:lang w:eastAsia="zh-CN"/>
        </w:rPr>
        <w:t>　　军训，这段如五味瓶般的回忆，我会永远将他珍藏在心底，因为它教会了我团结和责任。</w:t>
      </w:r>
      <w:r>
        <w:rPr>
          <w:lang w:eastAsia="zh-CN"/>
        </w:rPr>
        <w:br/>
      </w:r>
      <w:r>
        <w:rPr>
          <w:lang w:eastAsia="zh-CN"/>
        </w:rPr>
        <w:t xml:space="preserve">    600字军训总结 篇9 </w:t>
      </w:r>
      <w:r>
        <w:rPr>
          <w:lang w:eastAsia="zh-CN"/>
        </w:rPr>
        <w:br/>
      </w:r>
      <w:r>
        <w:rPr>
          <w:lang w:eastAsia="zh-CN"/>
        </w:rPr>
        <w:t>　　我们开展了三天的军训，我们是在园山青少年活动基地军训的。让我收获很大，在那我知道了什么是集体。</w:t>
      </w:r>
      <w:r>
        <w:rPr>
          <w:lang w:eastAsia="zh-CN"/>
        </w:rPr>
        <w:br/>
      </w:r>
      <w:r>
        <w:rPr>
          <w:lang w:eastAsia="zh-CN"/>
        </w:rPr>
        <w:t>　　在路上，教管就跟我们说：“同学们，你们从现在开始是一个集体，不允许有个人主义的存在，一个人犯错，全班就得受罚。”有人说：“一个人错，为何要罚全班呢?而不是罚哪个人呢?”教官答到：“所以我才说不允许有个人主义的出现。现在大家要坐凳子的三分之二，不准靠背。”我们听到这些话，马上就坐好了，到营地时教管就开始发军服了，我拿了衣服就穿上了，我们穿好了衣服，教管就说：“从现在开始，你们是一个小军人，你们知道军人的使命是什么吗?”我们回答：“不知道!”教官又说：“那就是：一、服从。二、完全服从。三、绝对服从。”</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从那以后，大家都听从教官的每一个命令，第一天就有人挺不住，有人想吐，看来大家的身体素质还不是很好，不过他们休息了一会儿就回到了队伍，可见他们的团队意识还是还高的。</w:t>
      </w:r>
      <w:r>
        <w:rPr>
          <w:lang w:eastAsia="zh-CN"/>
        </w:rPr>
        <w:br/>
      </w:r>
      <w:r>
        <w:rPr>
          <w:lang w:eastAsia="zh-CN"/>
        </w:rPr>
        <w:t>　　中午，教官说：“训练得好，就早去吃饭，训练得不好，就别想吃饭了。”我们就做的更好了，应为大家都想吃饭，在那里我们做了很多活动，有：登山、吸管闪电报数和责任感的活动。</w:t>
      </w:r>
      <w:r>
        <w:rPr>
          <w:lang w:eastAsia="zh-CN"/>
        </w:rPr>
        <w:br/>
      </w:r>
      <w:r>
        <w:rPr>
          <w:lang w:eastAsia="zh-CN"/>
        </w:rPr>
        <w:t>　　我觉得爬山是最好的，因为山坡也很陡，台阶很高，我们要慢慢的踏着阶梯一步一步的爬上去的，在途中，有的同学累了，其他同学就过去扶他，有些同学掉队了，我们就停下来等他们，我觉得这时的集体精神是最好的。</w:t>
      </w:r>
      <w:r>
        <w:rPr>
          <w:lang w:eastAsia="zh-CN"/>
        </w:rPr>
        <w:br/>
      </w:r>
      <w:r>
        <w:rPr>
          <w:lang w:eastAsia="zh-CN"/>
        </w:rPr>
        <w:t>　　在这次军训中，我们苦过、累过、哭过、抱怨过，但还是没放弃过，我们一直坚持着，这说明自己已经长大了，有能力面对困难了。</w:t>
      </w:r>
      <w:r>
        <w:rPr>
          <w:lang w:eastAsia="zh-CN"/>
        </w:rPr>
        <w:br/>
      </w:r>
      <w:r>
        <w:rPr>
          <w:lang w:eastAsia="zh-CN"/>
        </w:rPr>
        <w:t>　　在这次军训中，不但锻炼了我的自理能力，还让我觉得我长大了，有能力照顾自己了，不用让父母操心了。</w:t>
      </w:r>
      <w:r>
        <w:rPr>
          <w:lang w:eastAsia="zh-CN"/>
        </w:rPr>
        <w:br/>
      </w:r>
      <w:r>
        <w:rPr>
          <w:lang w:eastAsia="zh-CN"/>
        </w:rPr>
        <w:t xml:space="preserve">    600字军训总结 篇10 </w:t>
      </w:r>
      <w:r>
        <w:rPr>
          <w:lang w:eastAsia="zh-CN"/>
        </w:rPr>
        <w:br/>
      </w:r>
      <w:r>
        <w:rPr>
          <w:lang w:eastAsia="zh-CN"/>
        </w:rPr>
        <w:t>　　看看天，阳光普照，万里无云;看看地，水泥地板，硬如铜铁;看看教官，眼放青光，面无表情;看看同胞们，汗流浃背，摇摇欲倒。</w:t>
      </w:r>
      <w:r>
        <w:rPr>
          <w:lang w:eastAsia="zh-CN"/>
        </w:rPr>
        <w:br/>
      </w:r>
      <w:r>
        <w:rPr>
          <w:lang w:eastAsia="zh-CN"/>
        </w:rPr>
        <w:t>　　天啊!本想30分钟站军姿，知识一堂课的四十五分之三十，也就是三分之二，比起呆呆地坐在教室里要好上三分之一。</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既然如此，何乐而不为呢?可不知是哪位粗心鬼偏偏在这个时候出乱子，将三分之一前的负号去掉了，更可恨的是还将“1”后面的无数个“0”统统消掉了。正因为他的粗心，害得我们大家陷入困境，真该教训他一番。</w:t>
      </w:r>
      <w:r>
        <w:rPr>
          <w:lang w:eastAsia="zh-CN"/>
        </w:rPr>
        <w:br/>
      </w:r>
      <w:r>
        <w:rPr>
          <w:lang w:eastAsia="zh-CN"/>
        </w:rPr>
        <w:t>　　烈日当空，同胞们的脸红通通的，可以与菜田里的西红柿争艳了。不光这样，我们这些西红柿还如出水芙蓉一般，</w:t>
      </w:r>
      <w:r>
        <w:rPr>
          <w:lang w:eastAsia="zh-CN"/>
        </w:rPr>
        <w:br/>
      </w:r>
      <w:r>
        <w:rPr>
          <w:lang w:eastAsia="zh-CN"/>
        </w:rPr>
        <w:t>　　水灵灵的，如果将我们销向市场，必卖高价。再看看我们的后背，怎么跟我们教官的面一样变得黑沉沉了呢?</w:t>
      </w:r>
      <w:r>
        <w:rPr>
          <w:lang w:eastAsia="zh-CN"/>
        </w:rPr>
        <w:br/>
      </w:r>
      <w:r>
        <w:rPr>
          <w:lang w:eastAsia="zh-CN"/>
        </w:rPr>
        <w:t>　　更惨不可言的是原本有着一双双大眼睛的同胞们，现在双目仿佛被换上了猫眼，对着日光越睁越小，都卡眯成一条线了。而鼻梁上的肉也越挤越多，仿佛一座小肉丘。</w:t>
      </w:r>
      <w:r>
        <w:rPr>
          <w:lang w:eastAsia="zh-CN"/>
        </w:rPr>
        <w:br/>
      </w:r>
      <w:r>
        <w:rPr>
          <w:lang w:eastAsia="zh-CN"/>
        </w:rPr>
        <w:t>　　周围一丝风也没有，攀在树枝上的叶子也和我们一样，一动也不动的，可能是被晒得灵魂出窍了吧。</w:t>
      </w:r>
      <w:r>
        <w:rPr>
          <w:lang w:eastAsia="zh-CN"/>
        </w:rPr>
        <w:br/>
      </w:r>
      <w:r>
        <w:rPr>
          <w:lang w:eastAsia="zh-CN"/>
        </w:rPr>
        <w:t>　　心想生怕我们也会像它们一样。生命宝贵、生活精彩，我们还有多少美好时光没有享受，不可以那么快就死翘翘的。所以，一定要坚持。</w:t>
      </w:r>
      <w:r>
        <w:rPr>
          <w:lang w:eastAsia="zh-CN"/>
        </w:rPr>
        <w:br/>
      </w:r>
      <w:r>
        <w:rPr>
          <w:lang w:eastAsia="zh-CN"/>
        </w:rPr>
        <w:t>　　可光我们坚持又有什么用了，时间已经老了，走不动了，不能坚持住继续走他的路。天地万物，</w:t>
      </w:r>
      <w:r>
        <w:rPr>
          <w:lang w:eastAsia="zh-CN"/>
        </w:rPr>
        <w:br/>
      </w:r>
      <w:r>
        <w:rPr>
          <w:lang w:eastAsia="zh-CN"/>
        </w:rPr>
        <w:t>　　仿佛已经停滞，惟独我们脚底的同仍以惊人的速度涌上心头。试问：“怎么办?”“还要坚持吗?还是喊声‘报告’潜逃?……”</w:t>
      </w:r>
      <w:r>
        <w:rPr>
          <w:lang w:eastAsia="zh-CN"/>
        </w:rPr>
        <w:br/>
      </w:r>
      <w:r>
        <w:rPr>
          <w:lang w:eastAsia="zh-CN"/>
        </w:rPr>
        <w:t>　　不。还有7分钟，大家继续坚持。“前面的23分钟都熬过了，还怕这眼前的7分钟?笑话!</w:t>
      </w:r>
      <w:r>
        <w:rPr>
          <w:lang w:eastAsia="zh-CN"/>
        </w:rPr>
        <w:br/>
      </w:r>
      <w:r>
        <w:rPr>
          <w:lang w:eastAsia="zh-CN"/>
        </w:rPr>
        <w:t>　　可天知道这剩下的7分钟是多么的难熬。我的心里斗争得更加激烈，脚底的痛也越发任意奔涌，而时间却越来越慢。</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天啊!终于度过了我人生中最难熬的30分钟了，当我再次抬脚走路时，那种痛直穿心脏，半天才从牙缝中挤出一个字来——“痛”。</w:t>
      </w:r>
      <w:r>
        <w:rPr>
          <w:lang w:eastAsia="zh-CN"/>
        </w:rPr>
        <w:br/>
      </w:r>
      <w:r>
        <w:rPr>
          <w:lang w:eastAsia="zh-CN"/>
        </w:rPr>
        <w:t xml:space="preserve">    600字军训总结 篇11 </w:t>
      </w:r>
      <w:r>
        <w:rPr>
          <w:lang w:eastAsia="zh-CN"/>
        </w:rPr>
        <w:br/>
      </w:r>
      <w:r>
        <w:rPr>
          <w:lang w:eastAsia="zh-CN"/>
        </w:rPr>
        <w:t>　　坐在办公室里，静静的听着钟表嗒嗒的走，看着校园来来往往的学生，嬉笑、打闹，那稚嫩的笑脸彰显出她们的青春活力。</w:t>
      </w:r>
      <w:r>
        <w:rPr>
          <w:lang w:eastAsia="zh-CN"/>
        </w:rPr>
        <w:br/>
      </w:r>
      <w:r>
        <w:rPr>
          <w:lang w:eastAsia="zh-CN"/>
        </w:rPr>
        <w:t>　　初一新生刚开学，今天开始军训。7点左右我路过宿舍楼，便看见教官们已经在宿舍了，一个宿舍一个教官，走的急只看见好多人围在宿舍教官在讲，没听清说什么，不过对于我们这个已经经历过三次军训的九零后来说不听也知道教官在说什么。无非是教教怎么叠军被，要叠成豆腐块儿再叠的过程中怎么抠角，这是最难的，再教怎样摆放洗脸盆、毛巾、牙缸、牙刷、肥皂，提一些要求，例如床单要整齐不能有折印，枕头放在哪里怎么放，最后教官找一个床铺来做个示范。记得我军训时，教官给我们示范叠军被，真的是豆腐块儿，被做示范用的那个女孩的被子好几天没有被展开，晚上把它放到旁边，还小心着尽量不碰，睡得时候盖个小毯子，也不怎么冷。现在回想一下，好有趣嘛，也蛮天真的。不知道她们会不会像当初的我们，也有一些幼稚好笑的行为。</w:t>
      </w:r>
      <w:r>
        <w:rPr>
          <w:lang w:eastAsia="zh-CN"/>
        </w:rPr>
        <w:br/>
      </w:r>
      <w:r>
        <w:rPr>
          <w:lang w:eastAsia="zh-CN"/>
        </w:rPr>
        <w:t>　　早晨吃饭的时候看到了教官们也在吃饭，他们在我们邻屋，不时出出进进，这就是她们说的兵哥哥，额，好像用错词了，仔细看看他们的面孔是很年轻的，或许～差不多～大概～真的比我小。看来她们叫错了，不能叫他们兵哥哥了，改个兵弟弟吧</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早晨八点多教官带着他们去操场军训，每个班后面紧跟这班主任，学生们穿着白色的校服，应该校服不够好多人都没穿。有个教官很尽责，一路上喊这一二一。十点多他们都回来了，这就训完了?让我有点小惊讶，这也有些太早了吧，但事实确实是这样，唉，现在的学生太幸福了。初中的我每天大早晨开始十一点半左右才完，下午没有阴凉地就在大太阳底下站军姿，汗都流下来了也不能动，军训完一个比一个晒的黑。现在的他们了，第一个下午就没有军训，或许是因为下午初二的学生下午要训练吧，占了操场?不知道。</w:t>
      </w:r>
      <w:r>
        <w:rPr>
          <w:lang w:eastAsia="zh-CN"/>
        </w:rPr>
        <w:br/>
      </w:r>
      <w:r>
        <w:rPr>
          <w:lang w:eastAsia="zh-CN"/>
        </w:rPr>
        <w:t>　　现在生活越来越好，但感觉学生们吃苦的能力在下降，感觉他们是生在福中不知福，这不是我们想看到的结果，我们想要的结果会在出现吗，我不知道，或许吧!</w:t>
      </w:r>
      <w:r>
        <w:rPr>
          <w:lang w:eastAsia="zh-CN"/>
        </w:rPr>
        <w:br/>
      </w:r>
      <w:r>
        <w:rPr>
          <w:lang w:eastAsia="zh-CN"/>
        </w:rPr>
        <w:t xml:space="preserve">    600字军训总结 篇12 </w:t>
      </w:r>
      <w:r>
        <w:rPr>
          <w:lang w:eastAsia="zh-CN"/>
        </w:rPr>
        <w:br/>
      </w:r>
      <w:r>
        <w:rPr>
          <w:lang w:eastAsia="zh-CN"/>
        </w:rPr>
        <w:t>　　军训是我们高中生涯的第一站，对高中生活充满新鲜感的我们，斗志昂扬、满腔热血的走向战场。</w:t>
      </w:r>
      <w:r>
        <w:rPr>
          <w:lang w:eastAsia="zh-CN"/>
        </w:rPr>
        <w:br/>
      </w:r>
      <w:r>
        <w:rPr>
          <w:lang w:eastAsia="zh-CN"/>
        </w:rPr>
        <w:t>　　“不能动，不能笑，不能说话，不能低头，不能东张西望。”刚见到教官，便给我们下达了“五个不能”指令，那严肃的面孔，洪亮的声音，不禁令人瑟瑟发抖，装紧骨头。</w:t>
      </w:r>
      <w:r>
        <w:rPr>
          <w:lang w:eastAsia="zh-CN"/>
        </w:rPr>
        <w:br/>
      </w:r>
      <w:r>
        <w:rPr>
          <w:lang w:eastAsia="zh-CN"/>
        </w:rPr>
        <w:t>　　换上迷彩军装的我们站在操场上集合，放眼望去，同学们似青松般站立，昂首挺胸，目光坚定，给人一种最后的第一一定非我班莫属的感觉。</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可惜事实并没有想象的那么美好，天气比预想的炎热。“造房子要打桩，建基底，军姿就是那根桩，是一切动作的基础。”“腰板挺直，重心向前，双肩向后张，脚跟并拢，双脚成60度，双手拇指弯曲至食指第二关节处，中指紧贴裤缝，眼睛看向前面同学的头顶。”炎炎烈日下，脑海中回想着教官的话，调整好军姿，一种军人般的自豪感油然而生。然而，对于我们这些温室里的花朵来说，要想一直保持着这种军姿真是异常困难。不多久，便是手脚颤抖，满头大汗，额头的汗珠在烈日的照耀下，发出格外刺眼的光芒，有些同学已忍不住，稍稍偷懒，趁教官不注意擦下汗，动一动，却听教官一吼：“动什么动，忘记在军队里不能乱动了吗?”同学们被教官的威严所震撼，重新整理好军姿，不敢乱动。</w:t>
      </w:r>
      <w:r>
        <w:rPr>
          <w:lang w:eastAsia="zh-CN"/>
        </w:rPr>
        <w:br/>
      </w:r>
      <w:r>
        <w:rPr>
          <w:lang w:eastAsia="zh-CN"/>
        </w:rPr>
        <w:t>　　十分钟的军姿甚是漫长，当教官下达齐步走的命令后，腿已酸到抬不起，接着又是训练向左向右向后转，不是转速太慢就是手没贴紧，不是中间没有停顿，就是靠脚声音太小，问题百出，弄得教官恼羞成怒，休息时间减半!加练!当看到别班同学都在休息，我们仍在训练，心里很不是滋味，不禁纷纷抱怨。可当我们在抱怨时，有没有想过，我们累，教官陪着我们一起也累，我们练得不好才会加练，教官也是为我们好。</w:t>
      </w:r>
      <w:r>
        <w:rPr>
          <w:lang w:eastAsia="zh-CN"/>
        </w:rPr>
        <w:br/>
      </w:r>
      <w:r>
        <w:rPr>
          <w:lang w:eastAsia="zh-CN"/>
        </w:rPr>
        <w:t>　　不知不觉军训已到第四天，同学们似乎被昨日的训斥训醒，大家个个精神抖擞，严格按照教官的指示来做，获得了不少活动时间，看看别的班一直苦苦训练，教官还在一边板着脸训斥，再看看我们班，不管是教官还是同学，个个都是笑容满面，阳光灿烂，这让我们深刻体会到“部队里最遵守纪律的人是最自由的!”</w:t>
      </w:r>
      <w:r>
        <w:rPr>
          <w:lang w:eastAsia="zh-CN"/>
        </w:rPr>
        <w:br/>
      </w:r>
    </w:p>
    <w:p w:rsidR="001B1F19" w14:textId="27C3F48A">
      <w:pPr>
        <w:rPr>
          <w:lang w:eastAsia="zh-CN"/>
        </w:rPr>
      </w:pPr>
      <w:r>
        <w:rPr>
          <w:lang w:eastAsia="zh-CN"/>
        </w:rPr>
        <w:t>　　宝剑锋从磨砺出，梅花香自苦寒来。漫长的军姿，跑不完的正步，挨不完的训斥，使脆弱的我们逐渐变得坚强。军训让我们知道，即便是生长在温室，也可以如野花般坚强。</w:t>
      </w:r>
      <w:r>
        <w:rPr>
          <w:lang w:eastAsia="zh-CN"/>
        </w:rPr>
        <w:br/>
      </w:r>
      <w:r>
        <w:rPr>
          <w:lang w:eastAsia="zh-CN"/>
        </w:rPr>
        <w:t xml:space="preserve">    600字军训总结 篇13 </w:t>
      </w:r>
      <w:r>
        <w:rPr>
          <w:lang w:eastAsia="zh-CN"/>
        </w:rPr>
        <w:br/>
      </w:r>
      <w:r>
        <w:rPr>
          <w:lang w:eastAsia="zh-CN"/>
        </w:rPr>
        <w:t>　　“同学们听好了!”学校的喇叭响了起来，“明天，三、四年级将展开一次磨砺活动——军训!”听了校长说的话，全班同学都像炸开锅，开始了热烈的讨论，我也不例外，也加入了激烈的讨论之中。</w:t>
      </w:r>
      <w:r>
        <w:rPr>
          <w:lang w:eastAsia="zh-CN"/>
        </w:rPr>
        <w:br/>
      </w:r>
      <w:r>
        <w:rPr>
          <w:lang w:eastAsia="zh-CN"/>
        </w:rPr>
        <w:t>　　放学了，我用百米冲剌的速度跑回了家。一到家，我把书包往地上一扔，从衣柜里找到了我以前去旅游的书包，把需要的生活用品塞进了书包里。</w:t>
      </w:r>
      <w:r>
        <w:rPr>
          <w:lang w:eastAsia="zh-CN"/>
        </w:rPr>
        <w:br/>
      </w:r>
      <w:r>
        <w:rPr>
          <w:lang w:eastAsia="zh-CN"/>
        </w:rPr>
        <w:t>　　第二天早上，我们坐上了校车。一路上，我一边和我旁边的同学聊天一边欣赏着窗外的风景。</w:t>
      </w:r>
      <w:r>
        <w:rPr>
          <w:lang w:eastAsia="zh-CN"/>
        </w:rPr>
        <w:br/>
      </w:r>
      <w:r>
        <w:rPr>
          <w:lang w:eastAsia="zh-CN"/>
        </w:rPr>
        <w:t>　　到了营地，教官把迷彩服一套套地发给我们，命令我们马上把迷彩服换上。换上迷彩服，站在烈日下，我们仿佛都变成了真正的军人。</w:t>
      </w:r>
      <w:r>
        <w:rPr>
          <w:lang w:eastAsia="zh-CN"/>
        </w:rPr>
        <w:br/>
      </w:r>
      <w:r>
        <w:rPr>
          <w:lang w:eastAsia="zh-CN"/>
        </w:rPr>
        <w:t>　　在操场上一个个教官站得笔直笔直的，一举一动都是那样的统一、有素，教官们的双目炯炯有神，眉宇间散发着英气，使我震叹不已，大都为这个军训之旅感到好奇。</w:t>
      </w:r>
      <w:r>
        <w:rPr>
          <w:lang w:eastAsia="zh-CN"/>
        </w:rPr>
        <w:br/>
      </w:r>
      <w:r>
        <w:rPr>
          <w:lang w:eastAsia="zh-CN"/>
        </w:rPr>
        <w:t>　　我们在教官疯狂似的训练下，头顶着酷日，太阳无情地烤着整个大地，我们像一个个木头人，一动不动地站着，虽然只站了几分钟，但对我们来说却是一种巨大的痛苦。就在我快要倒下去的时候，教官仿佛看透了我的表情，连忙说：“向左转，齐步走，大家休息一会儿!”我们像泄了气在大皮球，有气无力，一下子瘫痪在地板上。</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https://d.book118.com/067031161015006045</w:t>
        </w:r>
      </w:hyperlink>
    </w:p>
    <w:p w:rsidR="001B1F19">
      <w:pPr>
        <w:rPr>
          <w:lang w:eastAsia="zh-CN"/>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67031161015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