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七年级上政治教学工作总结（33篇）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七年级上政治教学工作总结（精选33篇）</w:t>
      </w:r>
      <w:r>
        <w:rPr>
          <w:lang w:eastAsia="zh-CN"/>
        </w:rPr>
        <w:br/>
      </w:r>
      <w:r>
        <w:rPr>
          <w:lang w:eastAsia="zh-CN"/>
        </w:rPr>
        <w:t xml:space="preserve">    七年级上政治教学工作总结 篇1 </w:t>
      </w:r>
      <w:r>
        <w:rPr>
          <w:lang w:eastAsia="zh-CN"/>
        </w:rPr>
        <w:br/>
      </w:r>
      <w:r>
        <w:rPr>
          <w:lang w:eastAsia="zh-CN"/>
        </w:rPr>
        <w:t>　　这学期，本人担任八年级的思想品德课教学。教学过程中本人能适应新时期教学工作的要求，从各方面严格要求自己，勤勤恳恳，兢兢业业，使教学工作有计划、有组织、有步骤地开展。立足现在，放眼未来，为使今后的工作取得更大的进步，现对本学期教育教学工作做如下总结：</w:t>
      </w:r>
      <w:r>
        <w:rPr>
          <w:lang w:eastAsia="zh-CN"/>
        </w:rPr>
        <w:br/>
      </w:r>
      <w:r>
        <w:rPr>
          <w:lang w:eastAsia="zh-CN"/>
        </w:rPr>
        <w:t>　　一、深入钻研教材，认真备课，精心选择教法。</w:t>
      </w:r>
      <w:r>
        <w:rPr>
          <w:lang w:eastAsia="zh-CN"/>
        </w:rPr>
        <w:br/>
      </w:r>
      <w:r>
        <w:rPr>
          <w:lang w:eastAsia="zh-CN"/>
        </w:rPr>
        <w:t>　　备好课是上好课的前提和保证。在新课改教材面前仍然是新手，故在课前做到认真备课，多方面去搜集与教学相关的资料。我根据教材内容及学生的实际，设计课堂教学，拟定采用的教学方法。在深入钻研教材和了解学生的基础上，认真写出了切实可行的学案，使每一节课都能做到“有备而上”。同时，积极采用电子白板教学，使现代教学技术走进课堂，并做到课堂形式的多样化。通过培养学生学习思想品德的.兴趣，充分调动学生学习的积极性、主动性，达到愉快教学的目的，在教学中注重学生活动，课堂气氛活跃，教学效果良好。</w:t>
      </w:r>
      <w:r>
        <w:rPr>
          <w:lang w:eastAsia="zh-CN"/>
        </w:rPr>
        <w:br/>
      </w:r>
      <w:r>
        <w:rPr>
          <w:lang w:eastAsia="zh-CN"/>
        </w:rPr>
        <w:t>　　二、精心组织课堂教学，提高教学质量。</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上好课是提高教学质量的有效途径。课堂教学中我尽量做到讲解清晰化、条理化；课堂语言力求准确化、情感化和生动化；教学思路做到线索清晰、层次分明。在课堂上特别注意调动学生的积极性，加强师生交流，充分体现学生的主体作用，让学生学得容易，学得轻松，学得愉快；注意精讲多练，在课堂上老师讲得尽量少些，学生活动尽量多些；同时在每一堂课上都充分考虑不同层次学生的学习需求和学习能力，让各个层次的学生都得到提高。努力实现思想品德课的趣味化。思想品德课与学生实际生活联系紧密，因此我在教学过程中将教学与实际紧密联系，切实解决学生生活学习中遇到的实际问题，使学生树立正确的人生观、价值观和世界观。</w:t>
      </w:r>
      <w:r>
        <w:rPr>
          <w:lang w:eastAsia="zh-CN"/>
        </w:rPr>
        <w:br/>
      </w:r>
      <w:r>
        <w:rPr>
          <w:lang w:eastAsia="zh-CN"/>
        </w:rPr>
        <w:t>　　三、加强课后辅导，提高教学质量。</w:t>
      </w:r>
      <w:r>
        <w:rPr>
          <w:lang w:eastAsia="zh-CN"/>
        </w:rPr>
        <w:br/>
      </w:r>
      <w:r>
        <w:rPr>
          <w:lang w:eastAsia="zh-CN"/>
        </w:rPr>
        <w:t>　　课后辅导是课堂教学的补充和巩固。耐心做好后进生的转化工作，对后进生努力做到从友善开始，比如，多与他们谈心；从赞美着手，善于发现他们的闪光点，及时给予肯定。改变教师角色，努力使自己成为学生的朋友，让他们敢说话，说真话，这样让学生感到你与他是平等的，那么他就能很好的去接受你的观点，从而转变自己的思想，改变自己的行为。从而真正达到思想教育的目的。</w:t>
      </w:r>
      <w:r>
        <w:rPr>
          <w:lang w:eastAsia="zh-CN"/>
        </w:rPr>
        <w:br/>
      </w:r>
      <w:r>
        <w:rPr>
          <w:lang w:eastAsia="zh-CN"/>
        </w:rPr>
        <w:t>　　总之，时间飞逝，转眼间，一个紧张而又充实的学期即将过去，在本人的刻苦努力下，在全体学生的共同努力下，我在教育教学工作中取得了进步。但还存在许多不足之处，在今后的教育教学工作中，我将更加严格要求自己，努力工作，不断总结经验，力求提高自己的教学水平，我相信有耕耘总会有收获！</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七年级上政治教学工作总结 篇2 </w:t>
      </w:r>
      <w:r>
        <w:rPr>
          <w:lang w:eastAsia="zh-CN"/>
        </w:rPr>
        <w:br/>
      </w:r>
      <w:r>
        <w:rPr>
          <w:lang w:eastAsia="zh-CN"/>
        </w:rPr>
        <w:t>　　教学工作是高等学校工作的中心工作，有了健全的管理机制和检查机制，教学工作才能有条不紊的进行。教学工作检查应本着以查促教，以查促学，摸清底子，边查边改的指导思想，解决教与学中存在的实际问题为目的，树立良好的教风、学风，更进一步稳定秩序，提高教学质量。</w:t>
      </w:r>
      <w:r>
        <w:rPr>
          <w:lang w:eastAsia="zh-CN"/>
        </w:rPr>
        <w:br/>
      </w:r>
      <w:r>
        <w:rPr>
          <w:lang w:eastAsia="zh-CN"/>
        </w:rPr>
        <w:t>　　艺术政治体育组以体育部张伟主任为组长、艺术系李一鸣副主任为副组长、思政部王进学主任、薛丽老师为成员，于5月20日23日开展教学检查工作，检查工作从三个方面进行：听课、学生评教、学生座谈会。</w:t>
      </w:r>
      <w:r>
        <w:rPr>
          <w:lang w:eastAsia="zh-CN"/>
        </w:rPr>
        <w:br/>
      </w:r>
      <w:r>
        <w:rPr>
          <w:lang w:eastAsia="zh-CN"/>
        </w:rPr>
        <w:t>　　本组检查的具体情况如下：</w:t>
      </w:r>
      <w:r>
        <w:rPr>
          <w:lang w:eastAsia="zh-CN"/>
        </w:rPr>
        <w:br/>
      </w:r>
      <w:r>
        <w:rPr>
          <w:lang w:eastAsia="zh-CN"/>
        </w:rPr>
        <w:t>　　一、听课</w:t>
      </w:r>
      <w:r>
        <w:rPr>
          <w:lang w:eastAsia="zh-CN"/>
        </w:rPr>
        <w:br/>
      </w:r>
      <w:r>
        <w:rPr>
          <w:lang w:eastAsia="zh-CN"/>
        </w:rPr>
        <w:t>　　从5月20日至23日，我组共听取10名教师的课，其中艺术系6名，思政部、体育部各2名。所有教师都能做到：授课认真、教态自然、举止大方、语速适中。只是有个别学生听课不认真，东张西望，有的学生竟然在有教师听课的情况下趴在桌子下面吃东西。尤其是艺术系有一个班级共22名学生，结果上课人数只有14人，其中还有4名学生迟到。</w:t>
      </w:r>
      <w:r>
        <w:rPr>
          <w:lang w:eastAsia="zh-CN"/>
        </w:rPr>
        <w:br/>
      </w:r>
      <w:r>
        <w:rPr>
          <w:lang w:eastAsia="zh-CN"/>
        </w:rPr>
        <w:t>　　二、学生评教</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参加评教人员从艺术系的26个班级中各抽取5名学生，应有130人参评，因有一个毕业班不能参加，所以实际参加人数为125人，涉及到49名教师，其中专业课教师32名，公修课教师17名。大部份教师的分值在90分左右。专业课教师中分值较高的有：曹东坡老师、张琳琳老师、温凤惠老师；公修课教师中分值较高的有：崔本来老师、周红英老师、马西云老师。学生对老师的评价基本上客观、公正，但不否认极个别学生带有感情色彩。</w:t>
      </w:r>
      <w:r>
        <w:rPr>
          <w:lang w:eastAsia="zh-CN"/>
        </w:rPr>
        <w:br/>
      </w:r>
      <w:r>
        <w:rPr>
          <w:lang w:eastAsia="zh-CN"/>
        </w:rPr>
        <w:t>　　三、学生座谈会</w:t>
      </w:r>
      <w:r>
        <w:rPr>
          <w:lang w:eastAsia="zh-CN"/>
        </w:rPr>
        <w:br/>
      </w:r>
      <w:r>
        <w:rPr>
          <w:lang w:eastAsia="zh-CN"/>
        </w:rPr>
        <w:t>　　5月23日上午10：10分在艺术系召开学生座谈会，参加人员从艺术系的26个班级内各抽取1-2名，共有38人参加座谈会。学生积极发言，提了一些共性问题，例如：课程先后顺序和课时安排不合理；个别任课教师专业不对口；上机机会少；考试时间短不能发挥艺术才能等。</w:t>
      </w:r>
      <w:r>
        <w:rPr>
          <w:lang w:eastAsia="zh-CN"/>
        </w:rPr>
        <w:br/>
      </w:r>
      <w:r>
        <w:rPr>
          <w:lang w:eastAsia="zh-CN"/>
        </w:rPr>
        <w:t>　　其中一名学生提出取消期中考试，引起全体学生的共鸣；有名学生提出一套教学方案：“学习→实习→学习→毕业”，竟然还引起学生的掌声。其实，他们犯的是当代大学生的共性错误：没有意识到在校时间的紧迫感和社会就业的危机感。这点值得我们深思。在教学方面老师也应在这方面做一些适当的安排，调整学生的心态使他们尽快走向正确的学习和认识社会的轨道，相信华豫的教师们都能做到学高为师，德高为范。</w:t>
      </w:r>
      <w:r>
        <w:rPr>
          <w:lang w:eastAsia="zh-CN"/>
        </w:rPr>
        <w:br/>
      </w:r>
      <w:r>
        <w:rPr>
          <w:lang w:eastAsia="zh-CN"/>
        </w:rPr>
        <w:t>　　总之，这次教学检查工作开展的还算成功，也使我们意识到加强学生思想道德教育的工作的严峻性。</w:t>
      </w:r>
      <w:r>
        <w:rPr>
          <w:lang w:eastAsia="zh-CN"/>
        </w:rPr>
        <w:br/>
      </w:r>
      <w:r>
        <w:rPr>
          <w:lang w:eastAsia="zh-CN"/>
        </w:rPr>
        <w:t xml:space="preserve">    七年级上政治教学工作总结 篇3 </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本学期，我担任高二年9、10的政治科任，本一学期来，本人自始至终以认真、严谨的治学态度，勤恳、坚持不懈的精神从事教学工作。还注意以德为本，结合现实生活中的现象层层善诱先做简要的总结回顾：</w:t>
      </w:r>
      <w:r>
        <w:rPr>
          <w:lang w:eastAsia="zh-CN"/>
        </w:rPr>
        <w:br/>
      </w:r>
      <w:r>
        <w:rPr>
          <w:lang w:eastAsia="zh-CN"/>
        </w:rPr>
        <w:t>　　加强教育教学理论的学习和研究。由于是新课改，理论实践经验缺乏，对“新课标”一时还吃不透，因此，本学期我抓紧学习“新课程”的理论，深入挖掘“新课标”，鲜明的理念、全新的框架、明晰的目标、有效的指导，是对修订大纲的新发展，明确所教学段的阶段目标及教材修订的意图，做到教学伊始，整体把握，有的放矢。通过自己课堂实践，我深刻认识到教学就是和学生们一起参与的活动。</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做好教学常规工作。本学期我能根据学生的具体情况详实的制定教学计划，按章办事；能认真的`备课，充分的备好学生，写好教案，绝不上随意课，一学期来认真写好教案和反思；认真的上好每一堂课，积极的探索新的教学模式，并有的放矢进行改革，学生反映良好；能适时布置作业，做到全批全改，并能对后进生进行帮扶；积极的参加教研组活动，积极的承担教科研任务，能在课题研究中发挥自己应有的作用；做好集备组工作，做到教学进度、作业、考试等实现统一，并协调本备课组的教学工作；积极的参加组内外听评课活动，一学期共听课20节；开好一节公开课，做好培优扶差工作，所带班级成绩提高明显，差生面明显缩小，优生率有所提高；认真的组织好单元考试和校内统考、泉州统考，做好质量分析，及时的总结经验教训，为今后的教学工作开展做了充分准备；积极的使用多媒体，能把文字、图像、声音、动画和视频信息等众多信息集于一体，能在视觉、听觉上产生一定的刺激，引起学生的注意，激发学生的学习兴趣，使学生产生强烈的学习欲望，从而形成学习动机。能使抽象的概念具体化，静态的知识形象化，无序的内容系统化，使枯燥的理论不再枯燥，也有利于学生对知识的获取、记忆。积极参加学校组织的各项政治活动，认真对待每次的政治学习，并且认真执行学校的各项规章制度。团结同志，做到爱校如家，爱生如子。全心全意搞好教学，管教管导，言传身教，教书育人，适时的开展德育渗透。</w:t>
      </w:r>
      <w:r>
        <w:rPr>
          <w:lang w:eastAsia="zh-CN"/>
        </w:rPr>
        <w:br/>
      </w:r>
      <w:r>
        <w:rPr>
          <w:lang w:eastAsia="zh-CN"/>
        </w:rPr>
        <w:t>　　做好教科研工作，积极对外交流研讨。认真的参与教科研工作，积极的参与课改研究工作，积极的撰写论文；积极的参加各种课题研究，发挥了应有的作用；认真的参加对外交流，多次外出听评课、理论学习等，与兄弟学校同行交流新课程下的会考经验，取长补短。</w:t>
      </w:r>
      <w:r>
        <w:rPr>
          <w:lang w:eastAsia="zh-CN"/>
        </w:rPr>
        <w:br/>
      </w:r>
      <w:r>
        <w:rPr>
          <w:lang w:eastAsia="zh-CN"/>
        </w:rPr>
        <w:t>　　做好配合性工作。一学期下来，能积极的配合学校教学主管职能部门做好考试、质量分析、及学生学分认定工作，参与各种检查验收的服务工作。</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本学期，本人担任高二年级1。2两个班的政治科任教师。一个学期就要结束了，为了更好地做好今后的工作，总结经验、吸取教训，本人特就这学期的工作小结如下：从各方面严格要求自己，积极向老教师请教，结合本校的实际条件和学生的实际情况，勤勤恳恳，兢兢业业，使教学工作有计划，有组织，有步骤地开展。立足现在，放眼未来，为使今后的工作取得更大的进步，现对本学期教学工作作出总结，希望能发扬优点，克服不足，总结检验教训，继往开来，以促进教训工作更上一层楼。一学期来，本人自始至终以认真、严谨的治学态度，勤恳、坚持不懈的精神从事教学工作。</w:t>
      </w:r>
      <w:r>
        <w:rPr>
          <w:lang w:eastAsia="zh-CN"/>
        </w:rPr>
        <w:br/>
      </w:r>
      <w:r>
        <w:rPr>
          <w:lang w:eastAsia="zh-CN"/>
        </w:rPr>
        <w:t>　　一、认真备课。</w:t>
      </w:r>
      <w:r>
        <w:rPr>
          <w:lang w:eastAsia="zh-CN"/>
        </w:rPr>
        <w:br/>
      </w:r>
      <w:r>
        <w:rPr>
          <w:lang w:eastAsia="zh-CN"/>
        </w:rPr>
        <w:t>　　不但备学生而且备教材备教法，根据教材内容及学生的实际，设计课的类型，拟定采用的教学方法，并对教学过程的程序及时间安排都作了详细的记录，认真写好教案。每一课都做到“有备而来”，每堂课都在课前做好充分的准备，并制作各种利于吸引学生注意力的有趣教具，课后及时对该课作出总结，写好教学后记，并认真按搜集每课书的知识要点，归纳成集。作为科任教师，能认真制定计划，写教学详细教案，注重研究中学教学理论，认真备课和教学，积极参加科组活动和备课组活动，上好公开课和过关课，并能经常听我师傅颜利华老师和其他各门任课老师的课，从中吸取教学经验，取长补短，提高自己的教学的业务水平。每节课都以最佳的精神状态站在教坛，以和蔼、轻松、认真的形象去面对学生。按照《高中思想政治新课程标准》进行施教，让学生掌握好科学知识。还注意以德为本，结合现实生活中的现象层层善诱，多方面、多角度去培养现实良好的品德和高尚的人格。</w:t>
      </w:r>
      <w:r>
        <w:rPr>
          <w:lang w:eastAsia="zh-CN"/>
        </w:rPr>
        <w:br/>
      </w:r>
      <w:r>
        <w:rPr>
          <w:lang w:eastAsia="zh-CN"/>
        </w:rPr>
        <w:t>　　二、增强上课技能，提高教学质量。</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使讲解清晰化，条理化，准确化，条理化，准确化，情感化，生动化，做到线索清晰，层次分明，言简意赅，深入浅出。在课堂上特别注意调动学生的积极性，加强师生交流，充分体现学生的主作用，让学生学得容易，学得轻松，学得愉快；注意精讲精练，在课堂上老师讲得尽量少，学生动口动手动脑尽量多；同时在每一堂课上都充分考虑每一个层次的学生学习需求和学习能力，让各个层次的学生都得到提高。教育是爱心事业，为培养高素质的下一代，本人时刻从现实身心健康，根据学生的个性特点去点拔引导，对于个别差生，利用课间多次倾谈，鼓励其确立正确的学习态度，积极面对人生，而对优生，教育其戒骄戒躁努力向上，再接再厉，再创佳绩。通过现实生活中的典范，让学生树立自觉地从德、智、体、美、劳全方面去发展自己的观念，树立崇高远大的理想。</w:t>
      </w:r>
      <w:r>
        <w:rPr>
          <w:lang w:eastAsia="zh-CN"/>
        </w:rPr>
        <w:br/>
      </w:r>
      <w:r>
        <w:rPr>
          <w:lang w:eastAsia="zh-CN"/>
        </w:rPr>
        <w:t>　　三、虚心请教其他老师。</w:t>
      </w:r>
      <w:r>
        <w:rPr>
          <w:lang w:eastAsia="zh-CN"/>
        </w:rPr>
        <w:br/>
      </w:r>
      <w:r>
        <w:rPr>
          <w:lang w:eastAsia="zh-CN"/>
        </w:rPr>
        <w:t>　　在教学上，有疑必问。在各个章节的学习上都积极征求其他老师的`意见，学习他们的方法，同时，多听老师的课，做到边听边讲，学习别人的优点，克服自己的不足，并常常邀请其他老师来听课，征求他们的意见，改进工作。为提高每节课的进行效果，教学质量，本人除注重研究教材，把握好基础、重点难点外，还采用多媒体教学。培养学生学习政治的兴趣，调动学生学习的积极性、主动性，提高课堂的教学质量，按时完成教学任务。</w:t>
      </w:r>
      <w:r>
        <w:rPr>
          <w:lang w:eastAsia="zh-CN"/>
        </w:rPr>
        <w:br/>
      </w:r>
      <w:r>
        <w:rPr>
          <w:lang w:eastAsia="zh-CN"/>
        </w:rPr>
        <w:t>　　四、认真批改作业：</w:t>
      </w:r>
      <w:r>
        <w:rPr>
          <w:lang w:eastAsia="zh-CN"/>
        </w:rPr>
        <w:br/>
      </w:r>
      <w:r>
        <w:rPr>
          <w:lang w:eastAsia="zh-CN"/>
        </w:rPr>
        <w:t>　　布置作业做到精读精练。有针对性，有层次性。对学生的作业批改及时、认真，分析并记录学生的作业情况，将他们在作业过程出现的问题作出分类总结，进行透切的评讲，并针对有关情况及时改进教学方法，做到有的放矢。</w:t>
      </w:r>
      <w:r>
        <w:rPr>
          <w:lang w:eastAsia="zh-CN"/>
        </w:rPr>
        <w:br/>
      </w:r>
      <w:r>
        <w:rPr>
          <w:lang w:eastAsia="zh-CN"/>
        </w:rPr>
        <w:t>　　五、做好课后辅导工作，注意分层教学。</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在课后，为不同层次的学生进行相应的辅导，以满足不同层次的学生的需求，避免了一刀切的弊端，同时加大了后进生的辅导力度。对后进生的辅导，并不限于学习知识性的辅导，更重要的是学习思想的辅导，要提高后进生的成绩，首先要解决他们心结，让他们意识到学习的重要性和必要性，使之对学习萌发兴趣。要通过各种途径激发他们的求知欲和上进心，让他们意识到学习是充满乐趣的。从而自觉的把身心投放到学习中去。这样，后进生的转化，就由原来的简单粗暴、强制学习转化到自觉的求知上来。使学习成为他们自我意识力度一部分。在此基础上，再教给他们学习的方法，提高他们的技能。并认真细致地做好查漏补缺工作。后进生通常存在很多知识断层，这些都是后进生转化过程中的拌脚石，在做好后进生的转化工作时，要特别注意给他们补课，把他们以前学习的知识断层补充完整，这样，他们就会学得轻松，进步也快，兴趣和求知欲也会随之增加。</w:t>
      </w:r>
      <w:r>
        <w:rPr>
          <w:lang w:eastAsia="zh-CN"/>
        </w:rPr>
        <w:br/>
      </w:r>
      <w:r>
        <w:rPr>
          <w:lang w:eastAsia="zh-CN"/>
        </w:rPr>
        <w:t>　　六、积极推进素质教育。</w:t>
      </w:r>
      <w:r>
        <w:rPr>
          <w:lang w:eastAsia="zh-CN"/>
        </w:rPr>
        <w:br/>
      </w:r>
      <w:r>
        <w:rPr>
          <w:lang w:eastAsia="zh-CN"/>
        </w:rPr>
        <w:t>　　目前的考试模式仍然比较传统，这决定了教师的教学模式要停留在应试教育的层次上，为此，我在教学工作中注意了学生能力的培养，把传授知识、技能和发展智力、能力结合起来，在知识层面上注入了思想情感教育的因素，发挥学生的创新意识和创新能力。让学生的各种素质都得到有效的发展和培养。</w:t>
      </w:r>
      <w:r>
        <w:rPr>
          <w:lang w:eastAsia="zh-CN"/>
        </w:rPr>
        <w:br/>
      </w:r>
      <w:r>
        <w:rPr>
          <w:lang w:eastAsia="zh-CN"/>
        </w:rPr>
        <w:t>　　七、狠抓学风。</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我所教的1。2两班，学生比较重视该科，上课的时候比较认真，大部分学生都能专心听讲，课后也能认真完成作业。但有为数不少的学生，学习上存在的问题不敢问老师，作业也因为怕分数低而找别人的来抄，这样就严重影响了成绩的提高。对此，我狠抓学风，在班级里提倡一种认真、求实的学风，严厉批评抄袭作业的行为。与此同时，为了提高同学的学习积极性，开展了学习竞赛活动，在学生中兴起一种你追我赶的学习风气。同学对该课很感兴趣，学习劲头也浓，只是差生面太大了，后进生基础太差，考试成绩都很差，有些同学是经常不及格，我找来差生，了解原因，有些是不感兴趣，我就跟他们讲学习政治的重要性，跟他们讲一些有趣的政治故事，提高他们的兴趣；有些是没有努力去学，我提出批评以后再加以鼓励，并为他们定下学习目标，时时督促他们，帮助他们；一些学生基础太差，抱着破罐子破摔的态度，或过分自卑，考试怯场等，我就帮助他们找出适合自己的学习方法，分析原因，鼓励他们不要害怕失败，要给自己信心，并且要在平时多读多练，多问几个为什么。通过一学期努力，能制定好复习计划，并能认真备好复习课，培养好尖子生，提高中等生，帮助差生。但由于本学期授课时间较少，复习内容较多，复习比较仓促，同时发觉很大一部分学生接受能力较差，学习自觉性不高。</w:t>
      </w:r>
      <w:r>
        <w:rPr>
          <w:lang w:eastAsia="zh-CN"/>
        </w:rPr>
        <w:br/>
      </w:r>
      <w:r>
        <w:rPr>
          <w:lang w:eastAsia="zh-CN"/>
        </w:rPr>
        <w:t>　　在以后的教学工作中，要不断总结经验，力求提高自己的教学水平，向教师要时间、向课堂要质量、向学生要效果，还要多下功夫加强对个别差生的辅导，相信一切问题都会迎刃而解，我也相信有耕耘总会有收获！</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七年级上政治教学工作总结 篇4 </w:t>
      </w:r>
      <w:r>
        <w:rPr>
          <w:lang w:eastAsia="zh-CN"/>
        </w:rPr>
        <w:br/>
      </w:r>
      <w:r>
        <w:rPr>
          <w:lang w:eastAsia="zh-CN"/>
        </w:rPr>
        <w:t>　　本学期，本人担任初一年级两个班和初三年级两个班的政治科任教学。一学期来，本人自始至终以认真、严谨的治学态度，勤恳、坚持不懈的精神从事教学工作。</w:t>
      </w:r>
      <w:r>
        <w:rPr>
          <w:lang w:eastAsia="zh-CN"/>
        </w:rPr>
        <w:br/>
      </w:r>
      <w:r>
        <w:rPr>
          <w:lang w:eastAsia="zh-CN"/>
        </w:rPr>
        <w:t>　　作为科任教师，能认真制定计划，注重研究中学教学理论，认真备课和教学，积极参加科组活动和备课组活动，上好公开课，并能经常听各老师的课，从中吸取教学经验，取长补短，提高自己的教学的业务水平。每节课都以最佳的精神状态站在教坛，以和蔼、轻松、认真的形象去面对学生。按照《初中思想政治课程标准》进行施教，让学生掌握好科学知识。还注意以德为本，结合现实生活中的现象层层善诱，多方面、多角度去培养现实良好的品德和高尚的人格。</w:t>
      </w:r>
      <w:r>
        <w:rPr>
          <w:lang w:eastAsia="zh-CN"/>
        </w:rPr>
        <w:br/>
      </w:r>
      <w:r>
        <w:rPr>
          <w:lang w:eastAsia="zh-CN"/>
        </w:rPr>
        <w:t>　　教育是爱心事业，为培养高素质的下一代，本人时刻从现实身心健康出发，根据学生的个性特点去点拔引导，对于个别差生，利用课间多次倾谈，鼓励其确立正确的学习态度，积极面对人生;而对优生，教育其戒骄戒躁努力向上，再接再厉，再创佳绩。通过现实生活中的典范，让学生树立自觉地从德、智、体、美、劳全方面去发展自己的观念，树立崇高远大的理想。</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作为教初三政治课的老师，明白自己对复习方向的把握很重要，故在课前做到认真备课，多方面去搜集相关资料。为提高每节课的效果、教学质量，本人注重研究教材。通过培养学生学习政治的兴趣，调动学生学习的积极性、主动性，提高课堂教学质量，按时完成教学任务。</w:t>
      </w:r>
      <w:r>
        <w:rPr>
          <w:lang w:eastAsia="zh-CN"/>
        </w:rPr>
        <w:br/>
      </w:r>
      <w:r>
        <w:rPr>
          <w:lang w:eastAsia="zh-CN"/>
        </w:rPr>
        <w:t>　　在以后的教学工作中，要不断总结经验，力求提高自己的教学水平，还要多下功夫加强对个别差生的辅导，相信一切问题都会迎刃而解，我也相信有耕耘总会有收获!</w:t>
      </w:r>
      <w:r>
        <w:rPr>
          <w:lang w:eastAsia="zh-CN"/>
        </w:rPr>
        <w:br/>
      </w:r>
      <w:r>
        <w:rPr>
          <w:lang w:eastAsia="zh-CN"/>
        </w:rPr>
        <w:t xml:space="preserve">    七年级上政治教学工作总结 篇5 </w:t>
      </w:r>
      <w:r>
        <w:rPr>
          <w:lang w:eastAsia="zh-CN"/>
        </w:rPr>
        <w:br/>
      </w:r>
      <w:r>
        <w:rPr>
          <w:lang w:eastAsia="zh-CN"/>
        </w:rPr>
        <w:t>　　本学期我担任初一年级1，2，3班的思想政治课教学。由于是毕业班，我对教学工作一直不敢怠慢，要求自己认真备课，深入研究教法，虚心向其他老师求教。经过一个学期的努力，获取了较好的结果。现将本学期的教学工作总结如下：</w:t>
      </w:r>
      <w:r>
        <w:rPr>
          <w:lang w:eastAsia="zh-CN"/>
        </w:rPr>
        <w:br/>
      </w:r>
      <w:r>
        <w:rPr>
          <w:lang w:eastAsia="zh-CN"/>
        </w:rPr>
        <w:t>　　一、关心时政、活跃课堂</w:t>
      </w:r>
      <w:r>
        <w:rPr>
          <w:lang w:eastAsia="zh-CN"/>
        </w:rPr>
        <w:br/>
      </w:r>
      <w:r>
        <w:rPr>
          <w:lang w:eastAsia="zh-CN"/>
        </w:rPr>
        <w:t>　　政治属于文科，在中考中的地位下降。因此，学生不是很重视，只要在考试前下点苦功夫背书就得了。所以上政治课可以睡觉，或者做一些与政治科无关的东西。为了转变他们这种观点我就让他们做一些开放性较强的题型，或者是一些材料分析题，通过做题他们体会到，初三学习政治再不象初一那样只要背课本就能学好，初三政治的学习更加强调政治能力的培养，而这种能力是要通过做题、看书不断的思考来培养和提高的，使他们明确了初三政治学习的要求，增加了他们学习的自觉性和主动性。学生明白了除了课堂效果之外，还需要多了解时事，多关心社会，增加政治敏锐性。为此，在平时，我坚持课后发现学生作业问题就及时解决，及时讲清楚，让学生即时消化。</w:t>
      </w:r>
      <w:r>
        <w:rPr>
          <w:lang w:eastAsia="zh-CN"/>
        </w:rPr>
        <w:br/>
      </w:r>
      <w:r>
        <w:rPr>
          <w:lang w:eastAsia="zh-CN"/>
        </w:rPr>
        <w:t>　　二、认真备课，研究教法</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教学中，备课是一个十分重要的环节，备课不充分或者备得不好，会严重影响课堂教学效果。因此，每天我都花大量时间在备课上，认真钻研教材教法，虽然辛苦，但事实证明是值得的。一堂准备充分的课，会令学生和老师都获益不浅。</w:t>
      </w:r>
      <w:r>
        <w:rPr>
          <w:lang w:eastAsia="zh-CN"/>
        </w:rPr>
        <w:br/>
      </w:r>
      <w:r>
        <w:rPr>
          <w:lang w:eastAsia="zh-CN"/>
        </w:rPr>
        <w:t>　　备课充分，能调动学生的积极性，同时也增强了教师驾驭课堂的能力，因此上课一定要设法令学生投入，不让其分心，这就要求教师要课前认真备课。上课做到教态自然，讲课生动，难易适中，照顾全部，这样就自然能够吸引住学生。所以，老师每天都要有充足的精神，让学生感受到一种自然气氛。这样可以收到事半功倍的效果。</w:t>
      </w:r>
      <w:r>
        <w:rPr>
          <w:lang w:eastAsia="zh-CN"/>
        </w:rPr>
        <w:br/>
      </w:r>
      <w:r>
        <w:rPr>
          <w:lang w:eastAsia="zh-CN"/>
        </w:rPr>
        <w:t>　　三、联系实际、引用时政</w:t>
      </w:r>
      <w:r>
        <w:rPr>
          <w:lang w:eastAsia="zh-CN"/>
        </w:rPr>
        <w:br/>
      </w:r>
      <w:r>
        <w:rPr>
          <w:lang w:eastAsia="zh-CN"/>
        </w:rPr>
        <w:t>　　政治是一门理论学科，新的课改对政治科的课本进行了改编之后，增加了课本内容的生活化，使政治这门学科更贴近了学生生活，但相对的知识的逻辑性就降低了，这对学生而言，既熟悉又困难，在这样一种情况下，要教好政治，就要让学生喜爱政治，让他们对政治产生兴趣，否则学生对这门学科产生畏难情绪，不愿学，甚至怕学。为此，我采取了一些方法，就是尽量多讲一些社会时事和身边的事，让他们更多地了解社会和自己的联系，更喜欢学习生活化的政治。因为只有这样才能提高他们对政治理论，政治原理的理解能力，特别是对成绩优秀的同学很有好处。</w:t>
      </w:r>
      <w:r>
        <w:rPr>
          <w:lang w:eastAsia="zh-CN"/>
        </w:rPr>
        <w:br/>
      </w:r>
      <w:r>
        <w:rPr>
          <w:lang w:eastAsia="zh-CN"/>
        </w:rPr>
        <w:t>　　四、培养优生、重视差生</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学生在不断学习中，会出现好差分化现象，差生面扩大，会严重影响班内的学习风气。因此，绝对不能忽视。为此，我制定了具体的计划和目标。对这部分同学进行有计划的辅导，耐心教育，尊重他们，鼓励他们慢慢提高自己的成绩，不能操之过急，且要多鼓励增强他们学习的信心。只要他们肯努力，成绩就有望提高，以后授课的效果就会更好。</w:t>
      </w:r>
      <w:r>
        <w:rPr>
          <w:lang w:eastAsia="zh-CN"/>
        </w:rPr>
        <w:br/>
      </w:r>
      <w:r>
        <w:rPr>
          <w:lang w:eastAsia="zh-CN"/>
        </w:rPr>
        <w:t>　　经过一个学期的努力，学业水平考试有了较大提高。但是，无论成绩高低，都体现了我在这学期的教学效果。但我认为这并不是最重要的，重要的是以后如何自我提高，如何进一步提高教学效果。因此，无论怎样辛苦，我都会继续努力，多问，多想，多学，多思。争取期期有进步。</w:t>
      </w:r>
      <w:r>
        <w:rPr>
          <w:lang w:eastAsia="zh-CN"/>
        </w:rPr>
        <w:br/>
      </w:r>
      <w:r>
        <w:rPr>
          <w:lang w:eastAsia="zh-CN"/>
        </w:rPr>
        <w:t>　　由于经验颇浅，许多地方存在不足，希望在未来的日子里，能在各位领导和同行的指导下，取得更好成绩，争取更大的进步。</w:t>
      </w:r>
      <w:r>
        <w:rPr>
          <w:lang w:eastAsia="zh-CN"/>
        </w:rPr>
        <w:br/>
      </w:r>
      <w:r>
        <w:rPr>
          <w:lang w:eastAsia="zh-CN"/>
        </w:rPr>
        <w:t xml:space="preserve">    七年级上政治教学工作总结 篇6 </w:t>
      </w:r>
      <w:r>
        <w:rPr>
          <w:lang w:eastAsia="zh-CN"/>
        </w:rPr>
        <w:br/>
      </w:r>
      <w:r>
        <w:rPr>
          <w:lang w:eastAsia="zh-CN"/>
        </w:rPr>
        <w:t>　　本学年本人担任了高二级三个班的政治科教学任务。一年来，本人自始至终以认真、严谨的治学态度，勤恳、坚持不懈的精神从事教学工作。为了能在新的学期中争取把各项工作做的更好，有必要按照学校统一规定的考核内容，客观、实际地认真总结一番。</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思想道德方面，作为政治教师应该更加严格要求自己。本学年我主动、认真地服从和配合学校各级领导的工作安排。积极参加学校、县教研室和组里的各种会议；根据学科特点，通过自己订阅或者在网络上寻找国内外热点、重点新闻，及时领会和用于教学辅导；顾全大局、服从学校教务处、高二年级部的教学安排，每周上课15节，属于满工作量；热爱教育事业，把自己的精力、能力全部用于学校的教学过程中，并能自觉遵守职业道德，没有从事有偿家教和第二职业，在学生中树立了良好的教师形象；主动向指导老师及其他同事学习、请教，共同研究业务使教学水平有较大提高。</w:t>
      </w:r>
      <w:r>
        <w:rPr>
          <w:lang w:eastAsia="zh-CN"/>
        </w:rPr>
        <w:br/>
      </w:r>
      <w:r>
        <w:rPr>
          <w:lang w:eastAsia="zh-CN"/>
        </w:rPr>
        <w:t>　　知识能力方面，在一年的高二教学工作实践及学习过程中，进步明显，主要体现在以下几个方面。</w:t>
      </w:r>
      <w:r>
        <w:rPr>
          <w:lang w:eastAsia="zh-CN"/>
        </w:rPr>
        <w:br/>
      </w:r>
      <w:r>
        <w:rPr>
          <w:lang w:eastAsia="zh-CN"/>
        </w:rPr>
        <w:t>　　1、知识更新</w:t>
      </w:r>
      <w:r>
        <w:rPr>
          <w:lang w:eastAsia="zh-CN"/>
        </w:rPr>
        <w:br/>
      </w:r>
      <w:r>
        <w:rPr>
          <w:lang w:eastAsia="zh-CN"/>
        </w:rPr>
        <w:t>　　为了能够适应不断变化、发展的教育形势，并且能够高屋建瓴地引导学生适应教育改革的要求，我深知认识应该不断深化、发展，仅靠大学所学理论知识远远不够，在实践中还需要不断学习。因此我每年坚持订阅教学报刊，并自购电脑经常上网查阅、储存资料；同时积极与同行交流学习，多次参加相关教学培训。经过努力，我的知识水平有了较大提高，很好的指导了教学工作。</w:t>
      </w:r>
      <w:r>
        <w:rPr>
          <w:lang w:eastAsia="zh-CN"/>
        </w:rPr>
        <w:br/>
      </w:r>
      <w:r>
        <w:rPr>
          <w:lang w:eastAsia="zh-CN"/>
        </w:rPr>
        <w:t>　　2、教育、教学能力</w:t>
      </w:r>
      <w:r>
        <w:rPr>
          <w:lang w:eastAsia="zh-CN"/>
        </w:rPr>
        <w:br/>
      </w:r>
      <w:r>
        <w:rPr>
          <w:lang w:eastAsia="zh-CN"/>
        </w:rPr>
        <w:t>　　第一，能认真把握教材——把大纲、课本、时政及时有机结合，以提高学生分析问题和解决问题能力为目标，切实落实培养学生的创新思维和创造能力，并且能利用课堂时间不断地以新型热点材料为背景创设提问角度，帮助学生拓展思路，对基础知识能灵活运用，从而使同学们分析、解决问题的能力不断提高。</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第二，能把握学生的认知水平和能力。重视对已学知识的巩固和新、旧知识的联系，培养学生建立知识结构的意识和能力，利用电教手段提高课堂教学效率，在讲课时除讲清知识点外能把重点放在知识间的连接上，达到帮助学生学会求知、不断发展的目的。</w:t>
      </w:r>
      <w:r>
        <w:rPr>
          <w:lang w:eastAsia="zh-CN"/>
        </w:rPr>
        <w:br/>
      </w:r>
      <w:r>
        <w:rPr>
          <w:lang w:eastAsia="zh-CN"/>
        </w:rPr>
        <w:t>　　第三，尊重学生。重视与学生之间的情感交流和培养，在严格管理的同时能尊重学生的学习热情和认知能力，提出与学生自身水平相当的问题，鼓励他们大胆探索，共同提高，因而也得到了学生的尊重。</w:t>
      </w:r>
      <w:r>
        <w:rPr>
          <w:lang w:eastAsia="zh-CN"/>
        </w:rPr>
        <w:br/>
      </w:r>
      <w:r>
        <w:rPr>
          <w:lang w:eastAsia="zh-CN"/>
        </w:rPr>
        <w:t>　　除此之外，我还积极参加各级组织教育科研活动，单独或与同事合作申报了多项校级科研课题，现正在完成中。</w:t>
      </w:r>
      <w:r>
        <w:rPr>
          <w:lang w:eastAsia="zh-CN"/>
        </w:rPr>
        <w:br/>
      </w:r>
      <w:r>
        <w:rPr>
          <w:lang w:eastAsia="zh-CN"/>
        </w:rPr>
        <w:t>　　本学年工作中我努力践行社会主义荣辱观的要求。没有无故耽误学生一节课，；坚持学生的作业全批全改并能及时订正；并根据教务处、教研组安排，多次对兄弟学校参观交流人员讲授公开课。同时还主动参加学校组织的多项活动。</w:t>
      </w:r>
      <w:r>
        <w:rPr>
          <w:lang w:eastAsia="zh-CN"/>
        </w:rPr>
        <w:br/>
      </w:r>
      <w:r>
        <w:rPr>
          <w:lang w:eastAsia="zh-CN"/>
        </w:rPr>
        <w:t>　　通过这些努力，我所教班级在半期、期末考试中取得了较为优异的成绩，差生数量明显减少，学生思想道德水平有明显提高，政治课成为他们非常喜欢的课程之一，自己的教学能力、综合素质得到很大提高。</w:t>
      </w:r>
      <w:r>
        <w:rPr>
          <w:lang w:eastAsia="zh-CN"/>
        </w:rPr>
        <w:br/>
      </w:r>
      <w:r>
        <w:rPr>
          <w:lang w:eastAsia="zh-CN"/>
        </w:rPr>
        <w:t xml:space="preserve">    七年级上政治教学工作总结 篇7 </w:t>
      </w:r>
      <w:r>
        <w:rPr>
          <w:lang w:eastAsia="zh-CN"/>
        </w:rPr>
        <w:br/>
      </w:r>
      <w:r>
        <w:rPr>
          <w:lang w:eastAsia="zh-CN"/>
        </w:rPr>
        <w:t>　　这学期，本人担任八年级四个班的思想品德课教学。教学过程中本人能适应新时期教学工作的要求，从各方面严格要求自己，勤勤恳恳，兢兢业业，使教学工作有计划、有组织、有步骤地开展。立足现在，放眼未来，为使今后的工作取得更大的进步，现对本学期教育教学工作做如下总结：</w:t>
      </w:r>
      <w:r>
        <w:rPr>
          <w:lang w:eastAsia="zh-CN"/>
        </w:rPr>
        <w:br/>
      </w:r>
      <w:r>
        <w:rPr>
          <w:lang w:eastAsia="zh-CN"/>
        </w:rPr>
        <w:t>　　一、深入钻研教材，认真备课，精心选择教法。</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备好课是上好课的前提和保证。尽管我已工作了二十多年，但在新课改教材面前仍然是新手，故在课前做到认真备课，多方面去搜集与教学相关的资料。我根据教材内容及学生的实际，设计课堂教学，拟定采用的教学方法。在深入钻研教材和了解学生的基础上，认真写出了切实可行的教案，使每一节课都能做到“有备而上”。同时，积极采用多媒体教学，使现代教学技术走进课堂，并做到课堂形式的多样化。通过培养学生学习思想品德的兴趣，充分调动学生学习的积极性、主动性，达到愉快教学的目的，在教学中注重学生活动，课堂气氛活跃，教学效果良好。</w:t>
      </w:r>
      <w:r>
        <w:rPr>
          <w:lang w:eastAsia="zh-CN"/>
        </w:rPr>
        <w:br/>
      </w:r>
      <w:r>
        <w:rPr>
          <w:lang w:eastAsia="zh-CN"/>
        </w:rPr>
        <w:t>　　二、精心组织课堂教学，提高教学质量。</w:t>
      </w:r>
      <w:r>
        <w:rPr>
          <w:lang w:eastAsia="zh-CN"/>
        </w:rPr>
        <w:br/>
      </w:r>
      <w:r>
        <w:rPr>
          <w:lang w:eastAsia="zh-CN"/>
        </w:rPr>
        <w:t>　　上好课是提高教学质量的有效途径。课堂教学中我尽量做到讲解清晰化、条理化；课堂语言力求准确化、情感化和生动化；教学思路做到线索清晰、层次分明。在课堂上特别注意调动学生的积极性，加强师生交流，充分体现学生的主体作用，让学生学得容易，学得轻松，学得愉快；注意精讲多练，在课堂上老师讲得尽量少些，学生活动尽量多些；同时在每一堂课上都充分考虑不同层次学生的学习需求和学习能力，让各个层次的学生都得到提高。努力实现思想品德课的趣味化。思想品德课与学生实际生活联系紧密，因此我在教学过程中将教学与实际紧密联系，切实解决学生生活学习中遇到的实际问题，使学生树立正确的人生观、价值观和世界观。通过教学培养学生的社会责任感和正义感。学生在日常行为习惯、思想素质等方面有了较大改变。</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三、加强课后辅导，提高教学质量。</w:t>
      </w:r>
      <w:r>
        <w:rPr>
          <w:lang w:eastAsia="zh-CN"/>
        </w:rPr>
        <w:br/>
      </w:r>
      <w:r>
        <w:rPr>
          <w:lang w:eastAsia="zh-CN"/>
        </w:rPr>
        <w:t>　　课后辅导是课堂教学的补充和巩固。因此本人针对中学生爱动、好玩，缺乏自控能力的特点，经常通过谈心、主题探究等方式抓好学生的思想教育，并使这一工作贯彻到对学生的学习指导中去。耐心做好后进生的转化工作，对后进生努力做到从友善开始，比如，多与他们谈心；从赞美着手，善于发现他们的闪光点，及时给予肯定。所有的人都渴望得到别人的理解和尊重，所以，在和学生交谈时，对他们的处境、想法表示深刻的理解和尊重。改变教师角色，努力使自己成为学生的朋友，让他们敢说话，说真话，这样让学生感到你与他是平等的，那么他就能很好的去接受你的观点，从而转变自己的思想，改变自己的行为。从而真正达到思想教育的目的。</w:t>
      </w:r>
      <w:r>
        <w:rPr>
          <w:lang w:eastAsia="zh-CN"/>
        </w:rPr>
        <w:br/>
      </w:r>
      <w:r>
        <w:rPr>
          <w:lang w:eastAsia="zh-CN"/>
        </w:rPr>
        <w:t>　　总之，时间飞逝，转眼间，一个紧张而又充实的学期即将过去，总体来看，这学期在上级部门的正确领导下，在全体同仁的帮助下，在本人的刻苦努力下，在全体学生的共同努力下，我在教育教学工作中取得了较大的进步。但还存在许多不足之处，在今后的教育教学工作中，我将更加严格要求自己，努力工作，不断总结经验，力求提高自己的教学水平，我相信有耕耘总会有收获！</w:t>
      </w:r>
      <w:r>
        <w:rPr>
          <w:lang w:eastAsia="zh-CN"/>
        </w:rPr>
        <w:br/>
      </w:r>
      <w:r>
        <w:rPr>
          <w:lang w:eastAsia="zh-CN"/>
        </w:rPr>
        <w:t xml:space="preserve">    七年级上政治教学工作总结 篇8 </w:t>
      </w:r>
      <w:r>
        <w:rPr>
          <w:lang w:eastAsia="zh-CN"/>
        </w:rPr>
        <w:br/>
      </w:r>
      <w:r>
        <w:rPr>
          <w:lang w:eastAsia="zh-CN"/>
        </w:rPr>
        <w:t>　　在这一学期，本人自始至终以认真、严谨的治学态度，勤恳、坚持不懈的精神从事教学工作。</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本学期，我适应新时期教学工作的要求，从各方面严格要求自己，结合本校的实际条件和学生的实际情况，勤勤恳恳，兢兢业业，使教学工作有计划，有组织，有步骤地开展。立足现在，放眼未来，为使今后的工作取得更大的进步，现对本学期教学工作作出总结，希望能发扬优点，克服不足，总结经验教训，以促进教学工作更上一层楼</w:t>
      </w:r>
      <w:r>
        <w:rPr>
          <w:lang w:eastAsia="zh-CN"/>
        </w:rPr>
        <w:t xml:space="preserve"> 。</w:t>
      </w:r>
      <w:r>
        <w:rPr>
          <w:lang w:eastAsia="zh-CN"/>
        </w:rPr>
        <w:br/>
      </w:r>
      <w:r>
        <w:rPr>
          <w:lang w:eastAsia="zh-CN"/>
        </w:rPr>
        <w:t>　　认真备课。不但备学生而且备教材备教法，根据教材内容及学生的实际，设计课的类型，拟定采用的教学方法，并对教学过程的程序及时间安排都作了详细的记录，认真写好教案。每一课都做到有备而来，每堂课都在课前做好充分的准备，并认真搜集每课书的知识要点，课后及时对该课作出总结。作为科任老师，学期开始能认真制定计划，注重研究中学政治教学理论，认真备课和教学，积极参加教研组活动。</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作为政治课老师，为了把课上活，避免枯燥、机械，本人在课前做到认真备课，多方面去搜集相关资料。为提高每节课的教学效果、教学质量，本人除注重研究教材，把握好基础、重点难点外，还采用多媒体教学，如：漫画、录音等多样形式。通过培养学生学习政治的兴趣，调动学生学习的积极性、主动性，提高课堂的教学质量，按时完成教学任务。增强上课技能，提高教学质量，尽量使讲解有条理，准确，生动，做到线索清晰，层次分明，言简意赅，深入浅出。在课堂上特别注意调动学生的积极性，加强师生交流，充分体现学生的主体作用，让学生学得容易，学得轻松，学得愉快;注意精讲精练，在课堂上老师讲得尽量少，学生动口动手动脑尽量多;同时在每一堂课上都充分考虑每一个层次的学生学习需求和学习能力，让各个层次的学生都得到提高。上好每一节课。每节课都以最佳的精神状态站在教坛，以和蔼、轻松、认真的形象去面对学生。按照初中思想政治课程标准进行施教，让学生掌握好科学知识。还注意以德为本，结合现实生活中的现象层层善诱，多方面、多角度去培养学生良好的品德和高尚的人格。虚心请教其他老师。在教学上，有疑必问。在各个章节的学习上都积极征求其他老师的意见，学习他们的方法，同时，多听老师的课，做到边听边讲，学习别人的优点，克服自己的不足。</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本人在每一节课中，根据学生的个性特点去点拔引导，对于个别差生，利用课间多次倾谈，鼓励其确立正确的学习态度，积极面对人生，今天的差生，不一定明天还是差生，更何况所谓优生与差生的评判标准本身就有局限性和片面性。比如许多在校的优生，在社会实践中不一定工作就很出色，而有一些所谓在校时的差生，倒还表现出了创造性。而对优生，教育其戒骄戒躁努力向上，再接再厉，再创佳绩。做好课后辅导工作，注意分层教学。在课后，为不同层次的学生进行相应的辅导，以满足不同层次的学生的需求，避免了一刀切的弊端，同时加大了后进生的辅导力度。对后进生的辅导，并不限于学习知识性的辅导，更重要的是学习思想的辅导，要提高后进生的成绩，首先要解决他们心结，让他们意识到学习的重要性和必要性，对学习萌发兴趣。要通过各种途径激发他们的求知欲和上进心，让他们意识到学习并不是一项任务，也不是一件痛苦的事情。而是充满乐趣的。从而自觉的把身心投放到学习中去。这样，后进生的转化，就由原来的简单粗暴、强制学习转化到自觉的求知上来。使学习成为他们自我意识力度一部分。在此基础上，再教给他们学习的方法，提高他们的技能。并认真细致地做好查漏补缺工作。</w:t>
      </w:r>
      <w:r>
        <w:rPr>
          <w:lang w:eastAsia="zh-CN"/>
        </w:rPr>
        <w:br/>
      </w:r>
      <w:r>
        <w:rPr>
          <w:lang w:eastAsia="zh-CN"/>
        </w:rPr>
        <w:t>　　积极推进素质教育。目前的考试模式仍然比较传统，这决定了教师的教学模式要停留在应试教育的层次上，为此，我在教学工作中注意了学生能力的培养，把传授知识、技能和发展智力、能力结合起来，在知识层面上注入了思想情感教育的因素，发挥学生的创新意识和创新能力。让学生的各种素质都得到有效的发展和培养。</w:t>
      </w:r>
      <w:r>
        <w:rPr>
          <w:lang w:eastAsia="zh-CN"/>
        </w:rPr>
        <w:br/>
      </w:r>
      <w:r>
        <w:rPr>
          <w:lang w:eastAsia="zh-CN"/>
        </w:rPr>
        <w:t>　　总之，这学期来，我努力做好本职工作，力求提高自己的教学水平。</w:t>
      </w:r>
      <w:r>
        <w:rPr>
          <w:lang w:eastAsia="zh-CN"/>
        </w:rPr>
        <w:br/>
      </w:r>
      <w:r>
        <w:rPr>
          <w:lang w:eastAsia="zh-CN"/>
        </w:rPr>
        <w:t xml:space="preserve">    七年级上政治教学工作总结 篇9 </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本学期本人担任了高二级4个班(两个文科班、2个理科班)的政治科教学任务。一学期以来，本人自始至终以认真、严谨的治学态度，勤恳、坚持不懈的精神从事教学工作。为了能在新的学期中争取把各项工作做的更好，有必要按照学校统一规定的考核内容，客观、实际地认真总结一番。思想道德方面，作为政治教师应该更加严格要求自己。本学年我主动、认真地服从和配合学校各级领导的工作安排。积极参加学校、县教研室和组里的各种会议;根据学科特点，通过自己订阅或者在网络上寻找国内外热点、重点新闻，及时领会和用于教学辅导;顾全大局、服从学校教务处、高二年级部的教学安排，每周上课10节，属于满工作量，并担任了班主任工作;热爱教育事业，把自己的精力、能力全部用于学校的教学过程中，并能自觉遵守职业道德，没有从事有偿家教和第二职业，在学生中树立了良好的教师形象;主动向指导老师及其他同事学习、请教，共同研究业务使教学水平有较大提高。</w:t>
      </w:r>
      <w:r>
        <w:rPr>
          <w:lang w:eastAsia="zh-CN"/>
        </w:rPr>
        <w:br/>
      </w:r>
      <w:r>
        <w:rPr>
          <w:lang w:eastAsia="zh-CN"/>
        </w:rPr>
        <w:t>　　知识能力方面，在一年的高二教学工作实践及学习过程中，进步明显，主要体现在以下几个方面。</w:t>
      </w:r>
      <w:r>
        <w:rPr>
          <w:lang w:eastAsia="zh-CN"/>
        </w:rPr>
        <w:br/>
      </w:r>
      <w:r>
        <w:rPr>
          <w:lang w:eastAsia="zh-CN"/>
        </w:rPr>
        <w:t>　　1、知识更新</w:t>
      </w:r>
      <w:r>
        <w:rPr>
          <w:lang w:eastAsia="zh-CN"/>
        </w:rPr>
        <w:br/>
      </w:r>
      <w:r>
        <w:rPr>
          <w:lang w:eastAsia="zh-CN"/>
        </w:rPr>
        <w:t>　　为了能够适应不断变化、发展的教育形势，并且能够高屋建瓴地引导学生适应教育改革的要求，我深知认识应该不断深化、发展，仅靠大学所学理论知识远远不够，在实践中还需要不断学习。因此我每年坚持订阅教学报刊，并通过电脑经常上网查阅、储存资料;同时积极与同行交流学习，多次参加相关教学培训。经过努力，我的知识水平有了较大提高，很好的指导了教学工作。</w:t>
      </w:r>
      <w:r>
        <w:rPr>
          <w:lang w:eastAsia="zh-CN"/>
        </w:rPr>
        <w:br/>
      </w:r>
      <w:r>
        <w:rPr>
          <w:lang w:eastAsia="zh-CN"/>
        </w:rPr>
        <w:t>　　2、教育、教学能力</w:t>
      </w:r>
      <w:r>
        <w:rPr>
          <w:lang w:eastAsia="zh-CN"/>
        </w:rPr>
        <w:br/>
      </w:r>
      <w:r>
        <w:rPr>
          <w:lang w:eastAsia="zh-CN"/>
        </w:rPr>
        <w:t>　　第一，能认真把转载自第一范文网把握教材把大纲、课本、时政及时有机结合，以提高学生分析问题和解决问题能力为目标，切实落实培养学生的创新思维和创造能力，并且能利用课堂时间不断地以新型热点材料为背景创设提问角度，帮助学生拓展思路，对基础知识能灵活运用，从而使同学们分析、解决问题的能力不断提高。</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第二，能把握学生的认知水平和能力。重视对已学知识的巩固和新、旧知识的联系，培养学生建立知识结构的意识和能力，利用电教手段提高课堂教学效率，在讲课时除讲清知识点外能把重点放在知识间的连接上，达到帮助学生学会求知、不断发展的目的。</w:t>
      </w:r>
      <w:r>
        <w:rPr>
          <w:lang w:eastAsia="zh-CN"/>
        </w:rPr>
        <w:br/>
      </w:r>
      <w:r>
        <w:rPr>
          <w:lang w:eastAsia="zh-CN"/>
        </w:rPr>
        <w:t>　　第三，尊重学生。重视与学生之间的情感交流和培养，在严格管理的同时能尊重学生的学习热情和认知能力，提出与学生自身水平相当的问题，鼓励他们大胆探索，共同提高，因而也得到了学生的尊重。</w:t>
      </w:r>
      <w:r>
        <w:rPr>
          <w:lang w:eastAsia="zh-CN"/>
        </w:rPr>
        <w:br/>
      </w:r>
      <w:r>
        <w:rPr>
          <w:lang w:eastAsia="zh-CN"/>
        </w:rPr>
        <w:t>　　除此之外，我还积极参加各级组织教育科研活动，单独或与同事合作申报了多项校级科研课题，现正在完成中。</w:t>
      </w:r>
      <w:r>
        <w:rPr>
          <w:lang w:eastAsia="zh-CN"/>
        </w:rPr>
        <w:br/>
      </w:r>
      <w:r>
        <w:rPr>
          <w:lang w:eastAsia="zh-CN"/>
        </w:rPr>
        <w:t>　　本学年工作中我努力践行社会主义荣辱观的要求。没有无故耽误学生一节课，本学期课时为10节，参加市、本校听课超过40节;坚持学生的作业全批全改并能及时订正;并根据教务处、教研组安排，多次对兄弟学校参观交流人员讲授公开课。同时还主动参加学校组织的多项活动，在示范高中验收过程中作出了自己应尽的努力，受到了领导和同事们的赞许。</w:t>
      </w:r>
      <w:r>
        <w:rPr>
          <w:lang w:eastAsia="zh-CN"/>
        </w:rPr>
        <w:br/>
      </w:r>
      <w:r>
        <w:rPr>
          <w:lang w:eastAsia="zh-CN"/>
        </w:rPr>
        <w:t>　　通过这些努力，我所教班级在中期、期末考试中取得了优异的成绩，差生数量明显减少，学生思想道德水平有明显提高，政治课成为他们非常喜欢的课程之一，自己的教学能力、综合素质得到很大提高。</w:t>
      </w:r>
      <w:r>
        <w:rPr>
          <w:lang w:eastAsia="zh-CN"/>
        </w:rPr>
        <w:br/>
      </w:r>
      <w:r>
        <w:rPr>
          <w:lang w:eastAsia="zh-CN"/>
        </w:rPr>
        <w:t xml:space="preserve">    七年级上政治教学工作总结 篇10 </w:t>
      </w:r>
      <w:r>
        <w:rPr>
          <w:lang w:eastAsia="zh-CN"/>
        </w:rPr>
        <w:br/>
      </w:r>
      <w:r>
        <w:rPr>
          <w:lang w:eastAsia="zh-CN"/>
        </w:rPr>
        <w:t>　　我走过了充满艰辛的荆棘，品尝过获得成功的喜悦。以满腔热情，无私奉献于平凡的教育中。现总结如下：</w:t>
      </w:r>
      <w:r>
        <w:rPr>
          <w:lang w:eastAsia="zh-CN"/>
        </w:rPr>
        <w:br/>
      </w:r>
      <w:r>
        <w:rPr>
          <w:lang w:eastAsia="zh-CN"/>
        </w:rPr>
        <w:t>　　一、 加强政治学习，思想觉悟和素质不断增强提高。</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我认真学习党的现行路线、方针、政策，全面贯彻党的教育方针，履行党员义务，积极参加党组织举行的各行活动。模范遵守校纪校规。通过对《教育法》、《教师法》、《义务教育法》和《中小学教师职业道德规范》等的学习，更进一步明确了自己肩负的历史责任感和使命感，坚持学法与用法相结合，将普法教育</w:t>
      </w:r>
      <w:r>
        <w:rPr>
          <w:lang w:eastAsia="zh-CN"/>
        </w:rPr>
        <w:br/>
      </w:r>
      <w:r>
        <w:rPr>
          <w:lang w:eastAsia="zh-CN"/>
        </w:rPr>
        <w:t>　　和教育专业法及其他法律法规的贯彻实施结合起来，努力做好教职工表率。我自觉遵守社会公德，遵纪守法，不参与一切不益身心的活动。特别爱关心时事，收看新闻，阅读报刊，准确地把握时代的脉博，时刻关心国内外大事，及时调整好自己的心态，将自己融入学习洪流中，做时代前进的弄潮儿。</w:t>
      </w:r>
      <w:r>
        <w:rPr>
          <w:lang w:eastAsia="zh-CN"/>
        </w:rPr>
        <w:br/>
      </w:r>
      <w:r>
        <w:rPr>
          <w:lang w:eastAsia="zh-CN"/>
        </w:rPr>
        <w:t>　　二、 以身作则，严格要求，做好本职工作。</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在工作期间，我总是按时或提前到校，坚持出满勤。任职以来，从无迟到、旷课现象，有事非去不可的也是先请假经同意之后才去，累计不超过十节课，小病不请假，即使是大病只要稍好一点能坚持就坚持上课，比如上期，我因上体育课教学生跳绳摔伤了腿，住院治疗未等腿伤痊愈就到校上课。我根据“教学六认真”，严格要求自己。努力学习教学大纲，结合学情，精心设计每课时教案。备课时做到教案中教学目标明确，重点突出，难点切合实际，教法选择合理，现代教育手段运用及时准确，时间分配合理，板书设计工整规范。上课精力充沛，使用规范化的普通话教学。坚持把教师主导作用和学生的主体作用相结合。及时、机智地处理课堂中的偶发事件，充分调动学生的积极性，注意激发学生的学习兴趣，向课堂40分钟要质量。作业批改从不马虎，有时采用学生互判自改的方法批改，有时采用全批全改，方法灵活，方式多样，让孩子们作业有兴趣，以达到教师全面检查、查漏补缺的目的。对“差生”不歧视，努力了解他们的性格、心理特点，因人施教，充分调动他们的学习动力，最大限度地提高他们的成绩。远的不说，就说眼前，我根据现六二班，#不但数学基础特差，而且学习习惯也不好，还有一部分学生对数学不感兴趣，我就针对不同的情况对他们进行辅导，努力地挖掘他们的潜能，鼓励他们，让他们感受到因学习上进同学们对自己的赞许，结果学习兴趣大了，劲头足了，本期半期测试他们都由原来的十几分，二十几分上升到五十几分，其中一个还居然得了60分。同时我常对我的同事们讲，虽然现在教师换岗盛行，但作为一个称职乃至优秀的教师无论何时何地，都不能愧对学生、家长，更不能愧对一个教师的良心。我这么说也是这么做的，这么多年来几乎没有家长说我个不字，上期送了毕业班有好几个家长提前就打听是不是我收一年级，希望把孩子送到我这班就读，后来我没接一年级，还有家长怨我。</w:t>
      </w:r>
      <w:r>
        <w:rPr>
          <w:lang w:eastAsia="zh-CN"/>
        </w:rPr>
        <w:br/>
      </w:r>
      <w:r>
        <w:rPr>
          <w:lang w:eastAsia="zh-CN"/>
        </w:rPr>
        <w:t>　　三、 加强集体力量的整合，做学校工作开展的助推器。</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我任职以来，从没有在工作方面与同事闹过别扭。我所教的班人数总是特别多，这是因为不管是领导安排，还是同事介绍的学生，到我班，也不管是智力好的还是差的我都接，我总认为这都是同事和家长对我的信任，又何乐而不为呢?这么多年了，我常戏谑地说，我总是团结在领导的周围，我和领导上一个班，如遇领导出公差，我总是见机到班上课，从无怨言;根据需要，领导安排我上哪个班，我二话不说就接任。当别的教职工出现工作麻烦时，我总是热情地为他们出谋划策，排忧解难;在言语上不与同事争强好胜，在工作上奋力争先……，正因如此，我和同事工作都很愉快，真正做了学校工作的助推器。</w:t>
      </w:r>
      <w:r>
        <w:rPr>
          <w:lang w:eastAsia="zh-CN"/>
        </w:rPr>
        <w:br/>
      </w:r>
      <w:r>
        <w:rPr>
          <w:lang w:eastAsia="zh-CN"/>
        </w:rPr>
        <w:t>　　四、 加强班队管理，做学生的知心朋友。</w:t>
      </w:r>
      <w:r>
        <w:rPr>
          <w:lang w:eastAsia="zh-CN"/>
        </w:rPr>
        <w:br/>
      </w:r>
      <w:r>
        <w:rPr>
          <w:lang w:eastAsia="zh-CN"/>
        </w:rPr>
        <w:t>　　任职以来，我一直担任班主任和少先队中队辅导员工作，做好班集管理，做到教好书，会育人，育好人。坚持对学生做正面的思想政治教育，与家长保持联系。采用定期与不定期相结合的办法，让家长了解学校，或者到学生家去了解学生，了解家长。掌握一些必备的教育规律和方法，尽力消除社会上不健康因素对孩子的影响，实施学校、家庭、社会三位一体共同育人，尽力排除一切影响学生身心健康发展的不利因素，形成教育合力。为了做好家访，我每学期家访至少每生一次。</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不管在村小还是在中心校工作，我都是勤勤恳恳，认认真真。利用班会课，课外活动课搞一些有益的活动，比如“植树活动”、“一帮一”、“我是班里的小主人”等，设立红领巾监督岗，做到事事有人做，人人有事做，充分发挥学生的潜能，凡是学生能做的事老师决不去做。用教师应具有的博大的爱心去关心他们，呵护他们，体贴帮助他们。近几年，因为个别学生的家庭贫困，为他们买书包，衣服等。花去了好几百元。至于借钱给他们在学校吃饭，我也记不得有多少次。谁叫我是他们的老师呢?我常常想：我既是他们的长辈，又要做他们的知心朋友，让他们真正体会到班集体生活的无限温暖，让他们在爱中成长，在爱中成熟，以让他们今后用爱去回报社会，在爱的世界里过得温馨、灿烂。正因如此，我多次被评为优秀中队辅导员，先进教师。</w:t>
      </w:r>
      <w:r>
        <w:rPr>
          <w:lang w:eastAsia="zh-CN"/>
        </w:rPr>
        <w:br/>
      </w:r>
      <w:r>
        <w:rPr>
          <w:lang w:eastAsia="zh-CN"/>
        </w:rPr>
        <w:t>　　五、 加强业务培训、进修学习，不断提高自己的教研水平、教学水平。</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为练好内功，我努力参加各种进修、培训学习。如教师职业技术基本功已全部达到三等级，参加了WTO知识培训并合格，现代信息技术已达到初级水平，还参加了普通话培训，已达“二甲”;班主任培训和教育技能培训均已合格。总之，只要有充电的机会我是不会放过的，以前说要给学生一碗水，自己就得准备一桶水，在新的教育形势下，要给学生一碗水，老师就得有源源不断的水。至于教研教改方面，从参加工作以来，我积极投身教研教改，特别是近几年，除了随时参加互听课活动和本校举行的公开课外，在领导的带领下经常到外地听课。如到双河小学听全市优秀中青年教师讲课;参加华蓥市教研室承办的全国说课年会;听名师到华蓥市献课等。积极参加片区联教活动，近几年来，我先后到#等地参加片区举行的联教活动。在这些活动中，我所写的“《分数的意义》之减负提质”，《浅谈〈分类〉教学中如何培养学生创新思维能力》，“《圆的周长》教学法创新设计”，《浅谈〈葡萄沟〉探究学习设计》，《点燃激情，让梯形更具魅力》等在片区交流。其中，《点燃激情，让梯形更具魅力》被评为优秀论文。从那些优秀教师的教学艺术中，我学到了很多先进的教育思想和新颖的教学方法，并将这些贯穿于我自己的教学中。近几年来，我先后在本校献课四节次，在片区献课一节次从来没有自己年岁大而推脱过。同时，我也试着将自己的教学点滴经验加以总结化、成果化，如《低年级儿童美术创新能力培养的尝试》获“世纪烛光”全国优秀教育教学论文选三等奖，《修改歌词引发的情感体验教育》、《数学创新思维从娃娃抓起》获学校三等奖。《差生不差》等多篇文章先后在本校《天池湖》刊物上发表。不仅如此我还参与了学校的课研究。</w:t>
      </w:r>
      <w:r>
        <w:rPr>
          <w:lang w:eastAsia="zh-CN"/>
        </w:rPr>
        <w:br/>
      </w:r>
      <w:r>
        <w:rPr>
          <w:lang w:eastAsia="zh-CN"/>
        </w:rPr>
        <w:t xml:space="preserve">    七年级上政治教学工作总结 篇11 </w:t>
      </w:r>
      <w:r>
        <w:rPr>
          <w:lang w:eastAsia="zh-CN"/>
        </w:rPr>
        <w:br/>
      </w:r>
      <w:r>
        <w:rPr>
          <w:lang w:eastAsia="zh-CN"/>
        </w:rPr>
        <w:t>　　本学期，本人担任初一年级两个班和六年级一个班的政治科任。一学期来，本人自始至终以认真、严谨的治学态度，勤恳、坚持不懈的精神从事教学工作。</w:t>
      </w:r>
      <w:r>
        <w:rPr>
          <w:lang w:eastAsia="zh-CN"/>
        </w:rPr>
        <w:br/>
      </w:r>
      <w:r>
        <w:rPr>
          <w:lang w:eastAsia="zh-CN"/>
        </w:rPr>
        <w:t>　　作为科任，能认真制定计划，注重研究中学教学理论，认真备课和教学，积极参加科组活动和备课组活动，上好公开课，并能经常听各老师的课，从中吸取教学经验，取长补短，提高自己的教学的业务水平。每节课都以最佳的精神状态站在教坛，以和蔼、轻松、认真的形象去面对学生。按照「初中思想政治课程标准」进行施教，让学生掌握好科学知识。还注意以德为本，结合现实生活中的现象层层善诱，多方面、多角度去培养现实良好的品德和高尚的人格。</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教育是爱心事业，为培养高素质的下一代，本人时刻从现实身心健康，根据学生的个性特点去点拔引导，对于个别差生，利用课间多次倾谈，鼓励其确立正确的学习态度，积极面对人生，而对优生，教育其戒骄戒躁努力向上，再接再厉，再创佳绩。通过现实生活中的典范，让学生树立自觉地从德、智、体、美、劳全方面去发展自己的观念，树立崇高远大的理想。</w:t>
      </w:r>
      <w:r>
        <w:rPr>
          <w:lang w:eastAsia="zh-CN"/>
        </w:rPr>
        <w:br/>
      </w:r>
      <w:r>
        <w:rPr>
          <w:lang w:eastAsia="zh-CN"/>
        </w:rPr>
        <w:t>　　作为教初一政治课的老师，明白自己对教材的生疏，故在课前做到认真备课，多方面去搜集相关进行资料。为提高每节课的进行效果，教学质量，本人注重研究教材。通过培养学生学习政治的兴趣，调动学生学习的积极性、主动性，提高课堂的教学质量，按时完成教学任务。</w:t>
      </w:r>
      <w:r>
        <w:rPr>
          <w:lang w:eastAsia="zh-CN"/>
        </w:rPr>
        <w:br/>
      </w:r>
      <w:r>
        <w:rPr>
          <w:lang w:eastAsia="zh-CN"/>
        </w:rPr>
        <w:t>　　通过一学期努力，能制定好复习计划，并能认真备好复习课，培养好尖子生，提高中等生，帮助差生。但由于本学期授课时间较短，复习内容较多，复习比较仓促，同时发觉很大一部分学生接受能力较差，学习自觉性不高，致使本学期教学成绩未达所想。</w:t>
      </w:r>
      <w:r>
        <w:rPr>
          <w:lang w:eastAsia="zh-CN"/>
        </w:rPr>
        <w:br/>
      </w:r>
      <w:r>
        <w:rPr>
          <w:lang w:eastAsia="zh-CN"/>
        </w:rPr>
        <w:t>　　通过不断的教学反思，我认为面对现在的学生，教师需要投入和付出的不仅仅是时间、精力和脑力，还有感情也就是教师的爱。爱学生是和尊重学生、信任学生连在一起的。学生需要老师的抚慰，盼望老师的理解，同时更害怕受到来自老师的伤害。所以和学生相处，必须用真心去接纳学生，用真情去投入，并且对象是全体学生。</w:t>
      </w:r>
      <w:r>
        <w:rPr>
          <w:lang w:eastAsia="zh-CN"/>
        </w:rPr>
        <w:br/>
      </w:r>
      <w:r>
        <w:rPr>
          <w:lang w:eastAsia="zh-CN"/>
        </w:rPr>
        <w:t>　　我相信扎实的基本功、高尚的敬业精神加上教师自身的人格魅力，那么这样的教师一定会被学生所承认，一定会受学生爱戴。这一定是每一位教师孜孜不倦所追求的。前途是光明的，但过程中需要进行不断反思，并且在反思中逐步成长并走向成熟。</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本学期继续担任初一的六个班的政治教育教学工作，根据党的教育方针，推进素质教育为已任，认真地按质按量地完成了本学期的教学任务。下面是本学期实施了措施及其成效：</w:t>
      </w:r>
      <w:r>
        <w:rPr>
          <w:lang w:eastAsia="zh-CN"/>
        </w:rPr>
        <w:br/>
      </w:r>
      <w:r>
        <w:rPr>
          <w:lang w:eastAsia="zh-CN"/>
        </w:rPr>
        <w:t>　　一、做好教学常规工作</w:t>
      </w:r>
      <w:r>
        <w:rPr>
          <w:lang w:eastAsia="zh-CN"/>
        </w:rPr>
        <w:br/>
      </w:r>
      <w:r>
        <w:rPr>
          <w:lang w:eastAsia="zh-CN"/>
        </w:rPr>
        <w:t>　　1、认真钻研教材、教纲。熟悉教材及其指导思想，认真备课，上好每一节课。认真细致的批发学生作业，全收全改，及时收发。严格要求学生独立完成作业。学生学习成绩较好。</w:t>
      </w:r>
      <w:r>
        <w:rPr>
          <w:lang w:eastAsia="zh-CN"/>
        </w:rPr>
        <w:br/>
      </w:r>
      <w:r>
        <w:rPr>
          <w:lang w:eastAsia="zh-CN"/>
        </w:rPr>
        <w:t>　　2、虚心学习，多听课，钻研教材，丰富自身专业理论。</w:t>
      </w:r>
      <w:r>
        <w:rPr>
          <w:lang w:eastAsia="zh-CN"/>
        </w:rPr>
        <w:br/>
      </w:r>
      <w:r>
        <w:rPr>
          <w:lang w:eastAsia="zh-CN"/>
        </w:rPr>
        <w:t>　　3、认真及时写好计划，按计划实施教学工作，成果达到预期目标。</w:t>
      </w:r>
      <w:r>
        <w:rPr>
          <w:lang w:eastAsia="zh-CN"/>
        </w:rPr>
        <w:br/>
      </w:r>
      <w:r>
        <w:rPr>
          <w:lang w:eastAsia="zh-CN"/>
        </w:rPr>
        <w:t>　　二、努力学习，提高专业理论水平</w:t>
      </w:r>
      <w:r>
        <w:rPr>
          <w:lang w:eastAsia="zh-CN"/>
        </w:rPr>
        <w:br/>
      </w:r>
      <w:r>
        <w:rPr>
          <w:lang w:eastAsia="zh-CN"/>
        </w:rPr>
        <w:t>　　平时注重再学习，浏览百科，摄取与政治学科相关的理论知识和当代社会新科技发展信息，渗透到教学中去，使教学更有说服力。</w:t>
      </w:r>
      <w:r>
        <w:rPr>
          <w:lang w:eastAsia="zh-CN"/>
        </w:rPr>
        <w:br/>
      </w:r>
      <w:r>
        <w:rPr>
          <w:lang w:eastAsia="zh-CN"/>
        </w:rPr>
        <w:t>　　三、激发学生兴趣，提高学习成绩</w:t>
      </w:r>
      <w:r>
        <w:rPr>
          <w:lang w:eastAsia="zh-CN"/>
        </w:rPr>
        <w:br/>
      </w:r>
      <w:r>
        <w:rPr>
          <w:lang w:eastAsia="zh-CN"/>
        </w:rPr>
        <w:t>　　1、优化课堂教学。教学采用多种方法，让学生动口、动手、动脑参与学习，采用讨论、阅读、自学、练习等形式，活跃课堂气氛，使教学效果达到优化。</w:t>
      </w:r>
      <w:r>
        <w:rPr>
          <w:lang w:eastAsia="zh-CN"/>
        </w:rPr>
        <w:br/>
      </w:r>
      <w:r>
        <w:rPr>
          <w:lang w:eastAsia="zh-CN"/>
        </w:rPr>
        <w:t>　　2、抓优扶差。鼓励优生积极灵活学习同时辅助差生。做好差生个别思想工作，利用课余时间辅导，提高了差生学习兴趣，增强了学生自信心。</w:t>
      </w:r>
      <w:r>
        <w:rPr>
          <w:lang w:eastAsia="zh-CN"/>
        </w:rPr>
        <w:br/>
      </w:r>
      <w:r>
        <w:rPr>
          <w:lang w:eastAsia="zh-CN"/>
        </w:rPr>
        <w:t>　　3、开展“一帮一”活动，鼓励优生带差生;把每个班分成若干学习小组，落实责任和要求，组长监督学习，检查复习、预习及练习，及时反馈，提高整体教学效果。</w:t>
      </w:r>
      <w:r>
        <w:rPr>
          <w:lang w:eastAsia="zh-CN"/>
        </w:rPr>
        <w:br/>
      </w:r>
    </w:p>
    <w:p w:rsidR="001B1F19" w14:textId="27C3F48A">
      <w:pPr>
        <w:rPr>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4、配合学校德育工作，充分发挥教本教育功能，采用演讲、座谈、辩论等形式活动，引导了学生全面发展。开展了一些课外活动，调动学生积极性。</w:t>
      </w:r>
      <w:r>
        <w:rPr>
          <w:lang w:eastAsia="zh-CN"/>
        </w:rPr>
        <w:br/>
      </w:r>
      <w:r>
        <w:rPr>
          <w:lang w:eastAsia="zh-CN"/>
        </w:rPr>
        <w:t>　　四、严于律己，教书育人</w:t>
      </w:r>
      <w:r>
        <w:rPr>
          <w:lang w:eastAsia="zh-CN"/>
        </w:rPr>
        <w:br/>
      </w:r>
      <w:r>
        <w:rPr>
          <w:lang w:eastAsia="zh-CN"/>
        </w:rPr>
        <w:t>　　一学期以来立足本职，热心向学生传授真理。言传身教，平等对待、爱护学生。工作认真细致负责，教育学生晓之以理，动之以情，努力让学生喜欢学习政治科，培养良好的心理品质。</w:t>
      </w:r>
      <w:r>
        <w:rPr>
          <w:lang w:eastAsia="zh-CN"/>
        </w:rPr>
        <w:br/>
      </w:r>
      <w:r>
        <w:rPr>
          <w:lang w:eastAsia="zh-CN"/>
        </w:rPr>
        <w:t>　　五、今后努力方向</w:t>
      </w:r>
      <w:r>
        <w:rPr>
          <w:lang w:eastAsia="zh-CN"/>
        </w:rPr>
        <w:br/>
      </w:r>
      <w:r>
        <w:rPr>
          <w:lang w:eastAsia="zh-CN"/>
        </w:rPr>
        <w:t>　　对学生学法加强指导，改革教学方法，加强演练，培养综合分析解题能力，学以治用，养成良好的学习习惯，提高教学成绩。</w:t>
      </w:r>
      <w:r>
        <w:rPr>
          <w:lang w:eastAsia="zh-CN"/>
        </w:rPr>
        <w:br/>
      </w:r>
      <w:r>
        <w:rPr>
          <w:lang w:eastAsia="zh-CN"/>
        </w:rPr>
        <w:t xml:space="preserve">    七年级上政治教学工作总结 篇12 </w:t>
      </w:r>
      <w:r>
        <w:rPr>
          <w:lang w:eastAsia="zh-CN"/>
        </w:rPr>
        <w:br/>
      </w:r>
      <w:r>
        <w:rPr>
          <w:lang w:eastAsia="zh-CN"/>
        </w:rPr>
        <w:t>　　一、课题前期准备工作</w:t>
      </w:r>
      <w:r>
        <w:rPr>
          <w:lang w:eastAsia="zh-CN"/>
        </w:rPr>
        <w:br/>
      </w:r>
      <w:r>
        <w:rPr>
          <w:lang w:eastAsia="zh-CN"/>
        </w:rPr>
        <w:t>　　本课题前期准备工作比较扎实，为课题研究的正常进行奠定了基础。</w:t>
      </w:r>
      <w:r>
        <w:rPr>
          <w:lang w:eastAsia="zh-CN"/>
        </w:rPr>
        <w:br/>
      </w:r>
      <w:r>
        <w:rPr>
          <w:lang w:eastAsia="zh-CN"/>
        </w:rPr>
        <w:t>　　主持人方小教副教授，长期从事中学政治教师的培训教学工作，特别是经济学理论的教学和研究工作。担任历届成人本科班教学实习指导教师，对中学政治课教学有比较深入的了解。是我省基础教育新课程中学政治学科国家级培训班成员，已经在省级新课程培训班主讲20余次，对中学政治新课程改革有比较系统的了解和掌握。主持和参与省厅级课题多项，对课题的操作过程和要求比较熟悉。有30多篇相关学术论文发表，其中国家重点级3篇，国家级9篇。</w:t>
      </w:r>
      <w:r>
        <w:rPr>
          <w:lang w:eastAsia="zh-CN"/>
        </w:rPr>
        <w:br/>
      </w:r>
    </w:p>
    <w:p w:rsidR="001B1F19" w14:textId="27C3F48A">
      <w:pPr>
        <w:rPr>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主持人管琳副教授，长期担任中学政治教师培训的教学和研究工作，对中学政治课教学过程和方法比较熟悉。参与省级中学教师新课程培训班的教学工作，对中学政治新课程改革比较了解，有20多篇相关学术论文发表，其中国家级4篇。</w:t>
      </w:r>
      <w:r>
        <w:rPr>
          <w:lang w:eastAsia="zh-CN"/>
        </w:rPr>
        <w:br/>
      </w:r>
      <w:r>
        <w:rPr>
          <w:lang w:eastAsia="zh-CN"/>
        </w:rPr>
        <w:t>　　课题组其他人员全部从事中学政治教师的培训和教学工作，对中学思想政治课课程改革都比较了解。其中，两位同志是中学思想政治课一线教师。</w:t>
      </w:r>
      <w:r>
        <w:rPr>
          <w:lang w:eastAsia="zh-CN"/>
        </w:rPr>
        <w:br/>
      </w:r>
      <w:r>
        <w:rPr>
          <w:lang w:eastAsia="zh-CN"/>
        </w:rPr>
        <w:t>　　本课题先期已经有了一定的资料积累，包括中学政治课标解读、相关专题研究论文、疑难问题解答汇编、《经济生活》模块教学方法介绍、《经济生活》模块教学内容新旧对比表等。与相关专家朱明光、韩震、郝京华、沙福敏、姚蓉儿等保持长期联系。</w:t>
      </w:r>
      <w:r>
        <w:rPr>
          <w:lang w:eastAsia="zh-CN"/>
        </w:rPr>
        <w:br/>
      </w:r>
      <w:r>
        <w:rPr>
          <w:lang w:eastAsia="zh-CN"/>
        </w:rPr>
        <w:t>　　在此基础上，本课题组组织申报安徽省教育科学研究重点项目，认真填写《立项申请书》，并于20__年下半年得到省教育厅批准立项。</w:t>
      </w:r>
      <w:r>
        <w:rPr>
          <w:lang w:eastAsia="zh-CN"/>
        </w:rPr>
        <w:br/>
      </w:r>
      <w:r>
        <w:rPr>
          <w:lang w:eastAsia="zh-CN"/>
        </w:rPr>
        <w:t>　　二、课题研究的组织与计划</w:t>
      </w:r>
      <w:r>
        <w:rPr>
          <w:lang w:eastAsia="zh-CN"/>
        </w:rPr>
        <w:br/>
      </w:r>
      <w:r>
        <w:rPr>
          <w:lang w:eastAsia="zh-CN"/>
        </w:rPr>
        <w:t>　　本课题被批准立项后，随即组织课题组全体成员进行研讨，最终确定了课题研究的主要内容，并根据课题组成员的专业特长进行了科学分工。具体研究内容和工作分工如下：</w:t>
      </w:r>
      <w:r>
        <w:rPr>
          <w:lang w:eastAsia="zh-CN"/>
        </w:rPr>
        <w:br/>
      </w:r>
      <w:r>
        <w:rPr>
          <w:lang w:eastAsia="zh-CN"/>
        </w:rPr>
        <w:t>　　第一部分：《经济生活》模块教学内容的资源开发。</w:t>
      </w:r>
      <w:r>
        <w:rPr>
          <w:lang w:eastAsia="zh-CN"/>
        </w:rPr>
        <w:br/>
      </w:r>
      <w:r>
        <w:rPr>
          <w:lang w:eastAsia="zh-CN"/>
        </w:rPr>
        <w:t>　　1、教学内容变化的新旧对比：未良莉。</w:t>
      </w:r>
      <w:r>
        <w:rPr>
          <w:lang w:eastAsia="zh-CN"/>
        </w:rPr>
        <w:br/>
      </w:r>
      <w:r>
        <w:rPr>
          <w:lang w:eastAsia="zh-CN"/>
        </w:rPr>
        <w:t>　　2、教学内容更新所需要的新资源：方小教。</w:t>
      </w:r>
      <w:r>
        <w:rPr>
          <w:lang w:eastAsia="zh-CN"/>
        </w:rPr>
        <w:br/>
      </w:r>
      <w:r>
        <w:rPr>
          <w:lang w:eastAsia="zh-CN"/>
        </w:rPr>
        <w:t>　　本部分负责人：方小教。</w:t>
      </w:r>
      <w:r>
        <w:rPr>
          <w:lang w:eastAsia="zh-CN"/>
        </w:rPr>
        <w:br/>
      </w:r>
      <w:r>
        <w:rPr>
          <w:lang w:eastAsia="zh-CN"/>
        </w:rPr>
        <w:t>　　第二部分：《经济生活》模块教学方法的资源开发。</w:t>
      </w:r>
      <w:r>
        <w:rPr>
          <w:lang w:eastAsia="zh-CN"/>
        </w:rPr>
        <w:br/>
      </w:r>
      <w:r>
        <w:rPr>
          <w:lang w:eastAsia="zh-CN"/>
        </w:rPr>
        <w:t>　　1、新课程改革需要教学方法的改革：黄石卫。</w:t>
      </w:r>
      <w:r>
        <w:rPr>
          <w:lang w:eastAsia="zh-CN"/>
        </w:rPr>
        <w:br/>
      </w:r>
    </w:p>
    <w:p w:rsidR="001B1F19" w14:textId="27C3F48A">
      <w:pPr>
        <w:rPr>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2、《经济生活》模块教学方法的特点：秦德胜。</w:t>
      </w:r>
      <w:r>
        <w:rPr>
          <w:lang w:eastAsia="zh-CN"/>
        </w:rPr>
        <w:br/>
      </w:r>
      <w:r>
        <w:rPr>
          <w:lang w:eastAsia="zh-CN"/>
        </w:rPr>
        <w:t>　　3、教学方法改革所需要的新资源：孙艺。</w:t>
      </w:r>
      <w:r>
        <w:rPr>
          <w:lang w:eastAsia="zh-CN"/>
        </w:rPr>
        <w:br/>
      </w:r>
      <w:r>
        <w:rPr>
          <w:lang w:eastAsia="zh-CN"/>
        </w:rPr>
        <w:t>　　本部分负责人：黄石卫。</w:t>
      </w:r>
      <w:r>
        <w:rPr>
          <w:lang w:eastAsia="zh-CN"/>
        </w:rPr>
        <w:br/>
      </w:r>
      <w:r>
        <w:rPr>
          <w:lang w:eastAsia="zh-CN"/>
        </w:rPr>
        <w:t>　　第三部分：《经济生活》模块教学手段的资源开发</w:t>
      </w:r>
      <w:r>
        <w:rPr>
          <w:lang w:eastAsia="zh-CN"/>
        </w:rPr>
        <w:br/>
      </w:r>
      <w:r>
        <w:rPr>
          <w:lang w:eastAsia="zh-CN"/>
        </w:rPr>
        <w:t>　　1、《经济生活》模块教学手段的特点和要求：管琳。</w:t>
      </w:r>
      <w:r>
        <w:rPr>
          <w:lang w:eastAsia="zh-CN"/>
        </w:rPr>
        <w:br/>
      </w:r>
      <w:r>
        <w:rPr>
          <w:lang w:eastAsia="zh-CN"/>
        </w:rPr>
        <w:t>　　2、教学手段改革所需要的新资源：姚垚、吴克宏。</w:t>
      </w:r>
      <w:r>
        <w:rPr>
          <w:lang w:eastAsia="zh-CN"/>
        </w:rPr>
        <w:br/>
      </w:r>
      <w:r>
        <w:rPr>
          <w:lang w:eastAsia="zh-CN"/>
        </w:rPr>
        <w:t>　　本部分负责人：管琳。</w:t>
      </w:r>
      <w:r>
        <w:rPr>
          <w:lang w:eastAsia="zh-CN"/>
        </w:rPr>
        <w:br/>
      </w:r>
      <w:r>
        <w:rPr>
          <w:lang w:eastAsia="zh-CN"/>
        </w:rPr>
        <w:t>　　本课题总体负责与整合：方小教、管琳。</w:t>
      </w:r>
      <w:r>
        <w:rPr>
          <w:lang w:eastAsia="zh-CN"/>
        </w:rPr>
        <w:br/>
      </w:r>
      <w:r>
        <w:rPr>
          <w:lang w:eastAsia="zh-CN"/>
        </w:rPr>
        <w:t>　　三、课题主要研究阶段</w:t>
      </w:r>
      <w:r>
        <w:rPr>
          <w:lang w:eastAsia="zh-CN"/>
        </w:rPr>
        <w:br/>
      </w:r>
      <w:r>
        <w:rPr>
          <w:lang w:eastAsia="zh-CN"/>
        </w:rPr>
        <w:t>　　本课题研究从20__年8月到20__年3月，共分为五个研究阶段：</w:t>
      </w:r>
      <w:r>
        <w:rPr>
          <w:lang w:eastAsia="zh-CN"/>
        </w:rPr>
        <w:br/>
      </w:r>
      <w:r>
        <w:rPr>
          <w:lang w:eastAsia="zh-CN"/>
        </w:rPr>
        <w:t>　　第一阶段：20__年8月前：完成课题框架结构认定、课题组成员分工、原始资料收集。</w:t>
      </w:r>
      <w:r>
        <w:rPr>
          <w:lang w:eastAsia="zh-CN"/>
        </w:rPr>
        <w:br/>
      </w:r>
      <w:r>
        <w:rPr>
          <w:lang w:eastAsia="zh-CN"/>
        </w:rPr>
        <w:t>　　第二阶段：20__年8月—12月：实地抽样调查和走访（合肥、六安、巢湖）、原始资料整理。</w:t>
      </w:r>
      <w:r>
        <w:rPr>
          <w:lang w:eastAsia="zh-CN"/>
        </w:rPr>
        <w:br/>
      </w:r>
      <w:r>
        <w:rPr>
          <w:lang w:eastAsia="zh-CN"/>
        </w:rPr>
        <w:t>　　第三阶段：20__年1月—6月：各子项目完成初稿，并由各部分统稿人整合成文。</w:t>
      </w:r>
      <w:r>
        <w:rPr>
          <w:lang w:eastAsia="zh-CN"/>
        </w:rPr>
        <w:br/>
      </w:r>
      <w:r>
        <w:rPr>
          <w:lang w:eastAsia="zh-CN"/>
        </w:rPr>
        <w:t>　　第四阶段：20__年7月—12月：初稿内部讨论、初稿专家论证、初稿修改、定稿、论文投稿。</w:t>
      </w:r>
      <w:r>
        <w:rPr>
          <w:lang w:eastAsia="zh-CN"/>
        </w:rPr>
        <w:br/>
      </w:r>
      <w:r>
        <w:rPr>
          <w:lang w:eastAsia="zh-CN"/>
        </w:rPr>
        <w:t>　　第五阶段：20__年1月—3月：论文发表、资料汇编、课题报告。</w:t>
      </w:r>
      <w:r>
        <w:rPr>
          <w:lang w:eastAsia="zh-CN"/>
        </w:rPr>
        <w:br/>
      </w:r>
      <w:r>
        <w:rPr>
          <w:lang w:eastAsia="zh-CN"/>
        </w:rPr>
        <w:t>　　四、课题研究的目的、意义和方法</w:t>
      </w:r>
      <w:r>
        <w:rPr>
          <w:lang w:eastAsia="zh-CN"/>
        </w:rPr>
        <w:br/>
      </w:r>
    </w:p>
    <w:p w:rsidR="001B1F19" w14:textId="27C3F48A">
      <w:pPr>
        <w:rPr>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课题研究的目的：本课题主要研究中学政治新课程《经济生活》模块与旧教学资源的衔接，旨在帮助广大中学政治课教师顺利完成从原来的《思想政治（经济常识）》向新课程标准《思想政治1（经济生活）》的过渡。通过研究，力求探索出一条从旧教学大纲向新课程标准、从旧教材向新教材、从传统教学方法向探究式教学方法、从落后教学手段向先进教学手段转换的可行路径。</w:t>
      </w:r>
      <w:r>
        <w:rPr>
          <w:lang w:eastAsia="zh-CN"/>
        </w:rPr>
        <w:br/>
      </w:r>
      <w:r>
        <w:rPr>
          <w:lang w:eastAsia="zh-CN"/>
        </w:rPr>
        <w:t>　　课题研究的意义：本课题具有较强的实践性和针对性，对我省中学政治课新课程改革的顺利推行具有积极的促进作用。1、本课题具有较强的应用性。由于本课题是新课程改革的深入和细化研究，其成果可以直接应用到中学政治课教学当中，实际上起到了对广大中学政治教师进行新课程业务培训的作用。2、本课题具有原创性。目前，对中学政治课程分模块进行教学模式研究的，在我省还没有广泛开展；对《经济生活》模块进行教学资源开发研究的，还没有发现。3、本课题具有一定的针对性，正好迎合了新课程改革推广的需要。</w:t>
      </w:r>
      <w:r>
        <w:rPr>
          <w:lang w:eastAsia="zh-CN"/>
        </w:rPr>
        <w:br/>
      </w:r>
      <w:r>
        <w:rPr>
          <w:lang w:eastAsia="zh-CN"/>
        </w:rPr>
        <w:t>　　课题研究的方法：本课题运用问卷法和深入访谈法实地调查现有制度安排存在的问题；运用文献调查法搜集与本课题有关的文献资料；运用比较研究法研究课程改革前后《经济生活》模块的异同。在研究过程中，做到专项分工与集中整合相结合，实践调查与理论论证相结合，共性总结与个性展示相结合，课堂教学需要与理论提升相结合。</w:t>
      </w:r>
      <w:r>
        <w:rPr>
          <w:lang w:eastAsia="zh-CN"/>
        </w:rPr>
        <w:br/>
      </w:r>
      <w:r>
        <w:rPr>
          <w:lang w:eastAsia="zh-CN"/>
        </w:rPr>
        <w:t>　　五、课题最终研究成果与自我评价</w:t>
      </w:r>
      <w:r>
        <w:rPr>
          <w:lang w:eastAsia="zh-CN"/>
        </w:rPr>
        <w:br/>
      </w:r>
    </w:p>
    <w:p w:rsidR="001B1F19" w14:textId="27C3F48A">
      <w:pPr>
        <w:rPr>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本课题根据《立项申请书》中规定的研究内容认真组织相关研究工作，如期完成了各项研究任务。现将主要研究成果及其学术价值和社会效益介绍如下：</w:t>
      </w:r>
      <w:r>
        <w:rPr>
          <w:lang w:eastAsia="zh-CN"/>
        </w:rPr>
        <w:br/>
      </w:r>
      <w:r>
        <w:rPr>
          <w:lang w:eastAsia="zh-CN"/>
        </w:rPr>
        <w:t>　　1、研究报告：《中学政治新课程〈经济生活〉模块教学资源开发研究》。本研究报告4万字左右，由课题组全体成员合作完成。</w:t>
      </w:r>
      <w:r>
        <w:rPr>
          <w:lang w:eastAsia="zh-CN"/>
        </w:rPr>
        <w:br/>
      </w:r>
      <w:r>
        <w:rPr>
          <w:lang w:eastAsia="zh-CN"/>
        </w:rPr>
        <w:t>　　2、资料汇编：《中学政治新课程〈经济生活〉模块教学资源汇编》。本资料汇编15万字左右，由课题组全体成员合作完成。</w:t>
      </w:r>
      <w:r>
        <w:rPr>
          <w:lang w:eastAsia="zh-CN"/>
        </w:rPr>
        <w:br/>
      </w:r>
      <w:r>
        <w:rPr>
          <w:lang w:eastAsia="zh-CN"/>
        </w:rPr>
        <w:t>　　3、学术论文：《中学政治新课程〈经济生活〉模块的资源开发路径》。作者方小教，公开发表在《合肥师范学院学报》20__年第1期。全文共分三个部分：激活《经济生活》课程资源的开发主体；拓展《经济生活》课程资源的开发空间；完善《经济生活》课程资源的开发机制。本文围绕《经济生活》课程标准，因地制宜地开发和利用各种课程资源，努力探寻《经济生活》课程资源开发的可行路径，为中学《思想政治》课程教学提供了可资借鉴的资源开发与利用模式的范例，对课程本身的发展具有重要的理论意义和现实意义。</w:t>
      </w:r>
      <w:r>
        <w:rPr>
          <w:lang w:eastAsia="zh-CN"/>
        </w:rPr>
        <w:br/>
      </w:r>
    </w:p>
    <w:p w:rsidR="001B1F19" w14:textId="27C3F48A">
      <w:pPr>
        <w:rPr>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4、学术论文：《中学政治新课程〈经济生活〉模块资源整合与开发》。作者管琳、吴克宏，公开发表在《合肥师范学院学报》20__年第1期。全文共分三个部分：整合《经济生活》课程教学的人力资源；拓展《经济生活》课程的教材资源；巧用《经济生活》课程的信息资源。本文唤醒了人们的“课程资源意识”，赋予了思想政治课课程资源前所未有的丰富内涵，开发和整合了内容丰富、形式多样的《经济生活》课程资源作为教学过程实施的重要组成部分。</w:t>
      </w:r>
      <w:r>
        <w:rPr>
          <w:lang w:eastAsia="zh-CN"/>
        </w:rPr>
        <w:br/>
      </w:r>
      <w:r>
        <w:rPr>
          <w:lang w:eastAsia="zh-CN"/>
        </w:rPr>
        <w:t>　　六、本课题研究的突破点</w:t>
      </w:r>
      <w:r>
        <w:rPr>
          <w:lang w:eastAsia="zh-CN"/>
        </w:rPr>
        <w:br/>
      </w:r>
      <w:r>
        <w:rPr>
          <w:lang w:eastAsia="zh-CN"/>
        </w:rPr>
        <w:t>　　本课题研究从我省中学思想政治课改革的实际出发，以《经济生活》模块的教学资源开发为中心，从全新的视角对中学政治课程分模块进行教学模式研究。具体创新点与突破点如下：</w:t>
      </w:r>
      <w:r>
        <w:rPr>
          <w:lang w:eastAsia="zh-CN"/>
        </w:rPr>
        <w:br/>
      </w:r>
      <w:r>
        <w:rPr>
          <w:lang w:eastAsia="zh-CN"/>
        </w:rPr>
        <w:t>　　1、帮助广大中学政治教师准确把握《经济生活》模块的课程标准；</w:t>
      </w:r>
      <w:r>
        <w:rPr>
          <w:lang w:eastAsia="zh-CN"/>
        </w:rPr>
        <w:br/>
      </w:r>
      <w:r>
        <w:rPr>
          <w:lang w:eastAsia="zh-CN"/>
        </w:rPr>
        <w:t>　　2、为新增加和新拓展的知识点及时提供教学所需的新资源，方便了教师的教学；</w:t>
      </w:r>
      <w:r>
        <w:rPr>
          <w:lang w:eastAsia="zh-CN"/>
        </w:rPr>
        <w:br/>
      </w:r>
      <w:r>
        <w:rPr>
          <w:lang w:eastAsia="zh-CN"/>
        </w:rPr>
        <w:t>　　3、展示了《经济生活》模块自身特殊的教学方法和教学特点，帮助广大中学政治教师尽快适应新的教学方法；</w:t>
      </w:r>
      <w:r>
        <w:rPr>
          <w:lang w:eastAsia="zh-CN"/>
        </w:rPr>
        <w:br/>
      </w:r>
      <w:r>
        <w:rPr>
          <w:lang w:eastAsia="zh-CN"/>
        </w:rPr>
        <w:t>　　4、为《经济生活》模块推荐适用的教学课件、社会实践活动项目、课外辅助材料、经典案例等教学资源。</w:t>
      </w:r>
      <w:r>
        <w:rPr>
          <w:lang w:eastAsia="zh-CN"/>
        </w:rPr>
        <w:br/>
      </w:r>
      <w:r>
        <w:rPr>
          <w:lang w:eastAsia="zh-CN"/>
        </w:rPr>
        <w:t>　　七、几点建议</w:t>
      </w:r>
      <w:r>
        <w:rPr>
          <w:lang w:eastAsia="zh-CN"/>
        </w:rPr>
        <w:br/>
      </w:r>
      <w:r>
        <w:rPr>
          <w:lang w:eastAsia="zh-CN"/>
        </w:rPr>
        <w:t>　　本课题研究也存在不少的问题，有些是客观原因造成的，不少是主观原因造成的。结合课题研究中存在的实际困难和问题，特提出如下建议：</w:t>
      </w:r>
      <w:r>
        <w:rPr>
          <w:lang w:eastAsia="zh-CN"/>
        </w:rPr>
        <w:br/>
      </w:r>
      <w:r>
        <w:rPr>
          <w:lang w:eastAsia="zh-CN"/>
        </w:rPr>
        <w:t>　　1、经费保障。本课题经费来源有限，小部分来源于主持人所在学校配套科研经费，大部分来源于主持人自筹科研经费、其它成员单位配套科研经费等。希望今后省规划办能够从批准立项的项目中，选择一部分研究价值比较大的项目适当给予经费支持。</w:t>
      </w:r>
      <w:r>
        <w:rPr>
          <w:lang w:eastAsia="zh-CN"/>
        </w:rPr>
        <w:br/>
      </w:r>
    </w:p>
    <w:p w:rsidR="001B1F19" w14:textId="27C3F48A">
      <w:pPr>
        <w:rPr>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2、研究成果评奖。由于每年批准立项的项目较多，可从中选择应用价值或理论价值较大的项目进行评奖，得奖的项目成果可以汇编成册，特别优秀的可以资助出版。</w:t>
      </w:r>
      <w:r>
        <w:rPr>
          <w:lang w:eastAsia="zh-CN"/>
        </w:rPr>
        <w:br/>
      </w:r>
      <w:r>
        <w:rPr>
          <w:lang w:eastAsia="zh-CN"/>
        </w:rPr>
        <w:t xml:space="preserve">    七年级上政治教学工作总结 篇13 </w:t>
      </w:r>
      <w:r>
        <w:rPr>
          <w:lang w:eastAsia="zh-CN"/>
        </w:rPr>
        <w:br/>
      </w:r>
      <w:r>
        <w:rPr>
          <w:lang w:eastAsia="zh-CN"/>
        </w:rPr>
        <w:t>　　今学期我还是担任高一级1班，2班，17班，18班，19班，20这六个班的政治教学。由于教学经验尚浅。因此，我对教学工作一直以来都不敢怠慢，认真学习，深入研究教法，虚心向前辈学习。经过一个学期的努力，获取了很多宝贵的教学经验。以下是我在本学期的教学情况总结。</w:t>
      </w:r>
      <w:r>
        <w:rPr>
          <w:lang w:eastAsia="zh-CN"/>
        </w:rPr>
        <w:br/>
      </w:r>
      <w:r>
        <w:rPr>
          <w:lang w:eastAsia="zh-CN"/>
        </w:rPr>
        <w:t>　　教学就是教与学，两者是相互联系，不可分割的，有教者就必然有学者。教师是引导者，学生是被教的主体。因此，了解和分析学生情况，有针对性地教对教学成功与否至关重要。最初接触教学的时候，我还不懂得了解学生对教学的重要性，只是专心研究书本，教材，想方设法令课堂生动，学生易接受。但是，从作业，练习，考试反应来看教学的效果并不好。后来，通过不断的听课，不断地总结，我就发现：一方面，农村的学生听课，理解的能力相对较弱，授课采用较深的普通话教学，同学们还不能适应。另一方面，有的班的同学比较活跃，上课气氛积极，但中等生，基础差的学生占大多数，基础好的学生相对较少。因此，讲得太深，没有照顾到整体，我备课时也没有注意到这点，因此教学效果不理想。从此可以看出，了解及分析学生实际情况，实事求是，具体问题具体分析，做到因材施教，对授课效果有直接影响。这就是教育学中提到的"备教法的同时要备学生"。这一理论在我的教学实践中得到了验证。</w:t>
      </w:r>
      <w:r>
        <w:rPr>
          <w:lang w:eastAsia="zh-CN"/>
        </w:rPr>
        <w:br/>
      </w:r>
    </w:p>
    <w:p w:rsidR="001B1F19" w14:textId="27C3F48A">
      <w:pPr>
        <w:rPr>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教学中，备课是一个必不可少，十分重要的环节，备学生，又要备教法。备课不充分或者备得不好，会严重影响课堂气氛和积极性，曾有一位前辈对我说："备课备不好，倒不如不上课，否则就是白费心机。"我明白到备课的重要性，因此，每天我都花费大量的时间在备课之上，认认真真钻研教材和教法，不满意就不收工。虽然辛苦，但事实证明是值得的。一堂准备充分的课，会令学生和老师都获益不浅。相反，我没有认真备课的时候，课堂气氛沉闷，教学效果不好，与此相比可见，认真备课对教学十分重要。</w:t>
      </w:r>
      <w:r>
        <w:rPr>
          <w:lang w:eastAsia="zh-CN"/>
        </w:rPr>
        <w:br/>
      </w:r>
      <w:r>
        <w:rPr>
          <w:lang w:eastAsia="zh-CN"/>
        </w:rPr>
        <w:t>　　备课充分，能调动学生的积极性，上课效果就好。但同时又要有驾驭课堂的能力，因为学生在课堂上的一举一动都会直接影响课堂教学。因此上课一定要设法令学生投入，不让其分心，这就很讲究方法了。上课内容丰富，现实。教态自然，讲课生动，难易适中照顾全部，就自然能够吸引住学生。所以，老师每天都要有充足的精神，让学生感受到一种自然气氛。这样，授课就事半功倍。回看自己的授课，我感到有点愧疚，因为有时我并不能很好地做到这点。当学生在课堂上无心向学，违反纪律时，我的情绪就受到影响，并且把这带到教学中，让原本正常的讲课受到冲击，发挥不到应有的水平，以致影响教学效果。我以后必须努力克服，研究方法，采取有利方法解决当中困难。</w:t>
      </w:r>
      <w:r>
        <w:rPr>
          <w:lang w:eastAsia="zh-CN"/>
        </w:rPr>
        <w:br/>
      </w:r>
    </w:p>
    <w:p w:rsidR="001B1F19" w14:textId="27C3F48A">
      <w:pPr>
        <w:rPr>
          <w:lang w:eastAsia="zh-CN"/>
        </w:rPr>
      </w:pPr>
      <w:r>
        <w:rPr>
          <w:lang w:eastAsia="zh-CN"/>
        </w:rPr>
        <w:t>　　政治是一门理论学科，新的课改对政治科的课本进行了改编之后，增加了课本内容的生活化使政治这门学科更贴近了生活，但相对的知识的逻辑性就有没有了，这对学生而言，既熟悉又困难，在这样一种情况之下，要教好政治，就要让学生喜爱政治，让他们对政治产生兴趣。否则学生对这门学科产生畏难情绪，不愿学，也无法学下去。为此，我采取了一些方法，就是尽量多讲一些社会时事，让他们更多地了解社会，更喜欢学习生活化的政治。因为只有这样才能提高，他们对政治理论，政治原理的理解能力，特别是对成绩优秀的同学很有好处。</w:t>
      </w:r>
      <w:r>
        <w:rPr>
          <w:lang w:eastAsia="zh-CN"/>
        </w:rPr>
        <w:br/>
      </w:r>
      <w:r>
        <w:rPr>
          <w:lang w:eastAsia="zh-CN"/>
        </w:rPr>
        <w:t>　　学生在不断学习中，会出现好差分化现象，差生面扩大，会严重影响班内的学习风气。因此，绝对不能忽视。为此，我制定了具体的计划和目标。对这部分同学进行有计划的辅导。我把这批同学分为三个组。第一组是有能力提高，但平时懒动脑筋不学的同学，对这些同学，我采取集体辅导，给他们分配固定任务，不让他们有偷懒的机会，让他们发挥应有水平；第二组是肯学，但由于能力不强的同学。对这部分同学要适当引导，耐心教导，鼓励他们慢慢提高他们的成绩，不能操之过急，且要多鼓励增强他们学习的信心。只要他们肯努力，成绩有望搞提高；第三组是纪律松散，学习不认真，基础又不好的同学。对这部分人要进行课余时间个别辅导。因为这部分同学需要一个安静而又不受干扰的环境，才会立下心来学习。只要坚持辅导，这些同学基础重新建立起来，以后授课的效果就会更好。</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https://d.book118.com/067033030042006046</w:t>
        </w:r>
      </w:hyperlink>
    </w:p>
    <w:p w:rsidR="001B1F19">
      <w:pPr>
        <w:rPr>
          <w:lang w:eastAsia="zh-CN"/>
        </w:rPr>
      </w:pPr>
    </w:p>
    <w:sectPr>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6703303004200604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