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安全生产月活动总结</w:t>
      </w:r>
    </w:p>
    <w:p>
      <w:pPr>
        <w:spacing w:before="100" w:after="200" w:line="360" w:lineRule="auto"/>
        <w:ind w:firstLine="576"/>
        <w:jc w:val="left"/>
      </w:pPr>
      <w:r>
        <w:rPr>
          <w:rFonts w:ascii="宋体" w:eastAsia="宋体" w:hAnsi="宋体"/>
          <w:sz w:val="28"/>
        </w:rPr>
        <w:t>根据宜普集安（20xx）54号《关于开展20xx年“全国安全生产月”活动的通知》文件精神，今年6月份，建材公司积极开展“关爱生命、安全发展”为主题的“全国安全生产月”活动。</w:t>
      </w:r>
    </w:p>
    <w:p>
      <w:pPr>
        <w:spacing w:before="100" w:after="200" w:line="360" w:lineRule="auto"/>
        <w:ind w:firstLine="576"/>
        <w:jc w:val="left"/>
      </w:pPr>
      <w:r>
        <w:rPr>
          <w:rFonts w:ascii="宋体" w:eastAsia="宋体" w:hAnsi="宋体"/>
          <w:sz w:val="28"/>
        </w:rPr>
        <w:t>首先，制定了“安全月”活动方案，以宣传国家有关安全生产法律法规、安全生产知识、公司安全生产管理制度为重点，积极开展形式多样、内容丰富的安全活动，结合安全生产年“三项行动”要求，加大安全宣传教育、隐患治理和安全生产执法力度，进一步强化全体员工对安全工作重要性的认识，完善安全管理机制，提高安全生产的管理水平，有效的控制了工伤事故和不安全事件的发生，取得了显著成效。现将20xx年“安全生产月”活动总结如下：</w:t>
      </w:r>
    </w:p>
    <w:p>
      <w:pPr>
        <w:spacing w:before="100" w:after="200" w:line="360" w:lineRule="auto"/>
        <w:jc w:val="left"/>
      </w:pPr>
      <w:r>
        <w:rPr>
          <w:rFonts w:ascii="宋体 (中文正文)" w:eastAsia="宋体" w:hAnsi="宋体 (中文正文)"/>
          <w:b/>
          <w:sz w:val="28"/>
        </w:rPr>
        <w:t>一、成立“安全月”领导小组，加强领导。</w:t>
      </w:r>
    </w:p>
    <w:p>
      <w:pPr>
        <w:spacing w:before="100" w:after="200" w:line="360" w:lineRule="auto"/>
        <w:ind w:firstLine="576"/>
        <w:jc w:val="left"/>
      </w:pPr>
      <w:r>
        <w:rPr>
          <w:rFonts w:ascii="宋体" w:eastAsia="宋体" w:hAnsi="宋体"/>
          <w:sz w:val="28"/>
        </w:rPr>
        <w:t>公司成立20xx年“全国安全生产月”活动领导小组，总经理王启政任组长，分管领导杨云总助任副组长，各部门、车间等相关责任人任成员。领导小组办公室设在生产设备部，负责公司“安全生产月”活动的具体工作。组织机构人员职责明确，分工合理，配合密切，保证了此次活动的顺利进行。</w:t>
      </w:r>
    </w:p>
    <w:p>
      <w:pPr>
        <w:spacing w:before="100" w:after="200" w:line="360" w:lineRule="auto"/>
        <w:jc w:val="left"/>
      </w:pPr>
      <w:r>
        <w:rPr>
          <w:rFonts w:ascii="宋体 (中文正文)" w:eastAsia="宋体" w:hAnsi="宋体 (中文正文)"/>
          <w:b/>
          <w:sz w:val="28"/>
        </w:rPr>
        <w:t>二、采取多形式、多样化、全方位宣传教育。</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活动期间，公司根据实际情况，广泛利用黑板报、宣传栏、横幅、标语等大力宣传“全国安全生产月”活动主题、时间以及安全知识，营造了浓厚的安全生产氛围。公司还积极组织员工全力配合集团公司安监部举办的各类安全生产宣传活动，增强员工的安全生产意识，提高安全生产技能。如：</w:t>
      </w:r>
    </w:p>
    <w:p>
      <w:pPr>
        <w:spacing w:before="100" w:after="200" w:line="360" w:lineRule="auto"/>
        <w:ind w:firstLine="576"/>
        <w:jc w:val="left"/>
      </w:pPr>
      <w:r>
        <w:rPr>
          <w:rFonts w:ascii="宋体" w:eastAsia="宋体" w:hAnsi="宋体"/>
          <w:sz w:val="28"/>
        </w:rPr>
        <w:t>1、6月8日组织2名班组长参加安监部举办的班组长“安全生产法律法规知识”培训；</w:t>
      </w:r>
    </w:p>
    <w:p>
      <w:pPr>
        <w:spacing w:before="100" w:after="200" w:line="360" w:lineRule="auto"/>
        <w:ind w:firstLine="576"/>
        <w:jc w:val="left"/>
      </w:pPr>
      <w:r>
        <w:rPr>
          <w:rFonts w:ascii="宋体" w:eastAsia="宋体" w:hAnsi="宋体"/>
          <w:sz w:val="28"/>
        </w:rPr>
        <w:t>2、6月17日组织14名员工参加集团公司在F区举办的安全“，坝坝电影”兼安全知识竞猜活动；</w:t>
      </w:r>
    </w:p>
    <w:p>
      <w:pPr>
        <w:spacing w:before="100" w:after="200" w:line="360" w:lineRule="auto"/>
        <w:ind w:firstLine="576"/>
        <w:jc w:val="left"/>
      </w:pPr>
      <w:r>
        <w:rPr>
          <w:rFonts w:ascii="宋体" w:eastAsia="宋体" w:hAnsi="宋体"/>
          <w:sz w:val="28"/>
        </w:rPr>
        <w:t>5、6月20日，我公司组织了班组长、后勤管理人员等在赵场“八田”生态园进行“安全生产月”宣传活动。活动中，进行了安全歌曲卡拉OK表演、安全事故隐患分析、安全知识竞赛有奖答题活动。活动中不时传来员工激情高昂的歌声，踊跃抢答的欢呼声和热烈的掌声，一次又一次的把宣传活动推向高潮，使员工在接受安全生产知识教育的同时又获得了一份意外的礼品，做到寓教于乐。</w:t>
      </w:r>
    </w:p>
    <w:p>
      <w:pPr>
        <w:spacing w:before="100" w:after="200" w:line="360" w:lineRule="auto"/>
        <w:ind w:firstLine="576"/>
        <w:jc w:val="left"/>
      </w:pPr>
      <w:r>
        <w:rPr>
          <w:rFonts w:ascii="宋体" w:eastAsia="宋体" w:hAnsi="宋体"/>
          <w:sz w:val="28"/>
        </w:rPr>
        <w:t>通过参加各类形式多样的宣传活动、知识竞赛、技能比赛等培训活动，提高了广大员工的安全生产素质，保证了安全生产宣传的针对性和实效性。</w:t>
      </w:r>
    </w:p>
    <w:p>
      <w:pPr>
        <w:spacing w:before="100" w:after="200" w:line="360" w:lineRule="auto"/>
        <w:jc w:val="left"/>
      </w:pPr>
      <w:r>
        <w:rPr>
          <w:rFonts w:ascii="宋体 (中文正文)" w:eastAsia="宋体" w:hAnsi="宋体 (中文正文)"/>
          <w:b/>
          <w:sz w:val="28"/>
        </w:rPr>
        <w:t>三、积极开展隐患排查治理和“反三违”活动。</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p>
    <w:p>
      <w:pPr>
        <w:spacing w:before="100" w:after="200" w:line="360" w:lineRule="auto"/>
        <w:ind w:firstLine="576"/>
        <w:jc w:val="left"/>
      </w:pPr>
      <w:r>
        <w:rPr>
          <w:rFonts w:ascii="宋体" w:eastAsia="宋体" w:hAnsi="宋体"/>
          <w:sz w:val="28"/>
        </w:rPr>
        <w:t>6月12日上午10时，公司总经理组织相关部门负责人检查公司所属区域的设备、设施的安全运行情况，重点检查了配电柜、行车等，总经理对PE大线配电柜内存在灰尘、线板不牢固等隐患提出了整改意见，彻底消除安全死角和盲区，给安全管理工作带来了积极的影响。6月x日、6月6日连续两天，公司安全管理人员夜间突袭检查了中夜班建材车间安全生产情况，有效预防和制止员工“三违”行为。6月11日生产设备部组织维修人员对公司所有特种设备进行了安全检查，发现隐患3起，立即整改2起，另1起已拟定计划限期整改。为进一步加强特种设备的安全管理，我公司还在“安全月”期间颁布了《建材公司特种设备安全管理制度》，使我公司特种设备管理更加规范化、制度化。同时，我公司还与一有制造、维护特种设备资质的公司洽谈我公司每月安全维护行车的计划，保障我公司特种设备的使用安全。</w:t>
      </w:r>
    </w:p>
    <w:p>
      <w:pPr>
        <w:spacing w:before="100" w:after="200" w:line="360" w:lineRule="auto"/>
        <w:jc w:val="left"/>
      </w:pPr>
      <w:r>
        <w:rPr>
          <w:rFonts w:ascii="宋体 (中文正文)" w:eastAsia="宋体" w:hAnsi="宋体 (中文正文)"/>
          <w:b/>
          <w:sz w:val="28"/>
        </w:rPr>
        <w:t>四、组织开展“安全格言警句创造”和安全稿件活动。</w:t>
      </w:r>
    </w:p>
    <w:p>
      <w:pPr>
        <w:spacing w:before="100" w:after="200" w:line="360" w:lineRule="auto"/>
        <w:ind w:firstLine="576"/>
        <w:jc w:val="left"/>
      </w:pPr>
      <w:r>
        <w:rPr>
          <w:rFonts w:ascii="宋体" w:eastAsia="宋体" w:hAnsi="宋体"/>
          <w:sz w:val="28"/>
        </w:rPr>
        <w:t>为提高员工安全生产意识，公司鼓励全体员工积极主动创作“安全格言警句创造”和安全稿件，公司专门拨出1000元资金作为创作作品的奖励。本次“安全月”，公司共收集“安全格言警句”22条，择优选送15条报集团公司安监部。共收集安全稿件6篇，择优选送集团公司安监部3篇。发放稿费790元，极大鼓舞员工的积极参与性和创作性，为“安全月”宣传活动营造了良好氛围。五、积极开展防雷、防汛、降温工作</w:t>
      </w:r>
    </w:p>
    <w:p>
      <w:pPr>
        <w:spacing w:before="100" w:after="200" w:line="360" w:lineRule="auto"/>
        <w:ind w:firstLine="576"/>
        <w:jc w:val="left"/>
      </w:pPr>
      <w:r>
        <w:rPr>
          <w:rFonts w:ascii="宋体" w:eastAsia="宋体" w:hAnsi="宋体"/>
          <w:sz w:val="28"/>
        </w:rPr>
        <w:t>进入6月份，全国部分地区雷电、洪水、高温天气极端异常。公司根据实际，及时筹备防汛物资，如蓄电筒、铁钎、铁铲、雨衣等。并组建义务防汛抢险队，建立相关防汛管理、24小时值班制度等，确保公司20xx年安全度汛。针对高温天气，公司还购买了一批防暑降温药品和应急药品，储蓄在生产车间急救箱内（部分防暑降温药品发放到班组长手中）以备用，保证生产一线员工的身体健康。六、“安全月”活动开展存在的问题</w:t>
      </w:r>
    </w:p>
    <w:p>
      <w:pPr>
        <w:spacing w:before="100" w:after="200" w:line="360" w:lineRule="auto"/>
        <w:ind w:firstLine="576"/>
        <w:jc w:val="left"/>
      </w:pPr>
      <w:r>
        <w:rPr>
          <w:rFonts w:ascii="宋体" w:eastAsia="宋体" w:hAnsi="宋体"/>
          <w:sz w:val="28"/>
        </w:rPr>
        <w:t>尽管公司“安全生产月”开展的轰轰烈烈，卓有成效，但还存在一定的问题。一是全员参与“安全生产月”活动的积极性还有待于进一步提高；二是精品项目不多，内容和形式较为单调。我们将认真总结近年来开展“安全生产月”活动的经验教训，本着因地制宜的原则，努力搞好来年的“安全生产月”活动。</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p>
    <w:p>
      <w:pPr>
        <w:spacing w:before="100" w:after="200" w:line="360" w:lineRule="auto"/>
        <w:ind w:firstLine="576"/>
        <w:jc w:val="left"/>
      </w:pPr>
      <w:r>
        <w:rPr>
          <w:rFonts w:ascii="宋体" w:eastAsia="宋体" w:hAnsi="宋体"/>
          <w:sz w:val="28"/>
        </w:rPr>
        <w:t>通过安全生产宣传、教育、培训、检查、整改等一系列的活动，使全体员工进一步提高了安全生产意识，“关爱生命、安全发展”的主题思想已深入人心，并在工作和生活中得到了很好的贯彻和加强。本次活动的开展，在公司上下收到了良好的效果，提高了广大员工对安全生产重要性的认识，增强了全体员工的安全意识和安全责任心，使各项安全工作得到进一步落实。</w:t>
      </w:r>
    </w:p>
    <w:p>
      <w:pPr>
        <w:spacing w:before="100" w:after="200" w:line="360" w:lineRule="auto"/>
        <w:ind w:firstLine="576"/>
        <w:jc w:val="left"/>
      </w:pPr>
      <w:r>
        <w:rPr>
          <w:rFonts w:ascii="宋体" w:eastAsia="宋体" w:hAnsi="宋体"/>
          <w:sz w:val="28"/>
        </w:rPr>
        <w:t>一年一度的“安全月”活动就要结束了。于是，总结成绩、表彰奖励开始提上了议事日程。在皆大欢喜的同时，紧绷的安全弦渐渐松懈下来，麻痹大意的思想又有所抬头，违章现象故态复萌，这种仅在“安全月”里话安全的现象应引起高度的重视。</w:t>
      </w:r>
    </w:p>
    <w:p>
      <w:pPr>
        <w:spacing w:before="100" w:after="200" w:line="360" w:lineRule="auto"/>
        <w:ind w:firstLine="576"/>
        <w:jc w:val="left"/>
      </w:pPr>
      <w:r>
        <w:rPr>
          <w:rFonts w:ascii="宋体" w:eastAsia="宋体" w:hAnsi="宋体"/>
          <w:sz w:val="28"/>
        </w:rPr>
        <w:t>国家设立“安全生产月”的目的是为了通过集中宣传，鼓励大家重视安全，不断提高全民的安全意识和防范技能，努力营造“强化红线意识促进安全发展”的舆论氛围解决安全生产“摆位”问题，全面纠正发展观问题上的偏差。</w:t>
      </w:r>
    </w:p>
    <w:p>
      <w:pPr>
        <w:spacing w:before="100" w:after="200" w:line="360" w:lineRule="auto"/>
        <w:ind w:firstLine="576"/>
        <w:jc w:val="left"/>
      </w:pPr>
      <w:r>
        <w:rPr>
          <w:rFonts w:ascii="宋体" w:eastAsia="宋体" w:hAnsi="宋体"/>
          <w:sz w:val="28"/>
        </w:rPr>
        <w:t>就当前来说，电网安全形势并不能因为“安全月”活动而一劳永逸，相反，安全形势依然严峻。一是电网建设任务重，容易出现赶工期、抢进度、突击施工、疲劳作业等现象。二是安全管理存在薄弱环节，管理违章、行为违章和设备安全隐患仍然存在。三是迎峰度夏面临严峻形势。这些问题对安全工作都是严峻的考验。</w:t>
      </w:r>
    </w:p>
    <w:p>
      <w:pPr>
        <w:spacing w:before="100" w:after="200" w:line="360" w:lineRule="auto"/>
        <w:ind w:firstLine="576"/>
        <w:jc w:val="left"/>
      </w:pPr>
      <w:r>
        <w:rPr>
          <w:rFonts w:ascii="宋体" w:eastAsia="宋体" w:hAnsi="宋体"/>
          <w:sz w:val="28"/>
        </w:rPr>
        <w:t>只有把月月都当成安全月，人人都重视安全生产，时时事事讲安全，让安全警钟长鸣，才能够实现稳定的安全生产局面。</w:t>
      </w:r>
    </w:p>
    <w:p>
      <w:pPr>
        <w:spacing w:before="100" w:after="200" w:line="360" w:lineRule="auto"/>
        <w:ind w:firstLine="576"/>
        <w:jc w:val="left"/>
      </w:pPr>
      <w:r>
        <w:rPr>
          <w:rFonts w:ascii="宋体" w:eastAsia="宋体" w:hAnsi="宋体"/>
          <w:sz w:val="28"/>
        </w:rPr>
        <w:t>“安全月”之后，更要把安全生产当成最大的事，集中精力，科学、合理的开展工作。面对安全压力，我们决不能搞花架子，要沉着面对，扎扎实实地推进各项工作。</w:t>
      </w:r>
    </w:p>
    <w:p>
      <w:pPr>
        <w:spacing w:before="100" w:after="200" w:line="360" w:lineRule="auto"/>
        <w:ind w:firstLine="576"/>
        <w:jc w:val="left"/>
      </w:pPr>
      <w:r>
        <w:rPr>
          <w:rFonts w:ascii="宋体" w:eastAsia="宋体" w:hAnsi="宋体"/>
          <w:sz w:val="28"/>
        </w:rPr>
        <w:t>一是要加强安全教育。通过对干部员工法律法规、安全制度的教育，增强其对安全法规的敬畏感。</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二是要明确安全责任。做到心中有数，肩上有责。</w:t>
      </w:r>
    </w:p>
    <w:p>
      <w:pPr>
        <w:spacing w:before="100" w:after="200" w:line="360" w:lineRule="auto"/>
        <w:ind w:firstLine="576"/>
        <w:jc w:val="left"/>
      </w:pPr>
      <w:r>
        <w:rPr>
          <w:rFonts w:ascii="宋体" w:eastAsia="宋体" w:hAnsi="宋体"/>
          <w:sz w:val="28"/>
        </w:rPr>
        <w:t>三要切实履行职责。严格执行工作流程和相关安全规程规定，做好组织协调和监督检查等工作。</w:t>
      </w:r>
    </w:p>
    <w:p>
      <w:pPr>
        <w:spacing w:before="100" w:after="200" w:line="360" w:lineRule="auto"/>
        <w:ind w:firstLine="576"/>
        <w:jc w:val="left"/>
      </w:pPr>
      <w:r>
        <w:rPr>
          <w:rFonts w:ascii="宋体" w:eastAsia="宋体" w:hAnsi="宋体"/>
          <w:sz w:val="28"/>
        </w:rPr>
        <w:t>我校遵循“安全第一、预防为主、综合治理”的方针，坚持“安全发展”理念，按照登封市“安全生产月”活动总体部署，深入细致地组织了“安全生产月”系列活动，现将活动情况汇报如下：</w:t>
      </w:r>
    </w:p>
    <w:p>
      <w:pPr>
        <w:spacing w:before="100" w:after="200" w:line="360" w:lineRule="auto"/>
        <w:ind w:firstLine="576"/>
        <w:jc w:val="left"/>
      </w:pPr>
      <w:r>
        <w:rPr>
          <w:rFonts w:ascii="宋体" w:eastAsia="宋体" w:hAnsi="宋体"/>
          <w:sz w:val="28"/>
        </w:rPr>
        <w:t>一、学校高度重视此项工作。成立了以校长郭书杰为组长的“安全生产月”活动领导小组，具体安排我校“安全生产月”活动的有关事项，保障了活动有序高效开展。</w:t>
      </w:r>
    </w:p>
    <w:p>
      <w:pPr>
        <w:spacing w:before="100" w:after="200" w:line="360" w:lineRule="auto"/>
        <w:ind w:firstLine="576"/>
        <w:jc w:val="left"/>
      </w:pPr>
      <w:r>
        <w:rPr>
          <w:rFonts w:ascii="宋体" w:eastAsia="宋体" w:hAnsi="宋体"/>
          <w:sz w:val="28"/>
        </w:rPr>
        <w:t>二、学校高度重视了安全宣传教育环节，使师生的安全意识得到了进一步增强，救护技能得到了进一步提高。学校根据实际情况以班级为单位开辟了“校园安全宣传专栏”，并召开了以“防洪、防雷电、防溺水”为内容的安全教育为主题的班队会。在此基础上学校于6月22日组织了中高年级学生参加的“安全知识竞赛”，进一步拓展丰富了学生的安全常识，强化了安全意识。</w:t>
      </w:r>
    </w:p>
    <w:p>
      <w:pPr>
        <w:spacing w:before="100" w:after="200" w:line="360" w:lineRule="auto"/>
        <w:ind w:firstLine="576"/>
        <w:jc w:val="left"/>
      </w:pPr>
      <w:r>
        <w:rPr>
          <w:rFonts w:ascii="宋体" w:eastAsia="宋体" w:hAnsi="宋体"/>
          <w:sz w:val="28"/>
        </w:rPr>
        <w:t>三、学校高度重视校园安全隐患排查工作，完善了学校安全管理机构和相关制度，有效地保障了师生的人身安全。在“安全生产月”活动中，按照谁主管、谁负责的原则，严格落实各级责任制，结合“一打击两整顿”专项行动，积极开展了安全隐患排查及整改活动。对校园重点及要害部位进行了防火、防盗、防投毒、防汛等自然灾害事故等检查，发现了诸如下水道拥堵、电路电器故障等一些安全隐患，并立即组织人员进行了整修，做到了防微杜渐。</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几年来，学校十分重视“安全生产月”活动的开展，全体师生的安全防范意识得到了逐步增强，应对校园突发事件的能力得到了逐步提高，为创建“和谐校园、平安校园”奠定了坚实的思想和物质基础。</w:t>
      </w:r>
    </w:p>
    <w:p>
      <w:pPr>
        <w:spacing w:before="100" w:after="200" w:line="360" w:lineRule="auto"/>
        <w:ind w:firstLine="576"/>
        <w:jc w:val="left"/>
      </w:pPr>
      <w:r>
        <w:rPr>
          <w:rFonts w:ascii="宋体" w:eastAsia="宋体" w:hAnsi="宋体"/>
          <w:sz w:val="28"/>
        </w:rPr>
        <w:t>在20xx年6月份开展的"安全竞赛月"活动中，采油一分厂始终坚持贯彻"安全第一、预防为主"的方针，以"安全发展"为主导，狠抓安全工作不放松，从加强对职工的安全教育和完善安全制度着手，不断强化安全治理，深化安全生产规章制度的执行监督力度，着力提高干部职工的安全意识和操作技能，努力为生产工作的平稳运行营造良好安全环境，全力推进原油生产和各项工作的安全、顺畅发展，取得了显著成效。现就安全月一分厂工作作总结如下：</w:t>
      </w:r>
    </w:p>
    <w:p>
      <w:pPr>
        <w:spacing w:before="100" w:after="200" w:line="360" w:lineRule="auto"/>
        <w:jc w:val="left"/>
      </w:pPr>
      <w:r>
        <w:rPr>
          <w:rFonts w:ascii="宋体 (中文正文)" w:eastAsia="宋体" w:hAnsi="宋体 (中文正文)"/>
          <w:b/>
          <w:sz w:val="28"/>
        </w:rPr>
        <w:t>一、领导重视，组织健全</w:t>
      </w:r>
    </w:p>
    <w:p>
      <w:pPr>
        <w:spacing w:before="100" w:after="200" w:line="360" w:lineRule="auto"/>
        <w:ind w:firstLine="576"/>
        <w:jc w:val="left"/>
      </w:pPr>
      <w:r>
        <w:rPr>
          <w:rFonts w:ascii="宋体" w:eastAsia="宋体" w:hAnsi="宋体"/>
          <w:sz w:val="28"/>
        </w:rPr>
        <w:t>分厂领导非常重视此次"安全竞赛月"活动，五月底就召开了中层以上安全专题会议，组织成立了一分厂安全工作领导小组，统一思想、明确责任。会议确定了以厂长为分厂安全稳定工作的第一责任人，统筹并负责全面安全工作；主管领导为分厂安全稳定工作的主要责任人，天天负责检查、询问、巡视、及时处理发生和潜在的一些不安全的问题和因素；各单位一把手为各单位安全工作的直接责任人，负责各单位每一天安全工作，将发现的安全问题及时上报等，切实做到"统筹兼顾、权责分明"，全面落实安全责任。会议还制定了具体的活动实施办法，从厂内的生产安全、财产安全；厂外的作业安全、职工的人身安全；各单位治理工作的稳定，以及厂各种安全竞赛活动的开展等各个方面都进行了具体的安排部署，这些细致的预备为安全月活动的顺利开展奠定了良好的思想基础。</w:t>
      </w:r>
    </w:p>
    <w:p>
      <w:pPr>
        <w:spacing w:before="100" w:after="200" w:line="360" w:lineRule="auto"/>
        <w:jc w:val="left"/>
      </w:pPr>
      <w:r>
        <w:rPr>
          <w:rFonts w:ascii="宋体 (中文正文)" w:eastAsia="宋体" w:hAnsi="宋体 (中文正文)"/>
          <w:b/>
          <w:sz w:val="28"/>
        </w:rPr>
        <w:t>二、广泛宣传，营造良好氛围</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p>
    <w:p>
      <w:pPr>
        <w:spacing w:before="100" w:after="200" w:line="360" w:lineRule="auto"/>
        <w:ind w:firstLine="576"/>
        <w:jc w:val="left"/>
      </w:pPr>
      <w:r>
        <w:rPr>
          <w:rFonts w:ascii="宋体" w:eastAsia="宋体" w:hAnsi="宋体"/>
          <w:sz w:val="28"/>
        </w:rPr>
        <w:t>"安全竞赛月"活动开展以来，一分厂充分利用广播、黑板报、宣传栏和标语口号等形式，广泛地进行了安全生产的宣传动员。由分厂组织、各单位具体实施，对广大干部职工非凡是一线职工进行了多期安全知识培训，组织开展了分厂各岗位安全生产竞赛和技术比武，主办了以"关注安全、关爱生命"为主题的黑板报，在厂内以及采区张贴了安全、环保宣传画、书写安全标语。为各单位作业车辆精心制作了安全标语，贴着红色标语的车辆就是一个个流动的宣传牌，将一句句诚挚而新奇的安全忠告传达给每一名职工，收到了非常好的效果。通过各种形式、多种途径的宣传，在全厂范围内营造出了一种热烈的安全氛围，为活动的顺利开展创造了良好的环境。</w:t>
      </w:r>
    </w:p>
    <w:p>
      <w:pPr>
        <w:spacing w:before="100" w:after="200" w:line="360" w:lineRule="auto"/>
        <w:jc w:val="left"/>
      </w:pPr>
      <w:r>
        <w:rPr>
          <w:rFonts w:ascii="宋体 (中文正文)" w:eastAsia="宋体" w:hAnsi="宋体 (中文正文)"/>
          <w:b/>
          <w:sz w:val="28"/>
        </w:rPr>
        <w:t>三、狠抓治理，强化监督</w:t>
      </w:r>
    </w:p>
    <w:p>
      <w:pPr>
        <w:spacing w:before="100" w:after="200" w:line="360" w:lineRule="auto"/>
        <w:ind w:firstLine="576"/>
        <w:jc w:val="left"/>
      </w:pPr>
      <w:r>
        <w:rPr>
          <w:rFonts w:ascii="宋体" w:eastAsia="宋体" w:hAnsi="宋体"/>
          <w:sz w:val="28"/>
        </w:rPr>
        <w:t>在具体生产工作中，我们本着"安全重于泰山"的宗旨，不断强化安全治理，狠抓制度落实，大力加强执行监督力度。坚持从一线抓起，在每个操作岗位上定人定责，一级抓一级，严格执行采油厂相关制度。一方面领导干部经常深入一线检查执行情况，强化安全监督，对玩忽职守、不重视安全工作的从重处罚，对不按照操作规程作业、违反安全制度的及时进行处理和纠正，果断杜绝安全事故的发生。另一方面分厂着力健全和完善了安全制度、安全评定标准以及安全考核、处罚办法等并细化到每项具体工作中，使广大干部职工熟悉安全规程，做到安全作业有章可循，监督处罚有法可依，极大地提高了安全工作的科学性和监督的透明度。</w:t>
      </w:r>
    </w:p>
    <w:p>
      <w:pPr>
        <w:spacing w:before="100" w:after="200" w:line="360" w:lineRule="auto"/>
        <w:jc w:val="left"/>
      </w:pPr>
      <w:r>
        <w:rPr>
          <w:rFonts w:ascii="宋体 (中文正文)" w:eastAsia="宋体" w:hAnsi="宋体 (中文正文)"/>
          <w:b/>
          <w:sz w:val="28"/>
        </w:rPr>
        <w:t>四、以防为主，确保安全</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p>
    <w:p>
      <w:pPr>
        <w:spacing w:before="100" w:after="200" w:line="360" w:lineRule="auto"/>
        <w:ind w:firstLine="576"/>
        <w:jc w:val="left"/>
      </w:pPr>
      <w:r>
        <w:rPr>
          <w:rFonts w:ascii="宋体" w:eastAsia="宋体" w:hAnsi="宋体"/>
          <w:sz w:val="28"/>
        </w:rPr>
        <w:t>本着"安全第一、预防为主、综合治理"的方针，分厂按照采油厂要求具体拟定了《安全应急预案》、《安全生产事故应急救援预案》等，并组织各单位干部职工演练事故发生时的应急疏散及紧急救援方案，锻炼各单位各工种之间的协调配合能力，也使职工的安全意识和分厂处置安全生产事故的应急能力得到极大地提高。分厂还通过定期召开的安全生产例会，及时研究分析生产中出现的安全问题，集思广益，采用最科学的办法消除安全隐患，消灭事故苗头，制定整改措施，落实安全生产责任，确保了分厂的安全文明生产。</w:t>
      </w:r>
    </w:p>
    <w:p>
      <w:pPr>
        <w:spacing w:before="100" w:after="200" w:line="360" w:lineRule="auto"/>
        <w:ind w:firstLine="576"/>
        <w:jc w:val="left"/>
      </w:pPr>
      <w:r>
        <w:rPr>
          <w:rFonts w:ascii="宋体" w:eastAsia="宋体" w:hAnsi="宋体"/>
          <w:sz w:val="28"/>
        </w:rPr>
        <w:t>我们xxx供电所xx年安全生产活动月工作，在分公司的正确领导下，在分公司安全员的指导下，认真学习分公司关于开展“安全生产活动月”的通知精神，按照通知要求，由供电所组织低压班14人，由低压班组织26名农电工，结合安全日活动，学习供电公司和上级公司关于开展安全日活动。</w:t>
      </w:r>
    </w:p>
    <w:p>
      <w:pPr>
        <w:spacing w:before="100" w:after="200" w:line="360" w:lineRule="auto"/>
        <w:ind w:firstLine="576"/>
        <w:jc w:val="left"/>
      </w:pPr>
      <w:r>
        <w:rPr>
          <w:rFonts w:ascii="宋体" w:eastAsia="宋体" w:hAnsi="宋体"/>
          <w:sz w:val="28"/>
        </w:rPr>
        <w:t>学习供电公司和上级公司关于开展安全生产活动月的安排和要求，以贯彻实施“三防十要”“反六不”“两个创建”及分公司下发的有关安全生产管理规定和事故通报为活动主题开展。全面提高安全管理水平，首先组织全体职工学习《三防十要》和各类事故通报，学习《反六不》和《两个创建》，学习了《三要六查》。认识这次活动的意义和重要性。</w:t>
      </w:r>
    </w:p>
    <w:p>
      <w:pPr>
        <w:spacing w:before="100" w:after="200" w:line="360" w:lineRule="auto"/>
        <w:ind w:firstLine="576"/>
        <w:jc w:val="left"/>
      </w:pPr>
      <w:r>
        <w:rPr>
          <w:rFonts w:ascii="宋体" w:eastAsia="宋体" w:hAnsi="宋体"/>
          <w:sz w:val="28"/>
        </w:rPr>
        <w:t>在多次学习中我所围绕主题开展了多种多样的安全活动;其次，每一次学习后，组织全体职工进行讨论，开展安全事故回顾，吸取各兄弟单位的事故教训，分析事故原因，结合我所实际情况，查找我们在线路检修工作中的安全隐患和安全措施是否到位，通过讨论全体职工认识到安全生产的重要性。</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安全是我们生产经营的保障，做好安全工作是我们每个职工的责任和义务，因此我们各级人员要认真履行安全职责加强对小现场的监督管理，不断强化安全责任意识和现场安全管理工作，做到安全管理的三到位，即思想教育到位，组织管理到位，制度措施到位，充分利用班组安全月活动举一反三吸取事故教训，切实把我们制定的各项措施落实到各项工作中去。</w:t>
      </w:r>
    </w:p>
    <w:p>
      <w:pPr>
        <w:spacing w:before="100" w:after="200" w:line="360" w:lineRule="auto"/>
        <w:ind w:firstLine="576"/>
        <w:jc w:val="left"/>
      </w:pPr>
      <w:r>
        <w:rPr>
          <w:rFonts w:ascii="宋体" w:eastAsia="宋体" w:hAnsi="宋体"/>
          <w:sz w:val="28"/>
        </w:rPr>
        <w:t>要保持我们的安全生产大好局面，克服麻痹思想和侥幸心理，把我要安全的思想贯彻到各项工作中去，实现安全生产无事故。开展安全生产活动月宣传，写黑板报两次，张贴安全标语23条，利用广播进行宣传38村次。</w:t>
      </w:r>
    </w:p>
    <w:p>
      <w:pPr>
        <w:spacing w:before="100" w:after="200" w:line="360" w:lineRule="auto"/>
        <w:ind w:firstLine="576"/>
        <w:jc w:val="left"/>
      </w:pPr>
      <w:r>
        <w:rPr>
          <w:rFonts w:ascii="宋体" w:eastAsia="宋体" w:hAnsi="宋体"/>
          <w:sz w:val="28"/>
        </w:rPr>
        <w:t>对安全生产工作，安全责任制和安全工具进行检查，我们要加强管理，保证绝缘工具安全使用，确保人身安全。加强机动车辆和交通安全管理，做好安全行车。认真执行两票三制和危险点分析及班前班后会制度，抓好现场安全措施和落实，把三不伤害落实到实际工作中去，做到工作现场所长、安全员各负其责，工作班成员互相监督，把我要安全落实到检修工作中去。</w:t>
      </w:r>
    </w:p>
    <w:p>
      <w:pPr>
        <w:spacing w:before="100" w:after="200" w:line="360" w:lineRule="auto"/>
        <w:ind w:firstLine="576"/>
        <w:jc w:val="left"/>
      </w:pPr>
      <w:r>
        <w:rPr>
          <w:rFonts w:ascii="宋体" w:eastAsia="宋体" w:hAnsi="宋体"/>
          <w:sz w:val="28"/>
        </w:rPr>
        <w:t>我们要以安全为已任，认真贯彻学习国家电网公司电力安全工作规程，施工现场三防十要，反事故措施落实各项安全规章制度和安全措施，积极开展反事故斗争，吸取事故教训，总结经验，把安全管理工作提高到一个新的水平。做到现场安全措施采取完备，总之，我们要借安全生产活动月的东风，把我们安全生产工作落实到实处，保证安全生产无事故。</w:t>
      </w:r>
    </w:p>
    <w:p>
      <w:pPr>
        <w:spacing w:before="100" w:after="200" w:line="360" w:lineRule="auto"/>
        <w:ind w:firstLine="576"/>
        <w:jc w:val="left"/>
      </w:pPr>
      <w:r>
        <w:rPr>
          <w:rFonts w:ascii="宋体" w:eastAsia="宋体" w:hAnsi="宋体"/>
          <w:sz w:val="28"/>
        </w:rPr>
        <w:t>为确保构建平安、和谐施工现场的活动能够顺利开展，根据上级主管部门的相关要求，结合项目部实际，我项目部于六月开展安全生产月活动，成功营造了“生命至上安全发展”的安全舆论氛围，大大强化了站内全员的安全生产意识，“安全生产月”活动得以圆满落幕。现就六月安全生产月的相关活动做如下总结：</w:t>
      </w:r>
    </w:p>
    <w:p>
      <w:pPr>
        <w:spacing w:before="100" w:after="200" w:line="360" w:lineRule="auto"/>
        <w:jc w:val="left"/>
      </w:pPr>
      <w:r>
        <w:rPr>
          <w:rFonts w:ascii="宋体 (中文正文)" w:eastAsia="宋体" w:hAnsi="宋体 (中文正文)"/>
          <w:b/>
          <w:sz w:val="28"/>
        </w:rPr>
        <w:t>一、主题明确，领导有力</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p>
    <w:p>
      <w:pPr>
        <w:spacing w:before="100" w:after="200" w:line="360" w:lineRule="auto"/>
        <w:ind w:firstLine="576"/>
        <w:jc w:val="left"/>
      </w:pPr>
      <w:r>
        <w:rPr>
          <w:rFonts w:ascii="宋体" w:eastAsia="宋体" w:hAnsi="宋体"/>
          <w:sz w:val="28"/>
        </w:rPr>
        <w:t>1、“生命至上安全发展”是六月安全生产月活动的主题中心，明确的主题使活动的开展更加顺畅、流利，活动坚持“安全、预防”始终是生产永恒不变的主题来展开，确确实实、强而有力的提升了员工的安全生产意识。</w:t>
      </w:r>
    </w:p>
    <w:p>
      <w:pPr>
        <w:spacing w:before="100" w:after="200" w:line="360" w:lineRule="auto"/>
        <w:ind w:firstLine="576"/>
        <w:jc w:val="left"/>
      </w:pPr>
      <w:r>
        <w:rPr>
          <w:rFonts w:ascii="宋体" w:eastAsia="宋体" w:hAnsi="宋体"/>
          <w:sz w:val="28"/>
        </w:rPr>
        <w:t>2、我项目部“安全生产月”宣传领导小组的成立，使“安全生产月”活动的开展有了监督的鞭策，从而在其监督指导下，活动的开展循序渐进，流畅进行。</w:t>
      </w:r>
    </w:p>
    <w:p>
      <w:pPr>
        <w:spacing w:before="100" w:after="200" w:line="360" w:lineRule="auto"/>
        <w:jc w:val="left"/>
      </w:pPr>
      <w:r>
        <w:rPr>
          <w:rFonts w:ascii="宋体 (中文正文)" w:eastAsia="宋体" w:hAnsi="宋体 (中文正文)"/>
          <w:b/>
          <w:sz w:val="28"/>
        </w:rPr>
        <w:t>二、系列活动的开展，确保生产的安全</w:t>
      </w:r>
    </w:p>
    <w:p>
      <w:pPr>
        <w:spacing w:before="100" w:after="200" w:line="360" w:lineRule="auto"/>
        <w:ind w:firstLine="576"/>
        <w:jc w:val="left"/>
      </w:pPr>
      <w:r>
        <w:rPr>
          <w:rFonts w:ascii="宋体" w:eastAsia="宋体" w:hAnsi="宋体"/>
          <w:sz w:val="28"/>
        </w:rPr>
        <w:t>1、以“生命至上</w:t>
      </w:r>
    </w:p>
    <w:p>
      <w:pPr>
        <w:spacing w:before="100" w:after="200" w:line="360" w:lineRule="auto"/>
        <w:ind w:firstLine="576"/>
        <w:jc w:val="left"/>
      </w:pPr>
      <w:r>
        <w:rPr>
          <w:rFonts w:ascii="宋体" w:eastAsia="宋体" w:hAnsi="宋体"/>
          <w:sz w:val="28"/>
        </w:rPr>
        <w:t>安全发展”为主题的多种形式宣传（如：宣传栏、班前“两个十分钟”等），为“安全生产月”活动的顺利开展，提供有力的舆论保障。</w:t>
      </w:r>
    </w:p>
    <w:p>
      <w:pPr>
        <w:spacing w:before="100" w:after="200" w:line="360" w:lineRule="auto"/>
        <w:ind w:firstLine="576"/>
        <w:jc w:val="left"/>
      </w:pPr>
      <w:r>
        <w:rPr>
          <w:rFonts w:ascii="宋体" w:eastAsia="宋体" w:hAnsi="宋体"/>
          <w:sz w:val="28"/>
        </w:rPr>
        <w:t>2、在宣传领导小组的组织领导下，相关人员于xx月xx日至xx月xx日开展“六月安全生产月”隐患排查专项行动。</w:t>
      </w:r>
    </w:p>
    <w:p>
      <w:pPr>
        <w:spacing w:before="100" w:after="200" w:line="360" w:lineRule="auto"/>
        <w:ind w:firstLine="576"/>
        <w:jc w:val="left"/>
      </w:pPr>
      <w:r>
        <w:rPr>
          <w:rFonts w:ascii="宋体" w:eastAsia="宋体" w:hAnsi="宋体"/>
          <w:sz w:val="28"/>
        </w:rPr>
        <w:t>3、以安全生产和安全责任教育为主题的宣讲活动中，紧紧围绕“安全”而展开，大大提高了施工人员及相关工作人员对安全发展的认识，强化了全员的安全责任意识。</w:t>
      </w:r>
    </w:p>
    <w:p>
      <w:pPr>
        <w:spacing w:before="100" w:after="200" w:line="360" w:lineRule="auto"/>
        <w:jc w:val="left"/>
      </w:pPr>
      <w:r>
        <w:rPr>
          <w:rFonts w:ascii="宋体 (中文正文)" w:eastAsia="宋体" w:hAnsi="宋体 (中文正文)"/>
          <w:b/>
          <w:sz w:val="28"/>
        </w:rPr>
        <w:t>三、存在问题</w:t>
      </w:r>
    </w:p>
    <w:p>
      <w:pPr>
        <w:spacing w:before="100" w:after="200" w:line="360" w:lineRule="auto"/>
        <w:ind w:firstLine="576"/>
        <w:jc w:val="left"/>
      </w:pPr>
      <w:r>
        <w:rPr>
          <w:rFonts w:ascii="宋体" w:eastAsia="宋体" w:hAnsi="宋体"/>
          <w:sz w:val="28"/>
        </w:rPr>
        <w:t>1、活动开展过程中，因缺乏经验借鉴，中途出现了一些活动断层问题；</w:t>
      </w:r>
    </w:p>
    <w:p>
      <w:pPr>
        <w:spacing w:before="100" w:after="200" w:line="360" w:lineRule="auto"/>
        <w:ind w:firstLine="576"/>
        <w:jc w:val="left"/>
      </w:pPr>
      <w:r>
        <w:rPr>
          <w:rFonts w:ascii="宋体" w:eastAsia="宋体" w:hAnsi="宋体"/>
          <w:sz w:val="28"/>
        </w:rPr>
        <w:t>2、在活动开展过程中，部分人员受陈旧思想的影响，排斥参与活动。</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p>
    <w:p>
      <w:pPr>
        <w:spacing w:before="100" w:after="200" w:line="360" w:lineRule="auto"/>
        <w:ind w:firstLine="576"/>
        <w:jc w:val="left"/>
      </w:pPr>
      <w:r>
        <w:rPr>
          <w:rFonts w:ascii="宋体" w:eastAsia="宋体" w:hAnsi="宋体"/>
          <w:sz w:val="28"/>
        </w:rPr>
        <w:t>“安全生产月”活动的开展，是相关上级部门的要求，是安全知识普及的一种渠道，更是客运站不断发展的需要。在形式多样的活动这条实践道路上，我们还只是一个初学者，在以后的工作中，我站将结合自身实际，开展多种多样的安全活动，引导全体员工的安全态度和安全行为，确保逐步实现生产安全的终极目标。</w:t>
      </w:r>
    </w:p>
    <w:p>
      <w:pPr>
        <w:spacing w:before="100" w:after="200" w:line="360" w:lineRule="auto"/>
        <w:ind w:firstLine="576"/>
        <w:jc w:val="left"/>
      </w:pPr>
      <w:r>
        <w:rPr>
          <w:rFonts w:ascii="宋体" w:eastAsia="宋体" w:hAnsi="宋体"/>
          <w:sz w:val="28"/>
        </w:rPr>
        <w:t>—年在全体职工的共同努力下，坚持“安全第一、预防为主”的方针，认真落实电力局安全生产相关文件精神，全面强化安全管理，继续抓好了最基本的安全管理规定制度的建立和贯彻落实，建立健全了安全保障体系，落实各级人员安全管理责任制，以落实“两票三制”为着力点，以杜绝人员责任性事故的发生，以防止人身伤亡事故为重点，开展了以反“六不”（不办工作票、作业前不交底、现场不监护、作业不停电、不验电、不挂接地线）、防倒杆、防触电为主要内容的反人身事故斗争，采取多种形式提高了安全管理水平，使我所安全形势达到了基本稳定。现将—年安全工作进行简要回顾，并将—年安全工作目标进行安排。</w:t>
      </w:r>
    </w:p>
    <w:p>
      <w:pPr>
        <w:spacing w:before="100" w:after="200" w:line="360" w:lineRule="auto"/>
        <w:jc w:val="left"/>
      </w:pPr>
      <w:r>
        <w:rPr>
          <w:rFonts w:ascii="宋体 (中文正文)" w:eastAsia="宋体" w:hAnsi="宋体 (中文正文)"/>
          <w:b/>
          <w:sz w:val="28"/>
        </w:rPr>
        <w:t>一、—年安全生产目标完成情况</w:t>
      </w:r>
    </w:p>
    <w:p>
      <w:pPr>
        <w:spacing w:before="100" w:after="200" w:line="360" w:lineRule="auto"/>
        <w:ind w:firstLine="576"/>
        <w:jc w:val="left"/>
      </w:pPr>
      <w:r>
        <w:rPr>
          <w:rFonts w:ascii="宋体" w:eastAsia="宋体" w:hAnsi="宋体"/>
          <w:sz w:val="28"/>
        </w:rPr>
        <w:t>1、全年安全生产365天；</w:t>
      </w:r>
    </w:p>
    <w:p>
      <w:pPr>
        <w:spacing w:before="100" w:after="200" w:line="360" w:lineRule="auto"/>
        <w:ind w:firstLine="576"/>
        <w:jc w:val="left"/>
      </w:pPr>
      <w:r>
        <w:rPr>
          <w:rFonts w:ascii="宋体" w:eastAsia="宋体" w:hAnsi="宋体"/>
          <w:sz w:val="28"/>
        </w:rPr>
        <w:t>2、未发生电力生产人身重伤及以上事故；</w:t>
      </w:r>
    </w:p>
    <w:p>
      <w:pPr>
        <w:spacing w:before="100" w:after="200" w:line="360" w:lineRule="auto"/>
        <w:ind w:firstLine="576"/>
        <w:jc w:val="left"/>
      </w:pPr>
      <w:r>
        <w:rPr>
          <w:rFonts w:ascii="宋体" w:eastAsia="宋体" w:hAnsi="宋体"/>
          <w:sz w:val="28"/>
        </w:rPr>
        <w:t>3、未发生重大农电电网事故；</w:t>
      </w:r>
    </w:p>
    <w:p>
      <w:pPr>
        <w:spacing w:before="100" w:after="200" w:line="360" w:lineRule="auto"/>
        <w:ind w:firstLine="576"/>
        <w:jc w:val="left"/>
      </w:pPr>
      <w:r>
        <w:rPr>
          <w:rFonts w:ascii="宋体" w:eastAsia="宋体" w:hAnsi="宋体"/>
          <w:sz w:val="28"/>
        </w:rPr>
        <w:t>4、未发生经济损失在—以上的火灾事故；</w:t>
      </w:r>
    </w:p>
    <w:p>
      <w:pPr>
        <w:spacing w:before="100" w:after="200" w:line="360" w:lineRule="auto"/>
        <w:ind w:firstLine="576"/>
        <w:jc w:val="left"/>
      </w:pPr>
      <w:r>
        <w:rPr>
          <w:rFonts w:ascii="宋体" w:eastAsia="宋体" w:hAnsi="宋体"/>
          <w:sz w:val="28"/>
        </w:rPr>
        <w:t>5、未发生电气误操作事故；</w:t>
      </w:r>
    </w:p>
    <w:p>
      <w:pPr>
        <w:spacing w:before="100" w:after="200" w:line="360" w:lineRule="auto"/>
        <w:ind w:firstLine="576"/>
        <w:jc w:val="left"/>
      </w:pPr>
      <w:r>
        <w:rPr>
          <w:rFonts w:ascii="宋体" w:eastAsia="宋体" w:hAnsi="宋体"/>
          <w:sz w:val="28"/>
        </w:rPr>
        <w:t>6、未发生高空坠落事故；</w:t>
      </w:r>
    </w:p>
    <w:p>
      <w:pPr>
        <w:spacing w:before="100" w:after="200" w:line="360" w:lineRule="auto"/>
        <w:ind w:firstLine="576"/>
        <w:jc w:val="left"/>
      </w:pPr>
      <w:r>
        <w:rPr>
          <w:rFonts w:ascii="宋体" w:eastAsia="宋体" w:hAnsi="宋体"/>
          <w:sz w:val="28"/>
        </w:rPr>
        <w:t>7、未发生重大交通事故和与电力生产有关的负有同等及以上责任的交通事故；</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8、未发生由人员责任造成的经济损失超过5000—100—以内的设备、机械、工器具、车辆损坏事故；</w:t>
      </w:r>
    </w:p>
    <w:p>
      <w:pPr>
        <w:spacing w:before="100" w:after="200" w:line="360" w:lineRule="auto"/>
        <w:ind w:firstLine="576"/>
        <w:jc w:val="left"/>
      </w:pPr>
      <w:r>
        <w:rPr>
          <w:rFonts w:ascii="宋体" w:eastAsia="宋体" w:hAnsi="宋体"/>
          <w:sz w:val="28"/>
        </w:rPr>
        <w:t>9、未发生因通讯中断而影响重大操作及事故处理造成事故扩大或构成事故的通讯障碍；</w:t>
      </w:r>
    </w:p>
    <w:p>
      <w:pPr>
        <w:spacing w:before="100" w:after="200" w:line="360" w:lineRule="auto"/>
        <w:ind w:firstLine="576"/>
        <w:jc w:val="left"/>
      </w:pPr>
      <w:r>
        <w:rPr>
          <w:rFonts w:ascii="宋体" w:eastAsia="宋体" w:hAnsi="宋体"/>
          <w:sz w:val="28"/>
        </w:rPr>
        <w:t>10、未发生因检修质量不良引起的设备事故。</w:t>
      </w:r>
    </w:p>
    <w:p>
      <w:pPr>
        <w:spacing w:before="100" w:after="200" w:line="360" w:lineRule="auto"/>
        <w:ind w:firstLine="576"/>
        <w:jc w:val="left"/>
      </w:pPr>
      <w:r>
        <w:rPr>
          <w:rFonts w:ascii="宋体" w:eastAsia="宋体" w:hAnsi="宋体"/>
          <w:sz w:val="28"/>
        </w:rPr>
        <w:t>11、截止20xx年xx月xx日，实现年度安全生产334天，累计安全生产天。</w:t>
      </w:r>
    </w:p>
    <w:p>
      <w:pPr>
        <w:spacing w:before="100" w:after="200" w:line="360" w:lineRule="auto"/>
        <w:jc w:val="left"/>
      </w:pPr>
      <w:r>
        <w:rPr>
          <w:rFonts w:ascii="宋体 (中文正文)" w:eastAsia="宋体" w:hAnsi="宋体 (中文正文)"/>
          <w:b/>
          <w:sz w:val="28"/>
        </w:rPr>
        <w:t>二、抓好线路设备运行维护，解决疑难突出问题</w:t>
      </w:r>
    </w:p>
    <w:p>
      <w:pPr>
        <w:spacing w:before="100" w:after="200" w:line="360" w:lineRule="auto"/>
        <w:ind w:firstLine="576"/>
        <w:jc w:val="left"/>
      </w:pPr>
      <w:r>
        <w:rPr>
          <w:rFonts w:ascii="宋体" w:eastAsia="宋体" w:hAnsi="宋体"/>
          <w:sz w:val="28"/>
        </w:rPr>
        <w:t>根据往年线路设备运行的情况分析，线路跳闸基本是由避雷器、变压器故障引起的。从避雷器故障的原因分析，老式阀型的较多，主要是运行时间长从未做过实验，从变压器故障的原因分析，绝缘油性能降低占的比例较大。我所—年淘汰更换了一批灭弧跌落开关和氧化锌避雷器，加装了一批变压器装头护套，根据运行的情况分析，实际效果十分明显。所以，在今年我所对全网区剩余58组老式阀型避雷器进行更换为氧化锌避雷器，更换灭弧跌落开关23组和变压器加装护套232套。本年度我所10kv线路共发生开关跳闸—，与—年同期（—）相比减少—，为确保全年安全生产打好了基础。</w:t>
      </w:r>
    </w:p>
    <w:p>
      <w:pPr>
        <w:spacing w:before="100" w:after="200" w:line="360" w:lineRule="auto"/>
        <w:jc w:val="left"/>
      </w:pPr>
      <w:r>
        <w:rPr>
          <w:rFonts w:ascii="宋体 (中文正文)" w:eastAsia="宋体" w:hAnsi="宋体 (中文正文)"/>
          <w:b/>
          <w:sz w:val="28"/>
        </w:rPr>
        <w:t>三、强化基础管理、建立安全生产管理长效机制</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1、强化安全培训，提高职工安全素质：实践证明提高职工安全素质是预防事故的跟本措施，必须加大力度，不会什么学什么，不懂什么学什么，在今年我所依据年初制定的职工培训计划，有目标，有针对性开展了各项安全培训活动，组织职工学习电力局编印成册的《现场应重点防止的习惯性违章行为》，并针对工作中的违章易发环节，开展讨论活动，提高全员反违章的思想认识。从而帮助职工掌握了安全生产工作中的主动权。</w:t>
      </w:r>
    </w:p>
    <w:p>
      <w:pPr>
        <w:spacing w:before="100" w:after="200" w:line="360" w:lineRule="auto"/>
        <w:ind w:firstLine="576"/>
        <w:jc w:val="left"/>
      </w:pPr>
      <w:r>
        <w:rPr>
          <w:rFonts w:ascii="宋体" w:eastAsia="宋体" w:hAnsi="宋体"/>
          <w:sz w:val="28"/>
        </w:rPr>
        <w:t>2、切实搞好了危险点分析预控防患于未然。根据过去和现在已知的情况，对作业中存在的危险点进行分析，判断和推测，充分发挥职工的作用，深入持久的开展好危险点分析预控工作，求真务实，抓出成效。提高《危险点分析预控》在实际工作中的准确运用。</w:t>
      </w:r>
    </w:p>
    <w:p>
      <w:pPr>
        <w:spacing w:before="100" w:after="200" w:line="360" w:lineRule="auto"/>
        <w:ind w:firstLine="576"/>
        <w:jc w:val="left"/>
      </w:pPr>
      <w:r>
        <w:rPr>
          <w:rFonts w:ascii="宋体" w:eastAsia="宋体" w:hAnsi="宋体"/>
          <w:sz w:val="28"/>
        </w:rPr>
        <w:t>3、继续加大对“两票”的执行力度，切实保证了“两票”的严肃性，今年我所共办理各种工作票？份，经电力局审查全部合格，实现了“两票”合格率1—的好成绩。</w:t>
      </w:r>
    </w:p>
    <w:p>
      <w:pPr>
        <w:spacing w:before="100" w:after="200" w:line="360" w:lineRule="auto"/>
        <w:ind w:firstLine="576"/>
        <w:jc w:val="left"/>
      </w:pPr>
      <w:r>
        <w:rPr>
          <w:rFonts w:ascii="宋体" w:eastAsia="宋体" w:hAnsi="宋体"/>
          <w:sz w:val="28"/>
        </w:rPr>
        <w:t>4、认真扎实的开展了“季度安全无事故活动”的考核，以短周期来确保了全年安全目标的实现。</w:t>
      </w:r>
    </w:p>
    <w:p>
      <w:pPr>
        <w:spacing w:before="100" w:after="200" w:line="360" w:lineRule="auto"/>
        <w:ind w:firstLine="576"/>
        <w:jc w:val="left"/>
      </w:pPr>
      <w:r>
        <w:rPr>
          <w:rFonts w:ascii="宋体" w:eastAsia="宋体" w:hAnsi="宋体"/>
          <w:sz w:val="28"/>
        </w:rPr>
        <w:t>5、依据电力局的年度“两措”计划，制定了切合我所实际的年度“两措”计划，并做到了落实到位，实施到位。</w:t>
      </w:r>
    </w:p>
    <w:p>
      <w:pPr>
        <w:spacing w:before="100" w:after="200" w:line="360" w:lineRule="auto"/>
        <w:ind w:firstLine="576"/>
        <w:jc w:val="left"/>
      </w:pPr>
      <w:r>
        <w:rPr>
          <w:rFonts w:ascii="宋体" w:eastAsia="宋体" w:hAnsi="宋体"/>
          <w:sz w:val="28"/>
        </w:rPr>
        <w:t>6、层层分解安全责任，杜绝了各种违章行为，加大了对“三违”现象的查处力度，落实个人保班组、班组保全所，全所上下协同一致、共同奋斗，在今年的工作中我所没有发生违章行为，从而实现“零”违章的目标。</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https://d.book118.com/067200015013006042</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3"/>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67200015013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