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2024年年底工作总结范文（31篇）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2024年年底工作总结范文（通用31篇）</w:t>
      </w:r>
      <w:r>
        <w:rPr>
          <w:lang w:eastAsia="zh-CN"/>
        </w:rPr>
        <w:br/>
      </w:r>
      <w:r>
        <w:rPr>
          <w:lang w:eastAsia="zh-CN"/>
        </w:rPr>
        <w:t xml:space="preserve">    2024年年底工作总结范文 篇1 </w:t>
      </w:r>
      <w:r>
        <w:rPr>
          <w:lang w:eastAsia="zh-CN"/>
        </w:rPr>
        <w:br/>
      </w:r>
      <w:r>
        <w:rPr>
          <w:lang w:eastAsia="zh-CN"/>
        </w:rPr>
        <w:t>　　转眼一年又过去了，每到年底，学校的工作就很繁忙。年底教职工大会、新年音乐会排练、少儿春晚排练、民族民间舞考级、可以说是忙的不可开交，但是，正因为忙碌，也让我的生活多姿多彩，每一天都过得很充实，每一次的排练机会我都很珍惜，因为，在排练过程中，不但提升自己的专业水平和组织学生的能力，还让我跟学生们更好的相处，孩子们在上课排练的时候，我是她们的老师，下来我们就是朋友，小宝贝们把我当作她们的小姨，对我无话不说，把自己的心情，无论是好的还是坏的都与我分享，让我融入她们的世界。跟他们在一起，让我感觉到她们对我的依赖，让我更有动力想要把自己所学的知识全部毫无保留的教给她们。作为一名老师，不就是要更进一步了解自己的学生，课堂上是老师，课下了是朋友。才能更好地完成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这个月，月初我们正常的进行教学，月底接到学校的通知，排练新年音乐会的开场舞排练，时间紧任务重，这次的音乐会是面向全区售票的，对于我们来说也是压力山大，因为只有五天时间，并且我们的小朋友每天还要上学，所以只能用她们放学仅有的一点点时间排练，想在五天中拿出一个像样的节目也不是那么容易，这就要靠老师和学生的共同努力才可以，排练期间，我们也曾受过打击，也因为淘汰制，让很多家长和孩子心灵收到了创伤，我们好校长也安抚了大家，通过这件事，也让我们知道以后再遇到相同的事情我们该如何应对，也是一个成长的过程。我认为，既然决定做一件事，就一定要做好，给学校、演出单位、孩子、家长一个满意的答复，因为我们是一个集体，代表着学校的荣誉，又是新年音乐会，从俄罗斯请来的音乐家，我们更是代表着中国人的荣誉，所以一定要做到最好。我们两位老师也尽心尽力的排练，最后也是完美收官，孩子们的表现也非常好，这就是大家努力的结果。</w:t>
      </w:r>
      <w:r>
        <w:rPr>
          <w:lang w:eastAsia="zh-CN"/>
        </w:rPr>
        <w:br/>
      </w:r>
      <w:r>
        <w:rPr>
          <w:lang w:eastAsia="zh-CN"/>
        </w:rPr>
        <w:t>　　紧接着就是我们学校一年一度的年底表彰大会，今年又一次被评为优秀老师及员工，心里当然是抑制不住的喜悦，当然为了这次大会，我们几个舞蹈老师也准备了表演的节目，排练中老师们也积极认真的排练，演出也很成功，给大家也带来了欢乐，以上两次排练充分说明了，只要齐心协力一定能把事情做好。</w:t>
      </w:r>
      <w:r>
        <w:rPr>
          <w:lang w:eastAsia="zh-CN"/>
        </w:rPr>
        <w:br/>
      </w:r>
      <w:r>
        <w:rPr>
          <w:lang w:eastAsia="zh-CN"/>
        </w:rPr>
        <w:t>　　排练一个接着一个，两周没有休息的我们又投入到紧张的少儿春晚开场舞的排练中，选小演员就是一项艰巨的任务，要从几百个孩子中，选出最优秀的60个小朋友，作为老师，我们和家长的心情是一样的，每个孩子我们都很难取舍，可是这个专业就是如此的残酷，我们也无能为力，只能最大限度的给每一个孩子登台的机会。因为现在这个时间也是学期末，孩子么都要期末考试，所以第一期排练也就先告一段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就这样忙忙碌碌的一个月过完了，忙碌的`一年可以说是画上了比较圆满的句号，在这一年里，我学习到了很多，在工作中，在教学中，也不断的让自己提升，我所欠缺的还很多。做了公开课，也让自己认识到教学中所存在的不足，日后会更加努力，多学多问，我有信心，我一定要让自己更优秀。作为专职老师的主管，我也会尽到我的责任，对他们严格要求，检查教案，让每一位老师对学校负责、课堂负责、对学生家长负责</w:t>
      </w:r>
      <w:r>
        <w:rPr>
          <w:lang w:eastAsia="zh-CN"/>
        </w:rPr>
        <w:br/>
      </w:r>
      <w:r>
        <w:rPr>
          <w:lang w:eastAsia="zh-CN"/>
        </w:rPr>
        <w:t>　　对于学校，我也想提出些许小小的建议：</w:t>
      </w:r>
      <w:r>
        <w:rPr>
          <w:lang w:eastAsia="zh-CN"/>
        </w:rPr>
        <w:br/>
      </w:r>
      <w:r>
        <w:rPr>
          <w:lang w:eastAsia="zh-CN"/>
        </w:rPr>
        <w:t>　　1）课堂纪律松散，家长随意进出课堂，跟小朋友打招呼，这些应该给各任课老师强调，端正课堂纪律。</w:t>
      </w:r>
      <w:r>
        <w:rPr>
          <w:lang w:eastAsia="zh-CN"/>
        </w:rPr>
        <w:br/>
      </w:r>
      <w:r>
        <w:rPr>
          <w:lang w:eastAsia="zh-CN"/>
        </w:rPr>
        <w:t>　　2）希望校长在未来的个节日里，给学生正常的休假，因为每次节日上课，出勤率都非常不好，打电话问询时，家长的意见也很大，望校长熟虑。</w:t>
      </w:r>
      <w:r>
        <w:rPr>
          <w:lang w:eastAsia="zh-CN"/>
        </w:rPr>
        <w:br/>
      </w:r>
      <w:r>
        <w:rPr>
          <w:lang w:eastAsia="zh-CN"/>
        </w:rPr>
        <w:t>　　以上就是本年度的工作总结，也是我对自己小小的评价和总结，对学校忠恳的建议。总而言之，在新的一年里，希望自己不论是专业还是教学都能更上一层楼，充实自己，让自己更加出色，做到最好。更希望学校日后的发展蒸蒸日上，更加辉煌。</w:t>
      </w:r>
      <w:r>
        <w:rPr>
          <w:lang w:eastAsia="zh-CN"/>
        </w:rPr>
        <w:br/>
      </w:r>
      <w:r>
        <w:rPr>
          <w:lang w:eastAsia="zh-CN"/>
        </w:rPr>
        <w:t>　　舞蹈专职老师——韦骊美娘</w:t>
      </w:r>
      <w:r>
        <w:rPr>
          <w:lang w:eastAsia="zh-CN"/>
        </w:rPr>
        <w:br/>
      </w:r>
      <w:r>
        <w:rPr>
          <w:lang w:eastAsia="zh-CN"/>
        </w:rPr>
        <w:t xml:space="preserve">    2024年年底工作总结范文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今年以来，在城管局党委的正确领导下,公司对照年初签订的目标责任状，紧紧围绕路灯维护管理的中心工作，始终践行方便群众出行的服务理念，不断追求更高的工作效率、更优的服务质量、更快捷的运行机制，较好地完成了各项工作任务。</w:t>
      </w:r>
      <w:r>
        <w:rPr>
          <w:lang w:eastAsia="zh-CN"/>
        </w:rPr>
        <w:br/>
      </w:r>
      <w:r>
        <w:rPr>
          <w:lang w:eastAsia="zh-CN"/>
        </w:rPr>
        <w:t>　　一、高标准严要求，扎实推进路灯工作</w:t>
      </w:r>
      <w:r>
        <w:rPr>
          <w:lang w:eastAsia="zh-CN"/>
        </w:rPr>
        <w:br/>
      </w:r>
      <w:r>
        <w:rPr>
          <w:lang w:eastAsia="zh-CN"/>
        </w:rPr>
        <w:t>　　1、精细化开展日常维护工作</w:t>
      </w:r>
      <w:r>
        <w:rPr>
          <w:lang w:eastAsia="zh-CN"/>
        </w:rPr>
        <w:br/>
      </w:r>
      <w:r>
        <w:rPr>
          <w:lang w:eastAsia="zh-CN"/>
        </w:rPr>
        <w:t>　　结合我公司具体工作特点，严格执行路灯管理养护细则。截止目前，累计完成维修路灯651盏次，更换各类光源电器120套，维修耗用电线电缆5926米，维修及更换绿源灯泡966个、钠灯156只、真空交流接触器51只、铜鼻子1372只、钢纤维手孔50个、路灯门板96个。保证了辖区范围内路灯的日常亮灯率及路灯设备设施的完好率。</w:t>
      </w:r>
      <w:r>
        <w:rPr>
          <w:lang w:eastAsia="zh-CN"/>
        </w:rPr>
        <w:br/>
      </w:r>
      <w:r>
        <w:rPr>
          <w:lang w:eastAsia="zh-CN"/>
        </w:rPr>
        <w:t>　　2、稳步推进路灯工程</w:t>
      </w:r>
      <w:r>
        <w:rPr>
          <w:lang w:eastAsia="zh-CN"/>
        </w:rPr>
        <w:br/>
      </w:r>
      <w:r>
        <w:rPr>
          <w:lang w:eastAsia="zh-CN"/>
        </w:rPr>
        <w:t>　　今年总共安装路灯377套，对各路段被撞路灯恢复补缺70余盏，使各路段缺灯缺火现象得以改善，大大提高各路段的路灯照度。我公司不折不扣完成了上级交办的.工程任务，主要已完工亮灯的工程:东方红桥改造工程的4套12米六火桥头灯、9套10米单火路灯；尹公桥改造工程4套10米四火桥头灯；华阳桥改造工程4套桥头灯；丹阳市珥陵镇大施村路灯工程的149套7米LED路灯、1套5米LED路灯，自接工程华南映小区路灯工程的133套3.5米单火LED庭院灯和2套6米双火LED路灯。东风片区改造一期（香草路西延）路灯工程的68套的12米高低灯完成土建进场。</w:t>
      </w:r>
      <w:r>
        <w:rPr>
          <w:lang w:eastAsia="zh-CN"/>
        </w:rPr>
        <w:br/>
      </w:r>
      <w:r>
        <w:rPr>
          <w:lang w:eastAsia="zh-CN"/>
        </w:rPr>
        <w:t>　　3、主动承接小区工程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今年我公司积极创收，主动联系，争取承接小区路灯安装及各乡镇的路灯安装维护管养工作，为单位创造经营性收入，保障单位良性化运作。截止目前，完成自接工程159万元，其中云阳镇路灯维修服务90万元，华南映小区路灯工程67万，美墅花园路灯工程2.2万元。</w:t>
      </w:r>
      <w:r>
        <w:rPr>
          <w:lang w:eastAsia="zh-CN"/>
        </w:rPr>
        <w:br/>
      </w:r>
      <w:r>
        <w:rPr>
          <w:lang w:eastAsia="zh-CN"/>
        </w:rPr>
        <w:t>　　二、统筹发展和安全，筑牢安全生产屏障</w:t>
      </w:r>
      <w:r>
        <w:rPr>
          <w:lang w:eastAsia="zh-CN"/>
        </w:rPr>
        <w:br/>
      </w:r>
      <w:r>
        <w:rPr>
          <w:lang w:eastAsia="zh-CN"/>
        </w:rPr>
        <w:t>　　1、加强安全检查，提高整治力度</w:t>
      </w:r>
      <w:r>
        <w:rPr>
          <w:lang w:eastAsia="zh-CN"/>
        </w:rPr>
        <w:br/>
      </w:r>
      <w:r>
        <w:rPr>
          <w:lang w:eastAsia="zh-CN"/>
        </w:rPr>
        <w:t>　　我公司始终把安全生产放在第一位，着力抓好安全生产工作的常态化管理。截至目前，目前已完成了3728个路灯井的隐患排查工作，其中发现隐患9处，均已整改；夜间巡查各路段路灯道路2304余次，安全督查42次，共计发现隐患7处，均已整改；开展5类安全专项整治活动，8人参加20__年度安全管理员资格培训，均已通过考核。</w:t>
      </w:r>
      <w:r>
        <w:rPr>
          <w:lang w:eastAsia="zh-CN"/>
        </w:rPr>
        <w:br/>
      </w:r>
      <w:r>
        <w:rPr>
          <w:lang w:eastAsia="zh-CN"/>
        </w:rPr>
        <w:t>　　2、强化安全教育培训，提高职工安全意识</w:t>
      </w:r>
      <w:r>
        <w:rPr>
          <w:lang w:eastAsia="zh-CN"/>
        </w:rPr>
        <w:br/>
      </w:r>
      <w:r>
        <w:rPr>
          <w:lang w:eastAsia="zh-CN"/>
        </w:rPr>
        <w:t>　　积极响应“安全生产月”活动，共组织开展系列安全生产培训活动9次，累计召开安全专题部署会6次，分管领导下基层开展安全生产专题宣讲1次，组织“第一责任人”安全生产专题宣讲1次；组织驾驶员安全教育培训1次，组织全体职工应急演练2次，树立“安全第一、预防为主”观念，强化职工安全生产意识。</w:t>
      </w:r>
      <w:r>
        <w:rPr>
          <w:lang w:eastAsia="zh-CN"/>
        </w:rPr>
        <w:br/>
      </w:r>
      <w:r>
        <w:rPr>
          <w:lang w:eastAsia="zh-CN"/>
        </w:rPr>
        <w:t>　　三、改造升级智慧路灯，提升城市品位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9月底已完成智慧路灯改造19653盏，建成覆盖全市的智慧管理平台，实现了智能控制。根据道路上的车流量和实际照明需要来调节光源亮度，节省电能，做到科学照明，绿色照明，节约能源，减低能耗，建立优质高效生态环保的城市照明环境。通过本次改造预计每年可节约1500万度电能，减少碳排放约6000吨。</w:t>
      </w:r>
      <w:r>
        <w:rPr>
          <w:lang w:eastAsia="zh-CN"/>
        </w:rPr>
        <w:br/>
      </w:r>
      <w:r>
        <w:rPr>
          <w:lang w:eastAsia="zh-CN"/>
        </w:rPr>
        <w:t>　　四、勇于担当，持续筑牢疫情防控线</w:t>
      </w:r>
      <w:r>
        <w:rPr>
          <w:lang w:eastAsia="zh-CN"/>
        </w:rPr>
        <w:br/>
      </w:r>
      <w:r>
        <w:rPr>
          <w:lang w:eastAsia="zh-CN"/>
        </w:rPr>
        <w:t>　　面对省内外多地发生的疫情，我公司积极号召组织迅速反应并协调各部门紧急抽调人员，派出45余名青年职工深入抗击疫情最前线，3月13日第一批志愿者奔赴第三人民医院，助力核酸检测工作，连续坚持在岗20多天；3月22日前往皇塘镇核酸点，协助开展疫情防控相关工作，共计排查走访共计200余户，并全部整理统计归档转交村委会；4月21日前往城际广场化身防疫“大白”，接收、分流各地来丹返丹旅客累计3000余人。11月前往开发区吾悦广场、大亚第一城、金郡小区核酸监测点检查健康码、行程码、引导登记信息，助力核酸检测工作。其中安排14名志愿者驻扎吾悦华府开展疫情防控志愿服务。志愿者们以实际行动使疫情防控信息摸底更精准、排查管控更严密，坚决巩固来之不易的疫情防控成果。</w:t>
      </w:r>
      <w:r>
        <w:rPr>
          <w:lang w:eastAsia="zh-CN"/>
        </w:rPr>
        <w:br/>
      </w:r>
      <w:r>
        <w:rPr>
          <w:lang w:eastAsia="zh-CN"/>
        </w:rPr>
        <w:t>　　五、多措并举，提升路灯服务水平</w:t>
      </w:r>
      <w:r>
        <w:rPr>
          <w:lang w:eastAsia="zh-CN"/>
        </w:rPr>
        <w:br/>
      </w:r>
      <w:r>
        <w:rPr>
          <w:lang w:eastAsia="zh-CN"/>
        </w:rPr>
        <w:t>　　1、多平台倾听民意，提升服务效率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为提升服务水平，切实保障市民出行便利，对于突发的线路故障、设备故障，我公司始终保持在1至3个工作日内给予修复。运用多种手段广开交流平台，虚心倾听市民的呼声；不断提升干部职工的服务意识和工作作风的转变，安排专职人员24小时接听及搜集整理社情民意，认真做好接听记录，及时组织相关人员实地察看并及时回复处置情况，保证每一件舆情有记录、有落实。今年“12345”政府热线127件，受理路灯咨询、报修电话378次，数字城管派遣案件209条，记录自动化控制系统报警问题294条，核实故障内容后传达给各维修科室81条，公司督查考核小组共计考核55次，发现路灯不亮136盏次，均已及时通知给各科室进行维修处理完成。</w:t>
      </w:r>
      <w:r>
        <w:rPr>
          <w:lang w:eastAsia="zh-CN"/>
        </w:rPr>
        <w:br/>
      </w:r>
      <w:r>
        <w:rPr>
          <w:lang w:eastAsia="zh-CN"/>
        </w:rPr>
        <w:t>　　2、积极作为，解决民生难事</w:t>
      </w:r>
      <w:r>
        <w:rPr>
          <w:lang w:eastAsia="zh-CN"/>
        </w:rPr>
        <w:br/>
      </w:r>
      <w:r>
        <w:rPr>
          <w:lang w:eastAsia="zh-CN"/>
        </w:rPr>
        <w:t>　　今年共接收到三次政协和两次人大提案，分别为提升改造延河广场、在312国道蒋墅集镇路段安装路灯、解决路灯亮化盲点的政协提案，以及关于在312国道蒋墅集镇路段和河阳互通出口312国道北段至马陵安装路灯的人大提案，已全部回复。</w:t>
      </w:r>
      <w:r>
        <w:rPr>
          <w:lang w:eastAsia="zh-CN"/>
        </w:rPr>
        <w:br/>
      </w:r>
      <w:r>
        <w:rPr>
          <w:lang w:eastAsia="zh-CN"/>
        </w:rPr>
        <w:t xml:space="preserve">    2024年年底工作总结范文 篇3 </w:t>
      </w:r>
      <w:r>
        <w:rPr>
          <w:lang w:eastAsia="zh-CN"/>
        </w:rPr>
        <w:br/>
      </w:r>
      <w:r>
        <w:rPr>
          <w:lang w:eastAsia="zh-CN"/>
        </w:rPr>
        <w:t>　　作为一名超市店长我深感到责任的重大，多年来的工作经验，让我明白了这样一个道理：对于一个经济效益好的超市来说，一是要有一个专业的管理者;二是要有良好的专业知识做后盾;三是要有一套良好的管理制度。 用心去观察，用心去与顾客交流，你就可以做好。</w:t>
      </w:r>
      <w:r>
        <w:rPr>
          <w:lang w:eastAsia="zh-CN"/>
        </w:rPr>
        <w:br/>
      </w:r>
      <w:r>
        <w:rPr>
          <w:lang w:eastAsia="zh-CN"/>
        </w:rPr>
        <w:t>　　具体归纳为以下几点：</w:t>
      </w:r>
      <w:r>
        <w:rPr>
          <w:lang w:eastAsia="zh-CN"/>
        </w:rPr>
        <w:br/>
      </w:r>
      <w:r>
        <w:rPr>
          <w:lang w:eastAsia="zh-CN"/>
        </w:rPr>
        <w:t>　　1、认真贯彻超市的经营方针，同时将超市的经营策略正确并及时的传达给每个员工，起好承上启下的桥梁作用。</w:t>
      </w:r>
      <w:r>
        <w:rPr>
          <w:lang w:eastAsia="zh-CN"/>
        </w:rPr>
        <w:br/>
      </w:r>
      <w:r>
        <w:rPr>
          <w:lang w:eastAsia="zh-CN"/>
        </w:rPr>
        <w:t>　　2、做好员工的思想工作，团结好店内员工，充分调动和发挥员工的积极性，了解每一位员工的优点所在，并发挥其特长，做到量才适用。增强本店的凝聚力，使之成为一个团结的集体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3、通过各种渠道了解同业信息，了解顾客的购物心理，做到知己知彼，心中有数，有的放矢，使我们的工作更具针对性，从而避免因此而带来的不必要的损失。</w:t>
      </w:r>
      <w:r>
        <w:rPr>
          <w:lang w:eastAsia="zh-CN"/>
        </w:rPr>
        <w:br/>
      </w:r>
      <w:r>
        <w:rPr>
          <w:lang w:eastAsia="zh-CN"/>
        </w:rPr>
        <w:t>　　4、以身作则，做员工的表帅。不断的向员工灌输企业文化，教育员工有全局意识，做事情要从超市整体利益出发。</w:t>
      </w:r>
      <w:r>
        <w:rPr>
          <w:lang w:eastAsia="zh-CN"/>
        </w:rPr>
        <w:br/>
      </w:r>
      <w:r>
        <w:rPr>
          <w:lang w:eastAsia="zh-CN"/>
        </w:rPr>
        <w:t>　　5、靠周到而细致的服务去吸引顾客。发挥所有员工的主动性和创作性，使员工从被动的 让我干 到积极的 我要干 。为了给顾客创造一个良好的购物环境，为超市创作更多的销售业绩，带领员工在以下几方面做好本职工作。</w:t>
      </w:r>
      <w:r>
        <w:rPr>
          <w:lang w:eastAsia="zh-CN"/>
        </w:rPr>
        <w:br/>
      </w:r>
      <w:r>
        <w:rPr>
          <w:lang w:eastAsia="zh-CN"/>
        </w:rPr>
        <w:t>　　首先，做好每天的清洁工作，为顾客营造一个舒心的购物环境;</w:t>
      </w:r>
      <w:r>
        <w:rPr>
          <w:lang w:eastAsia="zh-CN"/>
        </w:rPr>
        <w:br/>
      </w:r>
      <w:r>
        <w:rPr>
          <w:lang w:eastAsia="zh-CN"/>
        </w:rPr>
        <w:t>　　其次，积极主动的为顾客服务，尽可能的.满足消费者需求;要不断强化服务意识，并以发自内心的微笑和礼貌的文明用语，使顾客满意的离开本店。</w:t>
      </w:r>
      <w:r>
        <w:rPr>
          <w:lang w:eastAsia="zh-CN"/>
        </w:rPr>
        <w:br/>
      </w:r>
      <w:r>
        <w:rPr>
          <w:lang w:eastAsia="zh-CN"/>
        </w:rPr>
        <w:t>　　6、处理好部门间的合作、上下级之间的工作协作，少一些牢骚，多一些热情，客观的去看待工作中的问题，并以积极的态度去解决。</w:t>
      </w:r>
      <w:r>
        <w:rPr>
          <w:lang w:eastAsia="zh-CN"/>
        </w:rPr>
        <w:br/>
      </w:r>
      <w:r>
        <w:rPr>
          <w:lang w:eastAsia="zh-CN"/>
        </w:rPr>
        <w:t xml:space="preserve">    2024年年底工作总结范文 篇4 </w:t>
      </w:r>
      <w:r>
        <w:rPr>
          <w:lang w:eastAsia="zh-CN"/>
        </w:rPr>
        <w:br/>
      </w:r>
      <w:r>
        <w:rPr>
          <w:lang w:eastAsia="zh-CN"/>
        </w:rPr>
        <w:t>　　时光流逝，转眼间我在成长中又渡过半年。回首这走过的半年，很荣幸能与各位同事共同进步，我也在大家的身上学到不少的知识。半年以来我心中最大的感受便是要做一名合格的教师不难，但要做一名优秀的教师就不那么简单了。我认为：一名好的教师不仅要为人谦和正直，对事业认真兢兢业业。而且在思想政治上、业务能力上更要专研。我作为一名年轻的教师需要学习的东西还很多很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作为一名教师，要想完成工作的责任，首先必须具备教师素质，树立正确的世界观和人生观。在这半年中我认真参加各种学习和活动。有句成语是：只要功夫深，铁杵磨成针。是的，作为一名教师，我在工作中无意中会考虑不周显得毛毛糙糙，不甚妥当。当意见、建议来临时，现在的我不再不悦，不再拒绝。而是以更高的要求来要求自己，努力告诫自己：换个角度静心仔细想想如何能的好一些。</w:t>
      </w:r>
      <w:r>
        <w:rPr>
          <w:lang w:eastAsia="zh-CN"/>
        </w:rPr>
        <w:br/>
      </w:r>
      <w:r>
        <w:rPr>
          <w:lang w:eastAsia="zh-CN"/>
        </w:rPr>
        <w:t>　　在学习中我认真听取经验，仔细记录，并在活动后的空余时间认真思考推敲，有目的的在班中进行一些尝试。如：教育学生时，我不会单纯的去批评一个学生，不会因为一时的犯错而指责学生，我会认真了解学生在犯错误的整个过程以及为什么会出现这样的`错误，又怎么能避免不去烦这样的错误等等。</w:t>
      </w:r>
      <w:r>
        <w:rPr>
          <w:lang w:eastAsia="zh-CN"/>
        </w:rPr>
        <w:br/>
      </w:r>
      <w:r>
        <w:rPr>
          <w:lang w:eastAsia="zh-CN"/>
        </w:rPr>
        <w:t>　　在工作中，我认真投入，认真学习。我感到人人都是我的师长，我能学，要学的东西还很多。如：好的教学方法，如何在课堂中提高学生的积极性、创造性、自主性等等。在空余时间，我会阅读一些自己订的杂志，去图书馆翻阅、网上查询有关相关资料，去书城购买与教育教学有用的各类书籍和音像资料进行观看学习，我深切的感受到学习对自己的帮助确实很大。</w:t>
      </w:r>
      <w:r>
        <w:rPr>
          <w:lang w:eastAsia="zh-CN"/>
        </w:rPr>
        <w:br/>
      </w:r>
      <w:r>
        <w:rPr>
          <w:lang w:eastAsia="zh-CN"/>
        </w:rPr>
        <w:t>　　通过这半年的工作，我很幸运学到了不少东西，业务上也努力做了一些成绩。但这还远远不够。我将在未来继续多学，多思、多试努力把工作做的更好。</w:t>
      </w:r>
      <w:r>
        <w:rPr>
          <w:lang w:eastAsia="zh-CN"/>
        </w:rPr>
        <w:br/>
      </w:r>
      <w:r>
        <w:rPr>
          <w:lang w:eastAsia="zh-CN"/>
        </w:rPr>
        <w:t xml:space="preserve">    2024年年底工作总结范文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时间真的在那些太阳和月亮的剪影中度过，一年级仿佛才开始，一晃就要迎来二年级。作为首届委会成员，去年的9月，我们诚惶诚恐地接受了新的挑战，家委会工作。在郭老师、黄老师的鼓励下，在家长们的理解支持下，我们投入了极大的热情和时间参与到班级工作中。我们的宗旨就是：为孩子服务，为家长服务，一切为了孩子。尽管，这一年是忙碌的，但一张张灿烂的笑脸让我们快乐着，一句句话语让我们幸福着。在老师的协助和家长们的配合下，做了已下工作，现总结如下：</w:t>
      </w:r>
      <w:r>
        <w:rPr>
          <w:lang w:eastAsia="zh-CN"/>
        </w:rPr>
        <w:br/>
      </w:r>
      <w:r>
        <w:rPr>
          <w:lang w:eastAsia="zh-CN"/>
        </w:rPr>
        <w:t>　　一、恪守职责，主动参与、积极配合学校、老师开展工作。</w:t>
      </w:r>
      <w:r>
        <w:rPr>
          <w:lang w:eastAsia="zh-CN"/>
        </w:rPr>
        <w:br/>
      </w:r>
      <w:r>
        <w:rPr>
          <w:lang w:eastAsia="zh-CN"/>
        </w:rPr>
        <w:t>　　家委会全体成员统一认识，明确了家委会的权利和义务，发挥各自优势，推选出家委会主任、副主任，同时组建了宣传部、活动部、后勤部和财务部，大家分工合作。很好地发挥了桥梁纽带作用，促进了家长和学校、家长和老师、家长和家长的交流和了解，增进家长和孩子、孩子与孩子之间的感情和友谊。</w:t>
      </w:r>
      <w:r>
        <w:rPr>
          <w:lang w:eastAsia="zh-CN"/>
        </w:rPr>
        <w:br/>
      </w:r>
      <w:r>
        <w:rPr>
          <w:lang w:eastAsia="zh-CN"/>
        </w:rPr>
        <w:t>　　1.家委会，充分认识到网络在联系家、校、学生之间的重要性，及时建立QQ群、微信群和班级博客。为大家创建一个学习、交流和讨论的互动空间，家校互相交流、互相沟通，为培育孩子创造良好的教育环境和氛围。家委会宣传部成员每天更新网页，积极发贴，还发动家长、同学们关心班级网站，家委会通知都在网站上公布，班级网站发挥着家校联系功能，是促进家校互动,提供了教育孩子的交流平台。</w:t>
      </w:r>
      <w:r>
        <w:rPr>
          <w:lang w:eastAsia="zh-CN"/>
        </w:rPr>
        <w:br/>
      </w:r>
      <w:r>
        <w:rPr>
          <w:lang w:eastAsia="zh-CN"/>
        </w:rPr>
        <w:t>　　2.家委会为了给孩子们提供更好的学习环境，增加了教室的美感，购买宣传板、盆栽等。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3.家委会积级参与配合学校组织的大型活动中。如趣味运动会上，家委会的妈们跑上跑下，配合老师组织同学，维持秩序，拍照摄像，并为孩子们准备饮用水和补充体力的小食品。班级荣获了荣誉，这份荣誉离不开老师的指导，家委会的配合协助。学校的文艺汇演、艺术文化周、感恩节、教师节家委会都会积极支持和配合，第一时间把同学们的参赛作品上传班级博客，并及时报道活动过程与结果，让家长也通过网络来融入学校的节日，了解学校的教育宗旨。</w:t>
      </w:r>
      <w:r>
        <w:rPr>
          <w:lang w:eastAsia="zh-CN"/>
        </w:rPr>
        <w:br/>
      </w:r>
      <w:r>
        <w:rPr>
          <w:lang w:eastAsia="zh-CN"/>
        </w:rPr>
        <w:t>　　二.创班级特色，配合老师做好班级活动。</w:t>
      </w:r>
      <w:r>
        <w:rPr>
          <w:lang w:eastAsia="zh-CN"/>
        </w:rPr>
        <w:br/>
      </w:r>
      <w:r>
        <w:rPr>
          <w:lang w:eastAsia="zh-CN"/>
        </w:rPr>
        <w:t>　　现在的学生大部分都是独生子女，是被家长们宠爱着、呵护着的一代。他们既聪明又充满个性，以自我为中心。我班的学生就是一个典型的例子。接管这个班的时候，他们给我的感觉就是散漫、我行我素。各个科任老师都向我投诉他们上课纪律差，不会听课，小动作多。为此，家长委员会的成员召开会议，制定纪律竞赛的方案。这一措施让学生们觉得既兴奋又好玩，他们开始关注自己各方面的纪律情况，包括吃饭纪律、午睡纪律、上课纪律、课前准备纪律、早读纪律、排队纪律等等。班风学风有了很大的转变，这有赖于家长委员会的群策群力。</w:t>
      </w:r>
      <w:r>
        <w:rPr>
          <w:lang w:eastAsia="zh-CN"/>
        </w:rPr>
        <w:br/>
      </w:r>
      <w:r>
        <w:rPr>
          <w:lang w:eastAsia="zh-CN"/>
        </w:rPr>
        <w:t>　　三、开展有益的教育活动，拓展孩子们的学习和成长空间。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传统节日正是培育优秀民族文化的沃土。家委会成员抓住时机，在传统节日到来前积极出谋划策组织各种活动，让孩子们了解民族风俗及民族文化含义；学会感恩和珍惜现在的美好生活,爱国、爱家；弘扬中华民族尊老爱幼的优良传统.传播良好的行为习惯。一场场看似简单的活动，却花费了家委会成员的不少心血，所幸的是得到了全体家长们和老师们的支持。</w:t>
      </w:r>
      <w:r>
        <w:rPr>
          <w:lang w:eastAsia="zh-CN"/>
        </w:rPr>
        <w:br/>
      </w:r>
      <w:r>
        <w:rPr>
          <w:lang w:eastAsia="zh-CN"/>
        </w:rPr>
        <w:t>　　四、制定目标，让学生提高成绩。</w:t>
      </w:r>
      <w:r>
        <w:rPr>
          <w:lang w:eastAsia="zh-CN"/>
        </w:rPr>
        <w:br/>
      </w:r>
      <w:r>
        <w:rPr>
          <w:lang w:eastAsia="zh-CN"/>
        </w:rPr>
        <w:t>　　我班的学生成绩比较差，学习又比较懒散，为此，家长委员会为每位学生制定了目标分数，达到目标就进行奖励。就这样每位学生都朝着自己的目标分数努力。凭着这股劲，每位学生都锲而不舍地学习知识，堂上认真听、课后不懂就问。就这样，在这学期期末考试他们取得了良好的成绩。</w:t>
      </w:r>
      <w:r>
        <w:rPr>
          <w:lang w:eastAsia="zh-CN"/>
        </w:rPr>
        <w:br/>
      </w:r>
      <w:r>
        <w:rPr>
          <w:lang w:eastAsia="zh-CN"/>
        </w:rPr>
        <w:t>　　五、外出郊游，让学生开阔视野。</w:t>
      </w:r>
      <w:r>
        <w:rPr>
          <w:lang w:eastAsia="zh-CN"/>
        </w:rPr>
        <w:br/>
      </w:r>
      <w:r>
        <w:rPr>
          <w:lang w:eastAsia="zh-CN"/>
        </w:rPr>
        <w:t>　　为了让学生开阔视野，有更多的生活体验。家长委员会还组织了我班的学生到友邦山庄进行亲子烧烤活动。这次郊游是一次既与大自然亲密接触又是一次有意义的亲子活动。让学生开阔视野之余又加深了孩子与家长的感情。</w:t>
      </w:r>
      <w:r>
        <w:rPr>
          <w:lang w:eastAsia="zh-CN"/>
        </w:rPr>
        <w:br/>
      </w:r>
      <w:r>
        <w:rPr>
          <w:lang w:eastAsia="zh-CN"/>
        </w:rPr>
        <w:t>　　家长委员会的工作得到了全体家长的认可，越来越多的家长加入此项活动，以发挥家长的参与监督作用。今后，我们仍将继续努力，要进一步配合学校开展好各项工作，发挥好家委会参与、监督、评议、促进的作用，争取更好的成绩。</w:t>
      </w:r>
      <w:r>
        <w:rPr>
          <w:lang w:eastAsia="zh-CN"/>
        </w:rPr>
        <w:br/>
      </w:r>
      <w:r>
        <w:rPr>
          <w:lang w:eastAsia="zh-CN"/>
        </w:rPr>
        <w:t>　　六、把家委会工作落实在实处。</w:t>
      </w:r>
      <w:r>
        <w:rPr>
          <w:lang w:eastAsia="zh-CN"/>
        </w:rPr>
        <w:br/>
      </w:r>
      <w:r>
        <w:rPr>
          <w:lang w:eastAsia="zh-CN"/>
        </w:rPr>
        <w:t>　　怎样才能做好家委会的工作，不辜负全体家长对我们的厚望，通过一学期的摸索，我们总结出来，家委会要想把工作做好就要把功夫花在实际的工作中，做好每一件不起眼小事,搞好班级。</w:t>
      </w:r>
      <w:r>
        <w:rPr>
          <w:lang w:eastAsia="zh-CN"/>
        </w:rPr>
        <w:br/>
      </w:r>
      <w:r>
        <w:rPr>
          <w:lang w:eastAsia="zh-CN"/>
        </w:rPr>
        <w:t xml:space="preserve">    2024年年底工作总结范文 篇6 </w:t>
      </w:r>
      <w:r>
        <w:rPr>
          <w:lang w:eastAsia="zh-CN"/>
        </w:rPr>
        <w:br/>
      </w:r>
      <w:r>
        <w:rPr>
          <w:lang w:eastAsia="zh-CN"/>
        </w:rPr>
        <w:t>　　年</w:t>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月来我公司，这几年中在公司领导及各位成员的帮助与支持下，按照公司及车间的要求，通过不断的努力，较好地完成了自己的本职工作，并且在工作上有了新的突破，工作方式和工作效率有了很大的提升，现将今年的工作总结如下：</w:t>
      </w:r>
      <w:r>
        <w:rPr>
          <w:lang w:eastAsia="zh-CN"/>
        </w:rPr>
        <w:br/>
      </w:r>
      <w:r>
        <w:rPr>
          <w:lang w:eastAsia="zh-CN"/>
        </w:rPr>
        <w:t>　　一、主要完成的工作：</w:t>
      </w:r>
      <w:r>
        <w:rPr>
          <w:lang w:eastAsia="zh-CN"/>
        </w:rPr>
        <w:br/>
      </w:r>
      <w:r>
        <w:rPr>
          <w:lang w:eastAsia="zh-CN"/>
        </w:rPr>
        <w:t>　　狠抓安全管理，减少事故发生：身为一名基层干部，虽然能力有限，但肩负员工的生命安全的重任从未放松。</w:t>
      </w:r>
      <w:r>
        <w:rPr>
          <w:lang w:eastAsia="zh-CN"/>
        </w:rPr>
        <w:br/>
      </w:r>
      <w:r>
        <w:rPr>
          <w:lang w:eastAsia="zh-CN"/>
        </w:rPr>
        <w:t>　　保证产品质量提高产品品质：我深知作为公司基层，自己的工作直接影响车间的工作质量，出对公司的负责任，我在质量控制方面，一直不敢松懈，对于生产过程中出现的问题从不轻易放过，会主动与质控沟通解决问题，同时加强员工对质量的重要性的认识，要求大家认真做好自检互检工作，确保不让同样的问题出现。</w:t>
      </w:r>
      <w:r>
        <w:rPr>
          <w:lang w:eastAsia="zh-CN"/>
        </w:rPr>
        <w:br/>
      </w:r>
      <w:r>
        <w:rPr>
          <w:lang w:eastAsia="zh-CN"/>
        </w:rPr>
        <w:t>　　提高班组管理力度：在我的积极带领下并很好的完成了部门交给的各项生产任务，还把产能翻了又翻，同时在管理上借签以往的方法，使员工的执行力得到很大的提高，友好团结，工作认真，提高了工作效率和工作质量，降底了成本，改进技术多项，为我公司每月增值几万元的收入。如：边角料以废变宝。</w:t>
      </w:r>
      <w:r>
        <w:rPr>
          <w:lang w:eastAsia="zh-CN"/>
        </w:rPr>
        <w:br/>
      </w:r>
      <w:r>
        <w:rPr>
          <w:lang w:eastAsia="zh-CN"/>
        </w:rPr>
        <w:t>　　二、工作出现的问题及解决方法：</w:t>
      </w:r>
      <w:r>
        <w:rPr>
          <w:lang w:eastAsia="zh-CN"/>
        </w:rPr>
        <w:br/>
      </w:r>
      <w:r>
        <w:rPr>
          <w:lang w:eastAsia="zh-CN"/>
        </w:rPr>
        <w:t>　　公司创建到现在，虽然在不断的努力下取得了很好成绩，但同时也存在一些问题和不足，以下几点比较突出：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班组管理方面：如，员工的标准化作业，专业技术水平，有待改进和提高，没有高素质的员工，就没有高质量的产品，员工管理不好是领导的错，因此在以后的工作中，要提高员工综合素质问题，加强岗位技能和专业技术知识的培训，企业文化是很重要。</w:t>
      </w:r>
      <w:r>
        <w:rPr>
          <w:lang w:eastAsia="zh-CN"/>
        </w:rPr>
        <w:br/>
      </w:r>
      <w:r>
        <w:rPr>
          <w:lang w:eastAsia="zh-CN"/>
        </w:rPr>
        <w:t>　　质量控制方面：质量是生产出来的而不是检出来的，一定要按照目标要求认真抓好每一个环节，每一道工序，虽然目前公司从上到下都开始重视质量，但在实际操作过程中还是存在许多问题，尤其是原材料及配料是很重要，如：前不久生产的‘安医大’就是新供应商原材料abs板有质量问题，给我公司带来不必要的损失，我认为要做好质量工作，必须把握‘严，细，实”的原则，垃圾材料是做不出精品的，以后要严格管理，认真细致，狠抓落实。</w:t>
      </w:r>
      <w:r>
        <w:rPr>
          <w:lang w:eastAsia="zh-CN"/>
        </w:rPr>
        <w:br/>
      </w:r>
      <w:r>
        <w:rPr>
          <w:lang w:eastAsia="zh-CN"/>
        </w:rPr>
        <w:t>　　安全生产方面：安全管理没有做到位，力度不够，安全培训不到位，劳保用品不全.还有质量问题，如：今年安全事故累累发生，都没有在发生一次事故后及时总结经验教训，避免类似的事件再发生，使我公司的利益受到损伤，为止.在今后的工作加强安全培训，使每位员工都认识到安全生产的重要性。从而形成“人人重视安全生产，人人参与安全生产”的良好性。</w:t>
      </w:r>
      <w:r>
        <w:rPr>
          <w:lang w:eastAsia="zh-CN"/>
        </w:rPr>
        <w:br/>
      </w:r>
      <w:r>
        <w:rPr>
          <w:lang w:eastAsia="zh-CN"/>
        </w:rPr>
        <w:t>　　三、新年工作计划：</w:t>
      </w:r>
      <w:r>
        <w:rPr>
          <w:lang w:eastAsia="zh-CN"/>
        </w:rPr>
        <w:br/>
      </w:r>
      <w:r>
        <w:rPr>
          <w:lang w:eastAsia="zh-CN"/>
        </w:rPr>
        <w:t>　　新的一年意味着新的起点，新的机遇，新的挑战，在这一基础上我必须拥有新的高度，在原有的基础上再接再厉，认真提高工作水平，为我公司发展贡献自己的力量，我计划把我公司的功能背板作技术改进。最后再次感谢领导和同事对我的帮助，在新的一年我会再接再厉用优秀的工作业绩回报各位领导的关心与厚爱。</w:t>
      </w:r>
      <w:r>
        <w:rPr>
          <w:lang w:eastAsia="zh-CN"/>
        </w:rPr>
        <w:br/>
      </w:r>
      <w:r>
        <w:rPr>
          <w:lang w:eastAsia="zh-CN"/>
        </w:rPr>
        <w:t>　　谢谢 !</w:t>
      </w:r>
      <w:r>
        <w:rPr>
          <w:lang w:eastAsia="zh-CN"/>
        </w:rPr>
        <w:br/>
      </w:r>
      <w:r>
        <w:rPr>
          <w:lang w:eastAsia="zh-CN"/>
        </w:rPr>
        <w:t xml:space="preserve">    2024年年底工作总结范文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在不断的追逐中迎来了20__年最后的时刻，站在这个时光的分岔路口，我的心里有很多的感触。不管是对于过去的一切，还是对于不远的未来，其实我们作为企业的一名员工，心里一定是要留有感恩和激情的，因此在这里，我为过去一年的工作做好了总结，也为未来一年的工作做了一次展望!</w:t>
      </w:r>
      <w:r>
        <w:rPr>
          <w:lang w:eastAsia="zh-CN"/>
        </w:rPr>
        <w:br/>
      </w:r>
      <w:r>
        <w:rPr>
          <w:lang w:eastAsia="zh-CN"/>
        </w:rPr>
        <w:t>　　一、20__年工作回顾</w:t>
      </w:r>
      <w:r>
        <w:rPr>
          <w:lang w:eastAsia="zh-CN"/>
        </w:rPr>
        <w:br/>
      </w:r>
      <w:r>
        <w:rPr>
          <w:lang w:eastAsia="zh-CN"/>
        </w:rPr>
        <w:t>　　今年这一年对于我来说意义很不凡，这是我步入社会的第二年，同时也是我进入一家企业正式工作的一年。以前从未想过自己一年之间能够创造出这样的惊喜，但是我做到了，我凭借着自己的努力和固执，最终在这个路口收获了自己的成果。我不得不感谢的是这一年来我部门的主管以及我身边的同事们给予我的帮助和照顾，我如果没有这些支持，我想我也很难会有这样的进步的，所以真的很感谢。</w:t>
      </w:r>
      <w:r>
        <w:rPr>
          <w:lang w:eastAsia="zh-CN"/>
        </w:rPr>
        <w:br/>
      </w:r>
      <w:r>
        <w:rPr>
          <w:lang w:eastAsia="zh-CN"/>
        </w:rPr>
        <w:t>　　这一年，我在自己的工作上兢兢业业、一丝不苟，几乎没有出现任何过错。我做事本身就是比较谨慎的那种，我最怕的就是出现错误砸自己的脚，也给别人带来一些困扰，所以我一直都是非常谨慎的面对自己这份工作的。于此之外，我很少在公司出现一些不良的行为，更是没有违纪违规的现象，我的性格是比较温和的那种，所以我很少去做一些高调的事情，我认为自己还是做好了员工的这一个身份的。在工作业绩上，我也表现的还算良好，至少在这一年里，我作为一个新人，从未垫过底，一般都是处于中上的水平，我的确做到了自己最好的状态，也做好了这个部门的一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二、20__年工作展望</w:t>
      </w:r>
      <w:r>
        <w:rPr>
          <w:lang w:eastAsia="zh-CN"/>
        </w:rPr>
        <w:br/>
      </w:r>
      <w:r>
        <w:rPr>
          <w:lang w:eastAsia="zh-CN"/>
        </w:rPr>
        <w:t>　　新的一年，我有了新的盼望。已经在公司一年了，其实我也能算得上是一名老员工了，一年的基础让我对这份工作、对这个环境都有了十足的把握。其实我很清楚自己哪些方面比较擅长，哪些方面比较缺乏。因此这一年，我首先会不断改善自己比较缺乏的那些方面，其次就是加强自己擅长的部分。比如说在语言沟通上，我是要加倍努力的，其次在专业能力上，我也要去继续保持。这是保持我匀速进步的基础。</w:t>
      </w:r>
      <w:r>
        <w:rPr>
          <w:lang w:eastAsia="zh-CN"/>
        </w:rPr>
        <w:br/>
      </w:r>
      <w:r>
        <w:rPr>
          <w:lang w:eastAsia="zh-CN"/>
        </w:rPr>
        <w:t>　　20__年，这对于我个人来说是一次机遇，对很多行业来说也是一次崛起的机会，每个人都在努力，所以我不能够掉以轻心，我必须在这样的竞争中存活下来!我一定要为自己努一把力!</w:t>
      </w:r>
      <w:r>
        <w:rPr>
          <w:lang w:eastAsia="zh-CN"/>
        </w:rPr>
        <w:br/>
      </w:r>
      <w:r>
        <w:rPr>
          <w:lang w:eastAsia="zh-CN"/>
        </w:rPr>
        <w:t xml:space="preserve">    2024年年底工作总结范文 篇8 </w:t>
      </w:r>
      <w:r>
        <w:rPr>
          <w:lang w:eastAsia="zh-CN"/>
        </w:rPr>
        <w:br/>
      </w:r>
      <w:r>
        <w:rPr>
          <w:lang w:eastAsia="zh-CN"/>
        </w:rPr>
        <w:t>　　弹指一挥，__年即将画上句号。自进入公司以来，收获颇丰。联通是中国通讯行业重要的有机组成部分，公司的奋斗目标也是每一个员工的奋斗目标，公司的兴盛是每一个员工都作为要终身为之奋斗的事业来努力达到的。作为国有企业，公司内部有严谨的管理理念，正规的法定假日和合理的激励制度，让每一个员工都能够积极的把所有热情投入到工作当中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接手4个月的综合支撑工作，在领导的关心及指导和同事的细心帮助下，我很快掌握了综合支撑一整套的工作流程，并且自己在熟悉工作的基础上对一系列的工作方法进行科学的改进，去掉了一些繁冗的.环节，使工作做起来更简洁高效。综合支撑起到的很重要的一个作用就是承上启下。这就要求在职人员对领导的各种会议精神和指导思想要及时学习、融会贯通，全力施行，投入到真正的实践中去；对代理商和自己在工作中遇到的实际问题要适时、简明扼要的向上级领导反映，尽己所能的扫平各种影响工作、使工作滞后的因素。</w:t>
      </w:r>
      <w:r>
        <w:rPr>
          <w:lang w:eastAsia="zh-CN"/>
        </w:rPr>
        <w:br/>
      </w:r>
      <w:r>
        <w:rPr>
          <w:lang w:eastAsia="zh-CN"/>
        </w:rPr>
        <w:t>　　具体来说：在终端管理方面：</w:t>
      </w:r>
      <w:r>
        <w:rPr>
          <w:lang w:eastAsia="zh-CN"/>
        </w:rPr>
        <w:br/>
      </w:r>
      <w:r>
        <w:rPr>
          <w:lang w:eastAsia="zh-CN"/>
        </w:rPr>
        <w:t>　　①对遵义市分公司下发的终端及时、准确无误的录入3G系统和金算盘；</w:t>
      </w:r>
      <w:r>
        <w:rPr>
          <w:lang w:eastAsia="zh-CN"/>
        </w:rPr>
        <w:br/>
      </w:r>
      <w:r>
        <w:rPr>
          <w:lang w:eastAsia="zh-CN"/>
        </w:rPr>
        <w:t>　　②代理商领用终端时要在金算盘上作好串号明细的登记；</w:t>
      </w:r>
      <w:r>
        <w:rPr>
          <w:lang w:eastAsia="zh-CN"/>
        </w:rPr>
        <w:br/>
      </w:r>
      <w:r>
        <w:rPr>
          <w:lang w:eastAsia="zh-CN"/>
        </w:rPr>
        <w:t>　　③月底对3G系统内有串号的终端进行盘点；如果铺货到代理商处的，打一张以渠道为主体分类的终端领用明细汇总表，要求代理商签字确认；</w:t>
      </w:r>
      <w:r>
        <w:rPr>
          <w:lang w:eastAsia="zh-CN"/>
        </w:rPr>
        <w:br/>
      </w:r>
      <w:r>
        <w:rPr>
          <w:lang w:eastAsia="zh-CN"/>
        </w:rPr>
        <w:t>　　④根据3G系统的实际终端串号明细做一份盘点表，以代理商签字确认的终端领用表作附件。</w:t>
      </w:r>
      <w:r>
        <w:rPr>
          <w:lang w:eastAsia="zh-CN"/>
        </w:rPr>
        <w:br/>
      </w:r>
      <w:r>
        <w:rPr>
          <w:lang w:eastAsia="zh-CN"/>
        </w:rPr>
        <w:t>　　卡资源管理方面：</w:t>
      </w:r>
      <w:r>
        <w:rPr>
          <w:lang w:eastAsia="zh-CN"/>
        </w:rPr>
        <w:br/>
      </w:r>
      <w:r>
        <w:rPr>
          <w:lang w:eastAsia="zh-CN"/>
        </w:rPr>
        <w:t>　　①白卡库存数量不多要及时申请；</w:t>
      </w:r>
      <w:r>
        <w:rPr>
          <w:lang w:eastAsia="zh-CN"/>
        </w:rPr>
        <w:br/>
      </w:r>
      <w:r>
        <w:rPr>
          <w:lang w:eastAsia="zh-CN"/>
        </w:rPr>
        <w:t>　　②市分分配的白卡及时入库；</w:t>
      </w:r>
      <w:r>
        <w:rPr>
          <w:lang w:eastAsia="zh-CN"/>
        </w:rPr>
        <w:br/>
      </w:r>
      <w:r>
        <w:rPr>
          <w:lang w:eastAsia="zh-CN"/>
        </w:rPr>
        <w:t>　　③代理商领卡之后准确无误的将卡调到对应渠道；</w:t>
      </w:r>
      <w:r>
        <w:rPr>
          <w:lang w:eastAsia="zh-CN"/>
        </w:rPr>
        <w:br/>
      </w:r>
      <w:r>
        <w:rPr>
          <w:lang w:eastAsia="zh-CN"/>
        </w:rPr>
        <w:t>　　④随时核对BSS系统和金算盘的库存数据是否吻合。</w:t>
      </w:r>
      <w:r>
        <w:rPr>
          <w:lang w:eastAsia="zh-CN"/>
        </w:rPr>
        <w:br/>
      </w:r>
      <w:r>
        <w:rPr>
          <w:lang w:eastAsia="zh-CN"/>
        </w:rPr>
        <w:t>　　在物资管理方面：</w:t>
      </w:r>
      <w:r>
        <w:rPr>
          <w:lang w:eastAsia="zh-CN"/>
        </w:rPr>
        <w:br/>
      </w:r>
      <w:r>
        <w:rPr>
          <w:lang w:eastAsia="zh-CN"/>
        </w:rPr>
        <w:t>　　①市分下发和县分购买的物资及时录入金算盘；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②根据发出物品的时间、类别、型号、数量如实打印出库单，并要求领取人签字。</w:t>
      </w:r>
      <w:r>
        <w:rPr>
          <w:lang w:eastAsia="zh-CN"/>
        </w:rPr>
        <w:br/>
      </w:r>
      <w:r>
        <w:rPr>
          <w:lang w:eastAsia="zh-CN"/>
        </w:rPr>
        <w:t>　　报账方面：</w:t>
      </w:r>
      <w:r>
        <w:rPr>
          <w:lang w:eastAsia="zh-CN"/>
        </w:rPr>
        <w:br/>
      </w:r>
      <w:r>
        <w:rPr>
          <w:lang w:eastAsia="zh-CN"/>
        </w:rPr>
        <w:t>　　根据每个部门的报账性质选择不同的报账大类、小类，摘要要简洁明了，抓住关键词，让审核领导一目了然。</w:t>
      </w:r>
      <w:r>
        <w:rPr>
          <w:lang w:eastAsia="zh-CN"/>
        </w:rPr>
        <w:br/>
      </w:r>
      <w:r>
        <w:rPr>
          <w:lang w:eastAsia="zh-CN"/>
        </w:rPr>
        <w:t>　　工作中当然也有存在的不足的地方，比如金算盘的出库单和转仓单一不小心就会打混淆，花时间复查会很麻烦；金算盘上的摘要一不小心就会把终端串号登记错误，查账的时候不好查。报运维部合同账的时候忘记把租赁费和税金分开来做付款清单、报合同账时忘记点“是合同账”，打回重做报账单是对工作资源的一种浪费。人孰无过，过而能改，善莫大焉。不低头，不气馁，我会再接再厉，把工作做得更加尽善尽美。</w:t>
      </w:r>
      <w:r>
        <w:rPr>
          <w:lang w:eastAsia="zh-CN"/>
        </w:rPr>
        <w:br/>
      </w:r>
      <w:r>
        <w:rPr>
          <w:lang w:eastAsia="zh-CN"/>
        </w:rPr>
        <w:t>　　新年新气象，新年新开始。崭新的__年，我要在熟悉工作的前提下精益求精，对各种物资的领进发出做到不重不漏，尽量不出任何纰漏，争取什么都是一次性正确，不返工，把工作做得更加完善。积极听取领导的建议和批评，积极配合代理商和同事，做好各方面的工作。</w:t>
      </w:r>
      <w:r>
        <w:rPr>
          <w:lang w:eastAsia="zh-CN"/>
        </w:rPr>
        <w:br/>
      </w:r>
      <w:r>
        <w:rPr>
          <w:lang w:eastAsia="zh-CN"/>
        </w:rPr>
        <w:t xml:space="preserve">    2024年年底工作总结范文 篇9 </w:t>
      </w:r>
      <w:r>
        <w:rPr>
          <w:lang w:eastAsia="zh-CN"/>
        </w:rPr>
        <w:br/>
      </w:r>
      <w:r>
        <w:rPr>
          <w:lang w:eastAsia="zh-CN"/>
        </w:rPr>
        <w:t>　　转眼间，20__年就要挥手告别，在这新年来临之际，回想自己半年多所走过的路，所经历的事，没有太多的感慨，没有太多的惊喜，没有太多的业绩，多一份镇定，从容的心态。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这10个月多的时间里有失败，也有成功，遗憾的是;欣慰的是;自身业务知识和能力有提高。首先得感谢公司给我提供那么好的工作条件和生活环境，有那么好的，有经验的老板给我指导，带着我前进;他们的实战经验让我们终生受益，从他们身上学到的不仅是做事的方法，更重要的是做人的道理，做人是做事的前</w:t>
      </w:r>
      <w:r>
        <w:rPr>
          <w:lang w:eastAsia="zh-CN"/>
        </w:rPr>
        <w:br/>
      </w:r>
      <w:r>
        <w:rPr>
          <w:lang w:eastAsia="zh-CN"/>
        </w:rPr>
        <w:t>　　从2月开始进入公司，不知不觉中，一年的时间一晃就过，在这段时间里，我从一个对产品知识一无所知的新人转变到一个能独立操作业务的业务员，完成职业的角色转换，并且适应这份工作。业绩没什么突出，以下是一年的工作业务明细：</w:t>
      </w:r>
      <w:r>
        <w:rPr>
          <w:lang w:eastAsia="zh-CN"/>
        </w:rPr>
        <w:br/>
      </w:r>
      <w:r>
        <w:rPr>
          <w:lang w:eastAsia="zh-CN"/>
        </w:rPr>
        <w:t>　　进入一个新的行业，每个人都要熟悉该行业产品的知识，熟悉公司的操作模式和建立客户关系群。在市场开发和实际工作中，如何定位市场方向和产品方向，抓重点客户和跟踪客户，如何在淡旺季里的时间安排以及产品有那些，当然这点是远远不够的，应该不断的学习，积累，与时俱进。</w:t>
      </w:r>
      <w:r>
        <w:rPr>
          <w:lang w:eastAsia="zh-CN"/>
        </w:rPr>
        <w:br/>
      </w:r>
      <w:r>
        <w:rPr>
          <w:lang w:eastAsia="zh-CN"/>
        </w:rPr>
        <w:t>　　在工作中，我虽有过虚度，有过浪费上班时间，但对工作我是认真负责的。经过时间的洗礼，我相信我会更好，俗话说：只有经历才能成长。世界没有完美的事情，每个人都有其优缺点，一旦遇到工作比较多的时候，容易急噪，或者不会花时间去检查，也会粗心。工作多的时候，想得多的是自己把他搞定，每个环节都自己去跑，我要改正这种心态，再发挥自身的优势：贸易知识，学习接受。不断总结和改进，提高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自我剖析：以目前的行为状况来看，我还不是一个合格业务员，或者只是一个刚入门的业务员，本身谈吐，口才还不行，表达能力不够突出。根源：没有突破自身的缺点，脸皮还不够厚，心理素质不过关，这根本不象是我自己，还远没有发掘自身的潜力，个性的飞跃。在我的内心中，我一直相信自己能成为一个优秀的业务员，这股动力;这份信念一直储藏在胸中，随时准备着爆发，内心一直渴望成功。“我要像个真正的男人一样去战斗，超越自己。“我对自己说。</w:t>
      </w:r>
      <w:r>
        <w:rPr>
          <w:lang w:eastAsia="zh-CN"/>
        </w:rPr>
        <w:br/>
      </w:r>
      <w:r>
        <w:rPr>
          <w:lang w:eastAsia="zh-CN"/>
        </w:rPr>
        <w:t>　　20__年工作设想</w:t>
      </w:r>
      <w:r>
        <w:rPr>
          <w:lang w:eastAsia="zh-CN"/>
        </w:rPr>
        <w:br/>
      </w:r>
      <w:r>
        <w:rPr>
          <w:lang w:eastAsia="zh-CN"/>
        </w:rPr>
        <w:t>　　总结一年来的工作，自己的.工作仍存在很多问题和不足，在工作方法和技巧上有待于向其他业务员和同行学习，__年自己计划在去年工作得失的基础上取长补短，重点做好以下几个方面的工作：依据10年销售情况和市场变化，自己计划将工作重点划分区域，</w:t>
      </w:r>
      <w:r>
        <w:rPr>
          <w:lang w:eastAsia="zh-CN"/>
        </w:rPr>
        <w:br/>
      </w:r>
      <w:r>
        <w:rPr>
          <w:lang w:eastAsia="zh-CN"/>
        </w:rPr>
        <w:t>　　一是;对于老客户，和固定客户，要经常保持联系，在有时间有条件的情况下，送一些小礼物或宴请客户，好稳定与客户关系。</w:t>
      </w:r>
      <w:r>
        <w:rPr>
          <w:lang w:eastAsia="zh-CN"/>
        </w:rPr>
        <w:br/>
      </w:r>
      <w:r>
        <w:rPr>
          <w:lang w:eastAsia="zh-CN"/>
        </w:rPr>
        <w:t>　　二;在拥有老客户的同时还要不断从老客户获得更多的客户信息。三;要有好业绩就得加强业务学习，开拓视野，丰富知识，采取多样化形式，把学业务与交流技能相结合。</w:t>
      </w:r>
      <w:r>
        <w:rPr>
          <w:lang w:eastAsia="zh-CN"/>
        </w:rPr>
        <w:br/>
      </w:r>
      <w:r>
        <w:rPr>
          <w:lang w:eastAsia="zh-CN"/>
        </w:rPr>
        <w:t>　　1、每月要增加1个以上的新客户，还要有几个潜在客户。</w:t>
      </w:r>
      <w:r>
        <w:rPr>
          <w:lang w:eastAsia="zh-CN"/>
        </w:rPr>
        <w:br/>
      </w:r>
      <w:r>
        <w:rPr>
          <w:lang w:eastAsia="zh-CN"/>
        </w:rPr>
        <w:t>　　2、见客户之前要多解客户的状态和需求，再做好准备工作才有可能不会丢失这个客户。</w:t>
      </w:r>
      <w:r>
        <w:rPr>
          <w:lang w:eastAsia="zh-CN"/>
        </w:rPr>
        <w:br/>
      </w:r>
      <w:r>
        <w:rPr>
          <w:lang w:eastAsia="zh-CN"/>
        </w:rPr>
        <w:t>　　3、要不断加强业务方面的学习，多看书，上网查阅相关资料，与同行们交流，向他们学习更好的方式方法。</w:t>
      </w:r>
      <w:r>
        <w:rPr>
          <w:lang w:eastAsia="zh-CN"/>
        </w:rPr>
        <w:br/>
      </w:r>
      <w:r>
        <w:rPr>
          <w:lang w:eastAsia="zh-CN"/>
        </w:rPr>
        <w:t>　　4、对所有客户的工作态度都要一样，但不能太低三下气。给客户一好印象，为公司树立更好的形象。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5、客户遇到问题，不能置之不理一定要尽全力帮助他们解决。要先做人再做生意，让客户相信我们的工作实力，才能更好的完成任务。</w:t>
      </w:r>
      <w:r>
        <w:rPr>
          <w:lang w:eastAsia="zh-CN"/>
        </w:rPr>
        <w:br/>
      </w:r>
      <w:r>
        <w:rPr>
          <w:lang w:eastAsia="zh-CN"/>
        </w:rPr>
        <w:t>　　6、自信是非常重要的。要经常对自己说你是最好的，你是独一无二的。拥有健康乐观积极向上的工作态度才能更好的完成任务。</w:t>
      </w:r>
      <w:r>
        <w:rPr>
          <w:lang w:eastAsia="zh-CN"/>
        </w:rPr>
        <w:br/>
      </w:r>
      <w:r>
        <w:rPr>
          <w:lang w:eastAsia="zh-CN"/>
        </w:rPr>
        <w:t>　　工作中出现的问题及解决办法：</w:t>
      </w:r>
      <w:r>
        <w:rPr>
          <w:lang w:eastAsia="zh-CN"/>
        </w:rPr>
        <w:br/>
      </w:r>
      <w:r>
        <w:rPr>
          <w:lang w:eastAsia="zh-CN"/>
        </w:rPr>
        <w:t>　　1、不能正确的处理市场信息，具体表现在：</w:t>
      </w:r>
      <w:r>
        <w:rPr>
          <w:lang w:eastAsia="zh-CN"/>
        </w:rPr>
        <w:br/>
      </w:r>
      <w:r>
        <w:rPr>
          <w:lang w:eastAsia="zh-CN"/>
        </w:rPr>
        <w:t>　　缺乏把握市场信息的能力，在信息高度发达的现代社会，信息一纵而过，有很多有效的信息在身边流过，但是却没有抓住;</w:t>
      </w:r>
      <w:r>
        <w:rPr>
          <w:lang w:eastAsia="zh-CN"/>
        </w:rPr>
        <w:br/>
      </w:r>
      <w:r>
        <w:rPr>
          <w:lang w:eastAsia="zh-CN"/>
        </w:rPr>
        <w:t>　　缺少处理市场信息的能力，有效的信息是靠把握、分析、处理、提交的，及时掌握信息，又往往缺乏如何判断信息的正确性;</w:t>
      </w:r>
      <w:r>
        <w:rPr>
          <w:lang w:eastAsia="zh-CN"/>
        </w:rPr>
        <w:br/>
      </w:r>
      <w:r>
        <w:rPr>
          <w:lang w:eastAsia="zh-CN"/>
        </w:rPr>
        <w:t>　　缺乏信息交流，使很多有效信息白白流失。在今后的工作中，应采取有效措施，发挥信息的作用，加强处理信息的能力，加强沟通交流，能够正确判断信息的准确性。</w:t>
      </w:r>
      <w:r>
        <w:rPr>
          <w:lang w:eastAsia="zh-CN"/>
        </w:rPr>
        <w:br/>
      </w:r>
      <w:r>
        <w:rPr>
          <w:lang w:eastAsia="zh-CN"/>
        </w:rPr>
        <w:t>　　2、在年初工作中，因为自身业务水平较低、经验不足，在刚开始的工作中摸不到头绪，屡次失败。问题究竟出在哪里?面对多次失败的教训，查找自身原因，找出自己的不足。在今后的工作中要不断加强业务学习，提高自身能力，</w:t>
      </w:r>
      <w:r>
        <w:rPr>
          <w:lang w:eastAsia="zh-CN"/>
        </w:rPr>
        <w:br/>
      </w:r>
      <w:r>
        <w:rPr>
          <w:lang w:eastAsia="zh-CN"/>
        </w:rPr>
        <w:t>　　3、缺乏计划，缺少保障措施。</w:t>
      </w:r>
      <w:r>
        <w:rPr>
          <w:lang w:eastAsia="zh-CN"/>
        </w:rPr>
        <w:br/>
      </w:r>
      <w:r>
        <w:rPr>
          <w:lang w:eastAsia="zh-CN"/>
        </w:rPr>
        <w:t>　　4、对客户的任何信息要及时响应并回复;对客户的回复不能简单的一问一答，要尽可能全面、周到，但不可啰嗦。语言尽显专业性与针对性，否则失去继续交谈的机会。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5、报价表，报价应报得恰如其分，不能过低，也不能过高;好东西不能贱卖，普通的产品不能报高。因为客户往往会从你的报价来判断你的诚实性，并同时判断你对产品的熟悉程度;如果一个非常简单普通的产品你报报一个远离市场的价位，甚至几天都报不出来，这说明诚实性不够，根本不懂这一行，自然而然客人不会再理会。</w:t>
      </w:r>
      <w:r>
        <w:rPr>
          <w:lang w:eastAsia="zh-CN"/>
        </w:rPr>
        <w:br/>
      </w:r>
      <w:r>
        <w:rPr>
          <w:lang w:eastAsia="zh-CN"/>
        </w:rPr>
        <w:t>　　以上是个人一年以来的工作总结，如有不足之处，望批评指正。</w:t>
      </w:r>
      <w:r>
        <w:rPr>
          <w:lang w:eastAsia="zh-CN"/>
        </w:rPr>
        <w:br/>
      </w:r>
      <w:r>
        <w:rPr>
          <w:lang w:eastAsia="zh-CN"/>
        </w:rPr>
        <w:t>　　感谢公司的培养，感谢我的老板和关心我的跟人对我言传身教的悉心指导，我一定会以积极主动，自信，充满激情的心态去工作。</w:t>
      </w:r>
      <w:r>
        <w:rPr>
          <w:lang w:eastAsia="zh-CN"/>
        </w:rPr>
        <w:br/>
      </w:r>
      <w:r>
        <w:rPr>
          <w:lang w:eastAsia="zh-CN"/>
        </w:rPr>
        <w:t xml:space="preserve">    2024年年底工作总结范文 篇10 </w:t>
      </w:r>
      <w:r>
        <w:rPr>
          <w:lang w:eastAsia="zh-CN"/>
        </w:rPr>
        <w:br/>
      </w:r>
      <w:r>
        <w:rPr>
          <w:lang w:eastAsia="zh-CN"/>
        </w:rPr>
        <w:t>　　20__年7月成立中医科，中医科在院领导的准确领导下，全体医护人员齐心协力，克服困难，完成了下半年工作，取得了良好的社会效益和经济效益，有成绩有困难也有不足，为了总结经验，克服不足，以利今后更好的开展工作，现将工作总结汇报如下：</w:t>
      </w:r>
      <w:r>
        <w:rPr>
          <w:lang w:eastAsia="zh-CN"/>
        </w:rPr>
        <w:br/>
      </w:r>
      <w:r>
        <w:rPr>
          <w:lang w:eastAsia="zh-CN"/>
        </w:rPr>
        <w:t>　　一、思想政治方面：</w:t>
      </w:r>
      <w:r>
        <w:rPr>
          <w:lang w:eastAsia="zh-CN"/>
        </w:rPr>
        <w:br/>
      </w:r>
      <w:r>
        <w:rPr>
          <w:lang w:eastAsia="zh-CN"/>
        </w:rPr>
        <w:t>　　我科全体医护人员在狠抓业务学习的同时，坚持不懈的学习科学发展观，努力加强科室内的人员团结，进一步提高了科室的思想政治意识，增强科室工作人员的凝聚力和向心力。我科得到院领导的高度重视，并得到医院的大力支持，对我科投入大量人力和物力，经济扶持，添置了必要的.中医设备（中药粉碎机），为研发中药粉剂提供了物质基础。</w:t>
      </w:r>
      <w:r>
        <w:rPr>
          <w:lang w:eastAsia="zh-CN"/>
        </w:rPr>
        <w:br/>
      </w:r>
      <w:r>
        <w:rPr>
          <w:lang w:eastAsia="zh-CN"/>
        </w:rPr>
        <w:t>　　二、业务情况：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中医科今年7月到11月门诊人次3558人，去年同期20__人，上涨73%，会诊病人较同期有所提高。复诊率80%左右。科室在其他科室的配合之下，业绩有了很大的提高，并得到众多患者对医务人员的工作态度和治疗效果的肯定。就诊人群面已经波及关外十八个县及牧区。</w:t>
      </w:r>
      <w:r>
        <w:rPr>
          <w:lang w:eastAsia="zh-CN"/>
        </w:rPr>
        <w:br/>
      </w:r>
      <w:r>
        <w:rPr>
          <w:lang w:eastAsia="zh-CN"/>
        </w:rPr>
        <w:t>　　三、紧抓科室制度建设</w:t>
      </w:r>
      <w:r>
        <w:rPr>
          <w:lang w:eastAsia="zh-CN"/>
        </w:rPr>
        <w:br/>
      </w:r>
      <w:r>
        <w:rPr>
          <w:lang w:eastAsia="zh-CN"/>
        </w:rPr>
        <w:t>　　认真组织医德医风学习及政治思想学习，各种法规法制的学习，各种规章制度的学习，建立健全科室制度，用制度管人，量化到每一个人。把医德医风学习、政治思想学习与“三好一满意”、“三甲复审”、行风评议、防火防盗安全、社会治安综合治理，综合目标责任同布置同落实同考核，并与当月绩效工资挂钩，奖惩分明，并在科内实行月考核，此项考核与年终履职考核及先进个人的评比相挂钩。设立考核指标及考核项目，做到全年有记录，用数据说服人，带动全科工作。</w:t>
      </w:r>
      <w:r>
        <w:rPr>
          <w:lang w:eastAsia="zh-CN"/>
        </w:rPr>
        <w:br/>
      </w:r>
      <w:r>
        <w:rPr>
          <w:lang w:eastAsia="zh-CN"/>
        </w:rPr>
        <w:t>　　四、科室存在的问题：</w:t>
      </w:r>
      <w:r>
        <w:rPr>
          <w:lang w:eastAsia="zh-CN"/>
        </w:rPr>
        <w:br/>
      </w:r>
      <w:r>
        <w:rPr>
          <w:lang w:eastAsia="zh-CN"/>
        </w:rPr>
        <w:t>　　1.三个院区距离太远，不方便新城门诊患者及传染病院区和二医疗区会诊病人取药。</w:t>
      </w:r>
      <w:r>
        <w:rPr>
          <w:lang w:eastAsia="zh-CN"/>
        </w:rPr>
        <w:br/>
      </w:r>
      <w:r>
        <w:rPr>
          <w:lang w:eastAsia="zh-CN"/>
        </w:rPr>
        <w:t>　　2.从全国来看，中医的效益均不是很好，都存在吃不饱的问题。请各科室给予支持和帮助，特别肿瘤，消化内科，妇产科，心内呼吸科等病人，请介绍其来我科。我科一定会配合好其它科室，尽心尽力治疗好病人，使患者早日康复，实现互利共赢。</w:t>
      </w:r>
      <w:r>
        <w:rPr>
          <w:lang w:eastAsia="zh-CN"/>
        </w:rPr>
        <w:br/>
      </w:r>
      <w:r>
        <w:rPr>
          <w:lang w:eastAsia="zh-CN"/>
        </w:rPr>
        <w:t>　　3.医患沟通上有明显不足，经验不足。</w:t>
      </w:r>
      <w:r>
        <w:rPr>
          <w:lang w:eastAsia="zh-CN"/>
        </w:rPr>
        <w:br/>
      </w:r>
      <w:r>
        <w:rPr>
          <w:lang w:eastAsia="zh-CN"/>
        </w:rPr>
        <w:t xml:space="preserve">    2024年年底工作总结范文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时光飞逝，转眼间已至年底，在分公司领导和关心支持下，本着积极的工作态度和热情的服务精神，一边尽己所能的工作，一边虚心学习新知识。虽然取得了一定的成绩。但还存在一些不足，现将全年相关工作情况总结如下：</w:t>
      </w:r>
      <w:r>
        <w:rPr>
          <w:lang w:eastAsia="zh-CN"/>
        </w:rPr>
        <w:br/>
      </w:r>
      <w:r>
        <w:rPr>
          <w:lang w:eastAsia="zh-CN"/>
        </w:rPr>
        <w:t>　　一、完善设备管理制度</w:t>
      </w:r>
      <w:r>
        <w:rPr>
          <w:lang w:eastAsia="zh-CN"/>
        </w:rPr>
        <w:br/>
      </w:r>
      <w:r>
        <w:rPr>
          <w:lang w:eastAsia="zh-CN"/>
        </w:rPr>
        <w:t>　　针对以前设备管理中出现的问题，现已完善了设备管理台账、维修保养计划、设备检查记录、整理成册、档案保存、从新完善了设备参数资料，制定了设备维修保养制度，制定了操作人员安全操作管理制度。</w:t>
      </w:r>
      <w:r>
        <w:rPr>
          <w:lang w:eastAsia="zh-CN"/>
        </w:rPr>
        <w:br/>
      </w:r>
      <w:r>
        <w:rPr>
          <w:lang w:eastAsia="zh-CN"/>
        </w:rPr>
        <w:t>　　二、提高工作效率、检查、处理现场化</w:t>
      </w:r>
      <w:r>
        <w:rPr>
          <w:lang w:eastAsia="zh-CN"/>
        </w:rPr>
        <w:br/>
      </w:r>
      <w:r>
        <w:rPr>
          <w:lang w:eastAsia="zh-CN"/>
        </w:rPr>
        <w:t>　　基础工作完成后，重点放在现场管理，加大电气设备、机械设备检查力度，努力消除安全隐患，针对机电设备运行中出现的各种问题，及时检查，及时发现问题，及时整改和维修，同时也及时跟设备操作人员沟通并了解情况，在一些关键部位出现问题时，更加及时处理，更加严肃对待。通过努力运作，这种现场管理方法确实起到了很好的效果，提高了操作及维修人员的积极性，能主动维护机械保养，能主动提出问题，能主动协商解决各种问题，提高了工作效率，同时也为实现公司利益最大化做出了应有的努力。</w:t>
      </w:r>
      <w:r>
        <w:rPr>
          <w:lang w:eastAsia="zh-CN"/>
        </w:rPr>
        <w:br/>
      </w:r>
      <w:r>
        <w:rPr>
          <w:lang w:eastAsia="zh-CN"/>
        </w:rPr>
        <w:t>　　三、设备维修标准化故障原因制度化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由于上半年维修任务比较繁杂，在一些施工用电箱（柜）大小型机械、中小型机具以及手持电动工具损坏不一的程度下，通过我们积极努力，在尽可能减少维修费用的情况下，已基本全部完成维修修缮任务，能保证后续工程所需要的各种施工机械、电器箱柜等（这其中完善了约四十只施工二级配电电箱、三台配电柜，三级配电箱二十余只，维修所需的各种开关、电器。施工机具方面也是如此，比如钢筋弯箍机、弯曲机、切断机等都是通过技术手段得以完善和解决。尤其值得一提的是89#号楼90#楼的施工电梯，由于90#楼层约65米高，况且工作量比较大，如若使用20__年出厂的东湖（已超龄）施工电梯存在较大风险，如果新购市面价值约38万左右，经反复论证采用了以前留下质量较好的导轨架，拆除了以前导轨架上的配重导轨，确认了齿条链接的可靠度等，最终在不到23万的情况之下满足了90#楼的施工要求，89#号楼施工采用了超龄的东湖电梯，主要考虑的是该楼层高约40米，工作量较小等原因，同时也对该电梯实施了技术更新与改造，在维修费用不满4000元的情况下，更换了梯笼底板、顶板、维修了驾驶室、更换了全机电路、调配了整机的制动系统、维修检查了涡轮减速机构、调配检修了启动电机、更换了传动齿轮和各部件滚轮、并从新固定了传动（板）机构，通过以上不懈的努力，顺利通过了设备的检验与评估，以及后续专家专项验收等工作。</w:t>
      </w:r>
      <w:r>
        <w:rPr>
          <w:lang w:eastAsia="zh-CN"/>
        </w:rPr>
        <w:br/>
      </w:r>
      <w:r>
        <w:rPr>
          <w:lang w:eastAsia="zh-CN"/>
        </w:rPr>
        <w:t>　　四、一年来工作体会与总结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设备管理当中，实际上许多事故发生就是忽视了日常安全检查，当然也与平时的维护保养做的不到位有着很大的关系，一些事故发生往往就是由于缺乏基本的基础知识，没有得到及时的解决。所以提高操作工人的操作技能及业务能力水平，也是预防发生事故的关键所在。对于维修成本较高的维修耗材，多思考，多咨询，多建议，力争降低维修成本，为公司效益做出应有的贡献。以上的各式各样问题，可能今后还要碰到更多，通过原因分析，总结归纳，形成文字性的材料，使其制度化，这样才有可能形成长期的技术管理来管理。</w:t>
      </w:r>
      <w:r>
        <w:rPr>
          <w:lang w:eastAsia="zh-CN"/>
        </w:rPr>
        <w:br/>
      </w:r>
      <w:r>
        <w:rPr>
          <w:lang w:eastAsia="zh-CN"/>
        </w:rPr>
        <w:t>　　五、存在问题和不足</w:t>
      </w:r>
      <w:r>
        <w:rPr>
          <w:lang w:eastAsia="zh-CN"/>
        </w:rPr>
        <w:br/>
      </w:r>
      <w:r>
        <w:rPr>
          <w:lang w:eastAsia="zh-CN"/>
        </w:rPr>
        <w:t>　　1、工作中有时不够细致</w:t>
      </w:r>
      <w:r>
        <w:rPr>
          <w:lang w:eastAsia="zh-CN"/>
        </w:rPr>
        <w:br/>
      </w:r>
      <w:r>
        <w:rPr>
          <w:lang w:eastAsia="zh-CN"/>
        </w:rPr>
        <w:t>　　2、在专业技术上钻研不够</w:t>
      </w:r>
      <w:r>
        <w:rPr>
          <w:lang w:eastAsia="zh-CN"/>
        </w:rPr>
        <w:br/>
      </w:r>
      <w:r>
        <w:rPr>
          <w:lang w:eastAsia="zh-CN"/>
        </w:rPr>
        <w:t>　　3、组织管理力度不够</w:t>
      </w:r>
      <w:r>
        <w:rPr>
          <w:lang w:eastAsia="zh-CN"/>
        </w:rPr>
        <w:br/>
      </w:r>
      <w:r>
        <w:rPr>
          <w:lang w:eastAsia="zh-CN"/>
        </w:rPr>
        <w:t>　　针对上述问题，在今后的工作中要克服缺点、加强专业技术、技能的学习力争更大的进步，同时还要加强将所学到的管理知识运用到工作中去，把工作做得更上一个台阶。总之，这一年来有成绩也有不足，有欢乐也有苦涩，但收获却是主题。虽没做惊天动地的大事，却能在每件小事中体现出了工作的意义和人生的价值。为了锻炼自我、成长自己。在今后的工作中，我会更加勤奋工作，不断完善自己，提高自己。</w:t>
      </w:r>
      <w:r>
        <w:rPr>
          <w:lang w:eastAsia="zh-CN"/>
        </w:rPr>
        <w:br/>
      </w:r>
      <w:r>
        <w:rPr>
          <w:lang w:eastAsia="zh-CN"/>
        </w:rPr>
        <w:t>　　20__-12-7日</w:t>
      </w:r>
      <w:r>
        <w:rPr>
          <w:lang w:eastAsia="zh-CN"/>
        </w:rPr>
        <w:br/>
      </w:r>
      <w:r>
        <w:rPr>
          <w:lang w:eastAsia="zh-CN"/>
        </w:rPr>
        <w:t xml:space="preserve">    2024年年底工作总结范文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来_电器公司入职已有一年多，通过这段时间对各部门、各分店的深入了解、沟通，对我司的发展创业史、企业文化、管理架构、制度、运营模式等基本上有一定的了解，最重要是对公司以前大型促销活动方案及卖场管理资料的阅读，对现阶段区域市场内竞争对手的调研，并亲身参与一系列促销活动的策划、监督及执行，基本上认清我司现阶段市场竞争所处的环境及优劣势。现就本人入职以来的工作进行总结，同时对职内工作提出个人意见和建议</w:t>
      </w:r>
      <w:r>
        <w:rPr>
          <w:lang w:eastAsia="zh-CN"/>
        </w:rPr>
        <w:br/>
      </w:r>
      <w:r>
        <w:rPr>
          <w:lang w:eastAsia="zh-CN"/>
        </w:rPr>
        <w:t>　　一、工作回顾</w:t>
      </w:r>
      <w:r>
        <w:rPr>
          <w:lang w:eastAsia="zh-CN"/>
        </w:rPr>
        <w:br/>
      </w:r>
      <w:r>
        <w:rPr>
          <w:lang w:eastAsia="zh-CN"/>
        </w:rPr>
        <w:t>　　1、继续阅读公司的各类文件和操作规程，对公司的企业文化、组织架构、规章制度、运营管理等进行学习及领会;并对本职工作的工作范围、操作流程等进行深入了解。</w:t>
      </w:r>
      <w:r>
        <w:rPr>
          <w:lang w:eastAsia="zh-CN"/>
        </w:rPr>
        <w:br/>
      </w:r>
      <w:r>
        <w:rPr>
          <w:lang w:eastAsia="zh-CN"/>
        </w:rPr>
        <w:t>　　2、在短时间内溶入本部门团队中，并成功的参与了本部门各类促销活动的策划、监督及执行工作，如：_以旧换新;_颂师恩、贺中秋活动;贺司庆、庆国庆活动;_店新装启航;_重开应对活动等。</w:t>
      </w:r>
      <w:r>
        <w:rPr>
          <w:lang w:eastAsia="zh-CN"/>
        </w:rPr>
        <w:br/>
      </w:r>
      <w:r>
        <w:rPr>
          <w:lang w:eastAsia="zh-CN"/>
        </w:rPr>
        <w:t>　　3、在活动执行期间，深入各分店了解活动进程及效果，对区域竞争对手进行调查分析，针对对手同期内的促销策略，及时反馈信息;并参与了汤总为首的营销部、采购部、分店负责人的应对会议，提出个人建议。</w:t>
      </w:r>
      <w:r>
        <w:rPr>
          <w:lang w:eastAsia="zh-CN"/>
        </w:rPr>
        <w:br/>
      </w:r>
      <w:r>
        <w:rPr>
          <w:lang w:eastAsia="zh-CN"/>
        </w:rPr>
        <w:t>　　4、整理各分店国庆期间促销活动的各项数据、图片及在执行中的`亮点与不足等相关资料，对贺司庆、庆国庆活动从筹备——执行——后段跟进等事项进行全面、具体、形象化的总结，得到相关领导及同事的认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5、在促销活动期间字幕广告制作上，我建议极大的采用三维动画效果，生动的体现我司的促销内容及优势，给予了观众及消费者对家家乐一种新的认知观;在各项宣传物资设计上，我也给予不少的创新及建议，使画面更加美观、生动，吸人眼球，更好的传达我司的企业形象及活动内容。</w:t>
      </w:r>
      <w:r>
        <w:rPr>
          <w:lang w:eastAsia="zh-CN"/>
        </w:rPr>
        <w:br/>
      </w:r>
      <w:r>
        <w:rPr>
          <w:lang w:eastAsia="zh-CN"/>
        </w:rPr>
        <w:t>　　6、通过对公司以前各项广告制作费用的查看，并对现阶段广告制作市场调查及取证，重新制定宣传广告及促销物资制作价格，极大的控制了宣传制作成本，在一定程度上为公司节省开支。</w:t>
      </w:r>
      <w:r>
        <w:rPr>
          <w:lang w:eastAsia="zh-CN"/>
        </w:rPr>
        <w:br/>
      </w:r>
      <w:r>
        <w:rPr>
          <w:lang w:eastAsia="zh-CN"/>
        </w:rPr>
        <w:t>　　7、对卖场内外气氛营造及导购员形象塑造提出相关建议。如：对于_的场外舞台布局进行调整，使其更能抢眼，吸引人流;建议_店卖场内五个旧的形象牌进行翻新制作，提高卖场环境，更能传达新塘店重整装修后的“全新形象、全新定位、全心服务”的定位。</w:t>
      </w:r>
      <w:r>
        <w:rPr>
          <w:lang w:eastAsia="zh-CN"/>
        </w:rPr>
        <w:br/>
      </w:r>
      <w:r>
        <w:rPr>
          <w:lang w:eastAsia="zh-CN"/>
        </w:rPr>
        <w:t>　　8、整理我司原有企业专题片(约11分钟)及30秒形象广告片题材，结合我司现阶段广告诉求，重新修改调整，在尽可能传达我司的经营理念及员工精神面貌，强化我司的优质服务、　　二、公司现阶段市场环境分析</w:t>
      </w:r>
      <w:r>
        <w:rPr>
          <w:lang w:eastAsia="zh-CN"/>
        </w:rPr>
        <w:br/>
      </w:r>
      <w:r>
        <w:rPr>
          <w:lang w:eastAsia="zh-CN"/>
        </w:rPr>
        <w:t>　　区域外围环境分析：外围的家电连锁大鳄步步逼近，在不断的蚕食二、三级市场。_、_、_在_、_等地区不断扩张，几大巨头的促销、降价、打造星级服务的炒作一浪高过一浪，掀起了一场又一场家电行业恶战，对我司区域市场造成了很大的冲击，对我司的运营模式及市场竞争力掀起了新挑战，迫使我们不断优化商品结构、调整价格定位和改善服务，在一定的程度上降低我司的毛利率，及分割了我司部分原有的市场份额。</w:t>
      </w:r>
      <w:r>
        <w:rPr>
          <w:lang w:eastAsia="zh-CN"/>
        </w:rPr>
        <w:br/>
      </w:r>
      <w:r>
        <w:rPr>
          <w:lang w:eastAsia="zh-CN"/>
        </w:rPr>
        <w:t xml:space="preserve">    2024年年底工作总结范文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本人自参加工作以来，抱着对学生和家长负责的信念，全身心地投入到教育、教学工作中去：我热爱教育事业，自觉遵守教师职业道德规范，能以大局为重，自觉维护学校的声誉和教师的形象；工作上勤勤恳恳、任劳任怨，虽默默无闻，却勇挑重担；我热爱学生，平时用自己的一颗爱心去教育学生、感化学生。</w:t>
      </w:r>
      <w:r>
        <w:rPr>
          <w:lang w:eastAsia="zh-CN"/>
        </w:rPr>
        <w:br/>
      </w:r>
      <w:r>
        <w:rPr>
          <w:lang w:eastAsia="zh-CN"/>
        </w:rPr>
        <w:t>　　为提升专业理论水平，以适应新课程改革的需要，我不断地更新教育理念和教学方法，每年都订阅《小学教学设计》、《小学语文教师》、《教学月刊》、《教育》等刊物，并认真阅读，以丰富自己的专业知识，充实自己的业务库存，并将所学知识有的放矢地运用到数学教学实践上，取得较好的教学效果。</w:t>
      </w:r>
      <w:r>
        <w:rPr>
          <w:lang w:eastAsia="zh-CN"/>
        </w:rPr>
        <w:br/>
      </w:r>
      <w:r>
        <w:rPr>
          <w:lang w:eastAsia="zh-CN"/>
        </w:rPr>
        <w:t>　　在教学上，我切实做好“五认真”，深入钻研教材，课前精心备课，以学生为主体精心设计每一堂课，撰写教案，课后认真反思,记下学生学习中的闪光点或困惑，积累宝贵的第一手资料。我也不断地转变教学观念，改进教学方法，使学生积极主动地参与学习，做到向课堂40分钟要质量，轻负高效。精心设计学生作业，做到少而精，并及时批改、及时指导订正。我坚持认真对待每一个学生，不轻言放弃，对个别基础较差的学生，做到面批，有针对性地进行辅导，及时给予鼓励，尽可能让他们多学点知识,努力缩小他们与优等生之间的差距——辛勤的耕耘，换来了丰硕的成果。在小学小学任教的5年，每学年的全镇统考班级成绩都是名列前茅，深受家长的好评和爱戴。在后山店和西堆任教的4年，所执教班级在原有基础上成绩不断提高，得到领导的高度赞赏。来到__小学任教后，每年班级的优秀率和及格率都在逐步提高，学生在各类比赛:书法、作文、普通话等比赛中屡获一、二、三等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担任班主任十几年，始终坚持以人为本的指导思想，注重教师自身素质养成，做到为人师表，关心爱护每一位学生，做学生健康成长的引路人。善于捕捉学习，生活中的细节，对学生进行思想品德教育，使学生能够在愉悦的心情中找出并改正自己的缺点和不足。对于学困生和后进生，我更是特别关爱，热情鼓励，耐心辅导，使其学有所获，得到发展。并教育学生关爱他们，帮助他们，让他们感受到集体的温暖，师生的关爱，奋发上进，融入到集体之中。由于自己的努力，我所带过的班级，班风正，学风浓，班级和谐、有生气，整体素质提高得快，多次被评为文明班级、优胜班集体。我本人也数次被评为镇优秀班主任、镇先进工作者，受到学生、家长、学校信赖。</w:t>
      </w:r>
      <w:r>
        <w:rPr>
          <w:lang w:eastAsia="zh-CN"/>
        </w:rPr>
        <w:br/>
      </w:r>
      <w:r>
        <w:rPr>
          <w:lang w:eastAsia="zh-CN"/>
        </w:rPr>
        <w:t>　　一直以来，我把培养新教师作为自己义不容辞的职责，积极参与学校多年来进行的“青蓝工程”，作为师傅教师，主动帮助青年教师解答备课、上课、说课、评课以及学科教研中遇到的各种问题，毫无保留地向他们介绍自己的教学经验，如、等老师，指导他们把握教材，给他们上示范课，积极参与他们的公开课试教活动，她们每次成功的亮点都倾注了我的心血，使他们较快地成为学校教学骨干。令人可喜的是、_老师在_小学综合实践和劳技优质课评比分别获得一、二等奖；_老师参加了横店基地英语教师团队磨课活动展示课，获得了教研员的好评，在__市小学英语素养大赛中获得一等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个合格的教师应该有着永远清醒的头脑，时常新鲜的血液。在平时的教学中，我也能勤思考、勤总结，积极钻研教学新模式，探索新的教学方法，在教学中不断实施，积累成功经验和教训，并形成理论。任现职以来，我撰写的《###》等8篇论文在__市、__市教研室组织的比赛中获奖。</w:t>
      </w:r>
      <w:r>
        <w:rPr>
          <w:lang w:eastAsia="zh-CN"/>
        </w:rPr>
        <w:br/>
      </w:r>
      <w:r>
        <w:rPr>
          <w:lang w:eastAsia="zh-CN"/>
        </w:rPr>
        <w:t>　　我深深地懂得：作为一名新世纪的人民教师，人类灵魂的工程师，肩负着重大的历史使命和对未来的责任感。今后，我将一如既往加倍努力，争取在教育教学工作中取得更佳的成绩。</w:t>
      </w:r>
      <w:r>
        <w:rPr>
          <w:lang w:eastAsia="zh-CN"/>
        </w:rPr>
        <w:br/>
      </w:r>
      <w:r>
        <w:rPr>
          <w:lang w:eastAsia="zh-CN"/>
        </w:rPr>
        <w:t xml:space="preserve">    2024年年底工作总结范文 篇14 </w:t>
      </w:r>
      <w:r>
        <w:rPr>
          <w:lang w:eastAsia="zh-CN"/>
        </w:rPr>
        <w:br/>
      </w:r>
      <w:r>
        <w:rPr>
          <w:lang w:eastAsia="zh-CN"/>
        </w:rPr>
        <w:t>　　201#年，认真贯彻落实全路、全局安全工作会议精神，牢固树立“安全责任大于天”、“安全工作压倒一切”的思想，结合经营管理实际，采取切实措施狠抓安全工作。按照上级的要求和部署，先后深入广泛地开展了深刻吸取7.23动车组事故教训安全大检查、安全大整治，安全生产隐患排查治理、安全生产月、食品卫生安全检查、消防安全大检查、全员劳动安全教育等一系列安全生产专项治理活动，有效推动了安全生产，使安全工作向有序、稳定、可控迈出了扎实的一步，上了一个新的台阶。安全生产保障体系基本形成，安全生产形势稳定发展，截至20__年12月31日，实现安全生产3514天（运输安全实现3514天，设备安全2956天，人身安全无责任轻伤以上事故3514天）。</w:t>
      </w:r>
      <w:r>
        <w:rPr>
          <w:lang w:eastAsia="zh-CN"/>
        </w:rPr>
        <w:br/>
      </w:r>
      <w:r>
        <w:rPr>
          <w:lang w:eastAsia="zh-CN"/>
        </w:rPr>
        <w:t>　　一、开展安全生产的主要做法</w:t>
      </w:r>
      <w:r>
        <w:rPr>
          <w:lang w:eastAsia="zh-CN"/>
        </w:rPr>
        <w:br/>
      </w:r>
      <w:r>
        <w:rPr>
          <w:lang w:eastAsia="zh-CN"/>
        </w:rPr>
        <w:t>　　(一)、加强组织领导，发挥安全管理体系的作用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根据上级统一部署，我们加大了安全生产的重视程度和管理力度，进一步发挥安全生产委员会的作用，加强安全生产的领导和重大安全问题的决策；此外，在各经营部门和子公司、分公司都确定一名管理人员分管安全工作，各驻外办事处设了兼职安全员，维修组每个班都设了一名兼职安全员。今年还对安管部人员进行了充实和调整，进一步加强了安全管理体系，健全了安全管理机制，形成了纵向到底、横向到边、纵横联锁的安全控制网络。使安全管理工作不断加强，逐步走向规范化、制度化。</w:t>
      </w:r>
      <w:r>
        <w:rPr>
          <w:lang w:eastAsia="zh-CN"/>
        </w:rPr>
        <w:br/>
      </w:r>
      <w:r>
        <w:rPr>
          <w:lang w:eastAsia="zh-CN"/>
        </w:rPr>
        <w:t>　　(二)、加强了安全宣传教育，提高了全员安全意识。</w:t>
      </w:r>
      <w:r>
        <w:rPr>
          <w:lang w:eastAsia="zh-CN"/>
        </w:rPr>
        <w:br/>
      </w:r>
      <w:r>
        <w:rPr>
          <w:lang w:eastAsia="zh-CN"/>
        </w:rPr>
        <w:t>　　加强安全教育培训，提高员工的安全素质，是搞好安全生产的重要环节。</w:t>
      </w:r>
      <w:r>
        <w:rPr>
          <w:lang w:eastAsia="zh-CN"/>
        </w:rPr>
        <w:br/>
      </w:r>
      <w:r>
        <w:rPr>
          <w:lang w:eastAsia="zh-CN"/>
        </w:rPr>
        <w:t>　　一是进一步强化安全宣传工作。我们采取标语、警示牌、宣传板报、专题讲座、局域网、电子显示屏和《动态》等多种形式，加强安全生产及安全形势宣传教育。一年来，共刊发安全信息15期，安全宣传标语32条。在不同的时期分别开展了侧重不同的安全宣传教育活动，引导员工正确认识安全与经营的关系，树立了“效益服从安全，安全服务效益”的理念，营造了人人讲安全、全员保安全的浓厚氛围，为搞好安全工作提供了舆论支持和思想保证。</w:t>
      </w:r>
      <w:r>
        <w:rPr>
          <w:lang w:eastAsia="zh-CN"/>
        </w:rPr>
        <w:br/>
      </w:r>
      <w:r>
        <w:rPr>
          <w:lang w:eastAsia="zh-CN"/>
        </w:rPr>
        <w:t>　　二是加大安全培训力度。在抓好日常培训的同时，重点强化了“三新”人员、特殊设备的操作人员、安全关键岗位人员等重点环节的培训工作。对特种设备操作人员，都送到专门培训机构进行安全技术培训，并领取了省安全生产监督管理局颁发的《特种设备作业人员安全操作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今年的消防安全大检查期间，我们聘请消防支队的负责同志和有关技术人员对消防知识和办公大楼的消防系统进行了详细讲解，同时开展了全员消防应急疏散演练，并在大楼后院组织开展了全员参与的灭火实做。</w:t>
      </w:r>
      <w:r>
        <w:rPr>
          <w:lang w:eastAsia="zh-CN"/>
        </w:rPr>
        <w:br/>
      </w:r>
      <w:r>
        <w:rPr>
          <w:lang w:eastAsia="zh-CN"/>
        </w:rPr>
        <w:t>　　组织全员安全业务知识竞赛四次，进行全员安全知识考试两次520人次，考试覆盖面、合格率均达100%，提高了全员业务技能和安全素质。针对今年人身安全形势不稳的实际，适时开展了劳动安全专项教育工作，在办公大楼内张贴劳动安全宣传画，在各部门分别播放劳动安全教育光盘，开展了全员劳动安全培训考试，合格率达到100%，10月19日，上级同志来我公司对经营一线的30名员工进行了全封闭抽考，考场秩序良好，合格率达到100%，受到上级领导的好评。针对道路交通安全，安管部加强了对汽车驾驶员的教育、培训和考试，建立了机动车驾驶员考试题库。</w:t>
      </w:r>
      <w:r>
        <w:rPr>
          <w:lang w:eastAsia="zh-CN"/>
        </w:rPr>
        <w:br/>
      </w:r>
      <w:r>
        <w:rPr>
          <w:lang w:eastAsia="zh-CN"/>
        </w:rPr>
        <w:t>　　（三）、进一步整章建制，夯实安全基础。</w:t>
      </w:r>
      <w:r>
        <w:rPr>
          <w:lang w:eastAsia="zh-CN"/>
        </w:rPr>
        <w:br/>
      </w:r>
      <w:r>
        <w:rPr>
          <w:lang w:eastAsia="zh-CN"/>
        </w:rPr>
        <w:t>　　按照安全生产有关法律法规和技术规范的要求，围绕生产经营实际，根据绩效考核的总体部署和安排，进一步完善了企业生产经营岗位的安全生产规章制度和安全生产责任体系。修订和完善了干部逐级负责制和岗位责任制、专业安全管理制度、三级安全管理制度、技术规章管理制度、职工教育培训制度等14项安全管理制度，健全了企业生产流程中各环节、各岗位的安全生产标准。为安全生产奠定了制度保证。</w:t>
      </w:r>
      <w:r>
        <w:rPr>
          <w:lang w:eastAsia="zh-CN"/>
        </w:rPr>
        <w:br/>
      </w:r>
      <w:r>
        <w:rPr>
          <w:lang w:eastAsia="zh-CN"/>
        </w:rPr>
        <w:t>　　（四）、加大日常安全监管力度，推进了安全管理工作。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抓好日常安全管理，做到警钟长鸣、层层重视、人人重视、时时重视、常抓不懈，是搞好安全生产的重要基础。</w:t>
      </w:r>
      <w:r>
        <w:rPr>
          <w:lang w:eastAsia="zh-CN"/>
        </w:rPr>
        <w:br/>
      </w:r>
      <w:r>
        <w:rPr>
          <w:lang w:eastAsia="zh-CN"/>
        </w:rPr>
        <w:t>　　一是加大安全考核管理力度。今年以来，随着绩效考核体系的不断完善，将安全工作纳入企业方针目标，列入重要的议事日程，坚持做到“六同时”（将安全生产与经营工作同布置、同落实、同检查、同考核、同评比、同总结），坚持安全委员会例会制度，及时听取、掌握各部门、子公司安全生产情况，结合全路、全局安全生产形势，研究布署下一步的安全管理工作。领导和安全监察经常深入现场检查安全，对检查出来的问题，提出整改意见和建议，并下达《安全监察通知书》，限期整改。每逢节假日、春季或秋季，均进行一次全面检查，及时对安全关键环节和重点处所进行重点防范。全年深入现场检查安全500余人次，其中安监部门现场安全检查100余人次，对安全隐患严查细堵，强化整改，防患于未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二是狠抓安全责任制落实。严格明确了各级干部特别是主要领导干部的安全生产责任，进一步加大了干部安全责任落实与考核力度。总经理、党委书记与各子公司经理、支部书记签订了《安全生产责任状》、《消防安全责任状》，并按责任状和安全责任制强化岗位安全责任的落实工作。在内部按照逐级负责制、分工负责制、岗位负责制和专业负责制的“四责”要求，将安全责任落实到每一个干部和职工身上。党政主要领导对企业安全工作负总责；安全管理工作坚持“谁主管谁负责”的原则，主管生产经营的领导同时主管本系统的安全生产，重点抓好安全生产者的管理和落实工作；坚持逐级负责制和层级管理的原则，每一个管理层都要对安全生产负起管理责任；坚持岗位安全责任制，把安全管理的责任落实到每个岗位、每个员工身上，做到全员承载，全员负责。把安全生产纳入各级领导经营业绩考核，强化了安全责任制的落实。领导班子成员对各部门、子公司的安全生产，都进行了责任包保，包片负责，责任到人，狠抓落实。</w:t>
      </w:r>
      <w:r>
        <w:rPr>
          <w:lang w:eastAsia="zh-CN"/>
        </w:rPr>
        <w:br/>
      </w:r>
      <w:r>
        <w:rPr>
          <w:lang w:eastAsia="zh-CN"/>
        </w:rPr>
        <w:t>　　三是扎实有序开展安全评估工作。根据上级《安全管理评估考核办法》，我们制定了《安全管理检查评估办法》。同时组织安全管理考核评估组对各部门、子公司20__年的安全管理工作进行了全面的安全评估检查。评估内容主要围绕“安全基础管理、设备安全、劳动安全、消防安全、安全过程控制、文明生产、安全实绩”等内容进行。评估方式主要采取查看文件、会议记录、安全检查记录、基础台帐资料，听取情况汇报、抽考业务知识、召开座谈会、抽查设备质量和生产作业情况等方式，并结合日常检查掌握的安全生产情况进行综合分析，作出了全面评估。</w:t>
      </w:r>
      <w:r>
        <w:rPr>
          <w:lang w:eastAsia="zh-CN"/>
        </w:rPr>
        <w:br/>
      </w:r>
      <w:r>
        <w:rPr>
          <w:lang w:eastAsia="zh-CN"/>
        </w:rPr>
        <w:t>　　（五）、强化重点环节的安全管理，努力实现安全稳定。</w:t>
      </w:r>
      <w:r>
        <w:rPr>
          <w:lang w:eastAsia="zh-CN"/>
        </w:rPr>
        <w:br/>
      </w:r>
      <w:r>
        <w:rPr>
          <w:lang w:eastAsia="zh-CN"/>
        </w:rPr>
        <w:t>　　把握安全重点环节，针对性地采取防范措施，严防严控，是消除安全隐患、杜绝事故发生、确保安全生产的关键。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在煤炭运输安全方面：加强装车点的管理，明确责任制，完善规章制度，严格按章作业，努力做好“三防”。一是防超载，二是防溜车，三是防自燃，按照上级要求，我们开展了高温煤治理、防治超偏载等专项活动，印发文件并记名传达。安全监察人员也多次深入萨拉齐、公积坂和打拉亥等现场对高温煤、超偏载情况进行检查。</w:t>
      </w:r>
      <w:r>
        <w:rPr>
          <w:lang w:eastAsia="zh-CN"/>
        </w:rPr>
        <w:br/>
      </w:r>
      <w:r>
        <w:rPr>
          <w:lang w:eastAsia="zh-CN"/>
        </w:rPr>
        <w:t>　　在设备安全方面：建立健全了设备安全管理制度，加强设备质量整治，大力开展设备质量达标活动。对锅炉等设备使用严格执行一证（上岗操作资格证）、两定（定人、定设备）、三包（包使用、包保管、包养修）制度，操作人员必须做到三好（管好、用好、养好）、四会（会用、会修、会查、会养）。严格锅炉、电梯的日常维护检测，对锅炉、电梯都按规定聘请特检所、锅检所进行了年检，消除了设备安全隐患。积极选派人员参加上级举办的电工、锅炉、电梯等各类操作人员培训，并取得相关证书。</w:t>
      </w:r>
      <w:r>
        <w:rPr>
          <w:lang w:eastAsia="zh-CN"/>
        </w:rPr>
        <w:br/>
      </w:r>
      <w:r>
        <w:rPr>
          <w:lang w:eastAsia="zh-CN"/>
        </w:rPr>
        <w:t>　　在机动车辆安全方面：严格执行凭派车单出车制度，对所属机动车辆的安全设备状况，一一重新进行鉴定，完善了机动车履历台帐，建立了车辆安全问题库。所有汽车驾驶员都参加了铁路局组织的安全培训考试，严格执行持“双证”（驾驶证、安全合格证）上岗制度，严格执行“三严禁”和“六禁止”，保证了交通安全。</w:t>
      </w:r>
      <w:r>
        <w:rPr>
          <w:lang w:eastAsia="zh-CN"/>
        </w:rPr>
        <w:br/>
      </w:r>
      <w:r>
        <w:rPr>
          <w:lang w:eastAsia="zh-CN"/>
        </w:rPr>
        <w:t>　　在现场作业安全方面：要求现场作业员工熟知并遵守装车作业安全规章制度和操作规程，按照各工种岗位的安全作业操作规程与标准，严格卡控，确保安全。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在人身安全方面：总经理、子公司经理分别与全体员工签订了《劳动安全责任状》，与临时雇用人员签订的《劳动用工协议》中按规定载明了安全事项，明确劳动安全责任，规范劳动安全行为。对于安全不达标人员，坚决停止岗位工作，进行补课；对于不适宜重点岗位工作人员立即调整；对违章违纪屦教不改的坚决予以解聘。重新修订完善《职工劳动保护用品管理办法》，对劳动保护用品的发放、使用、管理，进行了明确具体的规定和清查，做到了严格按照规定标准发放。严格按照劳保规定着装上岗，严格按章作业，确保人身安全。</w:t>
      </w:r>
      <w:r>
        <w:rPr>
          <w:lang w:eastAsia="zh-CN"/>
        </w:rPr>
        <w:br/>
      </w:r>
      <w:r>
        <w:rPr>
          <w:lang w:eastAsia="zh-CN"/>
        </w:rPr>
        <w:t>　　在消防安全方面：和各子公司成立了防火委员会和义务消防队，建立健全消防责任制和消防应急预案。加强消防安全值班和巡查制度，强化对消防器材、安全设施的管理，落实“三勤三定”制度，狠抓防火、防爆工作，加强仓库、货场以及出租房屋等重点部位消防检查。对装煤货场按规定配置了消防井，对办公楼、化验室、锅炉房按规定配置了消防栓、灭火器、消防水箱及消防预警器等消防安全设施，并定期检测、演练，确保状态良好。今年根据需要新购置灭火器12个；对136个既有灭火器全部按规定换了新药粉。</w:t>
      </w:r>
      <w:r>
        <w:rPr>
          <w:lang w:eastAsia="zh-CN"/>
        </w:rPr>
        <w:br/>
      </w:r>
      <w:r>
        <w:rPr>
          <w:lang w:eastAsia="zh-CN"/>
        </w:rPr>
        <w:t>　　在食品卫生安全方面：针对职工食堂新改造完成开业的实际，认真贯彻落实《全国产品质量和食品安全专项行动方案》，树立对员工身体健康负责、为企业经营服务的宗旨，深入开展了食品安全专项整治活动，对职工食堂的食品卫生进行认真全面的检查，重点是强化采购、贮存、加工等环节的卫生安全，完善了内部控制制度，建立了食物中毒或其它食源性疾患等突发事件应急处理预案，保证了食品卫生安全。</w:t>
      </w:r>
      <w:r>
        <w:rPr>
          <w:lang w:eastAsia="zh-CN"/>
        </w:rPr>
        <w:br/>
      </w:r>
      <w:r>
        <w:rPr>
          <w:lang w:eastAsia="zh-CN"/>
        </w:rPr>
        <w:t>　　（六）、以开展安全专项活动为契机，进一步深化安全管理工作。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有针对、有重点地开展安全专项整治活动，强化安全管理，是搞好安全生产的重要步骤。为此，我们在每年春秋两季深入广泛地组织安全大检查的同时，按照上级统一部署，不定期的开展多种形式、各有侧重的安全专项整治活动，有效地促进了安全生产。</w:t>
      </w:r>
      <w:r>
        <w:rPr>
          <w:lang w:eastAsia="zh-CN"/>
        </w:rPr>
        <w:br/>
      </w:r>
      <w:r>
        <w:rPr>
          <w:lang w:eastAsia="zh-CN"/>
        </w:rPr>
        <w:t>　　一是深入开展了“安全大检查”活动</w:t>
      </w:r>
      <w:r>
        <w:rPr>
          <w:lang w:eastAsia="zh-CN"/>
        </w:rPr>
        <w:br/>
      </w:r>
      <w:r>
        <w:rPr>
          <w:lang w:eastAsia="zh-CN"/>
        </w:rPr>
        <w:t>　　下发了《关于开展安全大检查活动的通知》，对安全大检查活动进行了具体安排和要求。成立了活动领导小组，明确了包保分工。各包保组按照责任分工，深入各包保联系点，组织开展了全面、细致的安全大检查，形成了《安全大检查问题对策表》，有针对性地制定整改措施，逐一消除各类安全隐患。</w:t>
      </w:r>
      <w:r>
        <w:rPr>
          <w:lang w:eastAsia="zh-CN"/>
        </w:rPr>
        <w:br/>
      </w:r>
      <w:r>
        <w:rPr>
          <w:lang w:eastAsia="zh-CN"/>
        </w:rPr>
        <w:t>　　二是深入开展了“安全大整治”活动</w:t>
      </w:r>
      <w:r>
        <w:rPr>
          <w:lang w:eastAsia="zh-CN"/>
        </w:rPr>
        <w:br/>
      </w:r>
      <w:r>
        <w:rPr>
          <w:lang w:eastAsia="zh-CN"/>
        </w:rPr>
        <w:t>　　在深入开展安全大检查活动的基础上，按照局多元中心的统一部署，结合安全生产管理工作的实际和重点，在全广泛深入地开展了“安全大整治”活动。对大检查期间查出各类安全问题13个都及时进行了整改，做到了查得深入，改得彻底，边查边改，及时销号。</w:t>
      </w:r>
      <w:r>
        <w:rPr>
          <w:lang w:eastAsia="zh-CN"/>
        </w:rPr>
        <w:br/>
      </w:r>
      <w:r>
        <w:rPr>
          <w:lang w:eastAsia="zh-CN"/>
        </w:rPr>
        <w:t>　　二、存在的问题</w:t>
      </w:r>
      <w:r>
        <w:rPr>
          <w:lang w:eastAsia="zh-CN"/>
        </w:rPr>
        <w:br/>
      </w:r>
      <w:r>
        <w:rPr>
          <w:lang w:eastAsia="zh-CN"/>
        </w:rPr>
        <w:t>　　分析总结和反思安全工作，虽然做了不少工作，也取得了一些成绩，但与上级的要求尚有一定差距。“重效益轻安全”的思想虽然有所转变，但仍然存在“说起来重要，干起来次要”的现象；从业人员的自身业务素质、安全技能和自我保护意识方面还存在一定差距，需要在今后的工作中进一步加强。</w:t>
      </w:r>
      <w:r>
        <w:rPr>
          <w:lang w:eastAsia="zh-CN"/>
        </w:rPr>
        <w:br/>
      </w:r>
      <w:r>
        <w:rPr>
          <w:lang w:eastAsia="zh-CN"/>
        </w:rPr>
        <w:t>　　三、下一步工作思路</w:t>
      </w:r>
      <w:r>
        <w:rPr>
          <w:lang w:eastAsia="zh-CN"/>
        </w:rPr>
        <w:br/>
      </w:r>
    </w:p>
    <w:p w:rsidR="001B1F19" w14:textId="27C3F48A">
      <w:pPr>
        <w:rPr>
          <w:rFonts w:hint="eastAsia"/>
          <w:lang w:eastAsia="zh-CN"/>
        </w:rPr>
      </w:pPr>
      <w:r>
        <w:rPr>
          <w:lang w:eastAsia="zh-CN"/>
        </w:rPr>
        <w:t>　　1、认真贯彻落实上级关于安全工作的指示精神，进一步完善安全绩效管理考核办法，加大落实力度，强化考核，规范管理，推动安全生产健康稳定发展。</w:t>
      </w:r>
      <w:r>
        <w:rPr>
          <w:lang w:eastAsia="zh-CN"/>
        </w:rPr>
        <w:br/>
      </w:r>
      <w:r>
        <w:rPr>
          <w:lang w:eastAsia="zh-CN"/>
        </w:rPr>
        <w:t>　　2、要进一步加强安全生产的领导工作。强化安全第一思想的确立，第一管理者要确实承担起第一位的安全管理责任。要切实做到“七个加大”：加大对安全生产工作极端重要性的认识力度，加大安全生产法制教育的力度，加大安全措施制定完善的力度，加大安全生产日常监督检查的力度，加大安全生产责任制落实的力度，加大安全生产管理制度量化的力度，加大安全生产考核的力度。</w:t>
      </w:r>
      <w:r>
        <w:rPr>
          <w:lang w:eastAsia="zh-CN"/>
        </w:rPr>
        <w:br/>
      </w:r>
      <w:r>
        <w:rPr>
          <w:lang w:eastAsia="zh-CN"/>
        </w:rPr>
        <w:t>　　3、进一步强化安全意识。要采取多种形式加强全员安全意识教育，教育和引导全体员工达到三个“共识”：一是我们多经企业是铁路安全生产工作的重要组成部分，对铁路对社会意义重大；二是多经企业安全工作基础薄弱，要对安全生产的长期性、艰巨性、复杂性有一个清醒认识；三是充分认识和树立“安全工作压倒一切”、“安全责任大于天”的思想，搞好安全生产，为经营和发展保驾护航。</w:t>
      </w:r>
      <w:r>
        <w:rPr>
          <w:lang w:eastAsia="zh-CN"/>
        </w:rPr>
        <w:br/>
      </w:r>
      <w:r>
        <w:rPr>
          <w:lang w:eastAsia="zh-CN"/>
        </w:rPr>
        <w:t>　　4、完善和健全各项安全管理机制和安全长效机制，努力推进安全管理的制度化和规范化。</w:t>
      </w:r>
      <w:r>
        <w:rPr>
          <w:lang w:eastAsia="zh-CN"/>
        </w:rPr>
        <w:br/>
      </w:r>
      <w:r>
        <w:rPr>
          <w:lang w:eastAsia="zh-CN"/>
        </w:rPr>
        <w:t>　　5、加强全体员工特别是关键岗位人员的安全技能培训，提高全员安全素质，夯实安全基础。</w:t>
      </w:r>
      <w:r>
        <w:rPr>
          <w:lang w:eastAsia="zh-CN"/>
        </w:rPr>
        <w:br/>
      </w:r>
      <w:r>
        <w:rPr>
          <w:lang w:eastAsia="zh-CN"/>
        </w:rPr>
        <w:t>　　6、狠抓安全生产的落实工作，强化各项安全规章制度落实，严格“两纪一化”，坚决杜绝“两违”现象，真正把安全工作落实到经营活动的全过程。</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https://d.book118.com/068103121111006033</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68103121111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