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关于六年级下册教学计划</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关于六年级下册教学计划1</w:t>
      </w:r>
      <w:r>
        <w:rPr>
          <w:lang w:eastAsia="zh-CN"/>
        </w:rPr>
        <w:br/>
      </w:r>
      <w:r>
        <w:rPr>
          <w:lang w:eastAsia="zh-CN"/>
        </w:rPr>
        <w:t xml:space="preserve">    一、教材分析 </w:t>
      </w:r>
      <w:r>
        <w:rPr>
          <w:lang w:eastAsia="zh-CN"/>
        </w:rPr>
        <w:br/>
      </w:r>
      <w:r>
        <w:rPr>
          <w:lang w:eastAsia="zh-CN"/>
        </w:rPr>
        <w:t>　　1.本学科所使用教材的编排体系</w:t>
      </w:r>
      <w:r>
        <w:rPr>
          <w:lang w:eastAsia="zh-CN"/>
        </w:rPr>
        <w:br/>
      </w:r>
      <w:r>
        <w:rPr>
          <w:lang w:eastAsia="zh-CN"/>
        </w:rPr>
        <w:t>　　本教材在内容编排上体现了新课程理念和新课改的意图，突出单元主题，图文并茂，较多地运用了图谱，注重音乐教学活动。教材强调学生的学习，以学生发展为本，注重学生的个性发展，提倡以学生为主体，以参与艺术实践和探索研究为手段，以培养学生创新、实践能力为目标，引导学生用自己独特的方式学习音乐，有个性化的见解。</w:t>
      </w:r>
      <w:r>
        <w:rPr>
          <w:lang w:eastAsia="zh-CN"/>
        </w:rPr>
        <w:br/>
      </w:r>
      <w:r>
        <w:rPr>
          <w:lang w:eastAsia="zh-CN"/>
        </w:rPr>
        <w:t>　　2.全套教材的特点</w:t>
      </w:r>
      <w:r>
        <w:rPr>
          <w:lang w:eastAsia="zh-CN"/>
        </w:rPr>
        <w:br/>
      </w:r>
      <w:r>
        <w:rPr>
          <w:lang w:eastAsia="zh-CN"/>
        </w:rPr>
        <w:t>　　(1)以审美为中心</w:t>
      </w:r>
      <w:r>
        <w:rPr>
          <w:lang w:eastAsia="zh-CN"/>
        </w:rPr>
        <w:br/>
      </w:r>
      <w:r>
        <w:rPr>
          <w:lang w:eastAsia="zh-CN"/>
        </w:rPr>
        <w:t>　　音乐教育的本质是审美教育，离开了审美为中心的音乐，教育将是无源之水，美的感染必须通过自身的体验才能获得。因此，音乐审美教育不仅要完整地体现在新编的音乐教科书中，体现在教师教育观念中，体现在活动的全过程。</w:t>
      </w:r>
      <w:r>
        <w:rPr>
          <w:lang w:eastAsia="zh-CN"/>
        </w:rPr>
        <w:br/>
      </w:r>
      <w:r>
        <w:rPr>
          <w:lang w:eastAsia="zh-CN"/>
        </w:rPr>
        <w:t>　　(2)以(音乐)文化为主线</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我们通过学习，认识到普通小学的教育，应以普及艺术教育为内容，把单纯的音乐拓展为音乐文化，是素质教育的需要，因此本教材的内容强调了音乐与人，音乐与社会，音乐与民族，音乐与自然。</w:t>
      </w:r>
      <w:r>
        <w:rPr>
          <w:lang w:eastAsia="zh-CN"/>
        </w:rPr>
        <w:br/>
      </w:r>
      <w:r>
        <w:rPr>
          <w:lang w:eastAsia="zh-CN"/>
        </w:rPr>
        <w:t>　　(3)以(音乐)学科为基点</w:t>
      </w:r>
      <w:r>
        <w:rPr>
          <w:lang w:eastAsia="zh-CN"/>
        </w:rPr>
        <w:br/>
      </w:r>
      <w:r>
        <w:rPr>
          <w:lang w:eastAsia="zh-CN"/>
        </w:rPr>
        <w:t>　　从音乐的诸要素的感性体验到理性认识;从最基本的时值“一拍”到各种音符的时值;从单拍子到复拍子;从单一音色到复合音色;从基本的.舞步到动作组合;从打击乐器到有固定音高的简易乐器演奏等等，教材都一一通过各单元由潜入到深入地步步展开，让学生在实践操作中，逐步获得学习音乐必须掌握的浅显音乐基础知识与基本技能。</w:t>
      </w:r>
      <w:r>
        <w:rPr>
          <w:lang w:eastAsia="zh-CN"/>
        </w:rPr>
        <w:br/>
      </w:r>
      <w:r>
        <w:rPr>
          <w:lang w:eastAsia="zh-CN"/>
        </w:rPr>
        <w:t>　　3.本册教材的内容结构及特点</w:t>
      </w:r>
      <w:r>
        <w:rPr>
          <w:lang w:eastAsia="zh-CN"/>
        </w:rPr>
        <w:br/>
      </w:r>
      <w:r>
        <w:rPr>
          <w:lang w:eastAsia="zh-CN"/>
        </w:rPr>
        <w:t>　　本册教材的内容都明显的很有深度，首先从欣赏上说，全册共有六课：</w:t>
      </w:r>
      <w:r>
        <w:rPr>
          <w:lang w:eastAsia="zh-CN"/>
        </w:rPr>
        <w:br/>
      </w:r>
      <w:r>
        <w:rPr>
          <w:lang w:eastAsia="zh-CN"/>
        </w:rPr>
        <w:t>　　（1）“青春放歌”</w:t>
      </w:r>
      <w:r>
        <w:rPr>
          <w:lang w:eastAsia="zh-CN"/>
        </w:rPr>
        <w:br/>
      </w:r>
      <w:r>
        <w:rPr>
          <w:lang w:eastAsia="zh-CN"/>
        </w:rPr>
        <w:t>　　（2）“亚洲弦歌”</w:t>
      </w:r>
      <w:r>
        <w:rPr>
          <w:lang w:eastAsia="zh-CN"/>
        </w:rPr>
        <w:br/>
      </w:r>
      <w:r>
        <w:rPr>
          <w:lang w:eastAsia="zh-CN"/>
        </w:rPr>
        <w:t>　　（3）“Do Re Mi”</w:t>
      </w:r>
      <w:r>
        <w:rPr>
          <w:lang w:eastAsia="zh-CN"/>
        </w:rPr>
        <w:br/>
      </w:r>
      <w:r>
        <w:rPr>
          <w:lang w:eastAsia="zh-CN"/>
        </w:rPr>
        <w:t>　　（4）“黄河之滨”</w:t>
      </w:r>
      <w:r>
        <w:rPr>
          <w:lang w:eastAsia="zh-CN"/>
        </w:rPr>
        <w:br/>
      </w:r>
      <w:r>
        <w:rPr>
          <w:lang w:eastAsia="zh-CN"/>
        </w:rPr>
        <w:t>　　（5）“火车印象”</w:t>
      </w:r>
      <w:r>
        <w:rPr>
          <w:lang w:eastAsia="zh-CN"/>
        </w:rPr>
        <w:br/>
      </w:r>
      <w:r>
        <w:rPr>
          <w:lang w:eastAsia="zh-CN"/>
        </w:rPr>
        <w:t>　　（6）“美妙的音乐”</w:t>
      </w:r>
      <w:r>
        <w:rPr>
          <w:lang w:eastAsia="zh-CN"/>
        </w:rPr>
        <w:br/>
      </w:r>
      <w:r>
        <w:rPr>
          <w:lang w:eastAsia="zh-CN"/>
        </w:rPr>
        <w:t>　　每课还包括“聆听”、“表演”、“编创与活动”等内容，这些内容均有机的联系在一起。音乐教育是基础教育的有机组成部分，是实施美育的重要途径。对于陶冶情操，培养创新精神和实践能力，提高文化素养与审美能力，增进身心健康，促进学生德智体美劳全面发展具有不可替代的作用。</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4.教材的重点、难点</w:t>
      </w:r>
      <w:r>
        <w:rPr>
          <w:lang w:eastAsia="zh-CN"/>
        </w:rPr>
        <w:br/>
      </w:r>
      <w:r>
        <w:rPr>
          <w:lang w:eastAsia="zh-CN"/>
        </w:rPr>
        <w:t>　　本册的教材重点、难点在于教会学生用自然的声音、准确的节奏和音调有表情地独唱或参与齐唱、合唱，并能够对自己和他人的演唱作简单评价，并乐于参与各种演唱活动。让学生知道演唱的正确姿势及呼吸方法，并能在唱歌实践中逐步掌握和运用。关于六年级下册教学计划2</w:t>
      </w:r>
      <w:r>
        <w:rPr>
          <w:lang w:eastAsia="zh-CN"/>
        </w:rPr>
        <w:br/>
      </w:r>
      <w:r>
        <w:rPr>
          <w:lang w:eastAsia="zh-CN"/>
        </w:rPr>
        <w:t xml:space="preserve">    一、学生基本情况分析 </w:t>
      </w:r>
      <w:r>
        <w:rPr>
          <w:lang w:eastAsia="zh-CN"/>
        </w:rPr>
        <w:br/>
      </w:r>
      <w:r>
        <w:rPr>
          <w:lang w:eastAsia="zh-CN"/>
        </w:rPr>
        <w:t>　　本班学生大部分学习基础差，学生思维灵活性差。接受新知识、新事物的能力也较差，对数学兴趣不十分强，学习被动，上课不认真听讲，作业不能按时完成，学习有困难，特别对应用题数量关系的分析存在问题。还有个别学生比较聪明，学习勤奋，成绩突出。对数学的基础知识和基本技能掌握较好，知识的探究方面较为主动。能够灵活的掌握知识，思维能力很好。口算能力较强，综合运用知识能力好。但还有少数学生认知能力较差，特别是对较复杂的应用题掌握理解欠缺。</w:t>
      </w:r>
      <w:r>
        <w:rPr>
          <w:lang w:eastAsia="zh-CN"/>
        </w:rPr>
        <w:br/>
      </w:r>
      <w:r>
        <w:rPr>
          <w:lang w:eastAsia="zh-CN"/>
        </w:rPr>
        <w:t>　　二、教材简析</w:t>
      </w:r>
      <w:r>
        <w:rPr>
          <w:lang w:eastAsia="zh-CN"/>
        </w:rPr>
        <w:br/>
      </w:r>
      <w:r>
        <w:rPr>
          <w:lang w:eastAsia="zh-CN"/>
        </w:rPr>
        <w:t>　　（一）本册教材的内容包括：负数、圆柱与圆锥、比例、统计、数学广角、整理和复习等。圆柱与圆锥、比例和整理和复习是本册教材的重点教学内容。</w:t>
      </w:r>
      <w:r>
        <w:rPr>
          <w:lang w:eastAsia="zh-CN"/>
        </w:rPr>
        <w:br/>
      </w:r>
      <w:r>
        <w:rPr>
          <w:lang w:eastAsia="zh-CN"/>
        </w:rPr>
        <w:t>　　（二）各单元教材简析：</w:t>
      </w:r>
      <w:r>
        <w:rPr>
          <w:lang w:eastAsia="zh-CN"/>
        </w:rPr>
        <w:br/>
      </w:r>
      <w:r>
        <w:rPr>
          <w:lang w:eastAsia="zh-CN"/>
        </w:rPr>
        <w:t>　　第一单元：负数。</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单元内容是在学生认识了自然数、分数和小数的基础上，结合学生熟悉的生活情境初步认识负数。以往负数的教学安排在中学阶段，现在安排在本单元主要是考虑到负数在生活中有着广泛的应用，学生在日常生活中已经接触了一些负数，在了初步认识负数的基础。在此基础上，初步认识负数，能进一步丰富学生对数概念的认识，有利于中小学数学的衔接，为第三学段进一步理解有理数的意义和运算打下良好和基础。</w:t>
      </w:r>
      <w:r>
        <w:rPr>
          <w:lang w:eastAsia="zh-CN"/>
        </w:rPr>
        <w:br/>
      </w:r>
      <w:r>
        <w:rPr>
          <w:lang w:eastAsia="zh-CN"/>
        </w:rPr>
        <w:t>　　第二单元：圆柱与圆锥。</w:t>
      </w:r>
      <w:r>
        <w:rPr>
          <w:lang w:eastAsia="zh-CN"/>
        </w:rPr>
        <w:br/>
      </w:r>
      <w:r>
        <w:rPr>
          <w:lang w:eastAsia="zh-CN"/>
        </w:rPr>
        <w:t>　　本单元加强了与现实生活的联系；加强了对图形特征、计算方法的探索；加强了在操作中对空间与图形问题的思考，使学生在经历观察、操作、推理、想象过程中认识掌握圆柱、圆锥的特征以及体积的计算方法，进一步发展空间观念。</w:t>
      </w:r>
      <w:r>
        <w:rPr>
          <w:lang w:eastAsia="zh-CN"/>
        </w:rPr>
        <w:br/>
      </w:r>
      <w:r>
        <w:rPr>
          <w:lang w:eastAsia="zh-CN"/>
        </w:rPr>
        <w:t>　　第三单元：比例。</w:t>
      </w:r>
      <w:r>
        <w:rPr>
          <w:lang w:eastAsia="zh-CN"/>
        </w:rPr>
        <w:br/>
      </w:r>
      <w:r>
        <w:rPr>
          <w:lang w:eastAsia="zh-CN"/>
        </w:rPr>
        <w:t>　　本单元是在学习了比的有关知识并掌握了一些常见数量关系的基础上，学习比例的有关知识及其应用。比例在生活和生产中有着广泛的应用，如，绘制地图需要应用比例尺的知识。比例的知识还是进一步学习中学数学、物理、化学等知识的基础。另外通过对正比例与反比例知识的学习，还可以加深学生对数量之间关系的认识渗透函数思想，进行辩证唯物主义观点的启蒙教育。</w:t>
      </w:r>
      <w:r>
        <w:rPr>
          <w:lang w:eastAsia="zh-CN"/>
        </w:rPr>
        <w:br/>
      </w:r>
      <w:r>
        <w:rPr>
          <w:lang w:eastAsia="zh-CN"/>
        </w:rPr>
        <w:t>　　第四单元：统计。</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单元是在学生已经了解几种常见的统计图表的特点和作用，会从统计图表中提取有关信息进行简单的统计分析，会根据分析结果做出简单判断或预测的基础上通过简单事例，使学生认识到：统计图直观、形象的特点可以帮助我们进行正确分析、判断或预测。这册教材主要是结合扇形统计图和折线统计图帮助学生体会的。</w:t>
      </w:r>
      <w:r>
        <w:rPr>
          <w:lang w:eastAsia="zh-CN"/>
        </w:rPr>
        <w:br/>
      </w:r>
      <w:r>
        <w:rPr>
          <w:lang w:eastAsia="zh-CN"/>
        </w:rPr>
        <w:t>　　第五单元：数学广角</w:t>
      </w:r>
      <w:r>
        <w:rPr>
          <w:lang w:eastAsia="zh-CN"/>
        </w:rPr>
        <w:br/>
      </w:r>
      <w:r>
        <w:rPr>
          <w:lang w:eastAsia="zh-CN"/>
        </w:rPr>
        <w:t>　　本单元教材通过几个直观例子，借助实际操作,向学生介绍“抽屉原理”,使学生在理解“抽屉原理”这一数学方法的基础上,对一些简单的实际问题加以“模型化”，会用“抽屉原理”加以解决。教学中用直观的方式，介绍了“抽屉原理”的两种形式。描述的是最简单的“抽屉原理”，把一个物体任意分放进一个空抽屉里,那么一定有一个抽屉中放进了至少花钱多办事个物体。“抽屉原理”的变式练习，帮助学生加深对“抽屉原理”解决简单的实际问题。</w:t>
      </w:r>
      <w:r>
        <w:rPr>
          <w:lang w:eastAsia="zh-CN"/>
        </w:rPr>
        <w:br/>
      </w:r>
      <w:r>
        <w:rPr>
          <w:lang w:eastAsia="zh-CN"/>
        </w:rPr>
        <w:t>　　第六单元：整理和复习</w:t>
      </w:r>
      <w:r>
        <w:rPr>
          <w:lang w:eastAsia="zh-CN"/>
        </w:rPr>
        <w:br/>
      </w:r>
      <w:r>
        <w:rPr>
          <w:lang w:eastAsia="zh-CN"/>
        </w:rPr>
        <w:t>　　本单元是数学教学的一个重要环节，特别是在学生学完了小学数学的全部内容之后，进行一次系统的、全面的回顾与整理，是十分必要的。学生对数学理解，由浅入深，由此及彼，进而认识相关知识之间的内在联系，这个过程不是一次就能完成的，需要有个反复。所以，通过整理与复习，使原来分散学习的知识得以梳理，由数学的知识点串成知识线，由知识线构成知识网，从而帮助学生完善头脑中的数学认知结构，增进持久记忆。</w:t>
      </w:r>
      <w:r>
        <w:rPr>
          <w:lang w:eastAsia="zh-CN"/>
        </w:rPr>
        <w:br/>
      </w:r>
      <w:r>
        <w:rPr>
          <w:lang w:eastAsia="zh-CN"/>
        </w:rPr>
        <w:t>　　（三）、教学重难点</w:t>
      </w:r>
      <w:r>
        <w:rPr>
          <w:lang w:eastAsia="zh-CN"/>
        </w:rPr>
        <w:br/>
      </w:r>
      <w:r>
        <w:rPr>
          <w:lang w:eastAsia="zh-CN"/>
        </w:rPr>
        <w:t>　　第一单元：负数</w:t>
      </w:r>
      <w:r>
        <w:rPr>
          <w:lang w:eastAsia="zh-CN"/>
        </w:rPr>
        <w:br/>
      </w:r>
      <w:r>
        <w:rPr>
          <w:lang w:eastAsia="zh-CN"/>
        </w:rPr>
        <w:t>　　教学重点：认识负数，正确读出写出正数和负数。</w:t>
      </w:r>
      <w:r>
        <w:rPr>
          <w:lang w:eastAsia="zh-CN"/>
        </w:rPr>
        <w:br/>
      </w:r>
      <w:r>
        <w:rPr>
          <w:lang w:eastAsia="zh-CN"/>
        </w:rPr>
        <w:t>　　教学难点：用负数表示生活中的实际问题。</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第二单元：圆柱与圆锥</w:t>
      </w:r>
      <w:r>
        <w:rPr>
          <w:lang w:eastAsia="zh-CN"/>
        </w:rPr>
        <w:br/>
      </w:r>
      <w:r>
        <w:rPr>
          <w:lang w:eastAsia="zh-CN"/>
        </w:rPr>
        <w:t>　　教学重点：掌握圆柱的侧面积、表面积的计算方法，以及圆柱与圆锥体积的计算公式。</w:t>
      </w:r>
      <w:r>
        <w:rPr>
          <w:lang w:eastAsia="zh-CN"/>
        </w:rPr>
        <w:br/>
      </w:r>
      <w:r>
        <w:rPr>
          <w:lang w:eastAsia="zh-CN"/>
        </w:rPr>
        <w:t>　　教学难点：</w:t>
      </w:r>
      <w:r>
        <w:rPr>
          <w:lang w:eastAsia="zh-CN"/>
        </w:rPr>
        <w:br/>
      </w:r>
      <w:r>
        <w:rPr>
          <w:lang w:eastAsia="zh-CN"/>
        </w:rPr>
        <w:t>　　1、学生经历观察、操作、推理、想象过程中认识掌握圆柱、圆锥的特征以及体积的计算方法。</w:t>
      </w:r>
      <w:r>
        <w:rPr>
          <w:lang w:eastAsia="zh-CN"/>
        </w:rPr>
        <w:br/>
      </w:r>
      <w:r>
        <w:rPr>
          <w:lang w:eastAsia="zh-CN"/>
        </w:rPr>
        <w:t>　　2、运用公式圆柱与圆锥的相关知识，解决有关的简单的实际问题。</w:t>
      </w:r>
      <w:r>
        <w:rPr>
          <w:lang w:eastAsia="zh-CN"/>
        </w:rPr>
        <w:br/>
      </w:r>
      <w:r>
        <w:rPr>
          <w:lang w:eastAsia="zh-CN"/>
        </w:rPr>
        <w:t>　　第三单元：比例</w:t>
      </w:r>
      <w:r>
        <w:rPr>
          <w:lang w:eastAsia="zh-CN"/>
        </w:rPr>
        <w:br/>
      </w:r>
      <w:r>
        <w:rPr>
          <w:lang w:eastAsia="zh-CN"/>
        </w:rPr>
        <w:t>　　教学重点：</w:t>
      </w:r>
      <w:r>
        <w:rPr>
          <w:lang w:eastAsia="zh-CN"/>
        </w:rPr>
        <w:br/>
      </w:r>
      <w:r>
        <w:rPr>
          <w:lang w:eastAsia="zh-CN"/>
        </w:rPr>
        <w:t>　　1、理解比例的意义和基本性质，会解比例。</w:t>
      </w:r>
      <w:r>
        <w:rPr>
          <w:lang w:eastAsia="zh-CN"/>
        </w:rPr>
        <w:br/>
      </w:r>
      <w:r>
        <w:rPr>
          <w:lang w:eastAsia="zh-CN"/>
        </w:rPr>
        <w:t>　　2、能运用比例知识解决生活中的实际问题。</w:t>
      </w:r>
      <w:r>
        <w:rPr>
          <w:lang w:eastAsia="zh-CN"/>
        </w:rPr>
        <w:br/>
      </w:r>
      <w:r>
        <w:rPr>
          <w:lang w:eastAsia="zh-CN"/>
        </w:rPr>
        <w:t>　　教学难点：学生通过观察、比较、判断、归纳等方法建立明晰的概念。</w:t>
      </w:r>
      <w:r>
        <w:rPr>
          <w:lang w:eastAsia="zh-CN"/>
        </w:rPr>
        <w:br/>
      </w:r>
      <w:r>
        <w:rPr>
          <w:lang w:eastAsia="zh-CN"/>
        </w:rPr>
        <w:t>　　第四单元：统计</w:t>
      </w:r>
      <w:r>
        <w:rPr>
          <w:lang w:eastAsia="zh-CN"/>
        </w:rPr>
        <w:br/>
      </w:r>
      <w:r>
        <w:rPr>
          <w:lang w:eastAsia="zh-CN"/>
        </w:rPr>
        <w:t>　　教学重点：会从统计图中提取统计信息，能够正确解释统计结果。</w:t>
      </w:r>
      <w:r>
        <w:rPr>
          <w:lang w:eastAsia="zh-CN"/>
        </w:rPr>
        <w:br/>
      </w:r>
      <w:r>
        <w:rPr>
          <w:lang w:eastAsia="zh-CN"/>
        </w:rPr>
        <w:t>　　教学难点：会从统计图中提取统计信息，能够正确解释统计结果。</w:t>
      </w:r>
      <w:r>
        <w:rPr>
          <w:lang w:eastAsia="zh-CN"/>
        </w:rPr>
        <w:br/>
      </w:r>
      <w:r>
        <w:rPr>
          <w:lang w:eastAsia="zh-CN"/>
        </w:rPr>
        <w:t>　　第五单元：数学广角</w:t>
      </w:r>
      <w:r>
        <w:rPr>
          <w:lang w:eastAsia="zh-CN"/>
        </w:rPr>
        <w:br/>
      </w:r>
      <w:r>
        <w:rPr>
          <w:lang w:eastAsia="zh-CN"/>
        </w:rPr>
        <w:t>　　教学重点：经历“抽屉原理”的探究过程，初步了解“抽屉原理”，会用“抽屉原理”解决简单的实际问题。</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教学难点：经历“抽屉原理”的探究过程，初步了解“抽屉原理”，会用“抽屉原理”解决简单的实际问题。</w:t>
      </w:r>
      <w:r>
        <w:rPr>
          <w:lang w:eastAsia="zh-CN"/>
        </w:rPr>
        <w:br/>
      </w:r>
      <w:r>
        <w:rPr>
          <w:lang w:eastAsia="zh-CN"/>
        </w:rPr>
        <w:t>　　第六单元：整理和复习</w:t>
      </w:r>
      <w:r>
        <w:rPr>
          <w:lang w:eastAsia="zh-CN"/>
        </w:rPr>
        <w:br/>
      </w:r>
      <w:r>
        <w:rPr>
          <w:lang w:eastAsia="zh-CN"/>
        </w:rPr>
        <w:t>　　教学重难点：</w:t>
      </w:r>
      <w:r>
        <w:rPr>
          <w:lang w:eastAsia="zh-CN"/>
        </w:rPr>
        <w:br/>
      </w:r>
      <w:r>
        <w:rPr>
          <w:lang w:eastAsia="zh-CN"/>
        </w:rPr>
        <w:t>　　1、能比较熟练地进行四则运算，会使用简便算法，会解学过的过程。</w:t>
      </w:r>
      <w:r>
        <w:rPr>
          <w:lang w:eastAsia="zh-CN"/>
        </w:rPr>
        <w:br/>
      </w:r>
      <w:r>
        <w:rPr>
          <w:lang w:eastAsia="zh-CN"/>
        </w:rPr>
        <w:t>　　2、掌握几何体形的特征，能够比较熟悉地计算一些几何体形的周长、面积和体积，并能应用。</w:t>
      </w:r>
      <w:r>
        <w:rPr>
          <w:lang w:eastAsia="zh-CN"/>
        </w:rPr>
        <w:br/>
      </w:r>
      <w:r>
        <w:rPr>
          <w:lang w:eastAsia="zh-CN"/>
        </w:rPr>
        <w:t>　　3、掌握统计的初步知识，能够看和绘制简单的统计图。</w:t>
      </w:r>
      <w:r>
        <w:rPr>
          <w:lang w:eastAsia="zh-CN"/>
        </w:rPr>
        <w:br/>
      </w:r>
      <w:r>
        <w:rPr>
          <w:lang w:eastAsia="zh-CN"/>
        </w:rPr>
        <w:t>　　4、能够比较灵活的运用所学的知识解决生活中的简单的实际问题。</w:t>
      </w:r>
      <w:r>
        <w:rPr>
          <w:lang w:eastAsia="zh-CN"/>
        </w:rPr>
        <w:br/>
      </w:r>
      <w:r>
        <w:rPr>
          <w:lang w:eastAsia="zh-CN"/>
        </w:rPr>
        <w:t>　　三、教学目标</w:t>
      </w:r>
      <w:r>
        <w:rPr>
          <w:lang w:eastAsia="zh-CN"/>
        </w:rPr>
        <w:br/>
      </w:r>
      <w:r>
        <w:rPr>
          <w:lang w:eastAsia="zh-CN"/>
        </w:rPr>
        <w:t>　　1、负数的意义，会用负数表示一些日常生活中的问题。</w:t>
      </w:r>
      <w:r>
        <w:rPr>
          <w:lang w:eastAsia="zh-CN"/>
        </w:rPr>
        <w:br/>
      </w:r>
      <w:r>
        <w:rPr>
          <w:lang w:eastAsia="zh-CN"/>
        </w:rPr>
        <w:t>　　2、比例的意义和基本性质，会解比例，理解正比例和反比例的意义,能够判断两种量是否成正比例或反比例,会用比例知识解决比较简单的实际问题;能根据给出的有正比例关系的数据估计另一个量的值。</w:t>
      </w:r>
      <w:r>
        <w:rPr>
          <w:lang w:eastAsia="zh-CN"/>
        </w:rPr>
        <w:br/>
      </w:r>
      <w:r>
        <w:rPr>
          <w:lang w:eastAsia="zh-CN"/>
        </w:rPr>
        <w:t>　　3、比例尺，能利用方格纸等形式按一定的比例将简单形放大或缩小。</w:t>
      </w:r>
      <w:r>
        <w:rPr>
          <w:lang w:eastAsia="zh-CN"/>
        </w:rPr>
        <w:br/>
      </w:r>
      <w:r>
        <w:rPr>
          <w:lang w:eastAsia="zh-CN"/>
        </w:rPr>
        <w:t>　　4、认识圆柱、圆锥的特征，会计算圆柱的表面积和圆柱、圆锥的体积。</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5、能从统计图表准确提取统计信息，正确解释统计结果，并能作出正确的判断或简单的预测;初步体会数据可能产生误导。</w:t>
      </w:r>
      <w:r>
        <w:rPr>
          <w:lang w:eastAsia="zh-CN"/>
        </w:rPr>
        <w:br/>
      </w:r>
      <w:r>
        <w:rPr>
          <w:lang w:eastAsia="zh-CN"/>
        </w:rPr>
        <w:t>　　6、经历从实际生活中发现问题、提出问题、解决问题的过程，体会数学在日常生活中的作用，初步形成综合运用数学知识解决问题的能力。</w:t>
      </w:r>
      <w:r>
        <w:rPr>
          <w:lang w:eastAsia="zh-CN"/>
        </w:rPr>
        <w:br/>
      </w:r>
      <w:r>
        <w:rPr>
          <w:lang w:eastAsia="zh-CN"/>
        </w:rPr>
        <w:t>　　7、经历对“抽屉原理”的探究过程，初步了解“抽屉原理”会用“抽屉原理”解决简单的实际问题，发展分析、推理的能力。</w:t>
      </w:r>
      <w:r>
        <w:rPr>
          <w:lang w:eastAsia="zh-CN"/>
        </w:rPr>
        <w:br/>
      </w:r>
      <w:r>
        <w:rPr>
          <w:lang w:eastAsia="zh-CN"/>
        </w:rPr>
        <w:t>　　8、通过系统的整理和复习,加深对小学阶段所学的数学知识的理解和掌握,形成比较合理的、灵活的计算能力，发展思维能力和空间观念，提高综合运用所学数学知识和理解和掌握，形成比较合理的`、灵活的计算能力,发展思维能力和空间观念,提高综合运用所学数学知识解决问题的能力。</w:t>
      </w:r>
      <w:r>
        <w:rPr>
          <w:lang w:eastAsia="zh-CN"/>
        </w:rPr>
        <w:br/>
      </w:r>
      <w:r>
        <w:rPr>
          <w:lang w:eastAsia="zh-CN"/>
        </w:rPr>
        <w:t>　　9、体会学习数学的乐趣，提高学习数学的兴趣，建立学好数学的信心。</w:t>
      </w:r>
      <w:r>
        <w:rPr>
          <w:lang w:eastAsia="zh-CN"/>
        </w:rPr>
        <w:br/>
      </w:r>
      <w:r>
        <w:rPr>
          <w:lang w:eastAsia="zh-CN"/>
        </w:rPr>
        <w:t>　　10、养成认真作业，书写整洁的良好习惯。</w:t>
      </w:r>
      <w:r>
        <w:rPr>
          <w:lang w:eastAsia="zh-CN"/>
        </w:rPr>
        <w:br/>
      </w:r>
      <w:r>
        <w:rPr>
          <w:lang w:eastAsia="zh-CN"/>
        </w:rPr>
        <w:t>　　四、教改措施</w:t>
      </w:r>
      <w:r>
        <w:rPr>
          <w:lang w:eastAsia="zh-CN"/>
        </w:rPr>
        <w:br/>
      </w:r>
      <w:r>
        <w:rPr>
          <w:lang w:eastAsia="zh-CN"/>
        </w:rPr>
        <w:t>　　通过上学期的教学，我发现我班与龙头班级相比，存在一定的差距，我深感压力和紧迫感。都说六年级是“出口班”，为了保证“出口”质量，我进行了认真的分析与思考，确定了如下计划、措施方案。</w:t>
      </w:r>
      <w:r>
        <w:rPr>
          <w:lang w:eastAsia="zh-CN"/>
        </w:rPr>
        <w:br/>
      </w:r>
      <w:r>
        <w:rPr>
          <w:lang w:eastAsia="zh-CN"/>
        </w:rPr>
        <w:t>　　制定的目标：认真备课、选题、组题、高效率、高质量的上好每一节复习课。</w:t>
      </w:r>
      <w:r>
        <w:rPr>
          <w:lang w:eastAsia="zh-CN"/>
        </w:rPr>
        <w:br/>
      </w:r>
      <w:r>
        <w:rPr>
          <w:lang w:eastAsia="zh-CN"/>
        </w:rPr>
        <w:t>　　首先，要明确复习课的要求。</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一、概括知识。</w:t>
      </w:r>
      <w:r>
        <w:rPr>
          <w:lang w:eastAsia="zh-CN"/>
        </w:rPr>
        <w:br/>
      </w:r>
      <w:r>
        <w:rPr>
          <w:lang w:eastAsia="zh-CN"/>
        </w:rPr>
        <w:t>　　老师与学生一起回顾本单元或专题复习的主要知识与方法。</w:t>
      </w:r>
      <w:r>
        <w:rPr>
          <w:lang w:eastAsia="zh-CN"/>
        </w:rPr>
        <w:br/>
      </w:r>
      <w:r>
        <w:rPr>
          <w:lang w:eastAsia="zh-CN"/>
        </w:rPr>
        <w:t>　　二、讲清思路。</w:t>
      </w:r>
      <w:r>
        <w:rPr>
          <w:lang w:eastAsia="zh-CN"/>
        </w:rPr>
        <w:br/>
      </w:r>
      <w:r>
        <w:rPr>
          <w:lang w:eastAsia="zh-CN"/>
        </w:rPr>
        <w:t>　　数学复习离不开例题，对于例题要围绕复习主题而精选。例题重在分析，在老师引导下，让学生自主探索解题思路。</w:t>
      </w:r>
      <w:r>
        <w:rPr>
          <w:lang w:eastAsia="zh-CN"/>
        </w:rPr>
        <w:br/>
      </w:r>
      <w:r>
        <w:rPr>
          <w:lang w:eastAsia="zh-CN"/>
        </w:rPr>
        <w:t>　　三、注重评价。</w:t>
      </w:r>
      <w:r>
        <w:rPr>
          <w:lang w:eastAsia="zh-CN"/>
        </w:rPr>
        <w:br/>
      </w:r>
      <w:r>
        <w:rPr>
          <w:lang w:eastAsia="zh-CN"/>
        </w:rPr>
        <w:t>　　学生探索的多种思路，师生要进行评价，挖掘其长，寻找其短，促进学生思维优化。学生探索是思维发散，评价是优质思维向优法聚敛。</w:t>
      </w:r>
      <w:r>
        <w:rPr>
          <w:lang w:eastAsia="zh-CN"/>
        </w:rPr>
        <w:br/>
      </w:r>
      <w:r>
        <w:rPr>
          <w:lang w:eastAsia="zh-CN"/>
        </w:rPr>
        <w:t>　　四、重视引申。</w:t>
      </w:r>
      <w:r>
        <w:rPr>
          <w:lang w:eastAsia="zh-CN"/>
        </w:rPr>
        <w:br/>
      </w:r>
      <w:r>
        <w:rPr>
          <w:lang w:eastAsia="zh-CN"/>
        </w:rPr>
        <w:t>　　课堂要把问题开放，或对结论开放，或对条件开放，使知识迁移、引申，变会一个题为会一串题，让学生从模式中释放出来。</w:t>
      </w:r>
      <w:r>
        <w:rPr>
          <w:lang w:eastAsia="zh-CN"/>
        </w:rPr>
        <w:br/>
      </w:r>
      <w:r>
        <w:rPr>
          <w:lang w:eastAsia="zh-CN"/>
        </w:rPr>
        <w:t>　　其次，了解复习课注意的问题。</w:t>
      </w:r>
      <w:r>
        <w:rPr>
          <w:lang w:eastAsia="zh-CN"/>
        </w:rPr>
        <w:br/>
      </w:r>
      <w:r>
        <w:rPr>
          <w:lang w:eastAsia="zh-CN"/>
        </w:rPr>
        <w:t>　　⑴准确合理的划分复习内容，确定复习课型。</w:t>
      </w:r>
      <w:r>
        <w:rPr>
          <w:lang w:eastAsia="zh-CN"/>
        </w:rPr>
        <w:br/>
      </w:r>
      <w:r>
        <w:rPr>
          <w:lang w:eastAsia="zh-CN"/>
        </w:rPr>
        <w:t>　　⑵单元复习和专题复习必须落实到位，不能把复习课上成单做题或新授课的简单重复。</w:t>
      </w:r>
      <w:r>
        <w:rPr>
          <w:lang w:eastAsia="zh-CN"/>
        </w:rPr>
        <w:br/>
      </w:r>
      <w:r>
        <w:rPr>
          <w:lang w:eastAsia="zh-CN"/>
        </w:rPr>
        <w:t>　　⑶复习课备课必须发挥集体优势，做到节节集体备课，统一复习进度。</w:t>
      </w:r>
      <w:r>
        <w:rPr>
          <w:lang w:eastAsia="zh-CN"/>
        </w:rPr>
        <w:br/>
      </w:r>
      <w:r>
        <w:rPr>
          <w:lang w:eastAsia="zh-CN"/>
        </w:rPr>
        <w:t>　　⑷注重基础知识的巩固与复习，不能随意拔高复习内容，克服偏难、脱离教学目标现象。</w:t>
      </w:r>
      <w:r>
        <w:rPr>
          <w:lang w:eastAsia="zh-CN"/>
        </w:rPr>
        <w:br/>
      </w:r>
      <w:r>
        <w:rPr>
          <w:lang w:eastAsia="zh-CN"/>
        </w:rPr>
        <w:t>　　⑸注重学生自我复习，不能以讲代学或以练代学。</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⑹小组反馈矫正是复习中的重要形式，小组内的相互检测、交流、展示是必不可少的。做到有反馈有矫正，没有反馈的矫正是盲目的无效矫正，而没有矫正的反馈也是徒劳的反馈。</w:t>
      </w:r>
      <w:r>
        <w:rPr>
          <w:lang w:eastAsia="zh-CN"/>
        </w:rPr>
        <w:br/>
      </w:r>
      <w:r>
        <w:rPr>
          <w:lang w:eastAsia="zh-CN"/>
        </w:rPr>
        <w:t>　　⑺强调学生的参与度(提出、交流、讨论问题的人次，密度，要人人有份)，不能是少数尖子生的课堂，应面向每一个学生，让每一个学生的知识缺陷都能得到弥补。</w:t>
      </w:r>
      <w:r>
        <w:rPr>
          <w:lang w:eastAsia="zh-CN"/>
        </w:rPr>
        <w:br/>
      </w:r>
      <w:r>
        <w:rPr>
          <w:lang w:eastAsia="zh-CN"/>
        </w:rPr>
        <w:t>　　⑻复习课不能没有教师的总结提炼归纳，教师在关键时候要发挥指导提升的作用，克服随意性。</w:t>
      </w:r>
      <w:r>
        <w:rPr>
          <w:lang w:eastAsia="zh-CN"/>
        </w:rPr>
        <w:br/>
      </w:r>
      <w:r>
        <w:rPr>
          <w:lang w:eastAsia="zh-CN"/>
        </w:rPr>
        <w:t>　　三、后段工作措施——追求复习课的艺术和效率。</w:t>
      </w:r>
      <w:r>
        <w:rPr>
          <w:lang w:eastAsia="zh-CN"/>
        </w:rPr>
        <w:br/>
      </w:r>
      <w:r>
        <w:rPr>
          <w:lang w:eastAsia="zh-CN"/>
        </w:rPr>
        <w:t>　　（一）兼顾好、中、差的学生，调动每位学生复习的积极性。</w:t>
      </w:r>
      <w:r>
        <w:rPr>
          <w:lang w:eastAsia="zh-CN"/>
        </w:rPr>
        <w:br/>
      </w:r>
      <w:r>
        <w:rPr>
          <w:lang w:eastAsia="zh-CN"/>
        </w:rPr>
        <w:t>　　1、遵循课程标准的要求确定适当的教学目标和内容。我们的复习应使每一类学生都学有所得，包括学习困难的孩子，因此，复习工作要从学生的实际出发，把复习的起点定低一些，使学生通过复习能有所进步。</w:t>
      </w:r>
      <w:r>
        <w:rPr>
          <w:lang w:eastAsia="zh-CN"/>
        </w:rPr>
        <w:br/>
      </w:r>
      <w:r>
        <w:rPr>
          <w:lang w:eastAsia="zh-CN"/>
        </w:rPr>
        <w:t>　　2、在教学中，要注重运用激励性评价，对于困难的学生也要保护他们的积极性。让学生分析自己的优缺点，一个问题一个问题的去补，每天解决一些问题，小步快跑，这样，学生就会觉得自己每天都有收获，让学生体验成功的喜悦。</w:t>
      </w:r>
      <w:r>
        <w:rPr>
          <w:lang w:eastAsia="zh-CN"/>
        </w:rPr>
        <w:br/>
      </w:r>
      <w:r>
        <w:rPr>
          <w:lang w:eastAsia="zh-CN"/>
        </w:rPr>
        <w:t>　　3、在复习中，要注意及时调整教学过程，针对本班教学实际，改进教学。</w:t>
      </w:r>
      <w:r>
        <w:rPr>
          <w:lang w:eastAsia="zh-CN"/>
        </w:rPr>
        <w:br/>
      </w:r>
      <w:r>
        <w:rPr>
          <w:lang w:eastAsia="zh-CN"/>
        </w:rPr>
        <w:t>　　（二）全面了解教材、了解学生，采取“分层复习，分层要求”措施。</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复习课既要有助于对学习差的学生的帮助和提高，弥补平常学习中的不足，又要兼顾优秀生，让他们通过复习课对已经掌握的知识能够有进一步的理解和深入。复习课对于优等生来说，总认为这些知识、这些练习我早就懂了，感觉很没劲，从而影响课堂的实效性与时效性。而学困生则倍感学习的困难，复习与不复习没多大区别。针对这样的情况，中上学生在复习课中选择重要的练习题目进行练习以加强对概念和原理的理解，课后编写错题集，提高兴趣和有效性。基础差的学生往往是由于学习能力和学习习惯不足以完成课上得内容造成的，这种情况下，如果我们只在课外给他增加补课的任务，他就不能胜任，我们想：在“加”的同时还要“减”，比如课上只对那些他必须掌握的基础性知识要求他必须听好、记好，课下要求他必须完成作业中的部分基础题，有难度的作业可以适当放宽甚至减免，对他的作业做到面批面改。当然情感因素更不能忽略，注重表扬和鼓励学生，建立和谐、融洽的师生关系，课堂教学的过程是师生情感交流的过程，教育心理学认为：良好的师生关系能产生"爱屋及乌"的效应。如果学生不喜欢、不热爱任课老师，对所学课没有兴趣，他们就不可能有积极的、主动的、高效率的思维活动。</w:t>
      </w:r>
      <w:r>
        <w:rPr>
          <w:lang w:eastAsia="zh-CN"/>
        </w:rPr>
        <w:br/>
      </w:r>
      <w:r>
        <w:rPr>
          <w:lang w:eastAsia="zh-CN"/>
        </w:rPr>
        <w:t>　　在老师全面了解教材、全面了解学生的同时，做到分层复习，分层要求，使他们通过复习能感到学到了东西，有些成功的体验。</w:t>
      </w:r>
      <w:r>
        <w:rPr>
          <w:lang w:eastAsia="zh-CN"/>
        </w:rPr>
        <w:br/>
      </w:r>
      <w:r>
        <w:rPr>
          <w:lang w:eastAsia="zh-CN"/>
        </w:rPr>
        <w:t>　　（三）讲究作业布置的艺术性。</w:t>
      </w:r>
      <w:r>
        <w:rPr>
          <w:lang w:eastAsia="zh-CN"/>
        </w:rPr>
        <w:br/>
      </w:r>
      <w:r>
        <w:rPr>
          <w:lang w:eastAsia="zh-CN"/>
        </w:rPr>
        <w:t>　　作业布置要少而精，有一定的挑战性和趣味性，避免重复枯燥的作业给学生对数学的学习兴趣或师生间的感情带来不良影响。</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（四）总体主攻方向。</w:t>
      </w:r>
      <w:r>
        <w:rPr>
          <w:lang w:eastAsia="zh-CN"/>
        </w:rPr>
        <w:br/>
      </w:r>
      <w:r>
        <w:rPr>
          <w:lang w:eastAsia="zh-CN"/>
        </w:rPr>
        <w:t>　　1、夯实基础。每天进行一次以计算、解方程为主的课堂小测，加强学生计算能力的培养，训练他们的计算速度和一次计算的正确率。</w:t>
      </w:r>
      <w:r>
        <w:rPr>
          <w:lang w:eastAsia="zh-CN"/>
        </w:rPr>
        <w:br/>
      </w:r>
      <w:r>
        <w:rPr>
          <w:lang w:eastAsia="zh-CN"/>
        </w:rPr>
        <w:t>　　2、强化能力。有人说：“智慧不是别的，而是一种组织起来的知识体系。”可以说,形成系统化的知识这正是复习的中心任务。</w:t>
      </w:r>
      <w:r>
        <w:rPr>
          <w:lang w:eastAsia="zh-CN"/>
        </w:rPr>
        <w:br/>
      </w:r>
      <w:r>
        <w:rPr>
          <w:lang w:eastAsia="zh-CN"/>
        </w:rPr>
        <w:t>　　3、查漏补缺。完整的知识学下来，难免出现漏洞和欠缺，学生通过复习，把自己学习中的漏洞和欠缺检查出来后就可以及时补上，达到知识的完整性。</w:t>
      </w:r>
      <w:r>
        <w:rPr>
          <w:lang w:eastAsia="zh-CN"/>
        </w:rPr>
        <w:br/>
      </w:r>
      <w:r>
        <w:rPr>
          <w:lang w:eastAsia="zh-CN"/>
        </w:rPr>
        <w:t>　　最后想说的是：我们会向学生要学风，向课堂要质量，培养学生质疑、释疑、倾听的能力；关注每一个学生，让每一个学生参与学习的全过程；侧重抓好中优生，培优拔尖，发挥龙头作用，不放弃一个学生，保证每个学生合格毕业。</w:t>
      </w:r>
      <w:r>
        <w:rPr>
          <w:lang w:eastAsia="zh-CN"/>
        </w:rPr>
        <w:br/>
      </w:r>
      <w:r>
        <w:rPr>
          <w:lang w:eastAsia="zh-CN"/>
        </w:rPr>
        <w:t>　　五、教研课题</w:t>
      </w:r>
      <w:r>
        <w:rPr>
          <w:lang w:eastAsia="zh-CN"/>
        </w:rPr>
        <w:br/>
      </w:r>
      <w:r>
        <w:rPr>
          <w:lang w:eastAsia="zh-CN"/>
        </w:rPr>
        <w:t>　　六、教学课时安排</w:t>
      </w:r>
      <w:r>
        <w:rPr>
          <w:lang w:eastAsia="zh-CN"/>
        </w:rPr>
        <w:br/>
      </w:r>
      <w:r>
        <w:rPr>
          <w:lang w:eastAsia="zh-CN"/>
        </w:rPr>
        <w:t>　　各部分教学内容教学课时大致安排如下：</w:t>
      </w:r>
      <w:r>
        <w:rPr>
          <w:lang w:eastAsia="zh-CN"/>
        </w:rPr>
        <w:br/>
      </w:r>
      <w:r>
        <w:rPr>
          <w:lang w:eastAsia="zh-CN"/>
        </w:rPr>
        <w:t>　　负数（3课时）</w:t>
      </w:r>
      <w:r>
        <w:rPr>
          <w:lang w:eastAsia="zh-CN"/>
        </w:rPr>
        <w:br/>
      </w:r>
      <w:r>
        <w:rPr>
          <w:lang w:eastAsia="zh-CN"/>
        </w:rPr>
        <w:t>　　圆柱与圆锥（9课时）</w:t>
      </w:r>
      <w:r>
        <w:rPr>
          <w:lang w:eastAsia="zh-CN"/>
        </w:rPr>
        <w:br/>
      </w:r>
      <w:r>
        <w:rPr>
          <w:lang w:eastAsia="zh-CN"/>
        </w:rPr>
        <w:t>　　圆柱------------------------------------------6课时左右</w:t>
      </w:r>
      <w:r>
        <w:rPr>
          <w:lang w:eastAsia="zh-CN"/>
        </w:rPr>
        <w:br/>
      </w:r>
      <w:r>
        <w:rPr>
          <w:lang w:eastAsia="zh-CN"/>
        </w:rPr>
        <w:t>　　圆锥------------------------------------------2课时左右</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整理和复习------------------------------------1课时</w:t>
      </w:r>
      <w:r>
        <w:rPr>
          <w:lang w:eastAsia="zh-CN"/>
        </w:rPr>
        <w:br/>
      </w:r>
      <w:r>
        <w:rPr>
          <w:lang w:eastAsia="zh-CN"/>
        </w:rPr>
        <w:t>　　比例（14课时）</w:t>
      </w:r>
      <w:r>
        <w:rPr>
          <w:lang w:eastAsia="zh-CN"/>
        </w:rPr>
        <w:br/>
      </w:r>
      <w:r>
        <w:rPr>
          <w:lang w:eastAsia="zh-CN"/>
        </w:rPr>
        <w:t>　　比例的意义和基本性质---------------------------4课时左右</w:t>
      </w:r>
      <w:r>
        <w:rPr>
          <w:lang w:eastAsia="zh-CN"/>
        </w:rPr>
        <w:br/>
      </w:r>
      <w:r>
        <w:rPr>
          <w:lang w:eastAsia="zh-CN"/>
        </w:rPr>
        <w:t>　　正比例和反比例的意义--------------------------4课时左右</w:t>
      </w:r>
      <w:r>
        <w:rPr>
          <w:lang w:eastAsia="zh-CN"/>
        </w:rPr>
        <w:br/>
      </w:r>
      <w:r>
        <w:rPr>
          <w:lang w:eastAsia="zh-CN"/>
        </w:rPr>
        <w:t>　　比例的应用------------------------------------5课时左右</w:t>
      </w:r>
      <w:r>
        <w:rPr>
          <w:lang w:eastAsia="zh-CN"/>
        </w:rPr>
        <w:br/>
      </w:r>
      <w:r>
        <w:rPr>
          <w:lang w:eastAsia="zh-CN"/>
        </w:rPr>
        <w:t>　　整理和复习-------------------------------------1课时</w:t>
      </w:r>
      <w:r>
        <w:rPr>
          <w:lang w:eastAsia="zh-CN"/>
        </w:rPr>
        <w:br/>
      </w:r>
      <w:r>
        <w:rPr>
          <w:lang w:eastAsia="zh-CN"/>
        </w:rPr>
        <w:t>　　自行车里的数学---------------------------------1课时</w:t>
      </w:r>
      <w:r>
        <w:rPr>
          <w:lang w:eastAsia="zh-CN"/>
        </w:rPr>
        <w:br/>
      </w:r>
      <w:r>
        <w:rPr>
          <w:lang w:eastAsia="zh-CN"/>
        </w:rPr>
        <w:t>　　统计（2课时）</w:t>
      </w:r>
      <w:r>
        <w:rPr>
          <w:lang w:eastAsia="zh-CN"/>
        </w:rPr>
        <w:br/>
      </w:r>
      <w:r>
        <w:rPr>
          <w:lang w:eastAsia="zh-CN"/>
        </w:rPr>
        <w:t>　　节约用水---------------------------------------1课时</w:t>
      </w:r>
      <w:r>
        <w:rPr>
          <w:lang w:eastAsia="zh-CN"/>
        </w:rPr>
        <w:br/>
      </w:r>
      <w:r>
        <w:rPr>
          <w:lang w:eastAsia="zh-CN"/>
        </w:rPr>
        <w:t>　　数学广角（3课时）</w:t>
      </w:r>
      <w:r>
        <w:rPr>
          <w:lang w:eastAsia="zh-CN"/>
        </w:rPr>
        <w:br/>
      </w:r>
      <w:r>
        <w:rPr>
          <w:lang w:eastAsia="zh-CN"/>
        </w:rPr>
        <w:t>　　整理和复习（27课时）</w:t>
      </w:r>
      <w:r>
        <w:rPr>
          <w:lang w:eastAsia="zh-CN"/>
        </w:rPr>
        <w:br/>
      </w:r>
      <w:r>
        <w:rPr>
          <w:lang w:eastAsia="zh-CN"/>
        </w:rPr>
        <w:t>　　数与代数---------------------------------------10课时左右</w:t>
      </w:r>
      <w:r>
        <w:rPr>
          <w:lang w:eastAsia="zh-CN"/>
        </w:rPr>
        <w:br/>
      </w:r>
      <w:r>
        <w:rPr>
          <w:lang w:eastAsia="zh-CN"/>
        </w:rPr>
        <w:t>　　空间与图形-------------------------------------9课时左右</w:t>
      </w:r>
      <w:r>
        <w:rPr>
          <w:lang w:eastAsia="zh-CN"/>
        </w:rPr>
        <w:br/>
      </w:r>
      <w:r>
        <w:rPr>
          <w:lang w:eastAsia="zh-CN"/>
        </w:rPr>
        <w:t>　　统计与概率-------------------------------------4课时左右</w:t>
      </w:r>
      <w:r>
        <w:rPr>
          <w:lang w:eastAsia="zh-CN"/>
        </w:rPr>
        <w:br/>
      </w:r>
      <w:r>
        <w:rPr>
          <w:lang w:eastAsia="zh-CN"/>
        </w:rPr>
        <w:t>　　综合应用---------------------------------------4课时</w:t>
      </w:r>
      <w:r>
        <w:rPr>
          <w:lang w:eastAsia="zh-CN"/>
        </w:rPr>
        <w:br/>
      </w:r>
      <w:r>
        <w:rPr>
          <w:lang w:eastAsia="zh-CN"/>
        </w:rPr>
        <w:t>　　七、教学进度（见进度表）关于六年级下册教学计划3</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一、学生情况分析 </w:t>
      </w:r>
      <w:r>
        <w:rPr>
          <w:lang w:eastAsia="zh-CN"/>
        </w:rPr>
        <w:br/>
      </w:r>
      <w:r>
        <w:rPr>
          <w:lang w:eastAsia="zh-CN"/>
        </w:rPr>
        <w:t>　　经过三年时间的英语学习，大部分的学生已掌握了良好的英语学习基础，对英语的学习怀着浓厚的学习兴趣，上课认真听讲，积极举手发言，学习的积极性高，语言模仿的能力强，并养成了良好的英语学习习惯和学习方法。</w:t>
      </w:r>
      <w:r>
        <w:rPr>
          <w:lang w:eastAsia="zh-CN"/>
        </w:rPr>
        <w:br/>
      </w:r>
      <w:r>
        <w:rPr>
          <w:lang w:eastAsia="zh-CN"/>
        </w:rPr>
        <w:t>　　但仍有部分学生的英语底子较差，学习英语的兴趣不高，有时甚至没有按时完成作业。本学期将继续抓好尖子生的培养工作，同时做好后进生的辅导工作，尽量是他们从思想上重视英语，加强对英语学习的兴趣。</w:t>
      </w:r>
      <w:r>
        <w:rPr>
          <w:lang w:eastAsia="zh-CN"/>
        </w:rPr>
        <w:br/>
      </w:r>
      <w:r>
        <w:rPr>
          <w:lang w:eastAsia="zh-CN"/>
        </w:rPr>
        <w:t>　　二、教材概况</w:t>
      </w:r>
      <w:r>
        <w:rPr>
          <w:lang w:eastAsia="zh-CN"/>
        </w:rPr>
        <w:br/>
      </w:r>
      <w:r>
        <w:rPr>
          <w:lang w:eastAsia="zh-CN"/>
        </w:rPr>
        <w:t>　　PEP小学英语六年级上册，共有6个教学单元、2个复习单元。每单元分“Ａ、Ｂ、Ｃ”三个部分，共12页，复习单元为6页。全书配有彩色卡通式插图，设计新颖活泼，生动有趣。本教材的设计与编写体现了对传统外语教学思想的继承和发展，在比较、分析和研究多种国内外小学英语教材的基础上，博采众长，取其精华，形成了本套教材特有的编写体系。本套教材的编写思路是以话题为纲，以交际功能和语言结构为主线，逐步引导学生运用英语完成有实际意义的语言任务，即：话题－功能－结构－任务。其具体特点如下：</w:t>
      </w:r>
      <w:r>
        <w:rPr>
          <w:lang w:eastAsia="zh-CN"/>
        </w:rPr>
        <w:br/>
      </w:r>
      <w:r>
        <w:rPr>
          <w:lang w:eastAsia="zh-CN"/>
        </w:rPr>
        <w:t>　　1、强调语言运用。本教材体现交际教学思想，注重学生语言应用能力的培养。在起始阶段采用“全身动作反应法”，让学生在做中学，在唱中学，在玩中学。</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2、注重能力培养。整套教材贯穿“学会学习”的主题，培养学生自主学习和独立运用所学语言去做事情的能力。</w:t>
      </w:r>
      <w:r>
        <w:rPr>
          <w:lang w:eastAsia="zh-CN"/>
        </w:rPr>
        <w:br/>
      </w:r>
      <w:r>
        <w:rPr>
          <w:lang w:eastAsia="zh-CN"/>
        </w:rPr>
        <w:t>　　3、突出兴趣激发。教学形式多样化，其中包括对话、歌谣、小诗、歌曲、游戏、任务、绘画等</w:t>
      </w:r>
      <w:r>
        <w:rPr>
          <w:lang w:eastAsia="zh-CN"/>
        </w:rPr>
        <w:br/>
      </w:r>
      <w:r>
        <w:rPr>
          <w:lang w:eastAsia="zh-CN"/>
        </w:rPr>
        <w:t>　　4、重视双向交流和中西文化的介绍。</w:t>
      </w:r>
      <w:r>
        <w:rPr>
          <w:lang w:eastAsia="zh-CN"/>
        </w:rPr>
        <w:br/>
      </w:r>
      <w:r>
        <w:rPr>
          <w:lang w:eastAsia="zh-CN"/>
        </w:rPr>
        <w:t>　　5、重视灵活扩展。充分考虑学校老师学生个体的差异。C部分可选择学习。</w:t>
      </w:r>
      <w:r>
        <w:rPr>
          <w:lang w:eastAsia="zh-CN"/>
        </w:rPr>
        <w:br/>
      </w:r>
      <w:r>
        <w:rPr>
          <w:lang w:eastAsia="zh-CN"/>
        </w:rPr>
        <w:t>　　三、教学目标</w:t>
      </w:r>
      <w:r>
        <w:rPr>
          <w:lang w:eastAsia="zh-CN"/>
        </w:rPr>
        <w:br/>
      </w:r>
      <w:r>
        <w:rPr>
          <w:lang w:eastAsia="zh-CN"/>
        </w:rPr>
        <w:t>　　本教材的教学目的是激发学生学习英语的兴趣，培养他们学习英语的积极态度，使他们初步建立学习英语的自信心；培养学生具有一定的语感和良好的语音、语调、书写基础，以及良好的学习习惯；使他们初步具备用英语进行简单日常交流的能力。同时培养学生的观察、记忆、思维、想象和创造能力。适当介绍中西方文化，培养学生的爱国主义精神，增强世界意识，为学生的进一步学习奠定良好的基础。具体目标如下：</w:t>
      </w:r>
      <w:r>
        <w:rPr>
          <w:lang w:eastAsia="zh-CN"/>
        </w:rPr>
        <w:br/>
      </w:r>
      <w:r>
        <w:rPr>
          <w:lang w:eastAsia="zh-CN"/>
        </w:rPr>
        <w:t>　　1、能按四会、三会的要求掌握所学单词。</w:t>
      </w:r>
      <w:r>
        <w:rPr>
          <w:lang w:eastAsia="zh-CN"/>
        </w:rPr>
        <w:br/>
      </w:r>
      <w:r>
        <w:rPr>
          <w:lang w:eastAsia="zh-CN"/>
        </w:rPr>
        <w:t>　　2、能按四会要求掌握所学句型。</w:t>
      </w:r>
      <w:r>
        <w:rPr>
          <w:lang w:eastAsia="zh-CN"/>
        </w:rPr>
        <w:br/>
      </w:r>
      <w:r>
        <w:rPr>
          <w:lang w:eastAsia="zh-CN"/>
        </w:rPr>
        <w:t>　　3、能使用日常交际用语，活用四会句型，进行简单的交流。</w:t>
      </w:r>
      <w:r>
        <w:rPr>
          <w:lang w:eastAsia="zh-CN"/>
        </w:rPr>
        <w:br/>
      </w:r>
      <w:r>
        <w:rPr>
          <w:lang w:eastAsia="zh-CN"/>
        </w:rPr>
        <w:t>　　4、能在图片、手势、情境等非语言提示的帮助下，听懂清晰的话语和录音。</w:t>
      </w:r>
      <w:r>
        <w:rPr>
          <w:lang w:eastAsia="zh-CN"/>
        </w:rPr>
        <w:br/>
      </w:r>
      <w:r>
        <w:rPr>
          <w:lang w:eastAsia="zh-CN"/>
        </w:rPr>
        <w:t>　　5、进一步养成良好的书写习惯。</w:t>
      </w:r>
      <w:r>
        <w:rPr>
          <w:lang w:eastAsia="zh-CN"/>
        </w:rPr>
        <w:br/>
      </w:r>
      <w:r>
        <w:rPr>
          <w:lang w:eastAsia="zh-CN"/>
        </w:rPr>
        <w:t>　　6、进一步养成听英语、读英语和说英语的良好习惯。</w:t>
      </w:r>
      <w:r>
        <w:rPr>
          <w:lang w:eastAsia="zh-CN"/>
        </w:rPr>
        <w:br/>
      </w:r>
      <w:r>
        <w:rPr>
          <w:lang w:eastAsia="zh-CN"/>
        </w:rPr>
        <w:t>　　7、能运用相关的语言知识和技能，完成某项任务。</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8、能演唱已学过的英语歌曲，诵读已学过的歌谣。</w:t>
      </w:r>
      <w:r>
        <w:rPr>
          <w:lang w:eastAsia="zh-CN"/>
        </w:rPr>
        <w:br/>
      </w:r>
      <w:r>
        <w:rPr>
          <w:lang w:eastAsia="zh-CN"/>
        </w:rPr>
        <w:t>　　四、教学措施</w:t>
      </w:r>
      <w:r>
        <w:rPr>
          <w:lang w:eastAsia="zh-CN"/>
        </w:rPr>
        <w:br/>
      </w:r>
      <w:r>
        <w:rPr>
          <w:lang w:eastAsia="zh-CN"/>
        </w:rPr>
        <w:t>　　1、创设合理的教学情境，突出个人体验情境教学是有意识的心理活动和无意识的心理活动的统一，认知方面有启迪学生的可暗示性，从而有意识的和无意识的接受教育输入。语言能力的'获得不是靠教师教出来的，而外语交际的能力的决定素是学习者自己，教师不可能把能力教给学生，是学生自己在教师的引导帮助下一点一滴的积累起来。在外语教学的全过程中，师生共存，但学生是教学活动的核心和根本，所以应把学生真正当成教学活动的主体。</w:t>
      </w:r>
      <w:r>
        <w:rPr>
          <w:lang w:eastAsia="zh-CN"/>
        </w:rPr>
        <w:br/>
      </w:r>
      <w:r>
        <w:rPr>
          <w:lang w:eastAsia="zh-CN"/>
        </w:rPr>
        <w:t>　　2、做中学、做中用，强调英语的功能性</w:t>
      </w:r>
      <w:r>
        <w:rPr>
          <w:lang w:eastAsia="zh-CN"/>
        </w:rPr>
        <w:br/>
      </w:r>
      <w:r>
        <w:rPr>
          <w:lang w:eastAsia="zh-CN"/>
        </w:rPr>
        <w:t>　　由于外语教学活动得根据教育目的和要求，在人为的学校环境中非自然地进行，所以以往存在着学生上完课，以为就掌握了课本知识。其实不然，因为生活中的语言是活的，它不可能根据课本定下来，如果在课本上学到的知识只用于课本，不能活用于生活，知识就失去了它的价值。</w:t>
      </w:r>
      <w:r>
        <w:rPr>
          <w:lang w:eastAsia="zh-CN"/>
        </w:rPr>
        <w:br/>
      </w:r>
      <w:r>
        <w:rPr>
          <w:lang w:eastAsia="zh-CN"/>
        </w:rPr>
        <w:t>　　3、积极倡导运用任务型教学模式</w:t>
      </w:r>
      <w:r>
        <w:rPr>
          <w:lang w:eastAsia="zh-CN"/>
        </w:rPr>
        <w:br/>
      </w:r>
      <w:r>
        <w:rPr>
          <w:lang w:eastAsia="zh-CN"/>
        </w:rPr>
        <w:t>　　教师应依据课程的总体目标并结合教学内容，创造性地设计贴近学生实际的教学活动，吸引和组织他们积极参与。学生通过思考、调查、讨论、交流和合作等方式，学习和使用英语，完成学习任务。关于六年级下册教学计划4</w:t>
      </w:r>
      <w:r>
        <w:rPr>
          <w:lang w:eastAsia="zh-CN"/>
        </w:rPr>
        <w:br/>
      </w:r>
      <w:r>
        <w:rPr>
          <w:lang w:eastAsia="zh-CN"/>
        </w:rPr>
        <w:t xml:space="preserve">    一．学生情况分析： </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通过一学期的教学，大多数学生英语学习有进步，英语字写得漂亮了，学习态度有所好转，上学期通过采用边学习新知识和复习旧知识相结合的方法，他们的学习有所进步。但是因为教材衔接有问题，学生学习这套教材有一定难度。这学期他们将步入六年级的第二学期，学生的学习负担会越来越重，他们将面临着毕业和升中学考试的压力，会把更多的精力放在语文和数学上，因为考中学不考英语，所以家长和学生会更加不重视英语，大多数会放弃英语，干脆不学了。</w:t>
      </w:r>
      <w:r>
        <w:rPr>
          <w:lang w:eastAsia="zh-CN"/>
        </w:rPr>
        <w:br/>
      </w:r>
      <w:r>
        <w:rPr>
          <w:lang w:eastAsia="zh-CN"/>
        </w:rPr>
        <w:t>　　二，针对情况采取的措施：</w:t>
      </w:r>
      <w:r>
        <w:rPr>
          <w:lang w:eastAsia="zh-CN"/>
        </w:rPr>
        <w:br/>
      </w:r>
      <w:r>
        <w:rPr>
          <w:lang w:eastAsia="zh-CN"/>
        </w:rPr>
        <w:t>　　1、注重情景教学，创设英语环境，营造学习气氛，使学生有更多的机会接触英语，感触英语，应用英语。</w:t>
      </w:r>
      <w:r>
        <w:rPr>
          <w:lang w:eastAsia="zh-CN"/>
        </w:rPr>
        <w:br/>
      </w:r>
      <w:r>
        <w:rPr>
          <w:lang w:eastAsia="zh-CN"/>
        </w:rPr>
        <w:t>　　2、结合学生的年龄特点，结合教学内容，设计适合六年级学生的课堂教学活动，调动学生的学习积极性。</w:t>
      </w:r>
      <w:r>
        <w:rPr>
          <w:lang w:eastAsia="zh-CN"/>
        </w:rPr>
        <w:br/>
      </w:r>
      <w:r>
        <w:rPr>
          <w:lang w:eastAsia="zh-CN"/>
        </w:rPr>
        <w:t>　　3、针对学生记，背单词难这一问题，向学生介绍优秀学生的学习方法，大家互相交流，共同进步。老师向学生介绍一些好方法，如：分类记忆法，滚学球记忆法，想象记忆法等。</w:t>
      </w:r>
      <w:r>
        <w:rPr>
          <w:lang w:eastAsia="zh-CN"/>
        </w:rPr>
        <w:br/>
      </w:r>
      <w:r>
        <w:rPr>
          <w:lang w:eastAsia="zh-CN"/>
        </w:rPr>
        <w:t>　　4、对学生进行语音知识训练，教授国际音标，让学生从简单机械地模仿式学习，过渡到有正确的语音知识和指导英语学习的阶段，也为自学铺路。加强阅读训练和语法知识的渗透学习。</w:t>
      </w:r>
      <w:r>
        <w:rPr>
          <w:lang w:eastAsia="zh-CN"/>
        </w:rPr>
        <w:br/>
      </w:r>
      <w:r>
        <w:rPr>
          <w:lang w:eastAsia="zh-CN"/>
        </w:rPr>
        <w:t>　　5、渗透英语背景知识的学习，使学生扩大视野，了解国外的风土人情，异国文化，习俗等，进一步了解英语，运用英语。</w:t>
      </w:r>
      <w:r>
        <w:rPr>
          <w:lang w:eastAsia="zh-CN"/>
        </w:rPr>
        <w:br/>
      </w:r>
      <w:r>
        <w:rPr>
          <w:lang w:eastAsia="zh-CN"/>
        </w:rPr>
        <w:t>　　6、进一步加强毕业班学生的`思想工作，做好小学毕业与中学的衔接工作。</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三，教材整体分析：</w:t>
      </w:r>
      <w:r>
        <w:rPr>
          <w:lang w:eastAsia="zh-CN"/>
        </w:rPr>
        <w:br/>
      </w:r>
      <w:r>
        <w:rPr>
          <w:lang w:eastAsia="zh-CN"/>
        </w:rPr>
        <w:t>　　本学期六年级普通班英语课所使用教材是河北教育出版社的第八册，本套教材充分吸收了世界上最先进的外语教学理论和实践经验，注重学生英语听说读写能力的培养和训练，努力为学习者营造语境，精心设计内容，在教学中安排了大量的有趣的教学活动，引导学生在轻松，积极向上的气氛中学习英语，使英语变的既容易又有趣。它以学生为中心，以主要人物的活动为主线，围绕最常用的，最基本的英语词汇、句型、交际会话等，逐步开展教学内容，符合小学生的年龄、心理特点和语言教学规律，具有很强的科学性。</w:t>
      </w:r>
      <w:r>
        <w:rPr>
          <w:lang w:eastAsia="zh-CN"/>
        </w:rPr>
        <w:br/>
      </w:r>
      <w:r>
        <w:rPr>
          <w:lang w:eastAsia="zh-CN"/>
        </w:rPr>
        <w:t>　　四、总体教学目标：</w:t>
      </w:r>
      <w:r>
        <w:rPr>
          <w:lang w:eastAsia="zh-CN"/>
        </w:rPr>
        <w:br/>
      </w:r>
      <w:r>
        <w:rPr>
          <w:lang w:eastAsia="zh-CN"/>
        </w:rPr>
        <w:t>　　1、坚持快乐英语教学法，调动学生学习英语的积极性。</w:t>
      </w:r>
      <w:r>
        <w:rPr>
          <w:lang w:eastAsia="zh-CN"/>
        </w:rPr>
        <w:br/>
      </w:r>
      <w:r>
        <w:rPr>
          <w:lang w:eastAsia="zh-CN"/>
        </w:rPr>
        <w:t>　　2、巧用英文儿歌、歌谣、绕口令、谚语等训练学生的语音、语调。</w:t>
      </w:r>
      <w:r>
        <w:rPr>
          <w:lang w:eastAsia="zh-CN"/>
        </w:rPr>
        <w:br/>
      </w:r>
      <w:r>
        <w:rPr>
          <w:lang w:eastAsia="zh-CN"/>
        </w:rPr>
        <w:t>　　3、引导学生运用观察、发现、归纳、实践等方法学习语言知识，感悟语言功能。</w:t>
      </w:r>
      <w:r>
        <w:rPr>
          <w:lang w:eastAsia="zh-CN"/>
        </w:rPr>
        <w:br/>
      </w:r>
      <w:r>
        <w:rPr>
          <w:lang w:eastAsia="zh-CN"/>
        </w:rPr>
        <w:t>　　4、在训练学生听说能力的同时，加强读写训练。</w:t>
      </w:r>
      <w:r>
        <w:rPr>
          <w:lang w:eastAsia="zh-CN"/>
        </w:rPr>
        <w:br/>
      </w:r>
      <w:r>
        <w:rPr>
          <w:lang w:eastAsia="zh-CN"/>
        </w:rPr>
        <w:t>　　5、结合学生实际适当讲解语法知识做一些练习题和试卷做好小学升中学的准备工作。关于六年级下册教学计划5</w:t>
      </w:r>
      <w:r>
        <w:rPr>
          <w:lang w:eastAsia="zh-CN"/>
        </w:rPr>
        <w:br/>
      </w:r>
      <w:r>
        <w:rPr>
          <w:lang w:eastAsia="zh-CN"/>
        </w:rPr>
        <w:t xml:space="preserve">    一、学生情况分析：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这一学期我还担任六年级的科学课。从上几学期的学习情况来看，这一届学生比较活泼，生性好动，好奇心强。学生对科学活动十分地感兴趣，并能以自己的方式观察到许多细节的地方，研究气氛浓厚。但由于一部分学生对科学课的研究方式不适应，不知道如何最有效的观察、探究、描述、总结、不会实际应用或联系实际。</w:t>
      </w:r>
      <w:r>
        <w:rPr>
          <w:lang w:eastAsia="zh-CN"/>
        </w:rPr>
        <w:br/>
      </w:r>
      <w:r>
        <w:rPr>
          <w:lang w:eastAsia="zh-CN"/>
        </w:rPr>
        <w:t>　　通过三学年的科学学习，学生对科学学习有了很大的变化：课堂学习的注意力集中了，小组合作探究更加融洽了，对科学的好奇心和探究欲也更强了，对于“科学”也很有自己的见解。不是说孩子是天生的探究者吗？所以我们要创造更多的机会，激发学生对科学的好奇心和探究欲，培养学生学习科学的兴趣，因为兴趣是最好的老师。有待改进的是学生课堂学习的规范性和个别学生的学习习惯。另外科学探究小组的探究态度和习惯要进行重点培养。</w:t>
      </w:r>
      <w:r>
        <w:rPr>
          <w:lang w:eastAsia="zh-CN"/>
        </w:rPr>
        <w:br/>
      </w:r>
      <w:r>
        <w:rPr>
          <w:lang w:eastAsia="zh-CN"/>
        </w:rPr>
        <w:t>　　二、教材情况分析：</w:t>
      </w:r>
      <w:r>
        <w:rPr>
          <w:lang w:eastAsia="zh-CN"/>
        </w:rPr>
        <w:br/>
      </w:r>
      <w:r>
        <w:rPr>
          <w:lang w:eastAsia="zh-CN"/>
        </w:rPr>
        <w:t>　　六年级下学期，将是小学生小学科学课学习的最后一个学期。通过前面三年来的学习，他们已经经历了许多典型的观察、研究、认识周围事物和周围环境的科学探究活动。在接下来的这个学期里，我们期望学生们向什么方向发展呢？进一步打开他们观察、研究、认识事物的窗口，引导他们开展相对独立的科学探究活动，就是六年级下册教材的基本设计思路。在这一册《科学》教材里，学生将学习风格各异的建筑、奇妙的人体、有序的生态系统、宇宙与航天技术、像科学家一样工作五个单元。</w:t>
      </w:r>
      <w:r>
        <w:rPr>
          <w:lang w:eastAsia="zh-CN"/>
        </w:rPr>
        <w:br/>
      </w:r>
      <w:r>
        <w:rPr>
          <w:lang w:eastAsia="zh-CN"/>
        </w:rPr>
        <w:t>　　三、教学指导思想</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以培养小学生科学素养为宗旨，积极倡导让学生亲身经历以探究为主的学习活动，培养他们的好奇心和探究欲，发展他们对科学本质的理解，使他们学会探究解决问题的策略，为他们终身的学习和生活打好基础。</w:t>
      </w:r>
      <w:r>
        <w:rPr>
          <w:lang w:eastAsia="zh-CN"/>
        </w:rPr>
        <w:br/>
      </w:r>
      <w:r>
        <w:rPr>
          <w:lang w:eastAsia="zh-CN"/>
        </w:rPr>
        <w:t>　　四、各单元主要目标、要求</w:t>
      </w:r>
      <w:r>
        <w:rPr>
          <w:lang w:eastAsia="zh-CN"/>
        </w:rPr>
        <w:br/>
      </w:r>
      <w:r>
        <w:rPr>
          <w:lang w:eastAsia="zh-CN"/>
        </w:rPr>
        <w:t>　　1、风格各异的建筑，认识常见的.建筑及其结构，建筑物的审美。</w:t>
      </w:r>
      <w:r>
        <w:rPr>
          <w:lang w:eastAsia="zh-CN"/>
        </w:rPr>
        <w:br/>
      </w:r>
      <w:r>
        <w:rPr>
          <w:lang w:eastAsia="zh-CN"/>
        </w:rPr>
        <w:t>　　2、奇妙的人体，认识人体的组成，消化、呼吸、血液循环等系统的构成及其功能，认识生理发育的过程，向学生进行青春期生理、心理卫生教育。</w:t>
      </w:r>
      <w:r>
        <w:rPr>
          <w:lang w:eastAsia="zh-CN"/>
        </w:rPr>
        <w:br/>
      </w:r>
      <w:r>
        <w:rPr>
          <w:lang w:eastAsia="zh-CN"/>
        </w:rPr>
        <w:t>　　3、“宇宙”是向学生们打开的第三个窗口。他们在以前的科学课上接触的主要是有关地球物质、构造及运动的知识。这一单元将引导他们去参加有关太阳、月亮、星体的观察、研究活动。他们会观察月相的变化，做月球上环形山形成、日食和月食形成的模拟实验，根据教材提供的数据建一个太阳系的模型，利用自己制作的活动观星图，在夜晚观星……他们还将了解宇宙的其他知识和人类探索宇宙的历史，这些活动将使他们不仅知道不断膨胀的宇宙是一个充满活力极具魅力的世界，还会知道探索宇宙是人类前赴后继的艰巨事业，期待他们去参与和努力。</w:t>
      </w:r>
      <w:r>
        <w:rPr>
          <w:lang w:eastAsia="zh-CN"/>
        </w:rPr>
        <w:br/>
      </w:r>
      <w:r>
        <w:rPr>
          <w:lang w:eastAsia="zh-CN"/>
        </w:rPr>
        <w:t>　　4、像科学家一样工作，本单元主要向学生介绍著名科学家的故事，教育他们向科学家那样工作。</w:t>
      </w:r>
      <w:r>
        <w:rPr>
          <w:lang w:eastAsia="zh-CN"/>
        </w:rPr>
        <w:br/>
      </w:r>
      <w:r>
        <w:rPr>
          <w:lang w:eastAsia="zh-CN"/>
        </w:rPr>
        <w:t>　　五、具体措施</w:t>
      </w:r>
      <w:r>
        <w:rPr>
          <w:lang w:eastAsia="zh-CN"/>
        </w:rPr>
        <w:br/>
      </w:r>
      <w:r>
        <w:rPr>
          <w:lang w:eastAsia="zh-CN"/>
        </w:rPr>
        <w:t>　　1、把科学课程的总目标落实到每一节课；</w:t>
      </w:r>
      <w:r>
        <w:rPr>
          <w:lang w:eastAsia="zh-CN"/>
        </w:rPr>
        <w:br/>
      </w:r>
      <w:r>
        <w:rPr>
          <w:lang w:eastAsia="zh-CN"/>
        </w:rPr>
        <w:t>　　2、把握小学生科学学习特点，因势利导；</w:t>
      </w:r>
      <w:r>
        <w:rPr>
          <w:lang w:eastAsia="zh-CN"/>
        </w:rPr>
        <w:br/>
      </w:r>
      <w:r>
        <w:rPr>
          <w:lang w:eastAsia="zh-CN"/>
        </w:rPr>
        <w:t>　　3、用丰富多彩的亲历活动充实教学过程；</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4、让探究成为科学学习的主要方式；</w:t>
      </w:r>
      <w:r>
        <w:rPr>
          <w:lang w:eastAsia="zh-CN"/>
        </w:rPr>
        <w:br/>
      </w:r>
      <w:r>
        <w:rPr>
          <w:lang w:eastAsia="zh-CN"/>
        </w:rPr>
        <w:t>　　5、树立开放的教学观念；</w:t>
      </w:r>
      <w:r>
        <w:rPr>
          <w:lang w:eastAsia="zh-CN"/>
        </w:rPr>
        <w:br/>
      </w:r>
      <w:r>
        <w:rPr>
          <w:lang w:eastAsia="zh-CN"/>
        </w:rPr>
        <w:t>　　6、悉心地引导学生的科学学习活动；</w:t>
      </w:r>
      <w:r>
        <w:rPr>
          <w:lang w:eastAsia="zh-CN"/>
        </w:rPr>
        <w:br/>
      </w:r>
      <w:r>
        <w:rPr>
          <w:lang w:eastAsia="zh-CN"/>
        </w:rPr>
        <w:t>　　7、各班建立科学学习合作小组，让学生在相互交流、合作、帮助、研讨中学习；</w:t>
      </w:r>
      <w:r>
        <w:rPr>
          <w:lang w:eastAsia="zh-CN"/>
        </w:rPr>
        <w:br/>
      </w:r>
      <w:r>
        <w:rPr>
          <w:lang w:eastAsia="zh-CN"/>
        </w:rPr>
        <w:t>　　8、给学生提问和假设机会，并指导学生自己动手寻找证据进行验证，经过思维加工，自己得出结论，并把自己的认识用于解决问题的实践；</w:t>
      </w:r>
      <w:r>
        <w:rPr>
          <w:lang w:eastAsia="zh-CN"/>
        </w:rPr>
        <w:br/>
      </w:r>
      <w:r>
        <w:rPr>
          <w:lang w:eastAsia="zh-CN"/>
        </w:rPr>
        <w:t>　　9、充分运用各类课程资源和现代教育技术。关于六年级下册教学计划6</w:t>
      </w:r>
      <w:r>
        <w:rPr>
          <w:lang w:eastAsia="zh-CN"/>
        </w:rPr>
        <w:br/>
      </w:r>
      <w:r>
        <w:rPr>
          <w:lang w:eastAsia="zh-CN"/>
        </w:rPr>
        <w:t xml:space="preserve">    一、学生情况分析 </w:t>
      </w:r>
      <w:r>
        <w:rPr>
          <w:lang w:eastAsia="zh-CN"/>
        </w:rPr>
        <w:br/>
      </w:r>
      <w:r>
        <w:rPr>
          <w:lang w:eastAsia="zh-CN"/>
        </w:rPr>
        <w:t>　　本班有33名学生，其中男生22人，女生11人。学生已初步养成良好的听课习惯，班上同学思想比较要求上进，部分学生学习态度端正、学习能力强，有学习方法，学习兴趣浓厚；但是，另一部分学生学习目的不明确，态度不端正，经常拖拉作业甚至不做。从去年的学习表现来看，学生计算方法与质量需进一步训练及提高，优等生与后进生之间的差距也明显存在。因此，新学期里，我们要在这方面下更多苦功，关注全体学生，全面提高学生素质，提高教育教学质量，为培养更多的四化建设新型人才而奋斗。</w:t>
      </w:r>
      <w:r>
        <w:rPr>
          <w:lang w:eastAsia="zh-CN"/>
        </w:rPr>
        <w:br/>
      </w:r>
      <w:r>
        <w:rPr>
          <w:lang w:eastAsia="zh-CN"/>
        </w:rPr>
        <w:t>　　二、教材简析</w:t>
      </w:r>
      <w:r>
        <w:rPr>
          <w:lang w:eastAsia="zh-CN"/>
        </w:rPr>
        <w:br/>
      </w:r>
      <w:r>
        <w:rPr>
          <w:lang w:eastAsia="zh-CN"/>
        </w:rPr>
        <w:t>　　本教材分为三部分：“圆柱和圆锥”、“正比例和反比例”和“总复习”。“总复习”包括四个单元。</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一、圆柱和圆锥：包括“面的旋转”、“圆柱的表面积”、“圆柱的体积”和“圆锥的体积”四个课题。</w:t>
      </w:r>
      <w:r>
        <w:rPr>
          <w:lang w:eastAsia="zh-CN"/>
        </w:rPr>
        <w:br/>
      </w:r>
      <w:r>
        <w:rPr>
          <w:lang w:eastAsia="zh-CN"/>
        </w:rPr>
        <w:t>　　二、正比例和反比例：包括“变化的量”、“正比例”、“画一画”、“反比例”、“观察与探究”、“图形的放缩”和“比例尺”七个课题。</w:t>
      </w:r>
      <w:r>
        <w:rPr>
          <w:lang w:eastAsia="zh-CN"/>
        </w:rPr>
        <w:br/>
      </w:r>
      <w:r>
        <w:rPr>
          <w:lang w:eastAsia="zh-CN"/>
        </w:rPr>
        <w:t>　　三、总复习：包括“数与代数”、“空间与图形”、“统计与概率”和“解决问题的策略”。</w:t>
      </w:r>
      <w:r>
        <w:rPr>
          <w:lang w:eastAsia="zh-CN"/>
        </w:rPr>
        <w:br/>
      </w:r>
      <w:r>
        <w:rPr>
          <w:lang w:eastAsia="zh-CN"/>
        </w:rPr>
        <w:t>　　三、教学目的和要求</w:t>
      </w:r>
      <w:r>
        <w:rPr>
          <w:lang w:eastAsia="zh-CN"/>
        </w:rPr>
        <w:br/>
      </w:r>
      <w:r>
        <w:rPr>
          <w:lang w:eastAsia="zh-CN"/>
        </w:rPr>
        <w:t>　　1. 使学生认识圆柱和圆锥，掌握它们的特点，了解圆柱的底面、侧面和高，认识圆锥的底面和高，掌握圆柱和圆锥的体积计算方法，会计算圆柱的侧面积和表面积。</w:t>
      </w:r>
      <w:r>
        <w:rPr>
          <w:lang w:eastAsia="zh-CN"/>
        </w:rPr>
        <w:br/>
      </w:r>
      <w:r>
        <w:rPr>
          <w:lang w:eastAsia="zh-CN"/>
        </w:rPr>
        <w:t>　　2. 使学生理解和掌握正比例和反比例的意义，能正确判断两种量是否成正比例或反比例。学生将学会使用数对确定点的位置，并懂得按一定比例放大或缩小图形，理解比例尺的意义，正确计算平面图的比例尺。提高学生利用已有知识和技能解决问题的'能力，培养学生应用数学的意识和良好的习惯。</w:t>
      </w:r>
      <w:r>
        <w:rPr>
          <w:lang w:eastAsia="zh-CN"/>
        </w:rPr>
        <w:br/>
      </w:r>
      <w:r>
        <w:rPr>
          <w:lang w:eastAsia="zh-CN"/>
        </w:rPr>
        <w:t>　　3. 通过解决生活和体育相关的问题，使学生学会综合运用包括算式和方程在内的有关知识和技能解决问题，发展抽象思维能力，加强解决问题的能力，进一步培养学生应用数学的意识。</w:t>
      </w:r>
      <w:r>
        <w:rPr>
          <w:lang w:eastAsia="zh-CN"/>
        </w:rPr>
        <w:br/>
      </w:r>
      <w:r>
        <w:rPr>
          <w:lang w:eastAsia="zh-CN"/>
        </w:rPr>
        <w:t>　　4. 通过解决生活和科技相关的问题，使学生拓展数学视野，培养实事求是的科学精神和态度，进一步发展学生的思维能力，提高解决问题的能力，加强应用数学的意识。</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1、加强学生在整数、小数、分数、百分数、简易方程、比和比例等基础知识的系统掌握，培养他们灵活应用所学算法进行计算的能力，以提高计算水平；同时要养成检查和验算的好习惯。</w:t>
      </w:r>
      <w:r>
        <w:rPr>
          <w:lang w:eastAsia="zh-CN"/>
        </w:rPr>
        <w:br/>
      </w:r>
      <w:r>
        <w:rPr>
          <w:lang w:eastAsia="zh-CN"/>
        </w:rPr>
        <w:t>　　2、巩固学生对计量单位大小的认知，进一步明确各种计量单位的使用范围；在此基础上，训练学生进行名数的简单换算。</w:t>
      </w:r>
      <w:r>
        <w:rPr>
          <w:lang w:eastAsia="zh-CN"/>
        </w:rPr>
        <w:br/>
      </w:r>
      <w:r>
        <w:rPr>
          <w:lang w:eastAsia="zh-CN"/>
        </w:rPr>
        <w:t>　　3、进一步让学生掌握几何形体的特征，学习一些推导公式和计算方法，熟练计算几何形体的周长、面积和体积；加强学生的画图和测量技能，加深对空间概念的理解。</w:t>
      </w:r>
      <w:r>
        <w:rPr>
          <w:lang w:eastAsia="zh-CN"/>
        </w:rPr>
        <w:br/>
      </w:r>
      <w:r>
        <w:rPr>
          <w:lang w:eastAsia="zh-CN"/>
        </w:rPr>
        <w:t>　　4、教授学生统计学的初步知识，让他们能够看懂和绘制简单的统计图表，分析数据，并解决平均数问题。</w:t>
      </w:r>
      <w:r>
        <w:rPr>
          <w:lang w:eastAsia="zh-CN"/>
        </w:rPr>
        <w:br/>
      </w:r>
      <w:r>
        <w:rPr>
          <w:lang w:eastAsia="zh-CN"/>
        </w:rPr>
        <w:t>　　5、让学生熟悉常见的数量关系和应用题解答方法，培养他们灵活运用所学知识独立解答应用题和实际问题的能力，提高思维能力。</w:t>
      </w:r>
      <w:r>
        <w:rPr>
          <w:lang w:eastAsia="zh-CN"/>
        </w:rPr>
        <w:br/>
      </w:r>
      <w:r>
        <w:rPr>
          <w:lang w:eastAsia="zh-CN"/>
        </w:rPr>
        <w:t>　　教学措施：</w:t>
      </w:r>
      <w:r>
        <w:rPr>
          <w:lang w:eastAsia="zh-CN"/>
        </w:rPr>
        <w:br/>
      </w:r>
      <w:r>
        <w:rPr>
          <w:lang w:eastAsia="zh-CN"/>
        </w:rPr>
        <w:t>　　1、在加强学生计算能力的同时，还要注重分析比较和综合能力的提高。</w:t>
      </w:r>
      <w:r>
        <w:rPr>
          <w:lang w:eastAsia="zh-CN"/>
        </w:rPr>
        <w:br/>
      </w:r>
      <w:r>
        <w:rPr>
          <w:lang w:eastAsia="zh-CN"/>
        </w:rPr>
        <w:t>　　2、通过教学训练，培养学生抽象、概括的能力和判断、推理、迁移类推的能力。</w:t>
      </w:r>
      <w:r>
        <w:rPr>
          <w:lang w:eastAsia="zh-CN"/>
        </w:rPr>
        <w:br/>
      </w:r>
      <w:r>
        <w:rPr>
          <w:lang w:eastAsia="zh-CN"/>
        </w:rPr>
        <w:t>　　3、在教学中注重培养思维灵活性和敏捷性，在增加动手操作机会的同时，也要加强口算练习并提高四则计算能力。</w:t>
      </w:r>
      <w:r>
        <w:rPr>
          <w:lang w:eastAsia="zh-CN"/>
        </w:rPr>
        <w:br/>
      </w:r>
      <w:r>
        <w:rPr>
          <w:lang w:eastAsia="zh-CN"/>
        </w:rPr>
        <w:t>　　4、教学中要注重实际应用，增加学生综合运用知识解决实际问题的机会。</w:t>
      </w:r>
      <w:r>
        <w:rPr>
          <w:lang w:eastAsia="zh-CN"/>
        </w:rPr>
        <w:br/>
      </w:r>
      <w:r>
        <w:rPr>
          <w:lang w:eastAsia="zh-CN"/>
        </w:rPr>
        <w:t>　　5、教学中应注重培养学生的空间观念。</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6、针对计量单位和数量关系方面的知识点，进行详细讲解和练习。关于六年级下册教学计划7</w:t>
      </w:r>
      <w:r>
        <w:rPr>
          <w:lang w:eastAsia="zh-CN"/>
        </w:rPr>
        <w:br/>
      </w:r>
      <w:r>
        <w:rPr>
          <w:lang w:eastAsia="zh-CN"/>
        </w:rPr>
        <w:t xml:space="preserve">    一、教学内容 </w:t>
      </w:r>
      <w:r>
        <w:rPr>
          <w:lang w:eastAsia="zh-CN"/>
        </w:rPr>
        <w:br/>
      </w:r>
      <w:r>
        <w:rPr>
          <w:lang w:eastAsia="zh-CN"/>
        </w:rPr>
        <w:t>　　本教材包括以下内容：负数、圆柱和圆锥、比例、统计、数学广角、整理和复习等。</w:t>
      </w:r>
      <w:r>
        <w:rPr>
          <w:lang w:eastAsia="zh-CN"/>
        </w:rPr>
        <w:br/>
      </w:r>
      <w:r>
        <w:rPr>
          <w:lang w:eastAsia="zh-CN"/>
        </w:rPr>
        <w:t>　　教学重点：应用百分数、计算圆柱的侧面积和表面积、计算圆柱和圆锥的体积、理解比例关系和基本性质、判断反比例和正比例关系、制作扇形统计图、应用解题策略，以及复习分为四个板块。</w:t>
      </w:r>
      <w:r>
        <w:rPr>
          <w:lang w:eastAsia="zh-CN"/>
        </w:rPr>
        <w:br/>
      </w:r>
      <w:r>
        <w:rPr>
          <w:lang w:eastAsia="zh-CN"/>
        </w:rPr>
        <w:t>　　教学难点：推导出圆柱和圆锥的体积计算方法、判断正比例和反比例数量、通过方向和距离确定位置、众数和中位数平均数计算、使用解题策略的灵活性。</w:t>
      </w:r>
      <w:r>
        <w:rPr>
          <w:lang w:eastAsia="zh-CN"/>
        </w:rPr>
        <w:br/>
      </w:r>
      <w:r>
        <w:rPr>
          <w:lang w:eastAsia="zh-CN"/>
        </w:rPr>
        <w:t>　　二、教学目标</w:t>
      </w:r>
      <w:r>
        <w:rPr>
          <w:lang w:eastAsia="zh-CN"/>
        </w:rPr>
        <w:br/>
      </w:r>
      <w:r>
        <w:rPr>
          <w:lang w:eastAsia="zh-CN"/>
        </w:rPr>
        <w:t>　　1. 了解负数的含义，能够用负数表示日常生活中的问题。</w:t>
      </w:r>
      <w:r>
        <w:rPr>
          <w:lang w:eastAsia="zh-CN"/>
        </w:rPr>
        <w:br/>
      </w:r>
      <w:r>
        <w:rPr>
          <w:lang w:eastAsia="zh-CN"/>
        </w:rPr>
        <w:t>　　2. 理解比例的含义和基本性质，能够解比例，理解正比例和反比例的含义，能够判断两种量是否成正比例或反比例，能够使用比例关系解决简单实际问题，根据有正比例关系的数据，能够在有坐标系的方格纸上画图，并能根据其中一个量的值估算另一个量的值。</w:t>
      </w:r>
      <w:r>
        <w:rPr>
          <w:lang w:eastAsia="zh-CN"/>
        </w:rPr>
        <w:br/>
      </w:r>
      <w:r>
        <w:rPr>
          <w:lang w:eastAsia="zh-CN"/>
        </w:rPr>
        <w:t>　　3. 能够查看比例尺，能够利用方格纸等形式，按照一定比例放大或缩小简单图形。</w:t>
      </w:r>
      <w:r>
        <w:rPr>
          <w:lang w:eastAsia="zh-CN"/>
        </w:rPr>
        <w:br/>
      </w:r>
      <w:r>
        <w:rPr>
          <w:lang w:eastAsia="zh-CN"/>
        </w:rPr>
        <w:t>　　4. 认识圆柱、圆锥的特征，能够计算圆柱的表面积和圆柱、圆锥的体积。</w:t>
      </w:r>
      <w:r>
        <w:rPr>
          <w:lang w:eastAsia="zh-CN"/>
        </w:rPr>
        <w:br/>
      </w:r>
      <w:r>
        <w:rPr>
          <w:lang w:eastAsia="zh-CN"/>
        </w:rPr>
        <w:t>　　5.</w:t>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能够准确从统计图表中提取统计信息，正确解释统计结果，能够作出正确判断或简单预测，初步了解数据可能导致误导。</w:t>
      </w:r>
      <w:r>
        <w:rPr>
          <w:lang w:eastAsia="zh-CN"/>
        </w:rPr>
        <w:br/>
      </w:r>
      <w:r>
        <w:rPr>
          <w:lang w:eastAsia="zh-CN"/>
        </w:rPr>
        <w:t>　　6. 通过从实际生活中发现问题、提出问题、解决问题的过程，体会数学在日常生活中的作用，初步形成综合运用数学知识解决问题的能力。</w:t>
      </w:r>
      <w:r>
        <w:rPr>
          <w:lang w:eastAsia="zh-CN"/>
        </w:rPr>
        <w:br/>
      </w:r>
      <w:r>
        <w:rPr>
          <w:lang w:eastAsia="zh-CN"/>
        </w:rPr>
        <w:t>　　7. 经历对“抽屉原理”的探究过程，初步了解“抽屉原理”，能够使用“抽屉原理”解决简单而实际的问题，发展分析和推理的能力。</w:t>
      </w:r>
      <w:r>
        <w:rPr>
          <w:lang w:eastAsia="zh-CN"/>
        </w:rPr>
        <w:br/>
      </w:r>
      <w:r>
        <w:rPr>
          <w:lang w:eastAsia="zh-CN"/>
        </w:rPr>
        <w:t>　　8. 通过系统的整理和复习，加深对小学阶段所学的数学知识的理解和掌握，形成比较合理的、灵活的计算能力，发展思维能力和空间观念，提高综合运用所学数学知识解决问题的能力。</w:t>
      </w:r>
      <w:r>
        <w:rPr>
          <w:lang w:eastAsia="zh-CN"/>
        </w:rPr>
        <w:br/>
      </w:r>
      <w:r>
        <w:rPr>
          <w:lang w:eastAsia="zh-CN"/>
        </w:rPr>
        <w:t>　　9. 感受学习数学的乐趣，提高学习数学的兴趣，建立学好数学的信心。</w:t>
      </w:r>
      <w:r>
        <w:rPr>
          <w:lang w:eastAsia="zh-CN"/>
        </w:rPr>
        <w:br/>
      </w:r>
      <w:r>
        <w:rPr>
          <w:lang w:eastAsia="zh-CN"/>
        </w:rPr>
        <w:t>　　10. 养成认真做作业和写整洁的好习惯。</w:t>
      </w:r>
      <w:r>
        <w:rPr>
          <w:lang w:eastAsia="zh-CN"/>
        </w:rPr>
        <w:br/>
      </w:r>
      <w:r>
        <w:rPr>
          <w:lang w:eastAsia="zh-CN"/>
        </w:rPr>
        <w:t>　　三、教材分析</w:t>
      </w:r>
      <w:r>
        <w:rPr>
          <w:lang w:eastAsia="zh-CN"/>
        </w:rPr>
        <w:br/>
      </w:r>
      <w:r>
        <w:rPr>
          <w:lang w:eastAsia="zh-CN"/>
        </w:rPr>
        <w:t>　　该教材有如下特点：</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在数与代数方面，该教材通过生活实例，使学生初步认识负数，并理解比例、正比例和反比例的概念，掌握比例和用比例知识解决问题。在空间与图形方面，该教材安排了圆柱与圆锥的教学，培养学生空间观念，掌握有关圆柱表面积、圆柱和圆锥体积计算的基本方法。在统计方面，该教材通过简单的事例，让学生认识到利用统计图表如不认真分析也有可能获得不准确的信息，明确对统计数据进行认真、客观、全面的.分析的重要性。在用数学解决问题方面，该教材一方面结合圆柱与圆锥、比例、统计等知识的学习，让学生解决生活中的简单问题。另一方面安排了“数学广角”的教学内容，引导学生体会如何对一些简单的实际问题“模型化”，从而学习解决问题，发展学生解决问题的能力。该教材根据学生所学习的数学知识和生活经验，安排多个数学综合应用的实践活动，让学生运用所学知识解决问题，体会数学的实际应用和探索的乐趣，培养学生的数学应用意识和实践能力。整理和复习单元是小学数学教学的一个重要环节，该教材在完成小学数学的全部教学内容后，引导学生对所学内容进行一次系统的、全面的回顾与整理，帮助学生完善头脑中的数学认知结构，为初中的数学学习打下良好的基础，同时提高学生综合运用所学知识分析问题和解决问题的能力。</w:t>
      </w:r>
      <w:r>
        <w:rPr>
          <w:lang w:eastAsia="zh-CN"/>
        </w:rPr>
        <w:br/>
      </w:r>
      <w:r>
        <w:rPr>
          <w:lang w:eastAsia="zh-CN"/>
        </w:rPr>
        <w:t>　　针对六年级两个班学生情况，教师采取以下措施：</w:t>
      </w:r>
      <w:r>
        <w:rPr>
          <w:lang w:eastAsia="zh-CN"/>
        </w:rPr>
        <w:br/>
      </w:r>
      <w:r>
        <w:rPr>
          <w:lang w:eastAsia="zh-CN"/>
        </w:rPr>
        <w:t>　　对于学困生，教师将结合个别辅导与小组合作学习，设计一些专门的教学活动，如编制不同难度的题目，引导他们逐渐理解课本概念和方法。对于成绩优秀的学生，教师将适当加强复习和巩固，增加知识的深度和广度，提高学生综合能力，让他们更好地准备初中学习。对于存在较严重的两级分化现象，教师将进行差异化教学，根据不同的学生水平，灵活设置教学目标和教学内容，让学生能够了解自己的进步和不足，并发掘自己的潜能。针对学生学习方法不够灵活的问题，教师将通过多样化的教学方式和方法，如游戏教学、小组合作学习等，激发学生学习兴趣和主动性，培养他们独立思考、问题解决和团队合作的能力。</w:t>
      </w:r>
      <w:r>
        <w:rPr>
          <w:lang w:eastAsia="zh-CN"/>
        </w:rPr>
        <w:br/>
      </w:r>
    </w:p>
    <w:p w:rsidR="001B1F19" w14:textId="27C3F48A">
      <w:pPr>
        <w:rPr>
          <w:lang w:eastAsia="zh-CN"/>
        </w:rPr>
      </w:pPr>
      <w:r>
        <w:rPr>
          <w:lang w:eastAsia="zh-CN"/>
        </w:rPr>
        <w:t>　　1. 向课堂追求高质量</w:t>
      </w:r>
      <w:r>
        <w:rPr>
          <w:lang w:eastAsia="zh-CN"/>
        </w:rPr>
        <w:br/>
      </w:r>
      <w:r>
        <w:rPr>
          <w:lang w:eastAsia="zh-CN"/>
        </w:rPr>
        <w:t>　　教师应认真研读教材，探索知识之间的内在联系，在课上开展系统化教学。为提高课堂效能，教师应调动每个学生的积极性，让每个学生在参与课堂时都能有所收获。如此创造富有活力和层次感的课堂。</w:t>
      </w:r>
      <w:r>
        <w:rPr>
          <w:lang w:eastAsia="zh-CN"/>
        </w:rPr>
        <w:br/>
      </w:r>
      <w:r>
        <w:rPr>
          <w:lang w:eastAsia="zh-CN"/>
        </w:rPr>
        <w:t>　　学生则应严肃看待预习，并在课上专注聆听，并积极参与课堂。教师应多借助学生发言，多沟通答复，并加以鼓励。</w:t>
      </w:r>
      <w:r>
        <w:rPr>
          <w:lang w:eastAsia="zh-CN"/>
        </w:rPr>
        <w:br/>
      </w:r>
      <w:r>
        <w:rPr>
          <w:lang w:eastAsia="zh-CN"/>
        </w:rPr>
        <w:t>　　2. 对待作业也应要求高质量</w:t>
      </w:r>
      <w:r>
        <w:rPr>
          <w:lang w:eastAsia="zh-CN"/>
        </w:rPr>
        <w:br/>
      </w:r>
      <w:r>
        <w:rPr>
          <w:lang w:eastAsia="zh-CN"/>
        </w:rPr>
        <w:t>　　教师应侧重于面批面改常规数学作业。而学生应真正看重作业，对学习中的薄弱点谨慎查找，并做好改进。“摘错本”为教师正确做好学生作业提供了有效的基础。教师应在个人辅导，集体讲评和阶段复习中花费更多精力来解决学生在学习中出现的问题，特别值得重视的是解决出现问题较多、较严重的知识点，以提升学习效果。</w:t>
      </w:r>
      <w:r>
        <w:rPr>
          <w:lang w:eastAsia="zh-CN"/>
        </w:rPr>
        <w:br/>
      </w:r>
      <w:r>
        <w:rPr>
          <w:lang w:eastAsia="zh-CN"/>
        </w:rPr>
        <w:t>　　3. 要追求学生高质量</w:t>
      </w:r>
      <w:r>
        <w:rPr>
          <w:lang w:eastAsia="zh-CN"/>
        </w:rPr>
        <w:br/>
      </w:r>
      <w:r>
        <w:rPr>
          <w:lang w:eastAsia="zh-CN"/>
        </w:rPr>
        <w:t>　　这意味着要鼓励学生在业余时间积极主动地学习。对于那些依赖老师并随意完成作业的学生，应督促他们更积极地学习。该养成主动学习时间的习惯。</w:t>
      </w:r>
      <w:r>
        <w:rPr>
          <w:lang w:eastAsia="zh-CN"/>
        </w:rPr>
        <w:br/>
      </w:r>
      <w:r>
        <w:rPr>
          <w:lang w:eastAsia="zh-CN"/>
        </w:rPr>
        <w:t>　　4. 问题技术</w:t>
      </w:r>
      <w:r>
        <w:rPr>
          <w:lang w:eastAsia="zh-CN"/>
        </w:rPr>
        <w:br/>
      </w:r>
      <w:r>
        <w:rPr>
          <w:lang w:eastAsia="zh-CN"/>
        </w:rPr>
        <w:t>　　学生出现的问题反映出教师的教学可能存在缺陷，教师应及时对这些问题加以反思，找到不得当的地方，并采取改进措施。将这些反思内容传到个人博客，以便充分发挥对今后教学的意义。</w:t>
      </w:r>
      <w:r>
        <w:rPr>
          <w:lang w:eastAsia="zh-CN"/>
        </w:rPr>
        <w:br/>
      </w:r>
      <w:r>
        <w:rPr>
          <w:lang w:eastAsia="zh-CN"/>
        </w:rPr>
        <w:t>　　5. 面向全体学生，关注学困生的转化工作</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https://d.book118.com/075003121022011113</w:t>
        </w:r>
      </w:hyperlink>
    </w:p>
    <w:p w:rsidR="001B1F19">
      <w:pPr>
        <w:rPr>
          <w:lang w:eastAsia="zh-CN"/>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75003121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