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2024国培个人研修计划模板（32篇）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2024国培个人研修计划模板（通用32篇）</w:t>
      </w:r>
      <w:r>
        <w:rPr>
          <w:lang w:eastAsia="zh-CN"/>
        </w:rPr>
        <w:br/>
      </w:r>
      <w:r>
        <w:rPr>
          <w:lang w:eastAsia="zh-CN"/>
        </w:rPr>
        <w:t xml:space="preserve">    2024国培个人研修计划模板 篇1 </w:t>
      </w:r>
      <w:r>
        <w:rPr>
          <w:lang w:eastAsia="zh-CN"/>
        </w:rPr>
        <w:br/>
      </w:r>
      <w:r>
        <w:rPr>
          <w:lang w:eastAsia="zh-CN"/>
        </w:rPr>
        <w:t>　　上午听完两节文言文课，我们都感慨多多。</w:t>
      </w:r>
      <w:r>
        <w:rPr>
          <w:lang w:eastAsia="zh-CN"/>
        </w:rPr>
        <w:br/>
      </w:r>
      <w:r>
        <w:rPr>
          <w:lang w:eastAsia="zh-CN"/>
        </w:rPr>
        <w:t>　　高中语文教学千万不要急着针对高考来开展教学。还是扎扎实实去训练学生的语文能力、培养学生良好的语文习惯为佳。比如学生的阅读是最应当培养的一种能力和习惯，如何通过速读、默读、精读来积累知识、内化为个体知识，都应当积极训练，使学生养成习惯;比如，演说能力，看似简单，但学生的演说能不能达到作为高中生应当达到的水平和高度?再比如，学生主动提问和主动发言的习惯，这和学生的自信态度有关，那么语文教学又该怎样培养这种态度?这些看似和高考无关的东西，却为高考奠定了最为基本的功底，更为学生未来的进一步发展奠定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北京八一中学就是如此做的，但他们的高考成绩并没有因此下降。不仅如此，他们还在高一就开设了校内选修课，围绕教给学生什么、为什么要教给学生这些东西以及教师们的专长(特长)设置了四个模块，教师们根据这四个模块自行设计校本课程和教材，结果不仅充分挖掘、展示了教师的智慧，也受到学生的欢迎。有的教师利用和北大是近邻的关系，为了赶课，甚至即使赶不上吃饭也去听教授讲课，为自己上好选修课作充分准备——申左军老师就是其中的一位教师，他十几年如一日坚持听课，结果不仅今天的课得到我们每一个人的认可，而且他开设的“孔子告诉你”这门选修课深得学生欢迎。</w:t>
      </w:r>
      <w:r>
        <w:rPr>
          <w:lang w:eastAsia="zh-CN"/>
        </w:rPr>
        <w:br/>
      </w:r>
      <w:r>
        <w:rPr>
          <w:lang w:eastAsia="zh-CN"/>
        </w:rPr>
        <w:t>　　其次，一个教师的课要得到学生的欢迎，我想最重要的还在于教师本人要热爱自己的.职业，必须具备强烈的责任感和使命感。当一个教师深知自己的天职至关重要时，他就会有强劲的动力支撑自己不由自主地、自觉地不断进取，通过学习、实践、体验、反思、感悟来提升自己的人文底蕴和教学技能——尽管这些东西当前看是需要有名师来引导的。</w:t>
      </w:r>
      <w:r>
        <w:rPr>
          <w:lang w:eastAsia="zh-CN"/>
        </w:rPr>
        <w:br/>
      </w:r>
      <w:r>
        <w:rPr>
          <w:lang w:eastAsia="zh-CN"/>
        </w:rPr>
        <w:t>　　第三，一个语文教师应当尽量让自己“学富五车”。李卫东教授说，基础教育阶段的语文老师不应该被学生难倒。当时我颇不以为然，今天听了两位老师的课，让我感慨，交流会上我曾问副校长，文言文教师必须背出来是不是学校对语文教师的基本要求，她说不是，但他们学校鼓励教师这样做，这是传统，他们的理念是这是一种带动，更是一种示范——显然这已经成为学校语文教师的自觉行动。看看我们学校，年轻教师占了大多数，但我觉得许多人学习的时间仍然太少，除了学校的事务性工作过多的压在了他们的肩上，使他们不能静下心来自己给自己去学习、思考、感悟外，就是学习的氛围还不够，比如开展课题研究，甚至还有些老教师不仅自己不研究、不肯指导他们还挖苦他们，面对这个局面，我觉得学校有责任营造良好氛围，给年轻教师一定的学习压力和动力是十分必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离开八一中学回北大的路上</w:t>
      </w:r>
      <w:r>
        <w:rPr>
          <w:lang w:eastAsia="zh-CN"/>
        </w:rPr>
        <w:br/>
      </w:r>
      <w:r>
        <w:rPr>
          <w:lang w:eastAsia="zh-CN"/>
        </w:rPr>
        <w:t>　　我就在想：名师之所以是名师，因为他是名校的老师，名校的老师之所以是名师是因为他能让学习和研究成为自己日常生活的基本习惯。</w:t>
      </w:r>
      <w:r>
        <w:rPr>
          <w:lang w:eastAsia="zh-CN"/>
        </w:rPr>
        <w:br/>
      </w:r>
      <w:r>
        <w:rPr>
          <w:lang w:eastAsia="zh-CN"/>
        </w:rPr>
        <w:t>　　下午听取了北大教授程郁缀的讲座。以前曾听过他的“百家讲坛”，不觉得怎么样，因此之前也没有看好他，没想到今天听感觉完全不一样。分析起古典诗歌真是独到、入微，几乎每一句话都是名言警语。</w:t>
      </w:r>
      <w:r>
        <w:rPr>
          <w:lang w:eastAsia="zh-CN"/>
        </w:rPr>
        <w:br/>
      </w:r>
      <w:r>
        <w:rPr>
          <w:lang w:eastAsia="zh-CN"/>
        </w:rPr>
        <w:t>　　比如讲到屈原的故土情怀时，说禽兽尚且“胡鸟依北风，越鸟巢南枝”，何况是人，如果你身处美国，当你得意时，不要忘了你脚下踩的是别人的土地;当你失意时，不要忘了你背后是960万平方公里的中国;讲到屈原的成就时，他说，要对你的学生说，要成功，一要持之以恒，二要目标如一。再如讲到曹操时，他说，大气才能成大器，一个胸怀开阔的人才能成大才，比如北大，燕南园里，每一粒泥土里都蕴藏着智慧，这些人都有一颗向善的心，正因如此，北大才人才辈出。再比如讲到陶渊明时，他很佩服诗人的率真和不屈——“我醉欲眠，卿可去”，这是真朋友啊，也正因诗人伟大，他的诗才是好诗——看谁都伟大是因为你跪在地上!这是他告诉我们的真理。再比如他谈到杜甫时，我觉得他提到的李杜朋友情谊“在和人交往中，如果一个人真正做到忘我，那他永远不会被别人忘记”是非常有道理的，而当前我们中许多人往往以自我为中心，有意无意地忽略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些道理和故事其实就是教学财富，真的，我觉得很幸运，能来北大研修，和北大的顶尖教授对话——每一场讲座我都会至少提出一个问题，和来自全国各地的骨干教师分享各自的思想、探讨各自的困惑，这些行动，让我觉得每一天都过得十分充实也很有感触和体会。想想当初报名时差点与之擦肩而过，幸好认识了许多朋友，终于将这个机会抓到手。幸甚至哉，幸甚至哉!</w:t>
      </w:r>
      <w:r>
        <w:rPr>
          <w:lang w:eastAsia="zh-CN"/>
        </w:rPr>
        <w:br/>
      </w:r>
      <w:r>
        <w:rPr>
          <w:lang w:eastAsia="zh-CN"/>
        </w:rPr>
        <w:t xml:space="preserve">    2024国培个人研修计划模板 篇2 </w:t>
      </w:r>
      <w:r>
        <w:rPr>
          <w:lang w:eastAsia="zh-CN"/>
        </w:rPr>
        <w:br/>
      </w:r>
      <w:r>
        <w:rPr>
          <w:lang w:eastAsia="zh-CN"/>
        </w:rPr>
        <w:t>　　能参加“国培计划”中重庆市农村教学能手小学语文教师的培训，我深感荣幸。能面对面听专家讲课，并参与互动交流，真的是一次难得的学习机会，但我认为更多的是肩负着一种神圣的责任和使命。对于这次培训，我将全力以赴，认真学习和探求，力求提高自己的教育理论知识和教学素养。为了更好地学习，我以重庆教育学院制定出的本期研修班的研修计划为依据，制定出了一套自己的具体研修计划：</w:t>
      </w:r>
      <w:r>
        <w:rPr>
          <w:lang w:eastAsia="zh-CN"/>
        </w:rPr>
        <w:br/>
      </w:r>
      <w:r>
        <w:rPr>
          <w:lang w:eastAsia="zh-CN"/>
        </w:rPr>
        <w:t>　　一、指导思想</w:t>
      </w:r>
      <w:r>
        <w:rPr>
          <w:lang w:eastAsia="zh-CN"/>
        </w:rPr>
        <w:br/>
      </w:r>
      <w:r>
        <w:rPr>
          <w:lang w:eastAsia="zh-CN"/>
        </w:rPr>
        <w:t>　　通过专家教授的引领，不断更新教育观念，促使自己专业化发展。</w:t>
      </w:r>
      <w:r>
        <w:rPr>
          <w:lang w:eastAsia="zh-CN"/>
        </w:rPr>
        <w:br/>
      </w:r>
      <w:r>
        <w:rPr>
          <w:lang w:eastAsia="zh-CN"/>
        </w:rPr>
        <w:t>　　二、研修目标</w:t>
      </w:r>
      <w:r>
        <w:rPr>
          <w:lang w:eastAsia="zh-CN"/>
        </w:rPr>
        <w:br/>
      </w:r>
      <w:r>
        <w:rPr>
          <w:lang w:eastAsia="zh-CN"/>
        </w:rPr>
        <w:t>　　1、通过培训，转变教育观念，提高认识。</w:t>
      </w:r>
      <w:r>
        <w:rPr>
          <w:lang w:eastAsia="zh-CN"/>
        </w:rPr>
        <w:br/>
      </w:r>
      <w:r>
        <w:rPr>
          <w:lang w:eastAsia="zh-CN"/>
        </w:rPr>
        <w:t>　　2、深化对小学语文课程性质、课程目标的理解。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3、掌握小学语文课程与教学改革的核心理念，致力于提高小学生语文素养和课堂教学的有效性，积极开展阅读教学、习作教学等方面的改革。</w:t>
      </w:r>
      <w:r>
        <w:rPr>
          <w:lang w:eastAsia="zh-CN"/>
        </w:rPr>
        <w:br/>
      </w:r>
      <w:r>
        <w:rPr>
          <w:lang w:eastAsia="zh-CN"/>
        </w:rPr>
        <w:t>　　4、促进专业化发展，提高教学研究能力。</w:t>
      </w:r>
      <w:r>
        <w:rPr>
          <w:lang w:eastAsia="zh-CN"/>
        </w:rPr>
        <w:br/>
      </w:r>
      <w:r>
        <w:rPr>
          <w:lang w:eastAsia="zh-CN"/>
        </w:rPr>
        <w:t>　　三、研修措施</w:t>
      </w:r>
      <w:r>
        <w:rPr>
          <w:lang w:eastAsia="zh-CN"/>
        </w:rPr>
        <w:br/>
      </w:r>
      <w:r>
        <w:rPr>
          <w:lang w:eastAsia="zh-CN"/>
        </w:rPr>
        <w:t>　　1、努力学习课程知识，在学习过程中认真做好笔记，不断提高自己的教学水平和专业素养。</w:t>
      </w:r>
      <w:r>
        <w:rPr>
          <w:lang w:eastAsia="zh-CN"/>
        </w:rPr>
        <w:br/>
      </w:r>
      <w:r>
        <w:rPr>
          <w:lang w:eastAsia="zh-CN"/>
        </w:rPr>
        <w:t>　　2、学习专家们的先进理念，逐步内化为自己的东西，积极动脑思考问题，并积极发言。</w:t>
      </w:r>
      <w:r>
        <w:rPr>
          <w:lang w:eastAsia="zh-CN"/>
        </w:rPr>
        <w:br/>
      </w:r>
      <w:r>
        <w:rPr>
          <w:lang w:eastAsia="zh-CN"/>
        </w:rPr>
        <w:t>　　3、通过专家的引领，理论联系实际，不断反思自己的教学行为和教学方式，努力探求适合学生的教学方法，提高自身的语文素养。</w:t>
      </w:r>
      <w:r>
        <w:rPr>
          <w:lang w:eastAsia="zh-CN"/>
        </w:rPr>
        <w:br/>
      </w:r>
      <w:r>
        <w:rPr>
          <w:lang w:eastAsia="zh-CN"/>
        </w:rPr>
        <w:t>　　4、积极参与各种研讨活动，积极发表自己的观点，博采众长，在交流中提高自己的专业知识，逐步向专业化教师的标准靠近。</w:t>
      </w:r>
      <w:r>
        <w:rPr>
          <w:lang w:eastAsia="zh-CN"/>
        </w:rPr>
        <w:br/>
      </w:r>
      <w:r>
        <w:rPr>
          <w:lang w:eastAsia="zh-CN"/>
        </w:rPr>
        <w:t>　　四、研修内容</w:t>
      </w:r>
      <w:r>
        <w:rPr>
          <w:lang w:eastAsia="zh-CN"/>
        </w:rPr>
        <w:br/>
      </w:r>
      <w:r>
        <w:rPr>
          <w:lang w:eastAsia="zh-CN"/>
        </w:rPr>
        <w:t>　　1、认真听取专家教授的讲座，踏踏实实地学习理论知识。</w:t>
      </w:r>
      <w:r>
        <w:rPr>
          <w:lang w:eastAsia="zh-CN"/>
        </w:rPr>
        <w:br/>
      </w:r>
      <w:r>
        <w:rPr>
          <w:lang w:eastAsia="zh-CN"/>
        </w:rPr>
        <w:t>　　2、去实地考察，并观摩实实在在的课堂教学，吸取精华，提高自身素养。</w:t>
      </w:r>
      <w:r>
        <w:rPr>
          <w:lang w:eastAsia="zh-CN"/>
        </w:rPr>
        <w:br/>
      </w:r>
      <w:r>
        <w:rPr>
          <w:lang w:eastAsia="zh-CN"/>
        </w:rPr>
        <w:t>　　3、积极参与班级研讨活动，在活动中积极表达自己的观点，在探讨中提高自己的知识素养。</w:t>
      </w:r>
      <w:r>
        <w:rPr>
          <w:lang w:eastAsia="zh-CN"/>
        </w:rPr>
        <w:br/>
      </w:r>
      <w:r>
        <w:rPr>
          <w:lang w:eastAsia="zh-CN"/>
        </w:rPr>
        <w:t>　　4、每天听课后做到及时反思，记录感悟的点点滴滴。</w:t>
      </w:r>
      <w:r>
        <w:rPr>
          <w:lang w:eastAsia="zh-CN"/>
        </w:rPr>
        <w:br/>
      </w:r>
      <w:r>
        <w:rPr>
          <w:lang w:eastAsia="zh-CN"/>
        </w:rPr>
        <w:t>　　5、每天坚持看一个小时的教学专著，努力学习与新课程相关的理论知识，并做好读书笔记，写下读后反思。</w:t>
      </w:r>
      <w:r>
        <w:rPr>
          <w:lang w:eastAsia="zh-CN"/>
        </w:rPr>
        <w:br/>
      </w:r>
      <w:r>
        <w:rPr>
          <w:lang w:eastAsia="zh-CN"/>
        </w:rPr>
        <w:t>　　6、每天填写好研修日志，将自己的思想文字化，行动化。</w:t>
      </w:r>
      <w:r>
        <w:rPr>
          <w:lang w:eastAsia="zh-CN"/>
        </w:rPr>
        <w:br/>
      </w:r>
      <w:r>
        <w:rPr>
          <w:lang w:eastAsia="zh-CN"/>
        </w:rPr>
        <w:t>　　7、撰写教育教学论文，将自己的感悟文字化。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五、研修方式</w:t>
      </w:r>
      <w:r>
        <w:rPr>
          <w:lang w:eastAsia="zh-CN"/>
        </w:rPr>
        <w:br/>
      </w:r>
      <w:r>
        <w:rPr>
          <w:lang w:eastAsia="zh-CN"/>
        </w:rPr>
        <w:t>　　专家教授引领、主题论坛探讨、实地教育考察、自主合作探究、网络交流等</w:t>
      </w:r>
      <w:r>
        <w:rPr>
          <w:lang w:eastAsia="zh-CN"/>
        </w:rPr>
        <w:br/>
      </w:r>
      <w:r>
        <w:rPr>
          <w:lang w:eastAsia="zh-CN"/>
        </w:rPr>
        <w:t>　　总之，通过这次“国培”研修学习，我相信自己在自身素质、教育教学理论和教育教学方法上会有许许多多的收获，会为我以后的教育教学工作打下坚实的基础。路漫漫其修远兮，吾将上下而求索，在教育这条路上我会坚守自己的信仰，向着光明坚定不移的一直走下去。</w:t>
      </w:r>
      <w:r>
        <w:rPr>
          <w:lang w:eastAsia="zh-CN"/>
        </w:rPr>
        <w:br/>
      </w:r>
      <w:r>
        <w:rPr>
          <w:lang w:eastAsia="zh-CN"/>
        </w:rPr>
        <w:t xml:space="preserve">    2024国培个人研修计划模板 篇3 </w:t>
      </w:r>
      <w:r>
        <w:rPr>
          <w:lang w:eastAsia="zh-CN"/>
        </w:rPr>
        <w:br/>
      </w:r>
      <w:r>
        <w:rPr>
          <w:lang w:eastAsia="zh-CN"/>
        </w:rPr>
        <w:t>　　每次外出学习，我都能够在短期内享受一次精神的盛宴，接受一次心灵的洗礼，每次都让我欣喜不已，因为一次学习都是能开阔自己的视野，提升自己的境界。为了能够在这次培训中有更大的收获，在教育理论、教学研究等各方面都得到提高，制定个人研修计划如下 :</w:t>
      </w:r>
      <w:r>
        <w:rPr>
          <w:lang w:eastAsia="zh-CN"/>
        </w:rPr>
        <w:br/>
      </w:r>
      <w:r>
        <w:rPr>
          <w:lang w:eastAsia="zh-CN"/>
        </w:rPr>
        <w:t>　　一、聆听--积极主动的学习</w:t>
      </w:r>
      <w:r>
        <w:rPr>
          <w:lang w:eastAsia="zh-CN"/>
        </w:rPr>
        <w:br/>
      </w:r>
      <w:r>
        <w:rPr>
          <w:lang w:eastAsia="zh-CN"/>
        </w:rPr>
        <w:t>　　珍惜这次培训机会，认真遵守培训院校的各项要求，每天提前到学习地点，按时参加学习，专心听讲，认真聆听专家报告，并做好笔记。无论专家报告何种风格，都坚持在最快的是时间内调整思路，融入专家报告，解读专家思想，内化成自身的知识，弥补自己专业知识的不足。</w:t>
      </w:r>
      <w:r>
        <w:rPr>
          <w:lang w:eastAsia="zh-CN"/>
        </w:rPr>
        <w:br/>
      </w:r>
      <w:r>
        <w:rPr>
          <w:lang w:eastAsia="zh-CN"/>
        </w:rPr>
        <w:t>　　二、参与--向专家请教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对报告中不明白问题和教学中的困惑，找机会向专家请教。并努力向培训的教授提出心中的疑问和困惑，寻求专家帮助解决。积极参与研修班的各项研讨活动，努力向各位学员学习，各位学员都是各个地区的一线教师，他们都具有丰富的教学理论和教学经验，拿出自己的问题请教各位学员，或与各位学员共同探讨。</w:t>
      </w:r>
      <w:r>
        <w:rPr>
          <w:lang w:eastAsia="zh-CN"/>
        </w:rPr>
        <w:br/>
      </w:r>
      <w:r>
        <w:rPr>
          <w:lang w:eastAsia="zh-CN"/>
        </w:rPr>
        <w:t>　　三、反思--寻找提升新途径</w:t>
      </w:r>
      <w:r>
        <w:rPr>
          <w:lang w:eastAsia="zh-CN"/>
        </w:rPr>
        <w:br/>
      </w:r>
      <w:r>
        <w:rPr>
          <w:lang w:eastAsia="zh-CN"/>
        </w:rPr>
        <w:t>　　每天晚上坚持整理笔记，结合自己在教学中的感受写出学习心得，写出研修日志，发表在教师培训平台上，并且坚持每天更新新浪和网校 office搏客日志，作为“河南省最具成长力教师”“河南省名师”，对照自己以往的专业成长道路，寻找自己的课堂教学与专家所谈的课堂教学的接入点，寻找与现代教育理论接轨的方法和途径，看是否能在最短的时间内做到最大的提高，并将所思所悟及时整理，至少要有3篇高质量的文章，向报刊杂志投稿。</w:t>
      </w:r>
      <w:r>
        <w:rPr>
          <w:lang w:eastAsia="zh-CN"/>
        </w:rPr>
        <w:br/>
      </w:r>
      <w:r>
        <w:rPr>
          <w:lang w:eastAsia="zh-CN"/>
        </w:rPr>
        <w:t>　　四、读书--坚持自我内涵发展</w:t>
      </w:r>
      <w:r>
        <w:rPr>
          <w:lang w:eastAsia="zh-CN"/>
        </w:rPr>
        <w:br/>
      </w:r>
      <w:r>
        <w:rPr>
          <w:lang w:eastAsia="zh-CN"/>
        </w:rPr>
        <w:t>　　在课余时间，认真读书或在网上搜集各位专家推荐的学习内容精心研读。并且在这接近20天的时间内，争取读完《名师备课经验》这本书，写出3篇高质量的读书心得和体会。</w:t>
      </w:r>
      <w:r>
        <w:rPr>
          <w:lang w:eastAsia="zh-CN"/>
        </w:rPr>
        <w:br/>
      </w:r>
      <w:r>
        <w:rPr>
          <w:lang w:eastAsia="zh-CN"/>
        </w:rPr>
        <w:t>　　五、课题--学以致用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争取通过学习，在学习数学课程标准的基本理念，掌握数学有效课堂教学方法的基础上。了解数学教师专业发展趋势，理解研究教育教学规律和研究学生的基本方法和策略，提高把握教育教学规律和学生发展规律的能力。并且在研修结束，写出研修学习的体会和收获，在某一个具体的方面进行深刻、细致的总结，规划出下学期教学改革设想，结合文昌小学实际情况，发挥教学副校长的示范引领作用，培养身边骨干教师，并利用假期设计出3节左右高水平的优质课，并在下学期带领学校骨干教师展开课题实验。</w:t>
      </w:r>
      <w:r>
        <w:rPr>
          <w:lang w:eastAsia="zh-CN"/>
        </w:rPr>
        <w:br/>
      </w:r>
      <w:r>
        <w:rPr>
          <w:lang w:eastAsia="zh-CN"/>
        </w:rPr>
        <w:t>　　研修计划的制定，只是对短期学习的一种规划，而最关键在于落实，所以我每天一定坚持自我检查计划的落实情况，对没有落实好的内容，能够当天弥补的工作不拖到明天，努力做到日结月清，真正让这次研修成为专业成长中的一次里程碑。</w:t>
      </w:r>
      <w:r>
        <w:rPr>
          <w:lang w:eastAsia="zh-CN"/>
        </w:rPr>
        <w:br/>
      </w:r>
      <w:r>
        <w:rPr>
          <w:lang w:eastAsia="zh-CN"/>
        </w:rPr>
        <w:t xml:space="preserve">    2024国培个人研修计划模板 篇4 </w:t>
      </w:r>
      <w:r>
        <w:rPr>
          <w:lang w:eastAsia="zh-CN"/>
        </w:rPr>
        <w:br/>
      </w:r>
      <w:r>
        <w:rPr>
          <w:lang w:eastAsia="zh-CN"/>
        </w:rPr>
        <w:t>　　一、指导思想：</w:t>
      </w:r>
      <w:r>
        <w:rPr>
          <w:lang w:eastAsia="zh-CN"/>
        </w:rPr>
        <w:br/>
      </w:r>
      <w:r>
        <w:rPr>
          <w:lang w:eastAsia="zh-CN"/>
        </w:rPr>
        <w:t>　　通过学习，更新自己的教学理念，培养在信息技术环境下的教学意识和能力，提升自己的信息技术教学能力，拓展视野。</w:t>
      </w:r>
      <w:r>
        <w:rPr>
          <w:lang w:eastAsia="zh-CN"/>
        </w:rPr>
        <w:br/>
      </w:r>
      <w:r>
        <w:rPr>
          <w:lang w:eastAsia="zh-CN"/>
        </w:rPr>
        <w:t>　　二、研修目标：</w:t>
      </w:r>
      <w:r>
        <w:rPr>
          <w:lang w:eastAsia="zh-CN"/>
        </w:rPr>
        <w:br/>
      </w:r>
      <w:r>
        <w:rPr>
          <w:lang w:eastAsia="zh-CN"/>
        </w:rPr>
        <w:t>　　1、通过此次培训更新自己的教育理念，提高自己对信息技术教育的了解。</w:t>
      </w:r>
      <w:r>
        <w:rPr>
          <w:lang w:eastAsia="zh-CN"/>
        </w:rPr>
        <w:br/>
      </w:r>
      <w:r>
        <w:rPr>
          <w:lang w:eastAsia="zh-CN"/>
        </w:rPr>
        <w:t>　　2、通过培训掌握提升自己的信息技术教育能力，并利用信息技术教育构建有效课堂，提高教学质量。</w:t>
      </w:r>
      <w:r>
        <w:rPr>
          <w:lang w:eastAsia="zh-CN"/>
        </w:rPr>
        <w:br/>
      </w:r>
      <w:r>
        <w:rPr>
          <w:lang w:eastAsia="zh-CN"/>
        </w:rPr>
        <w:t>　　3、通过培训能利用信息技术手段引导学生展开合作、探究的自主合作。培养学生树立学习的新理念。</w:t>
      </w:r>
      <w:r>
        <w:rPr>
          <w:lang w:eastAsia="zh-CN"/>
        </w:rPr>
        <w:br/>
      </w:r>
      <w:r>
        <w:rPr>
          <w:lang w:eastAsia="zh-CN"/>
        </w:rPr>
        <w:t>　　4、通过培训，提升自己的专业素养和职业素养。</w:t>
      </w:r>
      <w:r>
        <w:rPr>
          <w:lang w:eastAsia="zh-CN"/>
        </w:rPr>
        <w:br/>
      </w:r>
      <w:r>
        <w:rPr>
          <w:lang w:eastAsia="zh-CN"/>
        </w:rPr>
        <w:t>　　三、研修的措施：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1、积极主动的学习珍惜国培的机会。每天按时学习，保证学习的时间和质量。遵循学习的要求和纪律，认真做好学习笔记，及时完成学习作业。利用平台积极更各位教授、老师、各位同仁学习交流。</w:t>
      </w:r>
      <w:r>
        <w:rPr>
          <w:lang w:eastAsia="zh-CN"/>
        </w:rPr>
        <w:br/>
      </w:r>
      <w:r>
        <w:rPr>
          <w:lang w:eastAsia="zh-CN"/>
        </w:rPr>
        <w:t>　　2、通过理论联系实际，在信息化环境下不断更新自己教学理念，并在平时的教学中注重应用信息技术教学能力，充分利用学校的良好教学条件，掌握白板，投影，录播等运用能力，提高教育质量。</w:t>
      </w:r>
      <w:r>
        <w:rPr>
          <w:lang w:eastAsia="zh-CN"/>
        </w:rPr>
        <w:br/>
      </w:r>
      <w:r>
        <w:rPr>
          <w:lang w:eastAsia="zh-CN"/>
        </w:rPr>
        <w:t>　　3、积极参与研讨，积极发言，加强学员之间的互动交流，多写研修日志，在反思中完善自己。</w:t>
      </w:r>
      <w:r>
        <w:rPr>
          <w:lang w:eastAsia="zh-CN"/>
        </w:rPr>
        <w:br/>
      </w:r>
      <w:r>
        <w:rPr>
          <w:lang w:eastAsia="zh-CN"/>
        </w:rPr>
        <w:t>　　四、研修的内容：</w:t>
      </w:r>
      <w:r>
        <w:rPr>
          <w:lang w:eastAsia="zh-CN"/>
        </w:rPr>
        <w:br/>
      </w:r>
      <w:r>
        <w:rPr>
          <w:lang w:eastAsia="zh-CN"/>
        </w:rPr>
        <w:t>　　更新教学理念，优化课堂教学。</w:t>
      </w:r>
      <w:r>
        <w:rPr>
          <w:lang w:eastAsia="zh-CN"/>
        </w:rPr>
        <w:br/>
      </w:r>
      <w:r>
        <w:rPr>
          <w:lang w:eastAsia="zh-CN"/>
        </w:rPr>
        <w:t>　　国培个人研修计划模板范文三</w:t>
      </w:r>
      <w:r>
        <w:rPr>
          <w:lang w:eastAsia="zh-CN"/>
        </w:rPr>
        <w:br/>
      </w:r>
      <w:r>
        <w:rPr>
          <w:lang w:eastAsia="zh-CN"/>
        </w:rPr>
        <w:t>　　通过“国培计划”__省中小学教师网络研修与校本研修整合培训项目来提高自身教育教学水平，来适应本地区新的课堂改革模式。</w:t>
      </w:r>
      <w:r>
        <w:rPr>
          <w:lang w:eastAsia="zh-CN"/>
        </w:rPr>
        <w:br/>
      </w:r>
      <w:r>
        <w:rPr>
          <w:lang w:eastAsia="zh-CN"/>
        </w:rPr>
        <w:t>　　【研修目标】</w:t>
      </w:r>
      <w:r>
        <w:rPr>
          <w:lang w:eastAsia="zh-CN"/>
        </w:rPr>
        <w:br/>
      </w:r>
      <w:r>
        <w:rPr>
          <w:lang w:eastAsia="zh-CN"/>
        </w:rPr>
        <w:t>　　1、通过研修，掌握教学基本功，更好地为新的课堂改革模式教学服务。</w:t>
      </w:r>
      <w:r>
        <w:rPr>
          <w:lang w:eastAsia="zh-CN"/>
        </w:rPr>
        <w:br/>
      </w:r>
      <w:r>
        <w:rPr>
          <w:lang w:eastAsia="zh-CN"/>
        </w:rPr>
        <w:t>　　2、加强学习，积累研究课题的经验。</w:t>
      </w:r>
      <w:r>
        <w:rPr>
          <w:lang w:eastAsia="zh-CN"/>
        </w:rPr>
        <w:br/>
      </w:r>
      <w:r>
        <w:rPr>
          <w:lang w:eastAsia="zh-CN"/>
        </w:rPr>
        <w:t>　　3、通过研修，掌握课堂教学技巧，提高课堂教学艺术。</w:t>
      </w:r>
      <w:r>
        <w:rPr>
          <w:lang w:eastAsia="zh-CN"/>
        </w:rPr>
        <w:br/>
      </w:r>
      <w:r>
        <w:rPr>
          <w:lang w:eastAsia="zh-CN"/>
        </w:rPr>
        <w:t>　　4、通过研修，丰富教学经验，能上好每一节课。</w:t>
      </w:r>
      <w:r>
        <w:rPr>
          <w:lang w:eastAsia="zh-CN"/>
        </w:rPr>
        <w:br/>
      </w:r>
      <w:r>
        <w:rPr>
          <w:lang w:eastAsia="zh-CN"/>
        </w:rPr>
        <w:t>　　5、加强学习，探索教育教学规律。</w:t>
      </w:r>
      <w:r>
        <w:rPr>
          <w:lang w:eastAsia="zh-CN"/>
        </w:rPr>
        <w:br/>
      </w:r>
      <w:r>
        <w:rPr>
          <w:lang w:eastAsia="zh-CN"/>
        </w:rPr>
        <w:t>　　【学习内容】</w:t>
      </w:r>
      <w:r>
        <w:rPr>
          <w:lang w:eastAsia="zh-CN"/>
        </w:rPr>
        <w:br/>
      </w:r>
      <w:r>
        <w:rPr>
          <w:lang w:eastAsia="zh-CN"/>
        </w:rPr>
        <w:t>　　1、加强新的课改理论学习，丰富理论基础。每周不少于2小时用于学习教育教学理论。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2、加强业务学习，探索教育教学规律，学习新的语文教学方法等。</w:t>
      </w:r>
      <w:r>
        <w:rPr>
          <w:lang w:eastAsia="zh-CN"/>
        </w:rPr>
        <w:br/>
      </w:r>
      <w:r>
        <w:rPr>
          <w:lang w:eastAsia="zh-CN"/>
        </w:rPr>
        <w:t>　　3、加强常规研究，规范教学行为。坚持听课，只要有时间就向有经验的老师学习，通过听课、评课等多种形式的锻炼，使自己尽快适应新的教学模式。</w:t>
      </w:r>
      <w:r>
        <w:rPr>
          <w:lang w:eastAsia="zh-CN"/>
        </w:rPr>
        <w:br/>
      </w:r>
      <w:r>
        <w:rPr>
          <w:lang w:eastAsia="zh-CN"/>
        </w:rPr>
        <w:t>　　4、积极参加学校与教研组组织的各种形式的教研活动，做好集体备课、制作好导学案等，在实践活动中丰富自己的教学经验，提高自己的教育教学水平。</w:t>
      </w:r>
      <w:r>
        <w:rPr>
          <w:lang w:eastAsia="zh-CN"/>
        </w:rPr>
        <w:br/>
      </w:r>
      <w:r>
        <w:rPr>
          <w:lang w:eastAsia="zh-CN"/>
        </w:rPr>
        <w:t>　　5、积极参加教育科研能力研修，树立教研科研意识，把研修和教育科研紧密结合，围绕新课程的实施，结合课堂教学，进行教学方法和教育科研基本方法的研修。</w:t>
      </w:r>
      <w:r>
        <w:rPr>
          <w:lang w:eastAsia="zh-CN"/>
        </w:rPr>
        <w:br/>
      </w:r>
      <w:r>
        <w:rPr>
          <w:lang w:eastAsia="zh-CN"/>
        </w:rPr>
        <w:t>　　【实施计划】</w:t>
      </w:r>
      <w:r>
        <w:rPr>
          <w:lang w:eastAsia="zh-CN"/>
        </w:rPr>
        <w:br/>
      </w:r>
      <w:r>
        <w:rPr>
          <w:lang w:eastAsia="zh-CN"/>
        </w:rPr>
        <w:t>　　第一，在本年度我将利用业余时间，多学习一些新课改的理论知识，包括观看杜郎口、铜都学校的课改书籍及视频来丰富自己的精神食粮。使自己在业务水平上能有一个很大的提高。使自己个人的素质有更进一步的提升。</w:t>
      </w:r>
      <w:r>
        <w:rPr>
          <w:lang w:eastAsia="zh-CN"/>
        </w:rPr>
        <w:br/>
      </w:r>
      <w:r>
        <w:rPr>
          <w:lang w:eastAsia="zh-CN"/>
        </w:rPr>
        <w:t>　　第二，我将会多向一些有课改的教师学习请教，使自己在经验方面能有一些进步。改正自己在教学经验方面的许多不足，使自己在这一方面得以弥补。使自己可以省掉许多不必要的麻烦，使自己可以少走一些弯路，使自己可以更快的发展，让自己在课堂教学方面有一个很大的提升与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三，我将会利用个人的业余时间帮助一些学困生。帮助他们解决一些难题，帮助他们培养学习语文的兴趣。培养他们主动积极的自主学习，让他们充分感受到学习语文的乐趣。让孩子们在一种平和的氛围中学习，他们不再对语文有一种恐惧感与距离感。让他们充分认识到学习的乐趣与幸福。</w:t>
      </w:r>
      <w:r>
        <w:rPr>
          <w:lang w:eastAsia="zh-CN"/>
        </w:rPr>
        <w:br/>
      </w:r>
      <w:r>
        <w:rPr>
          <w:lang w:eastAsia="zh-CN"/>
        </w:rPr>
        <w:t>　　第四，多听一些有经验的教师的课，吸取其中的精华，让自己能够得到提升。</w:t>
      </w:r>
      <w:r>
        <w:rPr>
          <w:lang w:eastAsia="zh-CN"/>
        </w:rPr>
        <w:br/>
      </w:r>
      <w:r>
        <w:rPr>
          <w:lang w:eastAsia="zh-CN"/>
        </w:rPr>
        <w:t>　　【预期成果】</w:t>
      </w:r>
      <w:r>
        <w:rPr>
          <w:lang w:eastAsia="zh-CN"/>
        </w:rPr>
        <w:br/>
      </w:r>
      <w:r>
        <w:rPr>
          <w:lang w:eastAsia="zh-CN"/>
        </w:rPr>
        <w:t>　　1、在培训过后，自己的教学水平有所提高，能适应新的课堂模式。</w:t>
      </w:r>
      <w:r>
        <w:rPr>
          <w:lang w:eastAsia="zh-CN"/>
        </w:rPr>
        <w:br/>
      </w:r>
      <w:r>
        <w:rPr>
          <w:lang w:eastAsia="zh-CN"/>
        </w:rPr>
        <w:t>　　2、在培训过后，提高了自身师德修养，以发展的眼光去看待学生，发现学生的优点，让自己的课堂成为学生喜爱的课堂。</w:t>
      </w:r>
      <w:r>
        <w:rPr>
          <w:lang w:eastAsia="zh-CN"/>
        </w:rPr>
        <w:br/>
      </w:r>
      <w:r>
        <w:rPr>
          <w:lang w:eastAsia="zh-CN"/>
        </w:rPr>
        <w:t xml:space="preserve">    2024国培个人研修计划模板 篇5 </w:t>
      </w:r>
      <w:r>
        <w:rPr>
          <w:lang w:eastAsia="zh-CN"/>
        </w:rPr>
        <w:br/>
      </w:r>
      <w:r>
        <w:rPr>
          <w:lang w:eastAsia="zh-CN"/>
        </w:rPr>
        <w:t>　　10月中旬，我参加国培计划培训和学习，能够有机会参加高水平的研修和学习学习，聆听专家的教诲，颇感荣幸。每次外出学习，我都能够在短期内享受一次精神的盛宴，接受一次心灵的洗礼，让我欣喜不已，因为一次学习都是能开阔自己的视野，提升自己的境界。为了能够在这次培训中有更大的收获，在教育理论、教学研究等各方都</w:t>
      </w:r>
      <w:r>
        <w:rPr>
          <w:lang w:eastAsia="zh-CN"/>
        </w:rPr>
        <w:br/>
      </w:r>
      <w:r>
        <w:rPr>
          <w:lang w:eastAsia="zh-CN"/>
        </w:rPr>
        <w:t>　　得到提高，制定个人研修计划如下 ：</w:t>
      </w:r>
      <w:r>
        <w:rPr>
          <w:lang w:eastAsia="zh-CN"/>
        </w:rPr>
        <w:br/>
      </w:r>
      <w:r>
        <w:rPr>
          <w:lang w:eastAsia="zh-CN"/>
        </w:rPr>
        <w:t>　　一、聆听——积极主动的学习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珍惜这次培训机会，认真遵守培训院校的各项要求，每天提前到学习地点，按时参加学习，专心听讲，认真聆听专家报告，并做好笔记。无论专家报告何种风格，都坚持在最快的是时间内调整思路，融入专家报告，解读专家思想，内化成自身的知识，弥补自己专业知识的不足。</w:t>
      </w:r>
      <w:r>
        <w:rPr>
          <w:lang w:eastAsia="zh-CN"/>
        </w:rPr>
        <w:br/>
      </w:r>
      <w:r>
        <w:rPr>
          <w:lang w:eastAsia="zh-CN"/>
        </w:rPr>
        <w:t>　　二、参与——向专家请教 对报告中不明白问题和教学中的困惑，找机会向专家请教。并努力向培训的教授提出心中的疑问和困惑，寻求专家帮助解决。积极参与研修班的各项研讨活动，努力向各位学员学习，各位学员都是各个地区的一线教师，他们都具有丰富的教学理论和教学经验，拿出自己的问题请教各位学员，或与各位学员共同探讨。</w:t>
      </w:r>
      <w:r>
        <w:rPr>
          <w:lang w:eastAsia="zh-CN"/>
        </w:rPr>
        <w:br/>
      </w:r>
      <w:r>
        <w:rPr>
          <w:lang w:eastAsia="zh-CN"/>
        </w:rPr>
        <w:t>　　三、反思——寻找提升新途径</w:t>
      </w:r>
      <w:r>
        <w:rPr>
          <w:lang w:eastAsia="zh-CN"/>
        </w:rPr>
        <w:br/>
      </w:r>
      <w:r>
        <w:rPr>
          <w:lang w:eastAsia="zh-CN"/>
        </w:rPr>
        <w:t>　　每天晚上坚持整理笔记，结合自己在教学中的感受写出学习心得，写出研修日志，发表在教师培训平台上，对照自己以往的专业成长道路，寻找自己的课堂教学与专家所谈的课堂教学的接入点，寻找与现代教育理论接轨的方法和途径，看是否能在最短的时间内做到最大的提高，并将所思所悟及时整理，向报刊杂志投稿。</w:t>
      </w:r>
      <w:r>
        <w:rPr>
          <w:lang w:eastAsia="zh-CN"/>
        </w:rPr>
        <w:br/>
      </w:r>
      <w:r>
        <w:rPr>
          <w:lang w:eastAsia="zh-CN"/>
        </w:rPr>
        <w:t>　　四、读书——坚持自我内涵发展</w:t>
      </w:r>
      <w:r>
        <w:rPr>
          <w:lang w:eastAsia="zh-CN"/>
        </w:rPr>
        <w:br/>
      </w:r>
      <w:r>
        <w:rPr>
          <w:lang w:eastAsia="zh-CN"/>
        </w:rPr>
        <w:t>　　在课余时间，认真读书或在网上搜集各位专家推荐的学习内容，写出3篇高质量的读书心得和体会。</w:t>
      </w:r>
      <w:r>
        <w:rPr>
          <w:lang w:eastAsia="zh-CN"/>
        </w:rPr>
        <w:br/>
      </w:r>
      <w:r>
        <w:rPr>
          <w:lang w:eastAsia="zh-CN"/>
        </w:rPr>
        <w:t>　　五、课题——学以致用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争取通过学习，在学习数学课程标准的基本理念，掌握数学有效课堂教学方法的基础上。了解数学教师专业发展趋势，理解研究教育教学规律和研究学生的基本方法和策略，提高把握教育教学规律和学生发展规律的能力。并且在研修结束，写出研修学习的体会和收获。</w:t>
      </w:r>
      <w:r>
        <w:rPr>
          <w:lang w:eastAsia="zh-CN"/>
        </w:rPr>
        <w:br/>
      </w:r>
      <w:r>
        <w:rPr>
          <w:lang w:eastAsia="zh-CN"/>
        </w:rPr>
        <w:t>　　研修计划的制定，只是对短期学习的一种规划，而最关键在于落实，所以我每天一定坚持自我检查计划的落实情况，对没有落实好的内容，能够当天弥补的工作不拖到明天，努力做到日结月清，真正让这次研修成为专业成长中的一次里程碑。</w:t>
      </w:r>
      <w:r>
        <w:rPr>
          <w:lang w:eastAsia="zh-CN"/>
        </w:rPr>
        <w:br/>
      </w:r>
      <w:r>
        <w:rPr>
          <w:lang w:eastAsia="zh-CN"/>
        </w:rPr>
        <w:t xml:space="preserve">    2024国培个人研修计划模板 篇6 </w:t>
      </w:r>
      <w:r>
        <w:rPr>
          <w:lang w:eastAsia="zh-CN"/>
        </w:rPr>
        <w:br/>
      </w:r>
      <w:r>
        <w:rPr>
          <w:lang w:eastAsia="zh-CN"/>
        </w:rPr>
        <w:t>　　“国培计划(20__)”示范远程学习，从20__年9月15日起至20__年11月10日结束，历时57天。我有幸参加本次国培计划语文学科培训，荣幸地成为初语17班的学员。本次培训，我始终如一坚持上线学习，认真学习各门课程：案例解读、新课程理念、专家讲座、互动交流等等。我在忙碌中快乐着，在学习中收获着，在交流中感动着。我庆幸自己加入了一个专业、规范、有着先进理念的培训团队，欣喜着国培带给我的种种收获。这次培训是紧张、充实、忙碌、有序交织在一起的，近两个月的学习，让我受益匪浅，教学理念、教学水平有了显著的提升，现将我参加此次培训的心得总结如下：</w:t>
      </w:r>
      <w:r>
        <w:rPr>
          <w:lang w:eastAsia="zh-CN"/>
        </w:rPr>
        <w:br/>
      </w:r>
      <w:r>
        <w:rPr>
          <w:lang w:eastAsia="zh-CN"/>
        </w:rPr>
        <w:t>　　一、国培，更新了我的教育观念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次培训学习，我发现教育是需要远见卓识的。每位专家老师精彩的讲座，如同头脑风暴让我对新课程有了更高更新的认识，教学思想方法的探讨，比较前沿的教育理论知识，以及如何开展课例研究有了明确的方向。从各位专家的亲身体验，从国内教育到国外理念，让我犹如呼吸到清新的空气，为之振奋。</w:t>
      </w:r>
      <w:r>
        <w:rPr>
          <w:lang w:eastAsia="zh-CN"/>
        </w:rPr>
        <w:br/>
      </w:r>
      <w:r>
        <w:rPr>
          <w:lang w:eastAsia="zh-CN"/>
        </w:rPr>
        <w:t>　　二、国培，启迪我去思考</w:t>
      </w:r>
      <w:r>
        <w:rPr>
          <w:lang w:eastAsia="zh-CN"/>
        </w:rPr>
        <w:br/>
      </w:r>
      <w:r>
        <w:rPr>
          <w:lang w:eastAsia="zh-CN"/>
        </w:rPr>
        <w:t>　　听了上海师范大学教授、博士生导师王荣的讲座，我深刻认识到教学反思在教师专业发展中具有非常生动和丰富的价值。反思有助于教师发现新的教育意义，反思有助于理解“我的理论”，建构“实践知识”，反思有助于教师更加关注自我专业成长的历程，反思有助于教师不断增强对教育教学的自信心，反思有助于增强教师的教育教学责任感。一名教师具备了自觉反思的能力，就会经常反思，在反思中成长发展，在反思中提升教育教学能力，在反思中增强教师职业幸福感。</w:t>
      </w:r>
      <w:r>
        <w:rPr>
          <w:lang w:eastAsia="zh-CN"/>
        </w:rPr>
        <w:br/>
      </w:r>
      <w:r>
        <w:rPr>
          <w:lang w:eastAsia="zh-CN"/>
        </w:rPr>
        <w:t>　　三、国培，开启了我的智慧</w:t>
      </w:r>
      <w:r>
        <w:rPr>
          <w:lang w:eastAsia="zh-CN"/>
        </w:rPr>
        <w:br/>
      </w:r>
      <w:r>
        <w:rPr>
          <w:lang w:eastAsia="zh-CN"/>
        </w:rPr>
        <w:t>　　参加这次“国培”，我的内心是充实的，我在培训中渐渐成长。我有收获、有理念、有疑惑、也更有压力，我要把在国培学习的知识用到教学当中，把专家教授们的理念转化为自己今后的行动指南。力争做一名真正的“优秀教师”、“骨干教师”，让我们与“国培”研修同行，让“国培”研修因我们而精彩!</w:t>
      </w:r>
      <w:r>
        <w:rPr>
          <w:lang w:eastAsia="zh-CN"/>
        </w:rPr>
        <w:br/>
      </w:r>
      <w:r>
        <w:rPr>
          <w:lang w:eastAsia="zh-CN"/>
        </w:rPr>
        <w:t>　　总之，感恩国培，让我有了一次学习提升的机会，国培学习虽然短暂，但无论是从思想上，还是专业上，对我而言，都是一个很大的提高。我将把这些全新的教学理念、教学模式辐射到语文教学中。</w:t>
      </w:r>
      <w:r>
        <w:rPr>
          <w:lang w:eastAsia="zh-CN"/>
        </w:rPr>
        <w:br/>
      </w:r>
      <w:r>
        <w:rPr>
          <w:lang w:eastAsia="zh-CN"/>
        </w:rPr>
        <w:t xml:space="preserve">    2024国培个人研修计划模板 篇7 </w:t>
      </w:r>
      <w:r>
        <w:rPr>
          <w:lang w:eastAsia="zh-CN"/>
        </w:rPr>
        <w:br/>
      </w:r>
      <w:r>
        <w:rPr>
          <w:lang w:eastAsia="zh-CN"/>
        </w:rPr>
        <w:t>　　20__-11-11 星期四 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今天是我们在学院的第一天培训，感觉受益匪浅。虽然课上时间紧，任务重，但是我觉得很快乐。</w:t>
      </w:r>
      <w:r>
        <w:rPr>
          <w:lang w:eastAsia="zh-CN"/>
        </w:rPr>
        <w:br/>
      </w:r>
      <w:r>
        <w:rPr>
          <w:lang w:eastAsia="zh-CN"/>
        </w:rPr>
        <w:t>　　老师为我们讲了开展这次培训的目的和意义，还给我们做了现代教育技术与课程整合方面的培训。下面结合我平时的工作，谈几点自己在这方面的体会。教育技术与各学科课程整合，是教育、教学的大趋势，它将彻底改变传统教学的过程和模式，整合的过程将会引起教育、教学领域的深刻变革。在当前我国积极推进教育现代化、信息化的背景下，倡导和探索教育技术与学科课程整合，对于发展学生的“信息素养”，培养学生的创新精神和实践能力，提高教师树立现代教育观念和掌握现代教育技术，改变传统的教学结构，提高教学效率和效益有着十分重要的现实意义。那么，怎样整合才能适应中国教育的现状，获得最佳效果，需要我们长期努力不懈的实践和探索。</w:t>
      </w:r>
      <w:r>
        <w:rPr>
          <w:lang w:eastAsia="zh-CN"/>
        </w:rPr>
        <w:br/>
      </w:r>
      <w:r>
        <w:rPr>
          <w:lang w:eastAsia="zh-CN"/>
        </w:rPr>
        <w:t>　　20__-11-12 星期五 雪</w:t>
      </w:r>
      <w:r>
        <w:rPr>
          <w:lang w:eastAsia="zh-CN"/>
        </w:rPr>
        <w:br/>
      </w:r>
      <w:r>
        <w:rPr>
          <w:lang w:eastAsia="zh-CN"/>
        </w:rPr>
        <w:t>　　深秋渐远，北国初寒。在这寒冷的冬季里我们迎来了教育改革的春天。今天，我们150名教师齐聚一堂，聆听专家的讲座。我会在这半个月的短暂而充实的培训中不断努力，自我成长，自我更新，自我提高。真正作到从工作到学习的转变，从教师到学员的转变，从家庭生活到学习生活的转变。听了于钢主任的报告，我感触很深，一定要作到：在教学中充满激情，调动学生的热情，传递学习技巧，帮助学生高效学习，引导学生寻找新目标，新希望，帮助孩子父母当好监护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20__-11-13 星期六 雪</w:t>
      </w:r>
      <w:r>
        <w:rPr>
          <w:lang w:eastAsia="zh-CN"/>
        </w:rPr>
        <w:br/>
      </w:r>
      <w:r>
        <w:rPr>
          <w:lang w:eastAsia="zh-CN"/>
        </w:rPr>
        <w:t>　　今天我体会，学习要有“三心二意”：一是信心，眼看那么繁琐的步骤、复杂的操作、大串的命令，别怕!二是恒心，一步一步向前走，一个一个做练习，只要坚持，一定能闯过来!三是细心，每做一个练习，都要想一想，这里有几个知识点，解决什么问题。然后是要有自己的“主意”，要实现一种效果，往往不止一种方法，如何综合运用多种技法达到最佳效果，这是要在熟练掌握软件的基础上自己拿主意的。最终要实现精彩的“创意”。而创意既不是头脑中固有的，也不是从天上掉下来的，丰富精彩的创意，有赖于作者综合素质的提高，不仅仅是操作软件的技能和相关的业务素质，当然也包括良好的政治素质和心理素质。</w:t>
      </w:r>
      <w:r>
        <w:rPr>
          <w:lang w:eastAsia="zh-CN"/>
        </w:rPr>
        <w:br/>
      </w:r>
      <w:r>
        <w:rPr>
          <w:lang w:eastAsia="zh-CN"/>
        </w:rPr>
        <w:t>　　我体会，学好Photoshop可以分四步走：</w:t>
      </w:r>
      <w:r>
        <w:rPr>
          <w:lang w:eastAsia="zh-CN"/>
        </w:rPr>
        <w:br/>
      </w:r>
      <w:r>
        <w:rPr>
          <w:lang w:eastAsia="zh-CN"/>
        </w:rPr>
        <w:t>　　一是认真掌握操作技能，打好基础。要把各项常用命令的位置、功能、用法和效果记住、做熟，;</w:t>
      </w:r>
      <w:r>
        <w:rPr>
          <w:lang w:eastAsia="zh-CN"/>
        </w:rPr>
        <w:br/>
      </w:r>
      <w:r>
        <w:rPr>
          <w:lang w:eastAsia="zh-CN"/>
        </w:rPr>
        <w:t>　　二是扎实系统整理知识，提高认识。对于学会的操作技法，不仅能独立重复制作，而且要理解其中的知识点，知其然，还要知其所以然。书中每一个练习的设计都是用心良苦的，一定要弄明白每个练习之间的关系，搞清楚每个部分之间的联系，逐步在头脑中建立起一个完整清晰的操作体系，使自己的操作从必然走向自由;</w:t>
      </w:r>
      <w:r>
        <w:rPr>
          <w:lang w:eastAsia="zh-CN"/>
        </w:rPr>
        <w:br/>
      </w:r>
      <w:r>
        <w:rPr>
          <w:lang w:eastAsia="zh-CN"/>
        </w:rPr>
        <w:t>　　三是主动承揽制作任务，积累经验。把学过的知识运用的实践当中去。当然会出现顾此失彼、手忙脚乱的局面，只要冷静地处理一个一个的难题，硬着头皮顶过来，您就会发现自己长本事了;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是广泛涉猎相关领域，丰富自我。这时候，您自己就已经知道有哪些方面应该深入，哪些技能急需提高，哪些知识应该拓展。积极主动地去学、去看、去做。经过一段时间的不懈努力，别人不仅说您学会了Photoshop操作，而且会夸赞您的素质提高了!</w:t>
      </w:r>
      <w:r>
        <w:rPr>
          <w:lang w:eastAsia="zh-CN"/>
        </w:rPr>
        <w:br/>
      </w:r>
      <w:r>
        <w:rPr>
          <w:lang w:eastAsia="zh-CN"/>
        </w:rPr>
        <w:t>　　20__-11-14 星期日 雪</w:t>
      </w:r>
      <w:r>
        <w:rPr>
          <w:lang w:eastAsia="zh-CN"/>
        </w:rPr>
        <w:br/>
      </w:r>
      <w:r>
        <w:rPr>
          <w:lang w:eastAsia="zh-CN"/>
        </w:rPr>
        <w:t>　　我体会，学好计算机要有四个条件：一是要有一定的计算机基础知识，会操作机器，会管理文件，会排除简单的故障;二是要精通软件操作，知道使用哪些操作命令、技能方法能够实现创意;三是要有一定的美术基础，只会操作软件而不懂得起码的色彩、构图、造型等知识是无法独立承担任务的;四是要有一点灵感，这得益于知识和经验的积累，文学、绘画、摄影、印刷、广告、网络……您大概都需要涉猎。这四个方面就像汽车的四个轮子，少了哪个都不灵。</w:t>
      </w:r>
      <w:r>
        <w:rPr>
          <w:lang w:eastAsia="zh-CN"/>
        </w:rPr>
        <w:br/>
      </w:r>
      <w:r>
        <w:rPr>
          <w:lang w:eastAsia="zh-CN"/>
        </w:rPr>
        <w:t>　　在教学过程中，为了给学生提供形象直观的教学内容，帮助学生形成该性认识，通常需要使用图像辅助教学。学了photo shop后，解决了图像问题，我要把它更多的应用到教学中去，并教给其他和我有同样问题的教师。在和其他教师学习photo shop时，我会和大家共同讨论一下不运用photo shop的弊端和运用photo shop的便捷，加深对photo shop的印象。我会就教学工作的需要较大家如何对图像进行基本的处理。比如，调整图像的尺寸、裁切图像、抠取图像及最重要的合成图像。</w:t>
      </w:r>
      <w:r>
        <w:rPr>
          <w:lang w:eastAsia="zh-CN"/>
        </w:rPr>
        <w:br/>
      </w:r>
      <w:r>
        <w:rPr>
          <w:lang w:eastAsia="zh-CN"/>
        </w:rPr>
        <w:t>　　对这次的设计思路和讲解过程，还比较满意，思路比较清晰，讲解也很详细。再次谢谢两位老师的精彩讲解。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20__-11-15 星期一 阴</w:t>
      </w:r>
      <w:r>
        <w:rPr>
          <w:lang w:eastAsia="zh-CN"/>
        </w:rPr>
        <w:br/>
      </w:r>
      <w:r>
        <w:rPr>
          <w:lang w:eastAsia="zh-CN"/>
        </w:rPr>
        <w:t>　　今天是骨干教师培训的第五天，我们学习的内容是PowerPoint演示文稿的制作。之前每次要准备课件，总会花上很多时间做PPT，可效果却还是不理想，只是很机械的把一张张PPT堆积而成。现在这样的观念已经在老师的细致讲解和学员间的讨论中慢慢消失。</w:t>
      </w:r>
      <w:r>
        <w:rPr>
          <w:lang w:eastAsia="zh-CN"/>
        </w:rPr>
        <w:br/>
      </w:r>
      <w:r>
        <w:rPr>
          <w:lang w:eastAsia="zh-CN"/>
        </w:rPr>
        <w:t>　　要学好教学技术，需要良好的学习氛围，更重要的是要有一颗好学的心。在这次培训活动中，刚开始我一直对这门课程有种畏难的情绪，总感觉自己有很多地方都不懂，也不太好意思问老师或其他学员，但慢慢的发现问题单靠自己一个人思考，还是没有什么头绪。练习的时候，也会问其他老师，发现那些在我看来复杂的问题并没有那么的难。在这以后，我就把一些自己不熟练的方面多多练习。比如触发器的使用，VBA中的按钮命令的书写。学员讨论区也一直能看到大家遇到的一些问题，对我的帮助也很大。这些知识在上学时我就掌握的不牢固，很久不用早已生疏，通过这次的学习，让我对这些知识的学习多了一份动力，小小的收获也激励我要更加用心去掌握好这门技术，更好的为课堂教学服务。</w:t>
      </w:r>
      <w:r>
        <w:rPr>
          <w:lang w:eastAsia="zh-CN"/>
        </w:rPr>
        <w:br/>
      </w:r>
      <w:r>
        <w:rPr>
          <w:lang w:eastAsia="zh-CN"/>
        </w:rPr>
        <w:t>　　20__-11-16 星期二 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老师的课程学习内容划分清晰，很好的遵循了由易到难，循序渐进，精讲多练的原则。通过今天的这节课向我们展示的具体操作步骤，一目了然。这样的方式受到很多学员的欢迎。培训短暂而又紧张。从中我领悟到了态度决定一切，理念产生力量的道理;只有从心底里认同了学习的必要性和重要性，才能使行动变自发为自觉，同时产生良好的积极效果。就比如要实现一份计划，就必须从一点一滴的小事情做起。伙伴们身上都有闪光的亮点，有着非常优秀的品格值得我去欣赏和学习。把握机会，并脚踏实地朝着目标走去。不仅要以饱满的热情和专注的精神来听好每一堂课，同时也要学习老师的授课技巧，互动的丰采，也要与各个地区的伙伴多沟通，多交流，从他们身上吸收更多技能和灵感。每位伙伴都是老师，都有他们的一技之长，我有什么理由不去珍惜和努力呢?积极向上的态度是进步的根本保障，良好的心态本身就是一笔宝贵的财富。总比别人多付出一点，总比别人多努力一些，总比别人多学习一分，离成功总会近些再近些。这是培训班给我的最大的感受。</w:t>
      </w:r>
      <w:r>
        <w:rPr>
          <w:lang w:eastAsia="zh-CN"/>
        </w:rPr>
        <w:br/>
      </w:r>
      <w:r>
        <w:rPr>
          <w:lang w:eastAsia="zh-CN"/>
        </w:rPr>
        <w:t>　　20__-11-17 星期三 晴</w:t>
      </w:r>
      <w:r>
        <w:rPr>
          <w:lang w:eastAsia="zh-CN"/>
        </w:rPr>
        <w:br/>
      </w:r>
      <w:r>
        <w:rPr>
          <w:lang w:eastAsia="zh-CN"/>
        </w:rPr>
        <w:t>　　古人云：“行者常至，为者常成。”只要我们确立目标，不断探索反思，认真总结经验，积极采用先进的电脑技术优化课堂教学，必将提高学生的学习兴趣，提高整个课堂的教学效率，力求使每个学生都能在学习中获得成功的喜悦。在今后的教学中，仍然需要这样优秀的课程学习来充实自己，感谢临漳进修学校给我这样一个机会，让自己查漏补缺，在教学中多一份自信和收获的满足感</w:t>
      </w:r>
      <w:r>
        <w:rPr>
          <w:lang w:eastAsia="zh-CN"/>
        </w:rPr>
        <w:br/>
      </w:r>
      <w:r>
        <w:rPr>
          <w:lang w:eastAsia="zh-CN"/>
        </w:rPr>
        <w:t>　　20__-11-18 星期四 多云</w:t>
      </w:r>
      <w:r>
        <w:rPr>
          <w:lang w:eastAsia="zh-CN"/>
        </w:rPr>
        <w:br/>
      </w:r>
      <w:r>
        <w:rPr>
          <w:lang w:eastAsia="zh-CN"/>
        </w:rPr>
        <w:t>　　今天我的收获很大，我意识到提高教师运用现代教育技术的意识与能力势在必行。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现代教育技术与各学科课程整合的效果，取决于教师运用现代教育技术的意识与能力。对现代教育技术理论、媒体、手段、方法的认识及情感态度，决定教师是否愿意、会不会、善不善于运用现代教育技术与各学科课程进行整合。只有教师拥有了现代教育技术的意识，才有进行课程整合的意愿，才可能积极主动的进行课程整合。</w:t>
      </w:r>
      <w:r>
        <w:rPr>
          <w:lang w:eastAsia="zh-CN"/>
        </w:rPr>
        <w:br/>
      </w:r>
      <w:r>
        <w:rPr>
          <w:lang w:eastAsia="zh-CN"/>
        </w:rPr>
        <w:t>　　增强教师的现代教育技术意识，首先应该是倡导，通过现代教育技术与课程整合后所产生的与传统教学效果的巨大反差，引导教师逐步转变教育教学观念，以全新的视野审视当前教育技术与课程整合的大趋势，同时反思和认识传统教学方法的陈旧、教学手段的落后，以及教学模式的局限，用全新的认识拓宽视野。其次，使教师充分认识到提高自身现代教育技术的重要性和紧迫性，引导他们自觉地学习教育技术理论和方法，学习并掌握现代化教学媒体的使用和操作技能，学会根据教学内容和学生的认知水平、心理特点，选择和设计各种教学软件，不断探索和创造新的教学模式。再次，各学校要为现代教育技术与课程整合的实践提供指导和支持，选送热衷于课程整合的骨干教师去学习和进修，然后以他们在课程整合实践中的示范、榜样和言传身教，去带动全校的课程整合活动。</w:t>
      </w:r>
      <w:r>
        <w:rPr>
          <w:lang w:eastAsia="zh-CN"/>
        </w:rPr>
        <w:br/>
      </w:r>
      <w:r>
        <w:rPr>
          <w:lang w:eastAsia="zh-CN"/>
        </w:rPr>
        <w:t>　　20__-11-19 星期五 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以后的教学中会充分发挥教师为主导、学生为主体的教学模式，在课程整合的教学模式中，强调学生的主体性，要求充分发挥学生在学习过程中的主动性、积极性和创造性。学生被看作知识建构过程的积极参与者，学习的许多目标和任务都要学生主动、有目的地获取材料来实现。同时，教师是教学过程的组织者、指导者和咨询者，教师的主导作用可以使教学过程更加优化，是教学活动中重要的一环。但，是不是就让学生在计算机上瞎碰瞎撞?是不是每一个概念都要学生自己去建构?教师的讲解、传授知识是不是都是多余的?这些问题都是值得我们研究和探讨的，在教学中教与学是一个问题的两个方面，片面的强调某一方面而忽视另一方面，都将会走入另一个新的极端。</w:t>
      </w:r>
      <w:r>
        <w:rPr>
          <w:lang w:eastAsia="zh-CN"/>
        </w:rPr>
        <w:br/>
      </w:r>
      <w:r>
        <w:rPr>
          <w:lang w:eastAsia="zh-CN"/>
        </w:rPr>
        <w:t>　　20__-11-20__期六 晴</w:t>
      </w:r>
      <w:r>
        <w:rPr>
          <w:lang w:eastAsia="zh-CN"/>
        </w:rPr>
        <w:br/>
      </w:r>
      <w:r>
        <w:rPr>
          <w:lang w:eastAsia="zh-CN"/>
        </w:rPr>
        <w:t>　　授课老师都能强调个别化学习和协作学习的统一。信息技术给我们提供了一个开放性的实践平台，利用它实现相同的目标，我们可以采用多种不同的方法。同时，课程整合强调“具体问题具体分析”，教学目标固定后，可以整合不同的任务来实现，每一位学生也可以采用不同的方法、工具来完成同一个任务。这种个别化教学策略对于发挥学生的主动性和进行因人而异的学习是很有帮助的。但社会化大生产的发展，要求人们具有协作的精神。同样，在现代学习中，协作学习有利于促进学生高级认知能力的发展，有助于学生协作意识、技巧、能力、责任心等方面素质的培养。但是，在传统的课堂教学中，由于人数、教学内容等种种因素的限制，教师常常力不从心。而计算机网络技术为教育技术与课程整合，实现协作式学习提供了良好的技术基础和支持环境，为培养学生的探索、发现、解决问题和创造性思维能力提供了良好的支持，如虚拟现实技术可以模拟再现真实的情境，让学生在各种复杂的条件下做出选择和决策，提高学生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20__-11-21 星期日 小雨</w:t>
      </w:r>
      <w:r>
        <w:rPr>
          <w:lang w:eastAsia="zh-CN"/>
        </w:rPr>
        <w:br/>
      </w:r>
      <w:r>
        <w:rPr>
          <w:lang w:eastAsia="zh-CN"/>
        </w:rPr>
        <w:t>　　一天的学习活动结束了，我感悟颇深，一定要高度重视各学科的教学资源建设，如果你</w:t>
      </w:r>
      <w:r>
        <w:rPr>
          <w:lang w:eastAsia="zh-CN"/>
        </w:rPr>
        <w:br/>
      </w:r>
      <w:r>
        <w:rPr>
          <w:lang w:eastAsia="zh-CN"/>
        </w:rPr>
        <w:t>　　没有丰富高质量的教学资源，就谈不上让学生自主学习，更不可能让学生进行自主发现和自主探索。教师主宰课堂，学生被动接受知识的状态就难以改变，新型教学结构的创建就落不到实处，创新人才的培养自然也就落空。但是，重视教学资源的建设，既要注重多媒体素材和课件实体开发，又要注重运用模式的开发。多媒体素材和课件现在可以通过网站或教学光盘等获取到，教师也可根据自己的教学设计思路部分利用或加以简单修改后用于教学，但总体上看仍很零散，达不到一定的规模。另外，虽然目前我国的网络教育发展很快，特别是“校校通”工程实施以来，越来越多的中小学学校也建设起了自己的校园网，在一定程度上促进了教育的平等和普及，里面有很多丰富的资源，是一件好事，有着积极的意义。但是，有许多网校仍然摆脱不了“应试教育”的模式，局限于“同步练习”和“课后补习班”的形式，在教学结构与教学模式上与传统教学相比基本上没有大的改变。从目前的内容来看，网校在结合学科做研究性、探索性、合作式学习等方面还存在较大的欠缺。所以资源建设既要注重“量的扩展”，更应该追求“质的提高”，这样才能在培养创新精神与实践能力方面充分发挥它的作用。</w:t>
      </w:r>
      <w:r>
        <w:rPr>
          <w:lang w:eastAsia="zh-CN"/>
        </w:rPr>
        <w:br/>
      </w:r>
      <w:r>
        <w:rPr>
          <w:lang w:eastAsia="zh-CN"/>
        </w:rPr>
        <w:t>　　20__-11-22 星期一 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心中画了一个大问号，我们那也有计算机，为什么不能更好的利用呢?现代教育技术与课程整合是一个系统工程，需要我们彻底改变教育教学观念，加强课程改革理论的学习和研究，不断地探索与实践，努力提高教师现代教育技术的研究水平和实践开发的能力，使教与学合谐统一，实现教学方式、学习方式的根本转变，从而促进教育的重大变革。</w:t>
      </w:r>
      <w:r>
        <w:rPr>
          <w:lang w:eastAsia="zh-CN"/>
        </w:rPr>
        <w:br/>
      </w:r>
      <w:r>
        <w:rPr>
          <w:lang w:eastAsia="zh-CN"/>
        </w:rPr>
        <w:t>　　通过今天的培训，让我感觉它不同于以往的培训，内容新颖，有吸引力，使我有兴趣继续学习下去。</w:t>
      </w:r>
      <w:r>
        <w:rPr>
          <w:lang w:eastAsia="zh-CN"/>
        </w:rPr>
        <w:br/>
      </w:r>
      <w:r>
        <w:rPr>
          <w:lang w:eastAsia="zh-CN"/>
        </w:rPr>
        <w:t>　　20__-11-23 星期二 晴</w:t>
      </w:r>
      <w:r>
        <w:rPr>
          <w:lang w:eastAsia="zh-CN"/>
        </w:rPr>
        <w:br/>
      </w:r>
      <w:r>
        <w:rPr>
          <w:lang w:eastAsia="zh-CN"/>
        </w:rPr>
        <w:t>　　每天老师给我们布置的练习作业，我认真做了。总体感觉自己接受的还是比较快的，当然和老师的详细讲解是分不开的。正因为有了两位老师科学有效的细心讲解，才有学生对知识的牢固掌握，在这里对老师说声谢谢了!</w:t>
      </w:r>
      <w:r>
        <w:rPr>
          <w:lang w:eastAsia="zh-CN"/>
        </w:rPr>
        <w:br/>
      </w:r>
      <w:r>
        <w:rPr>
          <w:lang w:eastAsia="zh-CN"/>
        </w:rPr>
        <w:t>　　20__-11-24 星期三 多云</w:t>
      </w:r>
      <w:r>
        <w:rPr>
          <w:lang w:eastAsia="zh-CN"/>
        </w:rPr>
        <w:br/>
      </w:r>
      <w:r>
        <w:rPr>
          <w:lang w:eastAsia="zh-CN"/>
        </w:rPr>
        <w:t>　　FLASH对我来说并不陌生，因为在浏览大部分网站、网页的时候都能看到大大小小、各式各样的FLASH动画，还有FLASH制作的MTV、课件、小游戏之类更是无计其数，在看到别人做出来的眩目多彩的FLASH作品，还真是羡慕那些作者能够做出如此高水平的作品。其实很早自己就想尝试做一个了，但是始终未敢付诸行动，因为手边没有教材，又没有人指导，以及日常工作比较繁忙，其实关键还是自己没有学习的欲望和激情，自己太懒惰了。</w:t>
      </w:r>
      <w:r>
        <w:rPr>
          <w:lang w:eastAsia="zh-CN"/>
        </w:rPr>
        <w:br/>
      </w:r>
      <w:r>
        <w:rPr>
          <w:lang w:eastAsia="zh-CN"/>
        </w:rPr>
        <w:t>　　20__-11-25 星期四 晴</w:t>
      </w:r>
      <w:r>
        <w:rPr>
          <w:lang w:eastAsia="zh-CN"/>
        </w:rPr>
        <w:br/>
      </w:r>
      <w:r>
        <w:rPr>
          <w:lang w:eastAsia="zh-CN"/>
        </w:rPr>
        <w:t>　　“学而不思则罔，思而不学则殆”</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虽然培训班很短暂，可是，老师极其耐心的讲授令我们敬佩;她的严格管理、认真负责感动了每一位学员;另外，能和其它学校的老师相互学习、交流经验，得到了许多老师的真诚帮助，让我受益匪浅。真的希望能够再次拥有这样的培训机会，让我的专业技能和综合素质都得到大幅度的提高，能够不负学生，家长以及领导的众望，学以致用。</w:t>
      </w:r>
      <w:r>
        <w:rPr>
          <w:lang w:eastAsia="zh-CN"/>
        </w:rPr>
        <w:br/>
      </w:r>
      <w:r>
        <w:rPr>
          <w:lang w:eastAsia="zh-CN"/>
        </w:rPr>
        <w:t xml:space="preserve">    2024国培个人研修计划模板 篇8 </w:t>
      </w:r>
      <w:r>
        <w:rPr>
          <w:lang w:eastAsia="zh-CN"/>
        </w:rPr>
        <w:br/>
      </w:r>
      <w:r>
        <w:rPr>
          <w:lang w:eastAsia="zh-CN"/>
        </w:rPr>
        <w:t>　　通过“国培计划”__省中小学教师网络研修与校本研修整合培训项目来提高自身教育教学水平，来适应本地区新的课堂改革模式。</w:t>
      </w:r>
      <w:r>
        <w:rPr>
          <w:lang w:eastAsia="zh-CN"/>
        </w:rPr>
        <w:br/>
      </w:r>
      <w:r>
        <w:rPr>
          <w:lang w:eastAsia="zh-CN"/>
        </w:rPr>
        <w:t>　　【研修目标】</w:t>
      </w:r>
      <w:r>
        <w:rPr>
          <w:lang w:eastAsia="zh-CN"/>
        </w:rPr>
        <w:br/>
      </w:r>
      <w:r>
        <w:rPr>
          <w:lang w:eastAsia="zh-CN"/>
        </w:rPr>
        <w:t>　　1、通过研修，掌握教学基本功，更好地为新的课堂改革模式教学服务。</w:t>
      </w:r>
      <w:r>
        <w:rPr>
          <w:lang w:eastAsia="zh-CN"/>
        </w:rPr>
        <w:br/>
      </w:r>
      <w:r>
        <w:rPr>
          <w:lang w:eastAsia="zh-CN"/>
        </w:rPr>
        <w:t>　　2、加强学习，积累研究课题的经验。</w:t>
      </w:r>
      <w:r>
        <w:rPr>
          <w:lang w:eastAsia="zh-CN"/>
        </w:rPr>
        <w:br/>
      </w:r>
      <w:r>
        <w:rPr>
          <w:lang w:eastAsia="zh-CN"/>
        </w:rPr>
        <w:t>　　3、通过研修，掌握课堂教学技巧，提高课堂教学艺术。</w:t>
      </w:r>
      <w:r>
        <w:rPr>
          <w:lang w:eastAsia="zh-CN"/>
        </w:rPr>
        <w:br/>
      </w:r>
      <w:r>
        <w:rPr>
          <w:lang w:eastAsia="zh-CN"/>
        </w:rPr>
        <w:t>　　4、通过研修，丰富教学经验，能上好每一节课。</w:t>
      </w:r>
      <w:r>
        <w:rPr>
          <w:lang w:eastAsia="zh-CN"/>
        </w:rPr>
        <w:br/>
      </w:r>
      <w:r>
        <w:rPr>
          <w:lang w:eastAsia="zh-CN"/>
        </w:rPr>
        <w:t>　　5、加强学习，探索教育教学规律。</w:t>
      </w:r>
      <w:r>
        <w:rPr>
          <w:lang w:eastAsia="zh-CN"/>
        </w:rPr>
        <w:br/>
      </w:r>
      <w:r>
        <w:rPr>
          <w:lang w:eastAsia="zh-CN"/>
        </w:rPr>
        <w:t>　　【学习内容】</w:t>
      </w:r>
      <w:r>
        <w:rPr>
          <w:lang w:eastAsia="zh-CN"/>
        </w:rPr>
        <w:br/>
      </w:r>
      <w:r>
        <w:rPr>
          <w:lang w:eastAsia="zh-CN"/>
        </w:rPr>
        <w:t>　　1、加强新的课改理论学习，丰富理论基础。每周不少于2小时用于学习教育教学理论。</w:t>
      </w:r>
      <w:r>
        <w:rPr>
          <w:lang w:eastAsia="zh-CN"/>
        </w:rPr>
        <w:br/>
      </w:r>
      <w:r>
        <w:rPr>
          <w:lang w:eastAsia="zh-CN"/>
        </w:rPr>
        <w:t>　　2、加强业务学习，探索教育教学规律，学习新的语文教学方法等。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3、加强常规研究，规范教学行为。坚持听课，只要有时间就向有经验的老师学习，通过听课、评课等多种形式的锻炼，使自己尽快适应新的教学模式。</w:t>
      </w:r>
      <w:r>
        <w:rPr>
          <w:lang w:eastAsia="zh-CN"/>
        </w:rPr>
        <w:br/>
      </w:r>
      <w:r>
        <w:rPr>
          <w:lang w:eastAsia="zh-CN"/>
        </w:rPr>
        <w:t>　　4、积极参加学校与教研组组织的各种形式的教研活动，做好集体备课、制作好导学案等，在实践活动中丰富自己的教学经验，提高自己的教育教学水平。</w:t>
      </w:r>
      <w:r>
        <w:rPr>
          <w:lang w:eastAsia="zh-CN"/>
        </w:rPr>
        <w:br/>
      </w:r>
      <w:r>
        <w:rPr>
          <w:lang w:eastAsia="zh-CN"/>
        </w:rPr>
        <w:t>　　5、积极参加教育科研能力研修，树立教研科研意识，把研修和教育科研紧密结合，围绕新课程的实施，结合课堂教学，进行教学方法和教育科研基本方法的研修。</w:t>
      </w:r>
      <w:r>
        <w:rPr>
          <w:lang w:eastAsia="zh-CN"/>
        </w:rPr>
        <w:br/>
      </w:r>
      <w:r>
        <w:rPr>
          <w:lang w:eastAsia="zh-CN"/>
        </w:rPr>
        <w:t>　　【实施计划】</w:t>
      </w:r>
      <w:r>
        <w:rPr>
          <w:lang w:eastAsia="zh-CN"/>
        </w:rPr>
        <w:br/>
      </w:r>
      <w:r>
        <w:rPr>
          <w:lang w:eastAsia="zh-CN"/>
        </w:rPr>
        <w:t>　　第一，在本年度我将利用业余时间，多学习一些新课改的理论知识，包括观看杜郎口、铜都学校的课改书籍及视频来丰富自己的精神食粮。使自己在业务水平上能有一个很大的'提高。使自己个人的素质有更进一步的提升。</w:t>
      </w:r>
      <w:r>
        <w:rPr>
          <w:lang w:eastAsia="zh-CN"/>
        </w:rPr>
        <w:br/>
      </w:r>
      <w:r>
        <w:rPr>
          <w:lang w:eastAsia="zh-CN"/>
        </w:rPr>
        <w:t>　　第二，我将会多向一些有课改的教师学习请教，使自己在经验方面能有一些进步。改正自己在教学经验方面的许多不足，使自己在这一方面得以弥补。使自己可以省掉许多不必要的麻烦，使自己可以少走一些弯路，使自己可以更快的发展，让自己在课堂教学方面有一个很大的提升与飞跃。</w:t>
      </w:r>
      <w:r>
        <w:rPr>
          <w:lang w:eastAsia="zh-CN"/>
        </w:rPr>
        <w:br/>
      </w:r>
      <w:r>
        <w:rPr>
          <w:lang w:eastAsia="zh-CN"/>
        </w:rPr>
        <w:t>　　第三，我将会利用个人的业余时间帮助一些学困生。帮助他们解决一些难题，帮助他们培养学习语文的兴趣。培养他们主动积极的自主学习，让他们充分感受到学习语文的乐趣。让孩子们在一种平和的氛围中学习，他们不再对语文有一种恐惧感与距离感。让他们充分认识到学习的乐趣与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第四，多听一些有经验的教师的课，吸取其中的精华，让自己能够得到提升。</w:t>
      </w:r>
      <w:r>
        <w:rPr>
          <w:lang w:eastAsia="zh-CN"/>
        </w:rPr>
        <w:br/>
      </w:r>
      <w:r>
        <w:rPr>
          <w:lang w:eastAsia="zh-CN"/>
        </w:rPr>
        <w:t>　　【预期成果】</w:t>
      </w:r>
      <w:r>
        <w:rPr>
          <w:lang w:eastAsia="zh-CN"/>
        </w:rPr>
        <w:br/>
      </w:r>
      <w:r>
        <w:rPr>
          <w:lang w:eastAsia="zh-CN"/>
        </w:rPr>
        <w:t>　　1、在培训过后，自己的教学水平有所提高，能适应新的课堂模式。</w:t>
      </w:r>
      <w:r>
        <w:rPr>
          <w:lang w:eastAsia="zh-CN"/>
        </w:rPr>
        <w:br/>
      </w:r>
      <w:r>
        <w:rPr>
          <w:lang w:eastAsia="zh-CN"/>
        </w:rPr>
        <w:t>　　2、在培训过后，提高了自身师德修养，以发展的眼光去看待学生，发现学生的优点，让自己的课堂成为学生喜爱的课堂。</w:t>
      </w:r>
      <w:r>
        <w:rPr>
          <w:lang w:eastAsia="zh-CN"/>
        </w:rPr>
        <w:br/>
      </w:r>
      <w:r>
        <w:rPr>
          <w:lang w:eastAsia="zh-CN"/>
        </w:rPr>
        <w:t xml:space="preserve">    2024国培个人研修计划模板 篇9 </w:t>
      </w:r>
      <w:r>
        <w:rPr>
          <w:lang w:eastAsia="zh-CN"/>
        </w:rPr>
        <w:br/>
      </w:r>
      <w:r>
        <w:rPr>
          <w:lang w:eastAsia="zh-CN"/>
        </w:rPr>
        <w:t>　　20__年12月20__期一</w:t>
      </w:r>
      <w:r>
        <w:rPr>
          <w:lang w:eastAsia="zh-CN"/>
        </w:rPr>
        <w:br/>
      </w:r>
      <w:r>
        <w:rPr>
          <w:lang w:eastAsia="zh-CN"/>
        </w:rPr>
        <w:t>　　今天的学习任务相对比较宽松——开展小组“工作坊”集体备课。我们组的任务是实用类教学，确定的课题是《别了，大不列颠尼亚》。由于我们组的老师大都是江苏、浙江、广东的老师，所以，由谁主讲大家都表现出“谦让”的风格，最后我提议，还是由年龄最小的老师来上课——我们组的组长高冰峰老师。评课专家就由我这个全组最老的老师和毛剑飞老师充当——去评论别的组的课。</w:t>
      </w:r>
      <w:r>
        <w:rPr>
          <w:lang w:eastAsia="zh-CN"/>
        </w:rPr>
        <w:br/>
      </w:r>
      <w:r>
        <w:rPr>
          <w:lang w:eastAsia="zh-CN"/>
        </w:rPr>
        <w:t>　　整整一天，我们都在争议，首先是对文本的解读，争了一个上午，有人认为新闻的特点不能不讲，因为这是人教版第一册的教学内容，和初中要有一个衔接，我觉得倒未必要认真讲，带过即可，结果后来大家确定为通过文本的解读“温习”新闻，这个方式我认为是妥当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其次争的是要教给学生什么。大家虽然知道从解读文本的角度看，就是抓住文本、解读文本，但具体是什么，却争议了很久，组长请我谈谈看法，我就提议，重点是不是放在对“最别致”展开探究，引导学生发现文本中“最别致”的地方。大家觉得这是可行的，既符合新闻的特点，也符合新课程的要求。接下来就是探讨怎么组织、开展教学活动的问题了。有人认为，可以先让学生概括新闻事件，也可以列表概括，再让学生根据新闻的一般结构写一则新闻，组长还说，他也将根据本文动笔写一篇新闻(目的是用这篇文章和原文作对比)，随后再进入到探究“最别致”这一环节——对此我也提出我的担忧，要在一节课里做到读写结合，恐怕会既花时间，又无法展开充分探究活动。</w:t>
      </w:r>
      <w:r>
        <w:rPr>
          <w:lang w:eastAsia="zh-CN"/>
        </w:rPr>
        <w:br/>
      </w:r>
      <w:r>
        <w:rPr>
          <w:lang w:eastAsia="zh-CN"/>
        </w:rPr>
        <w:t>　　探究“最别致”这一环节又引发发家的讨论，有人认为让学生提出问题在展开讨论为好，有人认为最好还是教师先确定一个讨论的范围，比如标题、选材、表现手法、语言四个方面，以免学生走着。我认为，不确定探究范围，这是教师的最高教学境界，因为它的不确定性因素很多，需要教师做各方面的预测和准备，并具备应对学生各种提问，我举了一个例子，比如，要是我是学生，我就会提这样一些问题：英国人为什么要选择乘船离开而不是更快捷的飞机?为什么要选择使用《日落余音》这首曲子作降旗音乐?如果规定探究范围，那么教师就不会显得很辛苦，只要在规定的四个方面准备充分即可应对学生的问题，但这样势必限制学生的个性思考</w:t>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这也是我们大多数教师采用的教学模式。争议到最后，也没有一个统一的结果，只好留给组长去思考了，但是，临散会之前，我和其他两位老师还是提醒组长，在探究环节，最好还是不要使用原材料来做比较，因为这样做的后果是：可能会花时过多，关键是将无法做比较——至少在选材方面无法比较。</w:t>
      </w:r>
      <w:r>
        <w:rPr>
          <w:lang w:eastAsia="zh-CN"/>
        </w:rPr>
        <w:br/>
      </w:r>
      <w:r>
        <w:rPr>
          <w:lang w:eastAsia="zh-CN"/>
        </w:rPr>
        <w:t>　　一天下来，我觉得收获挺大，因为这种备课方式很值得推广，我觉得可以叫做“探课”，就是探究面对文本时每个人在“教什么”“怎么教”上的不同观点，通过思考、讨论、形成适合自己、符合学生实际的教学设计，这样做是很能提高教师的教学能力和水平的。想想我校的老师，往往也是这样做的——只是做得还不够到位和彻底，我想可以推进这项工作，比如做不到每一篇文章都这样，至少可以考虑每个月就一篇文章开展这样的活动，以推动青年教师专业发展得更快一些、更成熟一些。</w:t>
      </w:r>
      <w:r>
        <w:rPr>
          <w:lang w:eastAsia="zh-CN"/>
        </w:rPr>
        <w:br/>
      </w:r>
      <w:r>
        <w:rPr>
          <w:lang w:eastAsia="zh-CN"/>
        </w:rPr>
        <w:t>　　20__年12月21日星期二</w:t>
      </w:r>
      <w:r>
        <w:rPr>
          <w:lang w:eastAsia="zh-CN"/>
        </w:rPr>
        <w:br/>
      </w:r>
      <w:r>
        <w:rPr>
          <w:lang w:eastAsia="zh-CN"/>
        </w:rPr>
        <w:t>　　上午听完两节文言文课，我们都感慨多多。</w:t>
      </w:r>
      <w:r>
        <w:rPr>
          <w:lang w:eastAsia="zh-CN"/>
        </w:rPr>
        <w:br/>
      </w:r>
      <w:r>
        <w:rPr>
          <w:lang w:eastAsia="zh-CN"/>
        </w:rPr>
        <w:t>　　高中语文教学千万不要急着针对高考来开展教学。还是扎扎实实去训练学生的语文能力、培养学生良好的语文习惯为佳。比如学生的阅读是最应当培养的一种能力和习惯，如何通过速读、默读、精读来积累知识、内化为个体知识，都应当积极训练，使学生养成习惯;比如，演说能力，看似简单，但学生的演说能不能达到作为高中生应当达到的水平和高度?再比如，学生主动提问和主动发言的习惯，这和学生的自信态度有关，那么语文教学又该怎样培养这种态度?这些看似和高考无关的东西，却为高考奠定了最为基本的功底，更为学生未来的进一步发展奠定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北京八一中学就是如此做的，但他们的高考成绩并没有因此下降。不仅如此，他们还在高一就开设了校内选修课，围绕教给学生什么、为什么要教给学生这些东西以及教师们的专长(特长)设置了四个模块，教师们根据这四个模块自行设计校本课程和教材，结果不仅充分挖掘、展示了教师的智慧，也受到学生的欢迎。有的教师利用和北大是近邻的关系，为了赶课，甚至即使赶不上吃饭也去听教授讲课，为自己上好选修课作充分准备——申左军老师就是其中的一位教师，他十几年如一日坚持听课，结果不仅今天的课得到我们每一个人的认可，而且他开设的“孔子告诉你”这门选修课深得学生欢迎。</w:t>
      </w:r>
      <w:r>
        <w:rPr>
          <w:lang w:eastAsia="zh-CN"/>
        </w:rPr>
        <w:br/>
      </w:r>
      <w:r>
        <w:rPr>
          <w:lang w:eastAsia="zh-CN"/>
        </w:rPr>
        <w:t>　　其次，一个教师的课要得到学生的欢迎，我想最重要的还在于教师本人要热爱自己的职业，必须具备强烈的责任感和使命感。当一个教师深知自己的天职至关重要时，他就会有强劲的动力支撑自己不由自主地、自觉地不断进取，通过学习、实践、体验、反思、感悟来提升自己的人文底蕴和教学技能——尽管这些东西当前看是需要有名师来引导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三，一个语文教师应当尽量让自己“学富五车”。李卫东教授说，基础教育阶段的语文老师不应该被学生难倒。当时我颇不以为然，今天听了两位老师的课，让我感慨，交流会上我曾问副校长，文言文教师必须背出来是不是学校对语文教师的基本要求，她说不是，但他们学校鼓励教师这样做，这是传统，他们的理念是这是一种带动，更是一种示范——显然这已经成为学校语文教师的自觉行动。看看我们学校，年轻教师占了大多数，但我觉得许多人学习的时间仍然太少，除了学校的事务性工作过多的压在了他们的肩上，使他们不能静下心来自己给自己去学习、思考、感悟外，就是学习的氛围还不够，比如开展课题研究，甚至还有些老教师不仅自己不研究、不肯指导他们还挖苦他们，面对这个局面，我觉得学校有责任营造良好氛围，给年轻教师一定的学习压力和动力是十分必要的。</w:t>
      </w:r>
      <w:r>
        <w:rPr>
          <w:lang w:eastAsia="zh-CN"/>
        </w:rPr>
        <w:br/>
      </w:r>
      <w:r>
        <w:rPr>
          <w:lang w:eastAsia="zh-CN"/>
        </w:rPr>
        <w:t>　　离开八一中学回北大的路上</w:t>
      </w:r>
      <w:r>
        <w:rPr>
          <w:lang w:eastAsia="zh-CN"/>
        </w:rPr>
        <w:br/>
      </w:r>
      <w:r>
        <w:rPr>
          <w:lang w:eastAsia="zh-CN"/>
        </w:rPr>
        <w:t>　　我就在想：名师之所以是名师，因为他是名校的老师，名校的老师之所以是名师是因为他能让学习和研究成为自己日常生活的基本习惯。</w:t>
      </w:r>
      <w:r>
        <w:rPr>
          <w:lang w:eastAsia="zh-CN"/>
        </w:rPr>
        <w:br/>
      </w:r>
      <w:r>
        <w:rPr>
          <w:lang w:eastAsia="zh-CN"/>
        </w:rPr>
        <w:t>　　下午听取了北大教授程郁缀的讲座。以前曾听过他的“百家讲坛”，不觉得怎么样，因此之前也没有看好他，没想到今天听感觉完全不一样。分析起古典诗歌真是独到、入微，几乎每一句话都是名言警语。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比如讲到屈原的故土情怀时，说禽兽尚且“胡鸟依北风，越鸟巢南枝”，何况是人，如果你身处美国，当你得意时，不要忘了你脚下踩的是别人的土地;当你失意时，不要忘了你背后是960万平方公里的中国;讲到屈原的成就时，他说，要对你的学生说，要成功，一要持之以恒，二要目标如一。再如讲到曹操时，他说，大气才能成大器，一个胸怀开阔的人才能成大才，比如北大，燕南园里，每一粒泥土里都蕴藏着智慧，这些人都有一颗向善的心，正因如此，北大才人才辈出。再比如讲到陶渊明时，他很佩服诗人的率真和不屈——“我醉欲眠，卿可去”，这是真朋友啊，也正因诗人伟大，他的诗才是好诗——看谁都伟大是因为你跪在地上!这是他告诉我们的真理。再比如他谈到杜甫时，我觉得他提到的李杜朋友情谊“在和人交往中，如果一个人真正做到忘我，那他永远不会被别人忘记”是非常有道理的，而当前我们中许多人往往以自我为中心，有意无意地忽略他人。</w:t>
      </w:r>
      <w:r>
        <w:rPr>
          <w:lang w:eastAsia="zh-CN"/>
        </w:rPr>
        <w:br/>
      </w:r>
      <w:r>
        <w:rPr>
          <w:lang w:eastAsia="zh-CN"/>
        </w:rPr>
        <w:t>　　这些道理和故事其实就是教学财富，真的，我觉得很幸运，能来北大研修，和北大的顶尖教授对话——每一场讲座我都会至少提出一个问题，和来自全国各地的骨干教师分享各自的思想、探讨各自的困惑，这些行动，让我觉得每一天都过得十分充实也很有感触和体会。想想当初报名时差点与之擦肩而过，幸好认识了许多朋友，终于将这个机会抓到手。幸甚至哉，幸甚至哉!</w:t>
      </w:r>
      <w:r>
        <w:rPr>
          <w:lang w:eastAsia="zh-CN"/>
        </w:rPr>
        <w:br/>
      </w:r>
      <w:r>
        <w:rPr>
          <w:lang w:eastAsia="zh-CN"/>
        </w:rPr>
        <w:t>　　20__年12月22日星期三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中午我们在谈到昨天程教授的课时，我忽然感到，其实他给我们的最为深刻启示是：即使是古代诗词，也于今天的生活息息相关，从古人的诗作中，我们不仅可以感知他们的情怀和内心世界，学习到基本的写作技巧，更重要的是我们的生活居然没有离开过古人曾经的沧桑世事，他们所经历的我们也正在经历着和将要经历的。所以在这个意义上说，学习古典诗词，最重要的恐怕不是写作技巧，而是学习他们为人处世的态度，认知他们在诗词中所透露的情感，感悟他们对这个世界的思考，从而为我所用，处理好我们和这个世界中的人与人、人与自然、人与其他动物的关系，从而提升自己的生活质量——这是我们所要追求最高目标。事实上，我们教育学生，就是要让学生明白，学习是美好的，生活是美好的，学习就是为了过上美好的生活。这一点在今后的语文教学尤其是古代诗文教学中应当好好矫正和贯彻的。</w:t>
      </w:r>
      <w:r>
        <w:rPr>
          <w:lang w:eastAsia="zh-CN"/>
        </w:rPr>
        <w:br/>
      </w:r>
      <w:r>
        <w:rPr>
          <w:lang w:eastAsia="zh-CN"/>
        </w:rPr>
        <w:t>　　今天听了五节我们教师自己通过“工作坊”集体备课的说课或教学课。真是深有体会：完美的课是不存在的!我们国家级骨干教师集体的智慧都让大家议论纷纷，仁者见仁的，更不用说平时我们在学校里的公开课了。所以，我觉得，对于开设公开课，我们尤其是青年教师应当有一份平和的心态，不必怀着“被批斗”的心情接受大家的意见或建议，在教学上，没有哪一个人的意见就是绝对的真理，俗话说，条条大路通罗马，教学也一样，你的方法可行、有效，他的方法未必就不可行、无效的，在我看来，只要适合自己所面对的学生、适合施展的专长的教学就是好的，至少是对的，因为教学的对象是学生，施教者是你自己，这两个因素是最基本的因素 ——虽然我们还要考虑教学是否有效地处理了教材、准确理解了编者的意图。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其次，我觉得，阅读教学首先应当基于文本来解读文本，如何解读文本呢?我认为课前必须努力寻找文本的裂缝(学生可能的困惑点、难点、盲点等)，寻找和设计好教学的切入点;根据文本的特点确定教学的方式方法，我们感到，读，尤其是默读、速读在语文课堂教学中必不可少，有的还必须朗读(有感情的朗读)，比如文学作品，今天的《再别康桥》，我觉得就设计得比较好，这位老师凸显了朗读(她自己也很善于朗读，我看，但是，他却在不断调动学生来朗读)，通过朗读领悟文本中透露的作者的情感;而议或评是课堂教学的灵魂，如果议还是基于文本的讨论，那么，评则是引导学生对文本展开鉴赏、探究的能力的训练，这是非常高的要求的。阅读教学还应当引导学生探究文本以外的东西。这也是孙绍振教授的观点，今天的《念奴娇·赤壁怀古》和《咬文嚼字》两篇文章的教学，我觉得还是比较好的体现了这一点，前者引入文本中几个情景描写对象真假的探究，后者对课题的理解上则不仅引经据典，而且引入教师自己的解读，不仅体现了教师阔大的教学视野，而且有利于拓展学生的思维。关于这两点，我在我写的《散文教学活动的组织艺术》一文里也作了充分的阐述，在教学中我也是这样做的——虽然做的不是很好，但我的教学还是得到了学生的充分肯定，学生的成绩也在不断提高。</w:t>
      </w:r>
      <w:r>
        <w:rPr>
          <w:lang w:eastAsia="zh-CN"/>
        </w:rPr>
        <w:br/>
      </w:r>
      <w:r>
        <w:rPr>
          <w:lang w:eastAsia="zh-CN"/>
        </w:rPr>
        <w:t>　　第三，我们普遍认为，一节课还是应当追求“一得”的，现在我们中的许多老师往往什么都想一下子就塞给学生，结果造成满堂灌，这种急功近利式的教学只会让学生产生抵触情绪，时间久了，他们就会对你的教学感到厌倦，所以，就产生了温教授说的，到了高校的学生对语文教师的评价往往不是很高甚至不太看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但是，今天的课堂教学仍然出现了这样的现象，比如作文讲评课“让思维有序深刻起来”，我和几位同学都认为首先是课题就不太好，因为它包括了两个知识点，而要在一节课里解决两个问题，恐怕难以做到甚至一个也无法充分解决，更何况授课者还要求学生开展写作训练——虽然是20__字，可要在一节课内完成是不现实的。其次这节课在谈到高考优秀作文的要素时，列举了许多条件，这让我们有点眼花缭乱，要是真给学生讲，我想他们也不会很明白、清晰的。我本人也上过关于提高议论文思辨性的公开课，当初我也是采用对比法、归纳法等，调动了最临近策略、知识分享策略、同材互评策略等多种策略组织教学，但我只重点解决如何围绕事例展开议论、如何安排议论结构，我觉得只要学生掌握了分析事例、把握结构的方法就达到了我的教学目标。要进行写作训练，只能移到课外，或再用一节课进行专门训练，因此我觉得，我的课还是注重</w:t>
      </w:r>
      <w:r>
        <w:rPr>
          <w:lang w:eastAsia="zh-CN"/>
        </w:rPr>
        <w:t xml:space="preserve"> “一得”的。</w:t>
      </w:r>
      <w:r>
        <w:rPr>
          <w:lang w:eastAsia="zh-CN"/>
        </w:rPr>
        <w:br/>
      </w:r>
      <w:r>
        <w:rPr>
          <w:lang w:eastAsia="zh-CN"/>
        </w:rPr>
        <w:t>　　相比较之下，我觉得《囚绿记》就上得成功多了，他对学生的问题做了种种预设，对文本展开由浅入深的探究，很好地达到了对文学类文本可以多元解读的目的。《再别康桥》也体现了一课一得的理念，对教学目的的设计都比较到位。对此，我觉得自己的教学还要在这个方面多努力，提醒自己，教学上，是不可能一口让学生吃成一个胖子的——更何况， 如果真“胖”了，也不太好，不仅形象不好，也会消化不良，变为病态之人的。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第四，手术刀式的分析教学痕迹仍然存在，尤其是文本分析时，老师们很容易就这样做了使得语文教学失去了应有的语文美感。温教授提出，每当有了这样的痕迹时，就应当积极回归到让学生个体去体验和想象，尤其是文学作品，即使是冥想五分钟，引导学生想象作品中的人物、情感、意象、情景、态度等等，都可以说是成功的。对此，前面我说过，现在很多语文教师存在浮躁心理，即使平常的语文课也很难给学生有冥想的时间——大家总放心不下，总认为与其让学生自己体悟不如自己讲来得干净利索，更别说是开设公开课或研讨课了(当然当前我们教师的评课导向也很成问题，动不动就是教学目的是否明确，教态是否端正，板书是否清晰有条理等等这些无关多少痛痒的东西，大家很少甚至不会去考虑本节课教给了学生什么，该不该教给学生这样的东西，这些东西又应该运用什么方式方法才最有效等等)。所以，我们有义务也有责任改变存在的问题，也有义务和责任引领身边的教师明白什么叫把课堂还给学生让学生自主学习、探究、感悟的概念。</w:t>
      </w:r>
      <w:r>
        <w:rPr>
          <w:lang w:eastAsia="zh-CN"/>
        </w:rPr>
        <w:br/>
      </w:r>
      <w:r>
        <w:rPr>
          <w:lang w:eastAsia="zh-CN"/>
        </w:rPr>
        <w:t xml:space="preserve">    2024国培个人研修计划模板 篇10 </w:t>
      </w:r>
      <w:r>
        <w:rPr>
          <w:lang w:eastAsia="zh-CN"/>
        </w:rPr>
        <w:br/>
      </w:r>
      <w:r>
        <w:rPr>
          <w:lang w:eastAsia="zh-CN"/>
        </w:rPr>
        <w:t>　　一、指导思想</w:t>
      </w:r>
      <w:r>
        <w:rPr>
          <w:lang w:eastAsia="zh-CN"/>
        </w:rPr>
        <w:br/>
      </w:r>
      <w:r>
        <w:rPr>
          <w:lang w:eastAsia="zh-CN"/>
        </w:rPr>
        <w:t>　　在专家教授的指导下更新教育观念，拓宽教学视野，提高教学能力，科研能力，促使自己专业化发展。</w:t>
      </w:r>
      <w:r>
        <w:rPr>
          <w:lang w:eastAsia="zh-CN"/>
        </w:rPr>
        <w:br/>
      </w:r>
      <w:r>
        <w:rPr>
          <w:lang w:eastAsia="zh-CN"/>
        </w:rPr>
        <w:t>　　二、研修目标</w:t>
      </w:r>
      <w:r>
        <w:rPr>
          <w:lang w:eastAsia="zh-CN"/>
        </w:rPr>
        <w:br/>
      </w:r>
      <w:r>
        <w:rPr>
          <w:lang w:eastAsia="zh-CN"/>
        </w:rPr>
        <w:t>　　1、通过培训，学习先进的研究方法，形成良好的研究意识</w:t>
      </w:r>
      <w:r>
        <w:rPr>
          <w:lang w:eastAsia="zh-CN"/>
        </w:rPr>
        <w:br/>
      </w:r>
      <w:r>
        <w:rPr>
          <w:lang w:eastAsia="zh-CN"/>
        </w:rPr>
        <w:t>　　2、转变教育观念，提高认识。</w:t>
      </w:r>
      <w:r>
        <w:rPr>
          <w:lang w:eastAsia="zh-CN"/>
        </w:rPr>
        <w:br/>
      </w:r>
      <w:r>
        <w:rPr>
          <w:lang w:eastAsia="zh-CN"/>
        </w:rPr>
        <w:t>　　3、深入理解中学语文课程性质、课程目标。掌握中学语文课程与教学改革的核心理念。</w:t>
      </w:r>
      <w:r>
        <w:rPr>
          <w:lang w:eastAsia="zh-CN"/>
        </w:rPr>
        <w:br/>
      </w:r>
      <w:r>
        <w:rPr>
          <w:lang w:eastAsia="zh-CN"/>
        </w:rPr>
        <w:t>　　4、探索课堂教学的有效性，积极开展阅读教学、习作教学、课堂管理等方面的改革，以期提高学生的语文素养。</w:t>
      </w:r>
      <w:r>
        <w:rPr>
          <w:lang w:eastAsia="zh-CN"/>
        </w:rPr>
        <w:br/>
      </w:r>
      <w:r>
        <w:rPr>
          <w:lang w:eastAsia="zh-CN"/>
        </w:rPr>
        <w:t>　　5、促进专业化发展，提高教学研究能力。</w:t>
      </w:r>
      <w:r>
        <w:rPr>
          <w:lang w:eastAsia="zh-CN"/>
        </w:rPr>
        <w:br/>
      </w:r>
      <w:r>
        <w:rPr>
          <w:lang w:eastAsia="zh-CN"/>
        </w:rPr>
        <w:t>　　三、研修措施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1、努力学习课程知识，在学习过程中认真做好笔记，不断提高自己的教学水平和专业素养。</w:t>
      </w:r>
      <w:r>
        <w:rPr>
          <w:lang w:eastAsia="zh-CN"/>
        </w:rPr>
        <w:br/>
      </w:r>
      <w:r>
        <w:rPr>
          <w:lang w:eastAsia="zh-CN"/>
        </w:rPr>
        <w:t>　　2、学习专家们的先进理念，逐步内化为自己的东西，积极动脑思考问题，并积极讨论交流。</w:t>
      </w:r>
      <w:r>
        <w:rPr>
          <w:lang w:eastAsia="zh-CN"/>
        </w:rPr>
        <w:br/>
      </w:r>
      <w:r>
        <w:rPr>
          <w:lang w:eastAsia="zh-CN"/>
        </w:rPr>
        <w:t>　　3、通过专家的引领，理论联系实际，不断反思自己的教学行为和教学方式，努力探求适合学生的教学方法，提高自身的语文素养。</w:t>
      </w:r>
      <w:r>
        <w:rPr>
          <w:lang w:eastAsia="zh-CN"/>
        </w:rPr>
        <w:br/>
      </w:r>
      <w:r>
        <w:rPr>
          <w:lang w:eastAsia="zh-CN"/>
        </w:rPr>
        <w:t>　　4、积极参与各种研讨活动，积极发表自己的观点，博采众长，在交流中提高自己的专业知识，逐步向专业化教师的标准靠近。</w:t>
      </w:r>
      <w:r>
        <w:rPr>
          <w:lang w:eastAsia="zh-CN"/>
        </w:rPr>
        <w:br/>
      </w:r>
      <w:r>
        <w:rPr>
          <w:lang w:eastAsia="zh-CN"/>
        </w:rPr>
        <w:t>　　四、研修内容</w:t>
      </w:r>
      <w:r>
        <w:rPr>
          <w:lang w:eastAsia="zh-CN"/>
        </w:rPr>
        <w:br/>
      </w:r>
      <w:r>
        <w:rPr>
          <w:lang w:eastAsia="zh-CN"/>
        </w:rPr>
        <w:t>　　1、认真听取专家教授的讲座，踏踏实实地学习理论知识。</w:t>
      </w:r>
      <w:r>
        <w:rPr>
          <w:lang w:eastAsia="zh-CN"/>
        </w:rPr>
        <w:br/>
      </w:r>
      <w:r>
        <w:rPr>
          <w:lang w:eastAsia="zh-CN"/>
        </w:rPr>
        <w:t>　　2、到影子学校听课、评课、研讨、上课认真观摩实实在在的课堂教学，吸取精华，提高自身素养。</w:t>
      </w:r>
      <w:r>
        <w:rPr>
          <w:lang w:eastAsia="zh-CN"/>
        </w:rPr>
        <w:br/>
      </w:r>
      <w:r>
        <w:rPr>
          <w:lang w:eastAsia="zh-CN"/>
        </w:rPr>
        <w:t>　　3、积极参与班级研讨活动，在活动中积极表达自己的观点，在探讨中提高自己的知识素养。</w:t>
      </w:r>
      <w:r>
        <w:rPr>
          <w:lang w:eastAsia="zh-CN"/>
        </w:rPr>
        <w:br/>
      </w:r>
      <w:r>
        <w:rPr>
          <w:lang w:eastAsia="zh-CN"/>
        </w:rPr>
        <w:t>　　4、每天听课后做到及时反思，记录感悟的点点滴滴，认真完成作业。</w:t>
      </w:r>
      <w:r>
        <w:rPr>
          <w:lang w:eastAsia="zh-CN"/>
        </w:rPr>
        <w:br/>
      </w:r>
      <w:r>
        <w:rPr>
          <w:lang w:eastAsia="zh-CN"/>
        </w:rPr>
        <w:t>　　5、钻研教学专著，努力学习与新课程相关的理论知识，并做好读书笔记，写下读后反思。</w:t>
      </w:r>
      <w:r>
        <w:rPr>
          <w:lang w:eastAsia="zh-CN"/>
        </w:rPr>
        <w:br/>
      </w:r>
      <w:r>
        <w:rPr>
          <w:lang w:eastAsia="zh-CN"/>
        </w:rPr>
        <w:t>　　6、填写好研修日志，撰写教育教学论文。</w:t>
      </w:r>
      <w:r>
        <w:rPr>
          <w:lang w:eastAsia="zh-CN"/>
        </w:rPr>
        <w:br/>
      </w:r>
    </w:p>
    <w:p w:rsidR="001B1F19" w14:textId="27C3F48A">
      <w:pPr>
        <w:rPr>
          <w:rFonts w:hint="eastAsia"/>
          <w:lang w:eastAsia="zh-CN"/>
        </w:rPr>
      </w:pPr>
      <w:r>
        <w:rPr>
          <w:lang w:eastAsia="zh-CN"/>
        </w:rPr>
        <w:t>　　总之，通过这次“国培”研修学习，我相信自己在自身素质、教育教学理论和教育教学方法上会有许许多多的收获，会为我以后的教育教学工作打下坚实的基础。以期达到从“经验型”教师向“科研型”教师转变的目标。</w:t>
      </w:r>
      <w:r>
        <w:rPr>
          <w:lang w:eastAsia="zh-CN"/>
        </w:rPr>
        <w:br/>
      </w:r>
      <w:r>
        <w:rPr>
          <w:lang w:eastAsia="zh-CN"/>
        </w:rPr>
        <w:t xml:space="preserve">    2024国培个人研修计划模板 篇11 </w:t>
      </w:r>
      <w:r>
        <w:rPr>
          <w:lang w:eastAsia="zh-CN"/>
        </w:rPr>
        <w:br/>
      </w:r>
      <w:r>
        <w:rPr>
          <w:lang w:eastAsia="zh-CN"/>
        </w:rPr>
        <w:t>　　为了不断提高自己的教育教学水平和业务素质，我将不断地学习和完善自己，提高自身综合素质，特制定个人年度研修计划。</w:t>
      </w:r>
      <w:r>
        <w:rPr>
          <w:lang w:eastAsia="zh-CN"/>
        </w:rPr>
        <w:br/>
      </w:r>
      <w:r>
        <w:rPr>
          <w:lang w:eastAsia="zh-CN"/>
        </w:rPr>
        <w:t>　　一、读书学习</w:t>
      </w:r>
      <w:r>
        <w:rPr>
          <w:lang w:eastAsia="zh-CN"/>
        </w:rPr>
        <w:br/>
      </w:r>
      <w:r>
        <w:rPr>
          <w:lang w:eastAsia="zh-CN"/>
        </w:rPr>
        <w:t>　　1、学习《幼儿园教育的实践与反思》，《幼儿园语言教育的核心经验》，树终身学习的观念，不断更新知识，一专多能，使教学工作博、深、新，丰富自己的知识，开阔自己的视野，以先进的知识结构提高教学质量，做到勤业多能。</w:t>
      </w:r>
      <w:r>
        <w:rPr>
          <w:lang w:eastAsia="zh-CN"/>
        </w:rPr>
        <w:br/>
      </w:r>
      <w:r>
        <w:rPr>
          <w:lang w:eastAsia="zh-CN"/>
        </w:rPr>
        <w:t>　　2、认真学习《3——6岁儿童学习与发展指南》，领会其精神，用新的思想指导新的工作，理论结合并指导实际，适应幼教发展的新的局面。</w:t>
      </w:r>
      <w:r>
        <w:rPr>
          <w:lang w:eastAsia="zh-CN"/>
        </w:rPr>
        <w:br/>
      </w:r>
      <w:r>
        <w:rPr>
          <w:lang w:eastAsia="zh-CN"/>
        </w:rPr>
        <w:t>　　3、每周阅读《幼教名师成长案例解读》、《幼儿园大班创新游戏活动》、《幼儿教师专业化成长》、《打造未来领袖6课堂》。</w:t>
      </w:r>
      <w:r>
        <w:rPr>
          <w:lang w:eastAsia="zh-CN"/>
        </w:rPr>
        <w:br/>
      </w:r>
      <w:r>
        <w:rPr>
          <w:lang w:eastAsia="zh-CN"/>
        </w:rPr>
        <w:t>　　二、专业能力及专业技能</w:t>
      </w:r>
      <w:r>
        <w:rPr>
          <w:lang w:eastAsia="zh-CN"/>
        </w:rPr>
        <w:br/>
      </w:r>
      <w:r>
        <w:rPr>
          <w:lang w:eastAsia="zh-CN"/>
        </w:rPr>
        <w:t>　　1、能理论联系实际，加强文字方面的功底，把理论和实际紧密结合，撰写小课题方案，作出研究的计划，及时进行阶段反馈。</w:t>
      </w:r>
      <w:r>
        <w:rPr>
          <w:lang w:eastAsia="zh-CN"/>
        </w:rPr>
        <w:br/>
      </w:r>
      <w:r>
        <w:rPr>
          <w:lang w:eastAsia="zh-CN"/>
        </w:rPr>
        <w:t>　　2、争取在区级以上刊物发表教学论文。</w:t>
      </w:r>
      <w:r>
        <w:rPr>
          <w:lang w:eastAsia="zh-CN"/>
        </w:rPr>
        <w:br/>
      </w:r>
      <w:r>
        <w:rPr>
          <w:lang w:eastAsia="zh-CN"/>
        </w:rPr>
        <w:t>　　3、提高弹琴、绘画的基本技能。</w:t>
      </w:r>
      <w:r>
        <w:rPr>
          <w:lang w:eastAsia="zh-CN"/>
        </w:rPr>
        <w:br/>
      </w:r>
      <w:r>
        <w:rPr>
          <w:lang w:eastAsia="zh-CN"/>
        </w:rPr>
        <w:t>　　4、提高自己的普通话水平。</w:t>
      </w:r>
      <w:r>
        <w:rPr>
          <w:lang w:eastAsia="zh-CN"/>
        </w:rPr>
        <w:br/>
      </w:r>
      <w:r>
        <w:rPr>
          <w:lang w:eastAsia="zh-CN"/>
        </w:rPr>
        <w:t>　　5、提高书写的能力。</w:t>
      </w:r>
      <w:r>
        <w:rPr>
          <w:lang w:eastAsia="zh-CN"/>
        </w:rPr>
        <w:br/>
      </w:r>
      <w:r>
        <w:rPr>
          <w:lang w:eastAsia="zh-CN"/>
        </w:rPr>
        <w:t>　　三、教育研讨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https://d.book118.com/075324214134011102</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5324214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