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劳动节主题班会总结（31篇）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劳动节主题班会总结（通用31篇）</w:t>
      </w:r>
      <w:r>
        <w:rPr>
          <w:lang w:eastAsia="zh-CN"/>
        </w:rPr>
        <w:br/>
      </w:r>
      <w:r>
        <w:rPr>
          <w:lang w:eastAsia="zh-CN"/>
        </w:rPr>
        <w:t xml:space="preserve">    劳动节主题班会总结 篇1 </w:t>
      </w:r>
      <w:r>
        <w:rPr>
          <w:lang w:eastAsia="zh-CN"/>
        </w:rPr>
        <w:br/>
      </w:r>
      <w:r>
        <w:rPr>
          <w:lang w:eastAsia="zh-CN"/>
        </w:rPr>
        <w:t>　　一、活动目的：</w:t>
      </w:r>
      <w:r>
        <w:rPr>
          <w:lang w:eastAsia="zh-CN"/>
        </w:rPr>
        <w:br/>
      </w:r>
      <w:r>
        <w:rPr>
          <w:lang w:eastAsia="zh-CN"/>
        </w:rPr>
        <w:t>　　1、通过活动让学生认识到劳动的重要性。</w:t>
      </w:r>
      <w:r>
        <w:rPr>
          <w:lang w:eastAsia="zh-CN"/>
        </w:rPr>
        <w:br/>
      </w:r>
      <w:r>
        <w:rPr>
          <w:lang w:eastAsia="zh-CN"/>
        </w:rPr>
        <w:t>　　2、体验劳动的快乐，从小培养爱劳动的习惯。</w:t>
      </w:r>
      <w:r>
        <w:rPr>
          <w:lang w:eastAsia="zh-CN"/>
        </w:rPr>
        <w:br/>
      </w:r>
      <w:r>
        <w:rPr>
          <w:lang w:eastAsia="zh-CN"/>
        </w:rPr>
        <w:t>　　3、教育学生尊重劳动人民，珍惜劳动成果的思想,珍惜父母的辛苦和劳动。</w:t>
      </w:r>
      <w:r>
        <w:rPr>
          <w:lang w:eastAsia="zh-CN"/>
        </w:rPr>
        <w:br/>
      </w:r>
      <w:r>
        <w:rPr>
          <w:lang w:eastAsia="zh-CN"/>
        </w:rPr>
        <w:t>　　二、主要方法：</w:t>
      </w:r>
      <w:r>
        <w:rPr>
          <w:lang w:eastAsia="zh-CN"/>
        </w:rPr>
        <w:br/>
      </w:r>
      <w:r>
        <w:rPr>
          <w:lang w:eastAsia="zh-CN"/>
        </w:rPr>
        <w:t>　　演讲法、表演法</w:t>
      </w:r>
      <w:r>
        <w:rPr>
          <w:lang w:eastAsia="zh-CN"/>
        </w:rPr>
        <w:br/>
      </w:r>
      <w:r>
        <w:rPr>
          <w:lang w:eastAsia="zh-CN"/>
        </w:rPr>
        <w:t>　　三、会前准备：</w:t>
      </w:r>
      <w:r>
        <w:rPr>
          <w:lang w:eastAsia="zh-CN"/>
        </w:rPr>
        <w:br/>
      </w:r>
      <w:r>
        <w:rPr>
          <w:lang w:eastAsia="zh-CN"/>
        </w:rPr>
        <w:t>　　1、全班准备歌曲《劳动最光荣》、《采茶扑蝶》</w:t>
      </w:r>
      <w:r>
        <w:rPr>
          <w:lang w:eastAsia="zh-CN"/>
        </w:rPr>
        <w:br/>
      </w:r>
      <w:r>
        <w:rPr>
          <w:lang w:eastAsia="zh-CN"/>
        </w:rPr>
        <w:t>　　2、两名学生准备劳动故事</w:t>
      </w:r>
      <w:r>
        <w:rPr>
          <w:lang w:eastAsia="zh-CN"/>
        </w:rPr>
        <w:br/>
      </w:r>
      <w:r>
        <w:rPr>
          <w:lang w:eastAsia="zh-CN"/>
        </w:rPr>
        <w:t>　　3、一名学生准备诗歌朗诵</w:t>
      </w:r>
      <w:r>
        <w:rPr>
          <w:lang w:eastAsia="zh-CN"/>
        </w:rPr>
        <w:br/>
      </w:r>
      <w:r>
        <w:rPr>
          <w:lang w:eastAsia="zh-CN"/>
        </w:rPr>
        <w:t>　　4、两名学生准备劳动节知识</w:t>
      </w:r>
      <w:r>
        <w:rPr>
          <w:lang w:eastAsia="zh-CN"/>
        </w:rPr>
        <w:br/>
      </w:r>
      <w:r>
        <w:rPr>
          <w:lang w:eastAsia="zh-CN"/>
        </w:rPr>
        <w:t>　　5、主持人准备开场白、串词和小结以及有关劳动诗句</w:t>
      </w:r>
      <w:r>
        <w:rPr>
          <w:lang w:eastAsia="zh-CN"/>
        </w:rPr>
        <w:br/>
      </w:r>
      <w:r>
        <w:rPr>
          <w:lang w:eastAsia="zh-CN"/>
        </w:rPr>
        <w:t>　　6、班长准备倡议书</w:t>
      </w:r>
      <w:r>
        <w:rPr>
          <w:lang w:eastAsia="zh-CN"/>
        </w:rPr>
        <w:br/>
      </w:r>
      <w:r>
        <w:rPr>
          <w:lang w:eastAsia="zh-CN"/>
        </w:rPr>
        <w:t>　　7、学生准备劳动感受和身边人的劳动故事发言稿</w:t>
      </w:r>
      <w:r>
        <w:rPr>
          <w:lang w:eastAsia="zh-CN"/>
        </w:rPr>
        <w:br/>
      </w:r>
      <w:r>
        <w:rPr>
          <w:lang w:eastAsia="zh-CN"/>
        </w:rPr>
        <w:t>　　8、学生准备给父母的一封信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四、班会过程：</w:t>
      </w:r>
      <w:r>
        <w:rPr>
          <w:lang w:eastAsia="zh-CN"/>
        </w:rPr>
        <w:br/>
      </w:r>
      <w:r>
        <w:rPr>
          <w:lang w:eastAsia="zh-CN"/>
        </w:rPr>
        <w:t>　　(一)主持人致开场白</w:t>
      </w:r>
      <w:r>
        <w:rPr>
          <w:lang w:eastAsia="zh-CN"/>
        </w:rPr>
        <w:br/>
      </w:r>
      <w:r>
        <w:rPr>
          <w:lang w:eastAsia="zh-CN"/>
        </w:rPr>
        <w:t>　　在这里，请让我们用浓浓的热情、真诚的心来举行一次班会，我宣布：八年四班主题班会《劳动最关荣》现在开始。</w:t>
      </w:r>
      <w:r>
        <w:rPr>
          <w:lang w:eastAsia="zh-CN"/>
        </w:rPr>
        <w:br/>
      </w:r>
      <w:r>
        <w:rPr>
          <w:lang w:eastAsia="zh-CN"/>
        </w:rPr>
        <w:t>　　达芬奇说过：“劳动一日可得一天的安眠，劳动一世可得幸福的长眠。“的确，只有亲自参加劳动的人，才能尊重劳动人民，才会懂得珍惜别人的劳动成果，才会懂得幸福的生活要靠劳动来创造。劳动是我们中华民族的`传统美德，我们作为二十一世纪的中学生，就更应该热爱劳动，珍惜劳动成果。那么，我们应该怎样热爱劳动，珍惜劳动成果呢?五月一日是国际劳动节，那让我们为这个全世界劳动人民的节日唱出劳动的赞歌吧。我们最熟悉的劳动赞歌是什么呢?(全班齐：《劳动最光荣》)</w:t>
      </w:r>
      <w:r>
        <w:rPr>
          <w:lang w:eastAsia="zh-CN"/>
        </w:rPr>
        <w:br/>
      </w:r>
      <w:r>
        <w:rPr>
          <w:lang w:eastAsia="zh-CN"/>
        </w:rPr>
        <w:t>　　(二)全班齐声合唱革命歌曲《劳动最光荣》</w:t>
      </w:r>
      <w:r>
        <w:rPr>
          <w:lang w:eastAsia="zh-CN"/>
        </w:rPr>
        <w:br/>
      </w:r>
      <w:r>
        <w:rPr>
          <w:lang w:eastAsia="zh-CN"/>
        </w:rPr>
        <w:t>　　主持人点拨：歌声唱出了热情，歌声唱出了力量。那么，我们之中又有多少人知道劳动的辛苦呢?有多少人了解相关的知识呢?接下来，让我们了解一下五一劳动节吧!你了解它的来历么?下面让桑延强同学来给我呢讲讲有关五一劳动节的知识吧。</w:t>
      </w:r>
      <w:r>
        <w:rPr>
          <w:lang w:eastAsia="zh-CN"/>
        </w:rPr>
        <w:br/>
      </w:r>
      <w:r>
        <w:rPr>
          <w:lang w:eastAsia="zh-CN"/>
        </w:rPr>
        <w:t>　　(三)了解五一劳动节</w:t>
      </w:r>
      <w:r>
        <w:rPr>
          <w:lang w:eastAsia="zh-CN"/>
        </w:rPr>
        <w:br/>
      </w:r>
      <w:r>
        <w:rPr>
          <w:lang w:eastAsia="zh-CN"/>
        </w:rPr>
        <w:t>　　主持人点拨:现在我们了解了五一劳动节的来历，如今，每到五一劳动节，我们会放三天假，来庆祝这个节日。那么，同学们知道我们国家是从什么时候开始过劳动节的吗?下面让毛庆阳同学来给我们讲讲我国最早的劳动节是怎样过的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(四)毛庆阳讲中国庆祝第一个五一劳动节</w:t>
      </w:r>
      <w:r>
        <w:rPr>
          <w:lang w:eastAsia="zh-CN"/>
        </w:rPr>
        <w:br/>
      </w:r>
      <w:r>
        <w:rPr>
          <w:lang w:eastAsia="zh-CN"/>
        </w:rPr>
        <w:t>　　主持人点拨：原来五一劳动节在我国走过了近八十年的历程，我国劳动人民在此期间，写下了多少不朽的篇章啊!在一些文章、一些诗歌中，有许多意蕴悠长的诗句赞美了劳动，歌颂了劳动人民，接下来，我要考考大家，你们是否还记得学过的一些诗句。</w:t>
      </w:r>
      <w:r>
        <w:rPr>
          <w:lang w:eastAsia="zh-CN"/>
        </w:rPr>
        <w:br/>
      </w:r>
      <w:r>
        <w:rPr>
          <w:lang w:eastAsia="zh-CN"/>
        </w:rPr>
        <w:t>　　(五)吟诵有关劳动节的诗句</w:t>
      </w:r>
      <w:r>
        <w:rPr>
          <w:lang w:eastAsia="zh-CN"/>
        </w:rPr>
        <w:br/>
      </w:r>
      <w:r>
        <w:rPr>
          <w:lang w:eastAsia="zh-CN"/>
        </w:rPr>
        <w:t>　　(主)李绅《悯农》锄禾日当午(全班)汗滴禾下土</w:t>
      </w:r>
      <w:r>
        <w:rPr>
          <w:lang w:eastAsia="zh-CN"/>
        </w:rPr>
        <w:br/>
      </w:r>
      <w:r>
        <w:rPr>
          <w:lang w:eastAsia="zh-CN"/>
        </w:rPr>
        <w:t>　　(主)白居易《观刈麦》田家少闲月(全班)五月人倍忙</w:t>
      </w:r>
      <w:r>
        <w:rPr>
          <w:lang w:eastAsia="zh-CN"/>
        </w:rPr>
        <w:br/>
      </w:r>
      <w:r>
        <w:rPr>
          <w:lang w:eastAsia="zh-CN"/>
        </w:rPr>
        <w:t>　　(主)以上的诗句是我们学过的，下面我也送给大家两首有关劳动的诗。</w:t>
      </w:r>
      <w:r>
        <w:rPr>
          <w:lang w:eastAsia="zh-CN"/>
        </w:rPr>
        <w:br/>
      </w:r>
      <w:r>
        <w:rPr>
          <w:lang w:eastAsia="zh-CN"/>
        </w:rPr>
        <w:t>　　《麦收》天高日正晌，遍地黄金浪。挥汗如热雨，农夫收割忙。这首诗描写了农民伯伯在正午收割麦子，大汗淋漓的场景。</w:t>
      </w:r>
      <w:r>
        <w:rPr>
          <w:lang w:eastAsia="zh-CN"/>
        </w:rPr>
        <w:br/>
      </w:r>
      <w:r>
        <w:rPr>
          <w:lang w:eastAsia="zh-CN"/>
        </w:rPr>
        <w:t>　　《蚕妇》昨日如城市，归来泪满巾。遍身罗绮者，不是养蚕人。这首诗写的是一位养蚕的妇女入城归来，发现穿着绫罗绸缎的，没有一个是养蚕的，不禁泪湿衣襟。</w:t>
      </w:r>
      <w:r>
        <w:rPr>
          <w:lang w:eastAsia="zh-CN"/>
        </w:rPr>
        <w:br/>
      </w:r>
      <w:r>
        <w:rPr>
          <w:lang w:eastAsia="zh-CN"/>
        </w:rPr>
        <w:t>　　以上的诗句写出了劳动人民的辛苦，希望同学通过吟诵，永远记得，并由此激起你对劳动的热爱，因为劳动是最光荣的。所以，让我们热爱劳动、珍惜劳动、一起融入劳动人民中吧。在历史的长河中，有许许多多的劳动者用他们的辛勤、坚韧，创造了许多可歌可泣的故事。下面让我们来走进他们吧。接下来请两名同学给我们讲讲两位劳动者的故事。</w:t>
      </w:r>
      <w:r>
        <w:rPr>
          <w:lang w:eastAsia="zh-CN"/>
        </w:rPr>
        <w:br/>
      </w:r>
      <w:r>
        <w:rPr>
          <w:lang w:eastAsia="zh-CN"/>
        </w:rPr>
        <w:t xml:space="preserve">    劳动节主题班会总结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劳动是新时代大学生身心健康发展过程中必不可少的重要因素。为了引导青年大学生树立正确的劳动价值观，使大家牢固树立劳动最光荣、劳动最崇高、劳动最伟大、劳动最美丽的观念，4月上旬至“五一”劳动节假期，文学院举办了“劳动最光荣”系列活动，五百余名学生参与其中。</w:t>
      </w:r>
      <w:r>
        <w:rPr>
          <w:lang w:eastAsia="zh-CN"/>
        </w:rPr>
        <w:br/>
      </w:r>
      <w:r>
        <w:rPr>
          <w:lang w:eastAsia="zh-CN"/>
        </w:rPr>
        <w:t>　　开展“以劳树德”义务劳动图文征集活动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热爱劳动是中华民族的传统美德，为认真学习贯彻落实《中共中央国务院关于全面加强新时代大中小学劳动教育的意见》，让同学们在居家学习期间感受劳动的魅力与价值，弘扬热爱劳动的中华优秀传统美德，在“五一”国际劳动节来临之际，文学院举办了“以劳树德”义务劳动图文征集活动。参赛学生将个人文字材料以文档的形式上传至活动群内，建立个人相册后将图片上传其中。参赛作品中，20__级汉语国际教育专业学生王亚丽的作品反映的是在田间栽种南瓜幼苗的事，图片质朴自然，所写文章表达出对劳动、春天和自然的热爱，青春洋溢、生机勃勃。20__级广播电视学专业学生包峻榕的作品记述的是在养老院做义工和在家帮助父母做家务的事，图片温馨真挚，文章内容朴实活泼，表现出作者因自己的劳动给他人带来温暖而感到快乐的心情。经评选，获得一二三等奖的学生共有42名，获得优秀奖的学生若干名。获奖名单将公示到各个年级主群和班级信息群，其中13名学生的作品将投放在文学院团委学生会微信公众号中予以展示。参加完本次活动，文学院20__级汉语言文学专业学生高远说：“通过本次活动，我深刻认识到劳动的可贵之处不在于收获，而在于从劳动中得到的快乐与付出的努力。这个过程是无可代替的，就像人生，最重要的不是结果，而是沿途所看到的风景。”</w:t>
      </w:r>
      <w:r>
        <w:rPr>
          <w:lang w:eastAsia="zh-CN"/>
        </w:rPr>
        <w:br/>
      </w:r>
      <w:r>
        <w:rPr>
          <w:lang w:eastAsia="zh-CN"/>
        </w:rPr>
        <w:t>　　开展“以劳健体”家务打卡大挑战活动</w:t>
      </w:r>
      <w:r>
        <w:rPr>
          <w:lang w:eastAsia="zh-CN"/>
        </w:rPr>
        <w:br/>
      </w:r>
      <w:r>
        <w:rPr>
          <w:lang w:eastAsia="zh-CN"/>
        </w:rPr>
        <w:t>　　“以劳健体”家务打卡大挑战活动分为照片打卡和短视频制作两部分内容。活动前期，参与学生以拍照的形式定格自己做家务的每一帧画面，将照片发至活动群聊中进行家务打卡，通过多种日常家务劳动方式诠释着“以劳健体，从我做起”的活动主题。其中，20__级汉语言文学专业学生卢婷婷以“劳动挥洒汗水，思致悠然畅怀”为主题，以活动期间的打卡照片为素材，配上背景音乐《劳动最光荣》和恰当的文字，创作出了精美的短视频。20__级汉语国际教育专业张艺录制自己的家务过程，并通过剪辑制作真实还原了以她为代表的当代大学生热爱劳动的精神风貌。此次活动共征集短视频200余份，负责人将择优选取优秀作品在文学院学生会微信公众号进行展示。</w:t>
      </w:r>
      <w:r>
        <w:rPr>
          <w:lang w:eastAsia="zh-CN"/>
        </w:rPr>
        <w:br/>
      </w:r>
      <w:r>
        <w:rPr>
          <w:lang w:eastAsia="zh-CN"/>
        </w:rPr>
        <w:t>　　开展“以劳育美”旧物焕新颜活动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本次活动采取线上形式，分为宣传、收集、评选三个阶段。活动期间，学生们深入实际日常生活，探寻被“放错”的物质资源，发挥创意，化腐朽为神奇。其中，20__级汉语言文学二班的孙佳丽以废弃易拉罐、蜡烛头为载体，借助剪刀、胶水等工具，巧妙制作出兼备实用与创意的“烛灯”，她运用生活小常识，将蜡烛油与胶水混和增加与易拉罐的贴合度，并选用多彩颜料为烛灯增添美感。20__级汉语国际教育专业的陈曦自出心裁，将废旧纸盒与零碎布料相结合，指尖灵动婉转飞针走线，变废纸箱为兼具时尚与实用的“森系收纳盒”。同学们创意十足，不仅让废旧物品重新再利用，而且制作出来的作品实用美观，堪称一件件艺术品。在文学院团委、学生会同步推出的线上投票环节中，作品“广告纸手机壳”“玻璃瓶挂饰”“时尚帆布包”“创意笔筒”“云朵灯”“彩鱼风铃”“快递盒相”等也得到了同学们的支持和肯定。</w:t>
      </w:r>
      <w:r>
        <w:rPr>
          <w:lang w:eastAsia="zh-CN"/>
        </w:rPr>
        <w:br/>
      </w:r>
      <w:r>
        <w:rPr>
          <w:lang w:eastAsia="zh-CN"/>
        </w:rPr>
        <w:t>　　“劳动最光荣”主题系列活动在对青年大学生进行劳动教育的同时，让同学们疫情期间居家学习中，亲身体验劳动过程，形成健全的劳动价值观，有利于促进大学生德智体美劳全面发展，提升大学生综合素质。</w:t>
      </w:r>
      <w:r>
        <w:rPr>
          <w:lang w:eastAsia="zh-CN"/>
        </w:rPr>
        <w:br/>
      </w:r>
      <w:r>
        <w:rPr>
          <w:lang w:eastAsia="zh-CN"/>
        </w:rPr>
        <w:t xml:space="preserve">    劳动节主题班会总结 篇3 </w:t>
      </w:r>
      <w:r>
        <w:rPr>
          <w:lang w:eastAsia="zh-CN"/>
        </w:rPr>
        <w:br/>
      </w:r>
      <w:r>
        <w:rPr>
          <w:lang w:eastAsia="zh-CN"/>
        </w:rPr>
        <w:t>　　班会主题：</w:t>
      </w:r>
      <w:r>
        <w:rPr>
          <w:lang w:eastAsia="zh-CN"/>
        </w:rPr>
        <w:br/>
      </w:r>
      <w:r>
        <w:rPr>
          <w:lang w:eastAsia="zh-CN"/>
        </w:rPr>
        <w:t>　　体验劳动，体味父母的艰辛。</w:t>
      </w:r>
      <w:r>
        <w:rPr>
          <w:lang w:eastAsia="zh-CN"/>
        </w:rPr>
        <w:br/>
      </w:r>
      <w:r>
        <w:rPr>
          <w:lang w:eastAsia="zh-CN"/>
        </w:rPr>
        <w:t>　　班会目的：</w:t>
      </w:r>
      <w:r>
        <w:rPr>
          <w:lang w:eastAsia="zh-CN"/>
        </w:rPr>
        <w:br/>
      </w:r>
      <w:r>
        <w:rPr>
          <w:lang w:eastAsia="zh-CN"/>
        </w:rPr>
        <w:t>　　培养学生热爱劳动的意识，培养学生养成良好的劳动习惯，教育学生体味父母的艰辛，懂得孝敬父母。</w:t>
      </w:r>
      <w:r>
        <w:rPr>
          <w:lang w:eastAsia="zh-CN"/>
        </w:rPr>
        <w:br/>
      </w:r>
      <w:r>
        <w:rPr>
          <w:lang w:eastAsia="zh-CN"/>
        </w:rPr>
        <w:t>　　班会过程：</w:t>
      </w:r>
      <w:r>
        <w:rPr>
          <w:lang w:eastAsia="zh-CN"/>
        </w:rPr>
        <w:br/>
      </w:r>
      <w:r>
        <w:rPr>
          <w:lang w:eastAsia="zh-CN"/>
        </w:rPr>
        <w:t>　　一、导入：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同学们，我们在学校的学习生活是多么有意义呀!三月份，我们一起去种树，感受大自然的美!四月份，我们一起去踏青，享受清新的空气!五月份，我们纷纷当家长，体验劳动的滋味!同学们的热情深深感动了我。现在让我们来分享一下同学们在劳动中的真实感受!</w:t>
      </w:r>
      <w:r>
        <w:rPr>
          <w:lang w:eastAsia="zh-CN"/>
        </w:rPr>
        <w:br/>
      </w:r>
      <w:r>
        <w:rPr>
          <w:lang w:eastAsia="zh-CN"/>
        </w:rPr>
        <w:t>　　二、观看小品，引发思考。</w:t>
      </w:r>
      <w:r>
        <w:rPr>
          <w:lang w:eastAsia="zh-CN"/>
        </w:rPr>
        <w:br/>
      </w:r>
      <w:r>
        <w:rPr>
          <w:lang w:eastAsia="zh-CN"/>
        </w:rPr>
        <w:t>　　主持人甲：同学们，每当我们背着书包走在宽阔平坦的马路上时，每当我们穿着干净整洁的衣服，吃着美味可口的饭菜时。你是否想到那些为我们创造美好生活的劳动者?你是否能够体会到劳动者所付出的艰辛?</w:t>
      </w:r>
      <w:r>
        <w:rPr>
          <w:lang w:eastAsia="zh-CN"/>
        </w:rPr>
        <w:br/>
      </w:r>
      <w:r>
        <w:rPr>
          <w:lang w:eastAsia="zh-CN"/>
        </w:rPr>
        <w:t>　　主持人乙：下面请大家观看小品《不吃面条》</w:t>
      </w:r>
      <w:r>
        <w:rPr>
          <w:lang w:eastAsia="zh-CN"/>
        </w:rPr>
        <w:br/>
      </w:r>
      <w:r>
        <w:rPr>
          <w:lang w:eastAsia="zh-CN"/>
        </w:rPr>
        <w:t>　　主持人甲：看完小品，同学们想说点什么?</w:t>
      </w:r>
      <w:r>
        <w:rPr>
          <w:lang w:eastAsia="zh-CN"/>
        </w:rPr>
        <w:br/>
      </w:r>
      <w:r>
        <w:rPr>
          <w:lang w:eastAsia="zh-CN"/>
        </w:rPr>
        <w:t>　　主持人乙：在日常生活中，你有没有这种不珍惜父母劳动成果，不体谅父母辛勤劳动的行为?</w:t>
      </w:r>
      <w:r>
        <w:rPr>
          <w:lang w:eastAsia="zh-CN"/>
        </w:rPr>
        <w:br/>
      </w:r>
      <w:r>
        <w:rPr>
          <w:lang w:eastAsia="zh-CN"/>
        </w:rPr>
        <w:t>　　三、了解父母的工作，激发情感。</w:t>
      </w:r>
      <w:r>
        <w:rPr>
          <w:lang w:eastAsia="zh-CN"/>
        </w:rPr>
        <w:br/>
      </w:r>
      <w:r>
        <w:rPr>
          <w:lang w:eastAsia="zh-CN"/>
        </w:rPr>
        <w:t>　　主持人甲：我们真应该反思一下自己的行为!</w:t>
      </w:r>
      <w:r>
        <w:rPr>
          <w:lang w:eastAsia="zh-CN"/>
        </w:rPr>
        <w:br/>
      </w:r>
      <w:r>
        <w:rPr>
          <w:lang w:eastAsia="zh-CN"/>
        </w:rPr>
        <w:t>　　（出示课件）大家看，这是我们班一个同学的父亲 每天的工作时间表 ：</w:t>
      </w:r>
      <w:r>
        <w:rPr>
          <w:lang w:eastAsia="zh-CN"/>
        </w:rPr>
        <w:br/>
      </w:r>
      <w:r>
        <w:rPr>
          <w:lang w:eastAsia="zh-CN"/>
        </w:rPr>
        <w:t>　　早上5：00起床。5：30进教室看学生上自习。</w:t>
      </w:r>
      <w:r>
        <w:rPr>
          <w:lang w:eastAsia="zh-CN"/>
        </w:rPr>
        <w:br/>
      </w:r>
      <w:r>
        <w:rPr>
          <w:lang w:eastAsia="zh-CN"/>
        </w:rPr>
        <w:t>　　5：50带学生上早操。6：10下操把学生带回教室。</w:t>
      </w:r>
      <w:r>
        <w:rPr>
          <w:lang w:eastAsia="zh-CN"/>
        </w:rPr>
        <w:br/>
      </w:r>
      <w:r>
        <w:rPr>
          <w:lang w:eastAsia="zh-CN"/>
        </w:rPr>
        <w:t>　　6：30回家吃饭。7：20到学校落实室内外卫生。</w:t>
      </w:r>
      <w:r>
        <w:rPr>
          <w:lang w:eastAsia="zh-CN"/>
        </w:rPr>
        <w:br/>
      </w:r>
      <w:r>
        <w:rPr>
          <w:lang w:eastAsia="zh-CN"/>
        </w:rPr>
        <w:t>　　8:00 12：00备课、上课、批改作业，检查学生内务，解决学生中出现的违纪事件，配合领导安排的紧急任务。</w:t>
      </w:r>
      <w:r>
        <w:rPr>
          <w:lang w:eastAsia="zh-CN"/>
        </w:rPr>
        <w:br/>
      </w:r>
      <w:r>
        <w:rPr>
          <w:lang w:eastAsia="zh-CN"/>
        </w:rPr>
        <w:t>　　12:00 12:30中午吃饭(用很短的时间询问孩子的学习)。</w:t>
      </w:r>
      <w:r>
        <w:rPr>
          <w:lang w:eastAsia="zh-CN"/>
        </w:rPr>
        <w:br/>
      </w:r>
      <w:r>
        <w:rPr>
          <w:lang w:eastAsia="zh-CN"/>
        </w:rPr>
        <w:t>　　上午12：30 下午2：20检查看管学生午休。</w:t>
      </w:r>
      <w:r>
        <w:rPr>
          <w:lang w:eastAsia="zh-CN"/>
        </w:rPr>
        <w:br/>
      </w:r>
      <w:r>
        <w:rPr>
          <w:lang w:eastAsia="zh-CN"/>
        </w:rPr>
        <w:t>　　下午2：20</w:t>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5：15下午备课、上课、批改作业，检查学生内务，解决学生中出现的问题，配合领导安排的紧急任务。</w:t>
      </w:r>
      <w:r>
        <w:rPr>
          <w:lang w:eastAsia="zh-CN"/>
        </w:rPr>
        <w:br/>
      </w:r>
      <w:r>
        <w:rPr>
          <w:lang w:eastAsia="zh-CN"/>
        </w:rPr>
        <w:t>　　5：15 6:00吃晚饭。6：00 6：50辅导学生自习。</w:t>
      </w:r>
      <w:r>
        <w:rPr>
          <w:lang w:eastAsia="zh-CN"/>
        </w:rPr>
        <w:br/>
      </w:r>
      <w:r>
        <w:rPr>
          <w:lang w:eastAsia="zh-CN"/>
        </w:rPr>
        <w:t>　　7：00 9：50上晚自习。(没有自习时，在家辅导孩子学习或做点家务)</w:t>
      </w:r>
      <w:r>
        <w:rPr>
          <w:lang w:eastAsia="zh-CN"/>
        </w:rPr>
        <w:br/>
      </w:r>
      <w:r>
        <w:rPr>
          <w:lang w:eastAsia="zh-CN"/>
        </w:rPr>
        <w:t>　　晚上10：00 10：30甚至到11：00检查学生晚上就寝情况。</w:t>
      </w:r>
      <w:r>
        <w:rPr>
          <w:lang w:eastAsia="zh-CN"/>
        </w:rPr>
        <w:br/>
      </w:r>
      <w:r>
        <w:rPr>
          <w:lang w:eastAsia="zh-CN"/>
        </w:rPr>
        <w:t>　　11：30上床睡觉。周末回老家锄草，打药，干农活。</w:t>
      </w:r>
      <w:r>
        <w:rPr>
          <w:lang w:eastAsia="zh-CN"/>
        </w:rPr>
        <w:br/>
      </w:r>
      <w:r>
        <w:rPr>
          <w:lang w:eastAsia="zh-CN"/>
        </w:rPr>
        <w:t xml:space="preserve">    劳动节主题班会总结 篇4 </w:t>
      </w:r>
      <w:r>
        <w:rPr>
          <w:lang w:eastAsia="zh-CN"/>
        </w:rPr>
        <w:br/>
      </w:r>
      <w:r>
        <w:rPr>
          <w:lang w:eastAsia="zh-CN"/>
        </w:rPr>
        <w:t>　　通过活动使学生懂得保持书包整洁，也是爱劳动的表现，对学生学会自己能做的事自己的事自己做。</w:t>
      </w:r>
      <w:r>
        <w:rPr>
          <w:lang w:eastAsia="zh-CN"/>
        </w:rPr>
        <w:br/>
      </w:r>
      <w:r>
        <w:rPr>
          <w:lang w:eastAsia="zh-CN"/>
        </w:rPr>
        <w:t>　　活动过程：</w:t>
      </w:r>
      <w:r>
        <w:rPr>
          <w:lang w:eastAsia="zh-CN"/>
        </w:rPr>
        <w:br/>
      </w:r>
      <w:r>
        <w:rPr>
          <w:lang w:eastAsia="zh-CN"/>
        </w:rPr>
        <w:t>　　1、课件导入：小华把书包弄得乱七八糟，找不到书桌上的垫板，急得哭了。老师发现了帮着整理，并在课本里找到了垫板。</w:t>
      </w:r>
      <w:r>
        <w:rPr>
          <w:lang w:eastAsia="zh-CN"/>
        </w:rPr>
        <w:br/>
      </w:r>
      <w:r>
        <w:rPr>
          <w:lang w:eastAsia="zh-CN"/>
        </w:rPr>
        <w:t>　　2、同学们讨论小华为什么找不到垫板?同学们讨论后，引导学生说出小华自己的事情不是自己做的，所以找不到书本、垫板。</w:t>
      </w:r>
      <w:r>
        <w:rPr>
          <w:lang w:eastAsia="zh-CN"/>
        </w:rPr>
        <w:br/>
      </w:r>
      <w:r>
        <w:rPr>
          <w:lang w:eastAsia="zh-CN"/>
        </w:rPr>
        <w:t>　　3、 小结：书本、学习用品是我们的好朋友，我们应把这些朋友放在一个整洁的家里。</w:t>
      </w:r>
      <w:r>
        <w:rPr>
          <w:lang w:eastAsia="zh-CN"/>
        </w:rPr>
        <w:br/>
      </w:r>
      <w:r>
        <w:rPr>
          <w:lang w:eastAsia="zh-CN"/>
        </w:rPr>
        <w:t>　　4、小朋友谁的书包是整洁又干净的呢?表扬几个小朋友 沈舒艳、徐叶琴、张宇杰、林路阳、陆顾琛整理书包怎样才能做好呢?请小朋友介绍自己每天怎么做的?听了之后，学生自己对照、模仿、自己实践老师指导。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5、活动总结.通过这次班会活动，同学们都懂得了劳动最光荣的道理，只有自己理书包，书包才会更整洁，我们以后要自己的事情自己做。</w:t>
      </w:r>
      <w:r>
        <w:rPr>
          <w:lang w:eastAsia="zh-CN"/>
        </w:rPr>
        <w:br/>
      </w:r>
      <w:r>
        <w:rPr>
          <w:lang w:eastAsia="zh-CN"/>
        </w:rPr>
        <w:t>　　活动目的</w:t>
      </w:r>
      <w:r>
        <w:rPr>
          <w:lang w:eastAsia="zh-CN"/>
        </w:rPr>
        <w:br/>
      </w:r>
      <w:r>
        <w:rPr>
          <w:lang w:eastAsia="zh-CN"/>
        </w:rPr>
        <w:t>　　1、培养自理意识，学会自己的事情自己做。</w:t>
      </w:r>
      <w:r>
        <w:rPr>
          <w:lang w:eastAsia="zh-CN"/>
        </w:rPr>
        <w:br/>
      </w:r>
      <w:r>
        <w:rPr>
          <w:lang w:eastAsia="zh-CN"/>
        </w:rPr>
        <w:t>　　2、让同学们认识到掌握生活技能的重要性，并通过反复训练与长期锻炼，提高他们的自理能力。</w:t>
      </w:r>
      <w:r>
        <w:rPr>
          <w:lang w:eastAsia="zh-CN"/>
        </w:rPr>
        <w:br/>
      </w:r>
      <w:r>
        <w:rPr>
          <w:lang w:eastAsia="zh-CN"/>
        </w:rPr>
        <w:t>　　3、让他们在活动中体验到自己成为生活小主人的那份快乐。</w:t>
      </w:r>
      <w:r>
        <w:rPr>
          <w:lang w:eastAsia="zh-CN"/>
        </w:rPr>
        <w:br/>
      </w:r>
      <w:r>
        <w:rPr>
          <w:lang w:eastAsia="zh-CN"/>
        </w:rPr>
        <w:t>　　活动准备</w:t>
      </w:r>
      <w:r>
        <w:rPr>
          <w:lang w:eastAsia="zh-CN"/>
        </w:rPr>
        <w:br/>
      </w:r>
      <w:r>
        <w:rPr>
          <w:lang w:eastAsia="zh-CN"/>
        </w:rPr>
        <w:t>　　1、调查学生在家、在校的表现。</w:t>
      </w:r>
      <w:r>
        <w:rPr>
          <w:lang w:eastAsia="zh-CN"/>
        </w:rPr>
        <w:br/>
      </w:r>
      <w:r>
        <w:rPr>
          <w:lang w:eastAsia="zh-CN"/>
        </w:rPr>
        <w:t>　　2、编排舞蹈、歌曲、小品等节目。</w:t>
      </w:r>
      <w:r>
        <w:rPr>
          <w:lang w:eastAsia="zh-CN"/>
        </w:rPr>
        <w:br/>
      </w:r>
      <w:r>
        <w:rPr>
          <w:lang w:eastAsia="zh-CN"/>
        </w:rPr>
        <w:t>　　3、准备比赛用的计时器和蔬菜，并请辅导员当评委。</w:t>
      </w:r>
      <w:r>
        <w:rPr>
          <w:lang w:eastAsia="zh-CN"/>
        </w:rPr>
        <w:br/>
      </w:r>
      <w:r>
        <w:rPr>
          <w:lang w:eastAsia="zh-CN"/>
        </w:rPr>
        <w:t>　　活动过程</w:t>
      </w:r>
      <w:r>
        <w:rPr>
          <w:lang w:eastAsia="zh-CN"/>
        </w:rPr>
        <w:br/>
      </w:r>
      <w:r>
        <w:rPr>
          <w:lang w:eastAsia="zh-CN"/>
        </w:rPr>
        <w:t>　　1、猜谜语： 我有十兄弟，长短各不同。吃饭干活少不了，猜猜我是谁?同学们答： 你是手，一双手!</w:t>
      </w:r>
      <w:r>
        <w:rPr>
          <w:lang w:eastAsia="zh-CN"/>
        </w:rPr>
        <w:br/>
      </w:r>
      <w:r>
        <w:rPr>
          <w:lang w:eastAsia="zh-CN"/>
        </w:rPr>
        <w:t>　　2、谁来说说，你的小手能干什么?学生畅谈自己的双手都能做什么?</w:t>
      </w:r>
      <w:r>
        <w:rPr>
          <w:lang w:eastAsia="zh-CN"/>
        </w:rPr>
        <w:br/>
      </w:r>
      <w:r>
        <w:rPr>
          <w:lang w:eastAsia="zh-CN"/>
        </w:rPr>
        <w:t>　　3、小记者采访：⑴你在家是自己穿衣服、穿鞋袜吗?⑵自己的学习用品每天由谁整理?⑶在家做家务吗?会帮助家长做些什么事?</w:t>
      </w:r>
      <w:r>
        <w:rPr>
          <w:lang w:eastAsia="zh-CN"/>
        </w:rPr>
        <w:br/>
      </w:r>
      <w:r>
        <w:rPr>
          <w:lang w:eastAsia="zh-CN"/>
        </w:rPr>
        <w:t>　　4、竞赛活动：比比谁的手儿巧。</w:t>
      </w:r>
      <w:r>
        <w:rPr>
          <w:lang w:eastAsia="zh-CN"/>
        </w:rPr>
        <w:br/>
      </w:r>
      <w:r>
        <w:rPr>
          <w:lang w:eastAsia="zh-CN"/>
        </w:rPr>
        <w:t>　　(1)、系红领巾比赛。主持人：大家这么能干，会做这么多事啊!我们都是少先队员，鲜艳的红领巾自己戴。我有个提议，让我们每个小组派两位同学比赛系红领巾。大家说好不好?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(2)、系鞋带比赛。主持人：我发现好多同学的鞋子都是系鞋带的，让我们来比赛系鞋带吧，看谁的手最灵巧。舞蹈表演。</w:t>
      </w:r>
      <w:r>
        <w:rPr>
          <w:lang w:eastAsia="zh-CN"/>
        </w:rPr>
        <w:br/>
      </w:r>
      <w:r>
        <w:rPr>
          <w:lang w:eastAsia="zh-CN"/>
        </w:rPr>
        <w:t>　　(3)、整理书包。设计情景表演，请两名学生给大家表演整理书包，引起大家的兴趣。然后通过示范传艺的方法让学生掌握整理书包的步骤。在学生学会整理方法的基础上进行比赛。</w:t>
      </w:r>
      <w:r>
        <w:rPr>
          <w:lang w:eastAsia="zh-CN"/>
        </w:rPr>
        <w:br/>
      </w:r>
      <w:r>
        <w:rPr>
          <w:lang w:eastAsia="zh-CN"/>
        </w:rPr>
        <w:t>　　(4)、摘菜比赛。比赛摘豆角，各小队派2名队员参赛。强调比赛规则：比赛时间为3分钟，要求选手在指定的时间内完成，速度最快者为冠军。邀请辅导员做比赛的评委。表演歌曲： 劳动最光荣活动小结同学们，今天的主题班队会非常成功，相信大家也受到了一次深刻的教育，老师在这里希望每一位同学，都能拥有一双勤劳的手，自己的事情自己做，家里的事情帮着做，集体的事情抢着做。从小养成自强、自立的好品质，为将来成为全面发展的21世纪优秀人才打下良好的基础。活动反思通过这次活动，孩子们对家长的依赖少了，他们的独立意识变强了，自理能力提高了。在活动中，孩子们体验到劳动的快乐，成功的喜悦。我班的大部分孩子都是独生子女，刚入校时，吃饭、系鞋带、整理书包等样样都要家长老师帮忙。可现在他们都能够很快地自己吃早餐、洗碗，还会自己整理学习用品，自理能力明显提高。学生在掌握技能的同时，懂得了尊敬长辈，关爱父母，同时也到了父母的辛苦，促进了学生能力的全面发展。总之， 冰冻三尺非一日之寒 ，小学生自理能力的培养是一个漫长的过程。学生还小，只要他自己能做，就要给他创造锻炼的机会，只有这样，小学生自理能力才能提高。</w:t>
      </w:r>
      <w:r>
        <w:rPr>
          <w:lang w:eastAsia="zh-CN"/>
        </w:rPr>
        <w:br/>
      </w:r>
      <w:r>
        <w:rPr>
          <w:lang w:eastAsia="zh-CN"/>
        </w:rPr>
        <w:t xml:space="preserve">    劳动节主题班会总结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为帮助支部成员树立服务意识和宗旨意识,更好地践行群众路线，20__年4月29日，20__级保险学院本科生党支部开展了以学校保安队伍和学生宿舍楼管为服务对象的支部宣传服务活动。</w:t>
      </w:r>
      <w:r>
        <w:rPr>
          <w:lang w:eastAsia="zh-CN"/>
        </w:rPr>
        <w:br/>
      </w:r>
      <w:r>
        <w:rPr>
          <w:lang w:eastAsia="zh-CN"/>
        </w:rPr>
        <w:t>　　保险学院支部党员携20__入党积极分子们在食堂广场进行了以“保安叔叔我想对你说”为主题的宣传路演，活动人员带着提前准备好的海报等物品聚集在食堂门前，迎着密集的人流喊出活动的口号“五一劳动节，保安叔叔我想对你说”，立即便有热心的同学被吸引过来参与到活动中。</w:t>
      </w:r>
      <w:r>
        <w:rPr>
          <w:lang w:eastAsia="zh-CN"/>
        </w:rPr>
        <w:br/>
      </w:r>
      <w:r>
        <w:rPr>
          <w:lang w:eastAsia="zh-CN"/>
        </w:rPr>
        <w:t>　　通过号召同学们写下想对保安叔叔说的话，唤起了同学们心中对以保安叔叔为代表的学校工作人员的感谢之情，增进了同学们和学校基层服务工作人员之间的关系。在活动中，支部党员充分发挥带头作用，号召同学们积极学校工作、积极遵守园区守则、爱护宿舍设施。</w:t>
      </w:r>
      <w:r>
        <w:rPr>
          <w:lang w:eastAsia="zh-CN"/>
        </w:rPr>
        <w:br/>
      </w:r>
      <w:r>
        <w:rPr>
          <w:lang w:eastAsia="zh-CN"/>
        </w:rPr>
        <w:t>　　此次活动以支部服务和基层劳动为主题，帮助支部成员进一步树立了服务意识和宗旨意识，为支部成员们提供了一个锻炼自我的平台，将党员服务功能贯彻落实到日常生活学习中，充分发挥了学生党员的个人价值和先锋模范作用，是学生党员成长道路上十分关键的一环。</w:t>
      </w:r>
      <w:r>
        <w:rPr>
          <w:lang w:eastAsia="zh-CN"/>
        </w:rPr>
        <w:br/>
      </w:r>
      <w:r>
        <w:rPr>
          <w:lang w:eastAsia="zh-CN"/>
        </w:rPr>
        <w:t xml:space="preserve">    劳动节主题班会总结 篇6 </w:t>
      </w:r>
      <w:r>
        <w:rPr>
          <w:lang w:eastAsia="zh-CN"/>
        </w:rPr>
        <w:br/>
      </w:r>
      <w:r>
        <w:rPr>
          <w:lang w:eastAsia="zh-CN"/>
        </w:rPr>
        <w:t>　　“五一”国际劳动节来临之际，为在全体学生中营造劳动光荣和劳动创造幸福的风尚，南昌航空大学校院两级广泛开展主题教育活动，进一步弘扬劳模精神和劳动精神，加强“劳育”教育。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学校学工处下发《关于迎“五一”学生寝室开展抗疫爱国卫生大扫除的通知》，要求各学院辅导员和班主任下到班级深入寝室，落实疫情防控常态化管理，组织督导学生依据《南昌航空大学寝室内务管理评分标准二十条》，开展寝室卫生大扫除，做到桌面、地面、门窗、卫生间等干净整洁；书本、被褥和物品摆放整齐；不违规使用大功率电器、不私拉乱接电线等，让学生出力流汗搞好“一屋”，促进学生劳动价值观和劳动品质形成。同时，积极教育引导同学们，牢固树立劳动最光荣、劳动最崇高、劳动最伟大、劳动最美丽的观念。</w:t>
      </w:r>
      <w:r>
        <w:rPr>
          <w:lang w:eastAsia="zh-CN"/>
        </w:rPr>
        <w:br/>
      </w:r>
      <w:r>
        <w:rPr>
          <w:lang w:eastAsia="zh-CN"/>
        </w:rPr>
        <w:t>　　学校寓管委联合经济管理学院“经”晨济贫团支部，组织30名志愿者开展以“弘扬劳动光荣精神，争做时代先锋青年”为主题的一日体验宿管员和保洁员岗位活动。志愿者们为公寓工作人员送上祝福卡片，以表达对他们平日辛勤工作的诚挚感谢。顶岗体验前，志愿者们认真听取了宿管员、保洁员的工作职责。他们按照岗位要求，清洁大厅绿植、桌椅，清扫走廊、楼梯、扶手和窗户等；提醒同学们做好外出登记，劝阻外卖入宿舍等。顶岗体验，让同学们认识到公寓劳动成果来之不易。同学们表示，今后一定会热爱劳动，尊重普通劳动者，积极培养勤俭、奋斗、创新、奉献的劳动精神。</w:t>
      </w:r>
      <w:r>
        <w:rPr>
          <w:lang w:eastAsia="zh-CN"/>
        </w:rPr>
        <w:br/>
      </w:r>
      <w:r>
        <w:rPr>
          <w:lang w:eastAsia="zh-CN"/>
        </w:rPr>
        <w:t xml:space="preserve">    劳动节主题班会总结 篇7 </w:t>
      </w:r>
      <w:r>
        <w:rPr>
          <w:lang w:eastAsia="zh-CN"/>
        </w:rPr>
        <w:br/>
      </w:r>
      <w:r>
        <w:rPr>
          <w:lang w:eastAsia="zh-CN"/>
        </w:rPr>
        <w:t>　　为迎接五一国际劳动节，理学院学生党支部开展以“致敬担当奋进”为主题的线上教育活动。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致敬”部分中，由五位学生党员代表分别与大家分享了《五一劳动歌》和袁隆平、钟南山、邓稼先和消防员团队精神的故事，通过学习优秀祖国建设者的故事，鼓励学生党员锐意进取、开拓创新、砥砺前行。在“担当”部分中，投身社区抗疫工作一线的学生党员代表蓝观俊说，作为一名普通青年党员，要时刻牢记党员的责任和义务，在关键时刻冲锋在前，在疫情防控战斗中经受考验，展现当代青年党员使命担当。“校长奖章”获得者赵彩屹在20__年捐出自己的奖学金，成立了理学院“筑梦理学”学子奖助学金。她在发言中说到作为学生党员，要时刻牢记党员的身份，发挥党员先锋模范作用，努力学习，立志成才，把先进性融入到日常学习、生活和工作中。在“奋进”部分，辅导员马广超老师以“抉择—奋进路径—青年责任”为主线进行分享，要求每位学生党员要不断加强党性修养，坚定政治信仰，把准政治方向，坚守精神家园，担负起社会主义合格接班人和建设者的重任。</w:t>
      </w:r>
      <w:r>
        <w:rPr>
          <w:lang w:eastAsia="zh-CN"/>
        </w:rPr>
        <w:br/>
      </w:r>
      <w:r>
        <w:rPr>
          <w:lang w:eastAsia="zh-CN"/>
        </w:rPr>
        <w:t>　　理学院学生党员集体承诺：作为新时代青年，要坚定共产主义信念，在思想上、政治上、行动上同党中央保持高度一致，牢记使命担当，涵养道德情操，勇立时代潮头、争做时代先锋，肩负起社会的责任，做一名国家建设的优秀劳动者，用自己的奋斗书写激昂青春，用自己的汗水建设美丽祖国。</w:t>
      </w:r>
      <w:r>
        <w:rPr>
          <w:lang w:eastAsia="zh-CN"/>
        </w:rPr>
        <w:br/>
      </w:r>
      <w:r>
        <w:rPr>
          <w:lang w:eastAsia="zh-CN"/>
        </w:rPr>
        <w:t xml:space="preserve">    劳动节主题班会总结 篇8 </w:t>
      </w:r>
      <w:r>
        <w:rPr>
          <w:lang w:eastAsia="zh-CN"/>
        </w:rPr>
        <w:br/>
      </w:r>
      <w:r>
        <w:rPr>
          <w:lang w:eastAsia="zh-CN"/>
        </w:rPr>
        <w:t>　　6月_日，11级生物医学工程班团支部积极响应学校学风建设主题活动，举行了以“争做生工学霸，打遍首医天下”为主题的班会。此次班会进展十分顺利，源于大家一起的努力。</w:t>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班会前期，团干部与学习委员等积极筹划，多次组织班委商讨如何为团支部所有团员营造一个良好的学习氛围。班委们提出了各种方案，并且对每一个方案针对可行性、吸引力、预期效果等方面进行了仔细的讨论，筛选出了我们心目中较好的五个方案，并对方案的具体实施制定了较为详细的计划。最终，进过大家的努力，在班会前期就建立起了学风建设长期的规划及大二上学期具体建设方案的雏形，为班会的顺利开展奠定了良好的基础。</w:t>
      </w:r>
      <w:r>
        <w:rPr>
          <w:lang w:eastAsia="zh-CN"/>
        </w:rPr>
        <w:br/>
      </w:r>
      <w:r>
        <w:rPr>
          <w:lang w:eastAsia="zh-CN"/>
        </w:rPr>
        <w:t>　　班会召开期间，在团组织委员卢洁琼同学的主持下，气氛活跃，达到了较好的效果。院办公室主任朱文胜老师、院辅导员刘迎新老师、11生工班班主任吴宝平老师及院优秀党员代表等均出席了此次主题班会，给予了我团支部同学极大的鼓舞。大家认真地在考试承诺书上签上了自己的名字，并将此份承诺书的有效期定义为了一生，决心用一生去守护诚信的优良品质。此外，出席嘉宾及全班同学还针对班委了讨论的方案提出了自己的意见，积极主动地参与建设良好学风的活动，志愿努力成为一名好学者，一名德才兼备者。</w:t>
      </w:r>
      <w:r>
        <w:rPr>
          <w:lang w:eastAsia="zh-CN"/>
        </w:rPr>
        <w:br/>
      </w:r>
      <w:r>
        <w:rPr>
          <w:lang w:eastAsia="zh-CN"/>
        </w:rPr>
        <w:t>　　会后，班委们认真总结了班会中大家对学风建设活动的意见及原先方案的不足之处，对先前制定的方案进行了适当调整，最终敲定为严查考勤、信息反馈、资料分享、学习周记、图书漂流五个活动，并根据大家的意见对每个活动都进行了进一步的细化，在百忙中为活动开展奠基铺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总而言之，此次学风建设主题班会对我团的每位团员都产生了良好的影响，充分调动了大家共建优良学风的积极性，对一下步活动有十分积极的影响。我相信，在大家的共同努力下我们的学风会越来越好，我团支部的每位团员都会成为一名德才兼备者。</w:t>
      </w:r>
      <w:r>
        <w:rPr>
          <w:lang w:eastAsia="zh-CN"/>
        </w:rPr>
        <w:br/>
      </w:r>
      <w:r>
        <w:rPr>
          <w:lang w:eastAsia="zh-CN"/>
        </w:rPr>
        <w:t>　　11级生物医学工程班团支部</w:t>
      </w:r>
      <w:r>
        <w:rPr>
          <w:lang w:eastAsia="zh-CN"/>
        </w:rPr>
        <w:br/>
      </w:r>
      <w:r>
        <w:rPr>
          <w:lang w:eastAsia="zh-CN"/>
        </w:rPr>
        <w:t>　　20__年_月_日</w:t>
      </w:r>
      <w:r>
        <w:rPr>
          <w:lang w:eastAsia="zh-CN"/>
        </w:rPr>
        <w:br/>
      </w:r>
      <w:r>
        <w:rPr>
          <w:lang w:eastAsia="zh-CN"/>
        </w:rPr>
        <w:t xml:space="preserve">    劳动节主题班会总结 篇9 </w:t>
      </w:r>
      <w:r>
        <w:rPr>
          <w:lang w:eastAsia="zh-CN"/>
        </w:rPr>
        <w:br/>
      </w:r>
      <w:r>
        <w:rPr>
          <w:lang w:eastAsia="zh-CN"/>
        </w:rPr>
        <w:t>　　未成年人是祖国的花朵，是中华民族的希望，他们的健康成长关系着民族的振兴、国家的富强。保护未成年人的健康成长，既需要全社会的共同努力，更需要提高未成年人的自我保护能力和预防犯罪的能力，保护好未成年人是我们每一个人的责任，也是延续我们自己美好明天的希望所在。</w:t>
      </w:r>
      <w:r>
        <w:rPr>
          <w:lang w:eastAsia="zh-CN"/>
        </w:rPr>
        <w:br/>
      </w:r>
      <w:r>
        <w:rPr>
          <w:lang w:eastAsia="zh-CN"/>
        </w:rPr>
        <w:t>　　为深入学习宣传贯彻新修订的《未成年人保护法》，大力营造关爱保护未成年人健康成长的浓厚氛围，6月18日上午，我校各年级各班开展了《未成年人保护法》主题班会宣传活动。</w:t>
      </w:r>
      <w:r>
        <w:rPr>
          <w:lang w:eastAsia="zh-CN"/>
        </w:rPr>
        <w:br/>
      </w:r>
      <w:r>
        <w:rPr>
          <w:lang w:eastAsia="zh-CN"/>
        </w:rPr>
        <w:t>　　本次班会主要围绕家庭保护，教育学生在履行自己努力学习的义务的同时也要了解自身的权益。</w:t>
      </w:r>
      <w:r>
        <w:rPr>
          <w:lang w:eastAsia="zh-CN"/>
        </w:rPr>
        <w:br/>
      </w:r>
      <w:r>
        <w:rPr>
          <w:lang w:eastAsia="zh-CN"/>
        </w:rPr>
        <w:t>　　普法宣传从儿童做起，培养儿童的法律素质，就是要加强对儿童的法治教育和管理，提高他们辨别是非的能力，引导他们树立正确的人生观、价值观，自觉抵制各种有害思想的侵蚀，预防青少年犯罪。同时学会用法律武器武装自己，保护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通过此主体班会宣传活动，有效强化了未成年人的法律意识和依法维权能力，为未成年人健康成长营造了良好的环境。今后，孙王小学将不断探索、创新、实践，为提升儿童的综合素质做出积极贡献。</w:t>
      </w:r>
      <w:r>
        <w:rPr>
          <w:lang w:eastAsia="zh-CN"/>
        </w:rPr>
        <w:br/>
      </w:r>
      <w:r>
        <w:rPr>
          <w:lang w:eastAsia="zh-CN"/>
        </w:rPr>
        <w:t xml:space="preserve">    劳动节主题班会总结 篇10 </w:t>
      </w:r>
      <w:r>
        <w:rPr>
          <w:lang w:eastAsia="zh-CN"/>
        </w:rPr>
        <w:br/>
      </w:r>
      <w:r>
        <w:rPr>
          <w:lang w:eastAsia="zh-CN"/>
        </w:rPr>
        <w:t>　　这次主题班会活动的目的是让同学们了解毒品对社会、家庭、个人的危害，从而珍惜宝贵的生命，拒绝毒品、远离毒品。激发同学们的社会责任感，使每位同学以后对有关毒品的言行等做力所能及的工作。</w:t>
      </w:r>
      <w:r>
        <w:rPr>
          <w:lang w:eastAsia="zh-CN"/>
        </w:rPr>
        <w:br/>
      </w:r>
      <w:r>
        <w:rPr>
          <w:lang w:eastAsia="zh-CN"/>
        </w:rPr>
        <w:t>　　活动采取二人主持，人人参与，合作探究的形式。</w:t>
      </w:r>
      <w:r>
        <w:rPr>
          <w:lang w:eastAsia="zh-CN"/>
        </w:rPr>
        <w:br/>
      </w:r>
      <w:r>
        <w:rPr>
          <w:lang w:eastAsia="zh-CN"/>
        </w:rPr>
        <w:t>　　全过程分为四大板块：</w:t>
      </w:r>
      <w:r>
        <w:rPr>
          <w:lang w:eastAsia="zh-CN"/>
        </w:rPr>
        <w:br/>
      </w:r>
      <w:r>
        <w:rPr>
          <w:lang w:eastAsia="zh-CN"/>
        </w:rPr>
        <w:t>　　回顾——毒品侵华史；</w:t>
      </w:r>
      <w:r>
        <w:rPr>
          <w:lang w:eastAsia="zh-CN"/>
        </w:rPr>
        <w:br/>
      </w:r>
      <w:r>
        <w:rPr>
          <w:lang w:eastAsia="zh-CN"/>
        </w:rPr>
        <w:t>　　认识——毒品真面目；</w:t>
      </w:r>
      <w:r>
        <w:rPr>
          <w:lang w:eastAsia="zh-CN"/>
        </w:rPr>
        <w:br/>
      </w:r>
      <w:r>
        <w:rPr>
          <w:lang w:eastAsia="zh-CN"/>
        </w:rPr>
        <w:t>　　构建——自身防毒墙；</w:t>
      </w:r>
      <w:r>
        <w:rPr>
          <w:lang w:eastAsia="zh-CN"/>
        </w:rPr>
        <w:br/>
      </w:r>
      <w:r>
        <w:rPr>
          <w:lang w:eastAsia="zh-CN"/>
        </w:rPr>
        <w:t>　　警戒——毒品潜侵袭。</w:t>
      </w:r>
      <w:r>
        <w:rPr>
          <w:lang w:eastAsia="zh-CN"/>
        </w:rPr>
        <w:br/>
      </w:r>
      <w:r>
        <w:rPr>
          <w:lang w:eastAsia="zh-CN"/>
        </w:rPr>
        <w:t>　　最后组织全班同学进行“珍爱生命，拒绝毒品”表决心签字仪式，全班集体宣誓：珍爱生命，远离毒品。</w:t>
      </w:r>
      <w:r>
        <w:rPr>
          <w:lang w:eastAsia="zh-CN"/>
        </w:rPr>
        <w:br/>
      </w:r>
      <w:r>
        <w:rPr>
          <w:lang w:eastAsia="zh-CN"/>
        </w:rPr>
        <w:t>　　学生在准备班会的过程中制作了课件，生动、直观、形象、加上充分的资料收集和准备，使他们身临其境，也有了忧患意识，看到了我们国家面临的严峻挑战，受到了较好的教育效果。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毒品的蔓延告诉我们，对青少年吸毒的早期预防，不仅仅是一个理论问题，更是一个迫在眉睫的现实问题。对于生活在阳光雨露中思想单纯的青少年，“防患于未然”总比“亡羊补牢”为好。从学生的参与情况来看，这次主题班会很有教育意义，培养了学生健康的生活情趣、毒品预防意识和社会责任感，使他们意识到，中学生应该“珍爱生命，远离毒品”。</w:t>
      </w:r>
      <w:r>
        <w:rPr>
          <w:lang w:eastAsia="zh-CN"/>
        </w:rPr>
        <w:br/>
      </w:r>
      <w:r>
        <w:rPr>
          <w:lang w:eastAsia="zh-CN"/>
        </w:rPr>
        <w:t xml:space="preserve">    劳动节主题班会总结 篇11 </w:t>
      </w:r>
      <w:r>
        <w:rPr>
          <w:lang w:eastAsia="zh-CN"/>
        </w:rPr>
        <w:br/>
      </w:r>
      <w:r>
        <w:rPr>
          <w:lang w:eastAsia="zh-CN"/>
        </w:rPr>
        <w:t>　　高二下半学期时间已经过半，半期考试完后我们将进入高三学习，现在本次本期考试做出如下总结：</w:t>
      </w:r>
      <w:r>
        <w:rPr>
          <w:lang w:eastAsia="zh-CN"/>
        </w:rPr>
        <w:br/>
      </w:r>
      <w:r>
        <w:rPr>
          <w:lang w:eastAsia="zh-CN"/>
        </w:rPr>
        <w:t>　　语文：本次半期考试平均分数很乐观，及格率过半。上100分的有24个。最高分112，最低分与最高分的差距很小。课堂上同学都很安静，认真，纪律相当的好。希望同学们继续努力。</w:t>
      </w:r>
      <w:r>
        <w:rPr>
          <w:lang w:eastAsia="zh-CN"/>
        </w:rPr>
        <w:br/>
      </w:r>
      <w:r>
        <w:rPr>
          <w:lang w:eastAsia="zh-CN"/>
        </w:rPr>
        <w:t>　　数学：半期以来，全班的个体考试成绩相当不错，但平均分还是止步不前，我本班数学成绩出现两极分化现象，出现这种显现的原因是上课时同学们不想学的在睡觉。和同桌讲话等</w:t>
      </w:r>
      <w:r>
        <w:rPr>
          <w:lang w:eastAsia="zh-CN"/>
        </w:rPr>
        <w:br/>
      </w:r>
      <w:r>
        <w:rPr>
          <w:lang w:eastAsia="zh-CN"/>
        </w:rPr>
        <w:t>　　英语：同学们听课状态不是很好，有些同学因听不懂英语课么所以经常在英语课上做自己的事，才导致我们班这次英语考试很差，而有的同学经常在课上胡扯，浪费时间，让有的同学感觉一堂英语课上后没有什么新的收获。</w:t>
      </w:r>
      <w:r>
        <w:rPr>
          <w:lang w:eastAsia="zh-CN"/>
        </w:rPr>
        <w:br/>
      </w:r>
      <w:r>
        <w:rPr>
          <w:lang w:eastAsia="zh-CN"/>
        </w:rPr>
        <w:t>　　化学：半期与前一次月考之间这段时间，同学们上课积极回答问题，只有一两个同学不喜欢交作业。但也有许多同学不习惯去背化学方程式，所以这次考试有考好的，但也有考得很差的。我相信同学们经常去背化学方程式，对化学这科有信心，化学这可就非常容易及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生物：课堂纪律比以前好多了，但不足的是，还是有好多人上课时没听课，是不是走神活干其他的事情去了。不过我相信同学们能很好地控制好自己，争取做得更好。希望大家能控制好自己不要再上课期间干其他事，大家加油！</w:t>
      </w:r>
      <w:r>
        <w:rPr>
          <w:lang w:eastAsia="zh-CN"/>
        </w:rPr>
        <w:br/>
      </w:r>
      <w:r>
        <w:rPr>
          <w:lang w:eastAsia="zh-CN"/>
        </w:rPr>
        <w:t>　　物理：本次半期考试物理平均成绩虽然及格，但由于本次考试题目很简单，考不出大家的真实水平，所以大家在这次考试中不要太过于自满，物理老师布置的作业很少。上课时同学们在课上讲话睡觉的不爱管理。评讲的作业很少，希望老师在以后的教学中多布置些作业，所管理一下学生，多讲平一些习题，这样的话我们班物理成绩会更上一个台阶。</w:t>
      </w:r>
      <w:r>
        <w:rPr>
          <w:lang w:eastAsia="zh-CN"/>
        </w:rPr>
        <w:br/>
      </w:r>
      <w:r>
        <w:rPr>
          <w:lang w:eastAsia="zh-CN"/>
        </w:rPr>
        <w:t>　　卫生：在劳动委员的监督下，卫生是很好的，但是劳动委员一离开后，就像一盘沙一样，没有一个同学是很认真的对待班上的卫生。</w:t>
      </w:r>
      <w:r>
        <w:rPr>
          <w:lang w:eastAsia="zh-CN"/>
        </w:rPr>
        <w:br/>
      </w:r>
      <w:r>
        <w:rPr>
          <w:lang w:eastAsia="zh-CN"/>
        </w:rPr>
        <w:t xml:space="preserve">    劳动节主题班会总结 篇12 </w:t>
      </w:r>
      <w:r>
        <w:rPr>
          <w:lang w:eastAsia="zh-CN"/>
        </w:rPr>
        <w:br/>
      </w:r>
      <w:r>
        <w:rPr>
          <w:lang w:eastAsia="zh-CN"/>
        </w:rPr>
        <w:t>　　20__年9月20日，校园内举办了全国爱牙日系列活动，“预防龋齿”手抄报活动，向同学和教职工宣传口腔保健知识，并提供相应的专业咨询。本次活动吸引了很多学生，同时唤起了学生对于口腔保健的重视意识，取得良好的宣传效果。</w:t>
      </w:r>
      <w:r>
        <w:rPr>
          <w:lang w:eastAsia="zh-CN"/>
        </w:rPr>
        <w:br/>
      </w:r>
      <w:r>
        <w:rPr>
          <w:lang w:eastAsia="zh-CN"/>
        </w:rPr>
        <w:t>　　上午十一点三十分，在楼内走廊展示各班学生的作品，这一活动正式开始。针对今年的全国爱牙日，“预防龋齿，保护牙齿”，我们在爱牙日活动现场特别摆放了高露洁公司发放的牙膏和牙刷。希望可以对学生有所帮助。而此次活动的主要内容则集中在：1、“预防龋齿”口腔健康状况检查及专业咨询；2、牙齿的保护。活动吸引了大量同学参加，场面十分热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通过本次很多学生意识到爱护牙齿的重要性，让他们了解怎样保护自己的牙齿，做到早晚用高露洁牙膏刷牙，定期到医院进行检查，少吃甜品和含糖饮料，刷牙要彻底。经过这次活动的宣传，同学们清楚了自己的口腔存在的问题，使他们丰富了这方面的专业知识。更会引起他们的重视。</w:t>
      </w:r>
      <w:r>
        <w:rPr>
          <w:lang w:eastAsia="zh-CN"/>
        </w:rPr>
        <w:br/>
      </w:r>
      <w:r>
        <w:rPr>
          <w:lang w:eastAsia="zh-CN"/>
        </w:rPr>
        <w:t>　　本次活动持续到下午一点结束，时间虽短，收效颇大，获得了师生的广泛好评！本次活动得到了领导的大力支持！</w:t>
      </w:r>
      <w:r>
        <w:rPr>
          <w:lang w:eastAsia="zh-CN"/>
        </w:rPr>
        <w:br/>
      </w:r>
      <w:r>
        <w:rPr>
          <w:lang w:eastAsia="zh-CN"/>
        </w:rPr>
        <w:t>　　本届全国爱牙日活动又一次唤起了人们对于口腔保健的重视，是一次成功的活动。但我们的任务还很艰巨，宣传口腔保健知识是一个任重而道远的任务。积极地向前看，将更多的口腔保健知识带给更多需要它的人们是我们未来的重要任务，我们不会就此停滞！</w:t>
      </w:r>
      <w:r>
        <w:rPr>
          <w:lang w:eastAsia="zh-CN"/>
        </w:rPr>
        <w:br/>
      </w:r>
      <w:r>
        <w:rPr>
          <w:lang w:eastAsia="zh-CN"/>
        </w:rPr>
        <w:t xml:space="preserve">    劳动节主题班会总结 篇13 </w:t>
      </w:r>
      <w:r>
        <w:rPr>
          <w:lang w:eastAsia="zh-CN"/>
        </w:rPr>
        <w:br/>
      </w:r>
      <w:r>
        <w:rPr>
          <w:lang w:eastAsia="zh-CN"/>
        </w:rPr>
        <w:t>　　老师，是人生路上的航标灯，一路给我们指出前进的方向。老师就如同蜡烛一样燃烧了自己，照亮了别人。每一个人的进步，都离不开老师的培养。教师不仅是知识的传递者，而且是道德的引导者，思想的启迪者，心灵世界的开拓者，情感、意志、信念的塑造者。通过感恩老师活动，让学生了解老师劳动的艰辛，老师在人生成长过程中的作用，在传承文明，社会进步中的作用，激发学生对老师的尊敬之情、热爱之情。</w:t>
      </w:r>
      <w:r>
        <w:rPr>
          <w:lang w:eastAsia="zh-CN"/>
        </w:rPr>
        <w:br/>
      </w:r>
      <w:r>
        <w:rPr>
          <w:lang w:eastAsia="zh-CN"/>
        </w:rPr>
        <w:t>　　在感恩老师的活动月中，我校着重开展了以下活动：</w:t>
      </w:r>
      <w:r>
        <w:rPr>
          <w:lang w:eastAsia="zh-CN"/>
        </w:rPr>
        <w:br/>
      </w:r>
      <w:r>
        <w:rPr>
          <w:lang w:eastAsia="zh-CN"/>
        </w:rPr>
        <w:t>　　1、上好一月主题班会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每周星期一，我校以班级为单位，围绕“老师，我爱您”主题，按照学生特点，组织一次感恩老师教育的主题班会，具体内容自行安排。</w:t>
      </w:r>
      <w:r>
        <w:rPr>
          <w:lang w:eastAsia="zh-CN"/>
        </w:rPr>
        <w:br/>
      </w:r>
      <w:r>
        <w:rPr>
          <w:lang w:eastAsia="zh-CN"/>
        </w:rPr>
        <w:t>　　在班队会，学生讲述老师关爱自己的一件事，从内心激发学生对老师的热爱，感激之情。</w:t>
      </w:r>
      <w:r>
        <w:rPr>
          <w:lang w:eastAsia="zh-CN"/>
        </w:rPr>
        <w:br/>
      </w:r>
      <w:r>
        <w:rPr>
          <w:lang w:eastAsia="zh-CN"/>
        </w:rPr>
        <w:t>　　2、出一期专题黑板报</w:t>
      </w:r>
      <w:r>
        <w:rPr>
          <w:lang w:eastAsia="zh-CN"/>
        </w:rPr>
        <w:br/>
      </w:r>
      <w:r>
        <w:rPr>
          <w:lang w:eastAsia="zh-CN"/>
        </w:rPr>
        <w:t>　　我校以班级为单位，围绕“老师，我爱您”主题，出一期黑板报。通过评比，一(1)、(2)班，二(1)班，三(2)班，三(3)班，四(1)、(5)班，五(1)、(2)班，六(1)、(3)、(5)班板报图文并茂、主题鲜明、富有创意、疏密有致获得一等奖。</w:t>
      </w:r>
      <w:r>
        <w:rPr>
          <w:lang w:eastAsia="zh-CN"/>
        </w:rPr>
        <w:br/>
      </w:r>
      <w:r>
        <w:rPr>
          <w:lang w:eastAsia="zh-CN"/>
        </w:rPr>
        <w:t>　　3、唱好一组歌颂老师的歌曲</w:t>
      </w:r>
      <w:r>
        <w:rPr>
          <w:lang w:eastAsia="zh-CN"/>
        </w:rPr>
        <w:br/>
      </w:r>
      <w:r>
        <w:rPr>
          <w:lang w:eastAsia="zh-CN"/>
        </w:rPr>
        <w:t>　　学校利用校园广播和音乐课，教唱《长大后我就成了你》、《我爱米兰》、《每当走过老师的窗前》、《好大一棵树》、《绿叶对根的情意》……感恩歌曲，每个班级做到熟背二首歌词，熟记一首歌曲的旋律，能唱好一首感恩教师的歌曲。</w:t>
      </w:r>
      <w:r>
        <w:rPr>
          <w:lang w:eastAsia="zh-CN"/>
        </w:rPr>
        <w:br/>
      </w:r>
      <w:r>
        <w:rPr>
          <w:lang w:eastAsia="zh-CN"/>
        </w:rPr>
        <w:t>　　4、阅读一组亲情文章。</w:t>
      </w:r>
      <w:r>
        <w:rPr>
          <w:lang w:eastAsia="zh-CN"/>
        </w:rPr>
        <w:br/>
      </w:r>
      <w:r>
        <w:rPr>
          <w:lang w:eastAsia="zh-CN"/>
        </w:rPr>
        <w:t>　　各班级能根据学生的年龄特点，精心选择《师恩难忘》、《明天，我们毕业》等感恩教师的文章，认真开展亲情阅读，为丰富其情感内涵，积淀其人文素养打下坚实基础。</w:t>
      </w:r>
      <w:r>
        <w:rPr>
          <w:lang w:eastAsia="zh-CN"/>
        </w:rPr>
        <w:br/>
      </w:r>
      <w:r>
        <w:rPr>
          <w:lang w:eastAsia="zh-CN"/>
        </w:rPr>
        <w:t>　　5、完成一套感恩作业</w:t>
      </w:r>
      <w:r>
        <w:rPr>
          <w:lang w:eastAsia="zh-CN"/>
        </w:rPr>
        <w:br/>
      </w:r>
      <w:r>
        <w:rPr>
          <w:lang w:eastAsia="zh-CN"/>
        </w:rPr>
        <w:t>　　(1)搜集并铭记有关描写老师的名言、警句或佳作。</w:t>
      </w:r>
      <w:r>
        <w:rPr>
          <w:lang w:eastAsia="zh-CN"/>
        </w:rPr>
        <w:br/>
      </w:r>
      <w:r>
        <w:rPr>
          <w:lang w:eastAsia="zh-CN"/>
        </w:rPr>
        <w:t>　　“春蚕到死丝方尽，蜡炬成灰泪始干”。</w:t>
      </w:r>
      <w:r>
        <w:rPr>
          <w:lang w:eastAsia="zh-CN"/>
        </w:rPr>
        <w:br/>
      </w:r>
      <w:r>
        <w:rPr>
          <w:lang w:eastAsia="zh-CN"/>
        </w:rPr>
        <w:t>　　“传播知识，就是播种希望，播种幸福。老师，您就是这希望与幸福的播种人!”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“用语言播种，用彩笔耕耘，用汗水浇灌，用心血滋润，这就是我们敬爱的老师崇高的劳动。”</w:t>
      </w:r>
      <w:r>
        <w:rPr>
          <w:lang w:eastAsia="zh-CN"/>
        </w:rPr>
        <w:br/>
      </w:r>
      <w:r>
        <w:rPr>
          <w:lang w:eastAsia="zh-CN"/>
        </w:rPr>
        <w:t>　　“教师是火种，点燃了学生的心灵之火;教师是石级，承受着学生一步步踏实地向上攀登。”</w:t>
      </w:r>
      <w:r>
        <w:rPr>
          <w:lang w:eastAsia="zh-CN"/>
        </w:rPr>
        <w:br/>
      </w:r>
      <w:r>
        <w:rPr>
          <w:lang w:eastAsia="zh-CN"/>
        </w:rPr>
        <w:t>　　“您像一支蜡烛，虽然细弱，但有一分热，发一分光，照亮了别人，耗尽了自己。这无私的奉献，令人永志不忘。”</w:t>
      </w:r>
      <w:r>
        <w:rPr>
          <w:lang w:eastAsia="zh-CN"/>
        </w:rPr>
        <w:br/>
      </w:r>
      <w:r>
        <w:rPr>
          <w:lang w:eastAsia="zh-CN"/>
        </w:rPr>
        <w:t>　　(2)每一位同学有的给教师写封信，有的主动找老师谈一次心，有的向老师提一个建议，有的表一次决心。</w:t>
      </w:r>
      <w:r>
        <w:rPr>
          <w:lang w:eastAsia="zh-CN"/>
        </w:rPr>
        <w:br/>
      </w:r>
      <w:r>
        <w:rPr>
          <w:lang w:eastAsia="zh-CN"/>
        </w:rPr>
        <w:t>　　(3)开展一次“老师，我们永远爱您”征文活动。</w:t>
      </w:r>
      <w:r>
        <w:rPr>
          <w:lang w:eastAsia="zh-CN"/>
        </w:rPr>
        <w:br/>
      </w:r>
      <w:r>
        <w:rPr>
          <w:lang w:eastAsia="zh-CN"/>
        </w:rPr>
        <w:t>　　(4)五六年级开展一次以“老师，我爱您”为主题的手抄报制作比赛。</w:t>
      </w:r>
      <w:r>
        <w:rPr>
          <w:lang w:eastAsia="zh-CN"/>
        </w:rPr>
        <w:br/>
      </w:r>
      <w:r>
        <w:rPr>
          <w:lang w:eastAsia="zh-CN"/>
        </w:rPr>
        <w:t>　　(5)学生见到老师能主动向老师点头问好，学会经常使用 “老师早、老师好、老师再见”等尊师用语。</w:t>
      </w:r>
      <w:r>
        <w:rPr>
          <w:lang w:eastAsia="zh-CN"/>
        </w:rPr>
        <w:br/>
      </w:r>
      <w:r>
        <w:rPr>
          <w:lang w:eastAsia="zh-CN"/>
        </w:rPr>
        <w:t>　　(6)课前能准备好学习用品，上课能认真听讲，课后基本能按时完成作业。</w:t>
      </w:r>
      <w:r>
        <w:rPr>
          <w:lang w:eastAsia="zh-CN"/>
        </w:rPr>
        <w:br/>
      </w:r>
      <w:r>
        <w:rPr>
          <w:lang w:eastAsia="zh-CN"/>
        </w:rPr>
        <w:t>　　(7)能虚心接受老师提出的不足之处，并努力改正。</w:t>
      </w:r>
      <w:r>
        <w:rPr>
          <w:lang w:eastAsia="zh-CN"/>
        </w:rPr>
        <w:br/>
      </w:r>
      <w:r>
        <w:rPr>
          <w:lang w:eastAsia="zh-CN"/>
        </w:rPr>
        <w:t>　　(8)有的学生能主动帮助老师做力所能及的事情。</w:t>
      </w:r>
      <w:r>
        <w:rPr>
          <w:lang w:eastAsia="zh-CN"/>
        </w:rPr>
        <w:br/>
      </w:r>
      <w:r>
        <w:rPr>
          <w:lang w:eastAsia="zh-CN"/>
        </w:rPr>
        <w:t>　　通过一个月的教育活动，感恩教师活动取得了比较满意的效果，我们的老师也真切地感受到学生的变化。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有一位老师在随笔中写道：记得今年开学，我组织学生大扫除，给学生们买了矿泉水，自己没有。清扫过程中，我发现学生们没有摆完课桌，却围在一起大口大口地喝水，我一阵心酸，严厉地教育了孩子。学生一声不吭。一会儿，孩子们把一瓶矿泉水送到我手里：“老师，我们看您没水，就赶紧把水喝完了，到校门口卖了空瓶子，换回一瓶水给您，您渴了，快喝吧。”刹那间，我的眼眶湿润了……</w:t>
      </w:r>
      <w:r>
        <w:rPr>
          <w:lang w:eastAsia="zh-CN"/>
        </w:rPr>
        <w:t xml:space="preserve"> 这是一次成功的教育。不过，由于学生对老师的批评教育理解不一，所以在活动中出现了一些正常的反馈。</w:t>
      </w:r>
      <w:r>
        <w:rPr>
          <w:lang w:eastAsia="zh-CN"/>
        </w:rPr>
        <w:br/>
      </w:r>
      <w:r>
        <w:rPr>
          <w:lang w:eastAsia="zh-CN"/>
        </w:rPr>
        <w:t>　　有的学生只认为老师表扬自己是对自己的负责任，赏识自己是对自己的关爱，至于老师批评就不接受了，面对老师的严厉批评，有的学生一蹶不振，不能理解的一番苦心。这实在令教育者费解，据不完全统计，学生感谢班主任老师的远远没有感谢其他任课老师的多，究其原因主要是班主任大事小事都得管，学习纪律一手抓，难免会批评教育一些屡犯错误的学生，因此，学生不喜欢，也谈不上感谢了。反思一下，我觉得这也是我们平时教育的疏忽，学生当然要正面教育，老师教育的方式方法是否可以改进一下呢?俗话说：“良药苦口利于病，忠言逆耳利于行。”我们作为教育工作者，是否可以顺应时代的需要，将“逆耳的忠言”变为“顺耳的忠言”，变“苦口的良药”变为“甜口的良药”呢?这值得反思。</w:t>
      </w:r>
      <w:r>
        <w:rPr>
          <w:lang w:eastAsia="zh-CN"/>
        </w:rPr>
        <w:br/>
      </w:r>
      <w:r>
        <w:rPr>
          <w:lang w:eastAsia="zh-CN"/>
        </w:rPr>
        <w:t>　　一位同学在文章中写道：感谢所有教过我的老师，是你们的辛勤培养，让我从一个一个无知的少年懂得了许多道理;是你们无私奉献的精神，让我学到了丰富的知识;是你们那苦口婆心的教育，让我懂得了良药苦口的道理;是你们为中学输送了大批优秀的人才。感谢你，老师!</w:t>
      </w:r>
      <w:r>
        <w:rPr>
          <w:lang w:eastAsia="zh-CN"/>
        </w:rPr>
        <w:br/>
      </w:r>
    </w:p>
    <w:p w:rsidR="001B1F19" w14:textId="27C3F48A">
      <w:pPr>
        <w:rPr>
          <w:rFonts w:hint="eastAsia"/>
          <w:lang w:eastAsia="zh-CN"/>
        </w:rPr>
      </w:pPr>
      <w:r>
        <w:rPr>
          <w:lang w:eastAsia="zh-CN"/>
        </w:rPr>
        <w:t>　　另一位同学在随笔中写道：……天地虽宽，这条路却难走，我看遍这人间坎坷，我还有多少爱，我还有多少泪，要苍天“知道，我不认输，感恩的心，感谢有你，伴我一生，让我有勇气作我自己，感恩的心，感谢命运，花开花落，我一样会珍惜……”听着街道旁某个音像店里传来的这首我最喜欢的歌，心底涌起无限的感慨。不过说真的，生活中的我一直是抱着一颗感恩的心去生活的。</w:t>
      </w:r>
      <w:r>
        <w:rPr>
          <w:lang w:eastAsia="zh-CN"/>
        </w:rPr>
        <w:br/>
      </w:r>
      <w:r>
        <w:rPr>
          <w:lang w:eastAsia="zh-CN"/>
        </w:rPr>
        <w:t xml:space="preserve">    劳动节主题班会总结 篇14 </w:t>
      </w:r>
      <w:r>
        <w:rPr>
          <w:lang w:eastAsia="zh-CN"/>
        </w:rPr>
        <w:br/>
      </w:r>
      <w:r>
        <w:rPr>
          <w:lang w:eastAsia="zh-CN"/>
        </w:rPr>
        <w:t>　　新冠肺炎疫情对我们来说，无疑是一次灾难，但也是对学生进行德育的一次契机。自疫情发生以来，济源示范区沁园中心校的德育工作悄然发生着变化，本着“一切为了学生”的宗旨，辖区各学校在特殊时期落实着特殊的育人工作，尽管每位德育工作者都面临着新的挑战和尝试，但德育工作“以人为本”的教育本质始终没有改变。在对广大学生进行疫情防控知识教育和进行线上教学的同时，各学校引导广大师生把灾难当教材、把困难当磨砺，努力把疫情危机化为教育契机，共同完成一场生命教育、信念教育、科学教育、道德教育、感恩教育、爱国主义教育，把原本面对面的德育工作转向了“线上德育”，开展了“线上升旗”、“线上家访”、“线上班会”、“线上讲堂”“线上表彰”等丰富多彩的德育活动，“线上德育”不缺位，让学生成长不延期。</w:t>
      </w:r>
      <w:r>
        <w:rPr>
          <w:lang w:eastAsia="zh-CN"/>
        </w:rPr>
        <w:br/>
      </w:r>
      <w:r>
        <w:rPr>
          <w:lang w:eastAsia="zh-CN"/>
        </w:rPr>
        <w:t>　　黄河路小学：开发特殊德育课程让“疫”路成为育人教材</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https://d.book118.com/076010054112010055</w:t>
        </w:r>
      </w:hyperlink>
    </w:p>
    <w:p w:rsidR="001B1F19">
      <w:pPr>
        <w:rPr>
          <w:rFonts w:hint="eastAsia"/>
          <w:lang w:eastAsia="zh-CN"/>
        </w:rPr>
      </w:pPr>
    </w:p>
    <w:sectPr>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7601005411201005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