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安全宣传标语范文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1、反违章、除隐患、保安全、促生产。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2、祸在一时，防在平日。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3、加强煤矿生产规范化管理，推动煤矿安全标准化建设。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4、警惕安全在，麻痹事故来。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5、麻痹出事故，警惕保安全。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6、防事故年年平安福满门，讲安全人人健康乐万家。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7、安全促进生产，生产必须安全。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8、以人为本，构建和谐矿区，小德管理，彰显文明新风。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9、落实安全责任，完善安全制度。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10、人人保安全，处处是春天。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11、安全创造幸福，疏忽带来痛苦。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12、安全是家庭幸福的保证，事故是人生悲剧的祸根。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13、安全责任重于泰山，人民利益高于一切。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14、安全是生命之本，违章是事故之源。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15、加快实施科技兴安战略，推进安全生产科技进步。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16、学安全知识，懂劳动保护，行科学管理。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17、宁绕百丈远，不冒一步险。</w:t>
      </w:r>
    </w:p>
    <w:p>
      <w:pPr>
        <w:spacing w:before="100" w:after="200" w:line="360" w:lineRule="auto"/>
        <w:ind w:firstLine="576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宋体" w:eastAsia="宋体" w:hAnsi="宋体"/>
          <w:sz w:val="28"/>
        </w:rPr>
        <w:t>18、安全第一，预防为主；综合治理，整体推进。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19、牢记生产安全，事故与你无缘。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20、严格要求安全在，松松垮垮事故来。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21、安全是金桥，通往幸福路。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22、消除隐患，确保安全;保障稳定，促进发展。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23、生命只有一次，安全伴君一生。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24、安全生产责任重于泰山。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25、预防为主，标本兼治；强化主体，综合治理。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26、常绷安全之弦，让生命乐章奏得更响亮。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27、落实安全规章制度，强化安全防范措施。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28、安全规程系生命，自觉遵守是保障。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29、安全地生产，平安地生活。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30、落实一项措施，胜过十句口号。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31、生产必须安全，安全促进生产。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32、牢记安全之责，善谋安全之策，力务安全之实。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33、生命至高无上，安全责任为天。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34、劳动创造财富，安全带来幸福。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35、把握安全，拥有明天。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36、井下透水有预兆，十种现象要记牢。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37、寒霜偏打无根草，事故专找懒惰人。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38、甜蜜的家盼着您平安归来。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39、传播安全文化，宣传安全知识。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40、安全在心间，美满在明天。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41、遵章守法，关爱生命。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42、施工不违章，安全有保障。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43、不绷紧安全的弦，就弹不出生产的调。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44、安全伴一生一世，幸福在你家我家。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45、人人讲安全，安全为人人。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46、严是爱，松是害，搞好安全利三代。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47、生产再忙，安全不忘;人命关天，安全在先。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48、安全是最大的节约，事故是最大的浪费。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49、寒霜偏打无根草，事故专找懒惰人。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50、实施安全生产法，人人事事保安全。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51、只有防而不实，没有防不胜防。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52、我要安全，我懂安全;从我做起，保证安全。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53、企业效益是空谈，离开安全抓生产。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54、安全是家庭幸福的保证，事故是人生悲剧的祸根。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55、安全来自长期警惕，事故源于瞬间麻痹。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56、健康的身体离不开锻炼，美满的家庭离不开安全。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57、密切注意勤分析，防范措施不可少人人安全员，处处安全岗。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58、工作为了生活好，安全为了活到老。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59、文明施工，安全生产。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60、树立企业安全形象，促进安全文明生产。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61、生活甜蜜蜜，安全是根基。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62、质量是生命，安全是保证。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63、完善规章制度，遵守安全规程。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64、眼睛容不下一粒砂土，安全来不得半点马虎。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65、遵章是幸福的保障，违纪是灾祸的开端。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66、家庭、事业、财富都重要，没有安全都无效。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67、质量是企业的生命，安全是职工的生命。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68、安全第一，预防为主;循规蹈矩;防微杜渐。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69、企业负责，行业管理，国家监察，群众监督。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70、关爱生命，关注安全。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71、安全是效益的保证，安全是幸福的源泉。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72、拥有安全就是拥有生命，热爱安全就是热爱生命。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73、创建矿山安全文化，塑造矿工安全形象，营造矿区和谐景象。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74、质量是企业的生命，安全是职工的生命。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75、多看一眼，安全保险;多防一步，少出事故。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76、加强安全生产规范化管理，推动安全生产标准化建设。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77、人人讲安全，事事为安全；时时想安全，处处要安全。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78、安全就是幸福，安全就是形象。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79、健康的身体离不开锻炼，美满的家庭离不开安全。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80、安全人人抓，幸福千万家。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81、宣传安全知识，传播安全文化。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82、安全我们永恒的旋律。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83、劳动创造财富，安全带来幸福。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84、落实安全规章制度，强化安全防范措施。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1、电的用途虽广泛，可是它还有缺陷。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2、摸碰危险不安全，可说喜忧各占半。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3、懂得电学用方便，违反就会生祸患。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4、电缆着火实漫延，干活细致可避免。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5、不懂操作勿蛮干，蛮干出事事非浅。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6、不耻下问不丢脸，脸肿充胖人不赞。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7、电门接火别大意，若动电源先接电。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8、虽说摘电别急干，电笔试电勿大胆。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9、电缆引入接地线，两根火线别短连。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10、地火两线别接反，完活之后再合电。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11、合闸之时须三遍，一长两短短应先。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12、坚持经常别嫌烦，忽视出事后悔晚。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13、电缆漏电及时换，雷厉风行别拖延。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14、电缆拖地或者乱，维护悬挂要绑缠。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15、溜车试转高声喊，人躲一边再开转。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16、过细工作记心间，粗枝大叶可不行。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17、清单安全别触电，不出事故身康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18、安全和效益结伴而行，事故与损失同时发生。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19、安全就是节约，安全就是生命。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20、安全是生命的基石，安全是欢乐的阶梯。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21、骄傲自满是事故的导火索，谦虚谨慎是安全的铺路石。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22、安全编织幸福的花环，违章酿成悔恨的苦酒。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23、安全警句千条万条，安全生产第一条。千计万计，安全教育第一计。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24、多看一眼，安全保险。多防一步，少出事故。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1.消防安全是一种责任，为己为家为他人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2.幸运偏爱有准备的头脑，祸害专顾疏忽大意的人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3.依法监管，消除安全隐患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4.领导违章指挥等于犯罪，职工违章操作等于自杀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5.大人外出，不可把小孩反锁屋内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6.生死时速，在于点点星火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7.消防安全多下及时雨，消防教育少放马后炮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8.安全为了生产。生产必须安全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9.宁可让经济利益受损，也要头顶安全一片天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10.为消防投资是一种福利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11.齐心筑牢消防墙壁，携手打造平安家园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12.绿叶底下防虫害，平安之中消防患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13.生产再忙消防不忘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14.人民消防人民办。办好消防为人民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15.消防安全是一种责任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16.小洞不补大洞吃苦，防患于未“燃”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17.消防结合，预防为主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18.实行消防安全责任制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19.学一分消防知识，多十分平安保障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20.消防安全教育，要从孩子抓起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1、电梯门即将关闭时，严禁用手伸入门间隙尝试使电梯重开门。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2、禁止小孩在电梯口周围玩耍，小孩应有大人带领搭乘电梯。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3、让”成安全，“抢”成祸端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4、电梯安全很重要，乘梯切勿打和闹!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5、小朋友，乘电梯，勿打闹，按序走，保安全。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6、电梯方便你我他，大家都来爱护它!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7、电梯方便你我他，安全问题很重要，乘梯切勿打和闹，健康快乐每一天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8、不争不抢，先出后进!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9、安全第一，电梯口保持距离。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10、文明乘电梯，安全你我他!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11、电梯方便你我他，正确使用靠大家!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12、不要推，不要挤，有序乘坐更安全!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13、先下后上莫拥挤，超载莫要争上去，孩童乘梯大人陪，遇险按铃莫着急!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14、利电梯方便你我他，正确使用靠大家!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15、上下轻松，出入平安。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1、人人关心食品安全，家家享受幸福生活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2、食品安全联万家，健康幸福你我他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3、全面实施食品放心工程，促进经济社会和谐发展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4、家事国事天下事，食品安全是大事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5、安全食品为大家，食品安全靠大家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7、严把食品安全关，共谱和谐社会曲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8、食品人品大家品，品食品人品和谐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9、食品安全从严把关，关爱生命责任如山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10、食品安全，你我共同的责任；安全食品，你我共同的心愿。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1、动手防范比动嘴防范更安全。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2、人人创平安，平安为人人。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3、我要安全、我懂安全、事事安全、人人安全。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4、你行我行安全先行千好万好平安才好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5、高高兴兴上学，平平安安回家。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6、你我多一份自觉，校园多一份安全。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7、珍爱生命，安全第一、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8、大事小事讲安全，时时刻刻顾安全。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9、校园安全非口号，文明交通牢记心。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10、校园平安，人民心愿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11、积小安为大安，平安建设铸心间。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12、跨进校园，走进平安，建设平安校园，你我共同的责任。平安伴我在校园，人人事事保平安。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13、马路如虎口，行人靠边走。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14、活力校园新气象，莘莘学子文明风。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15、维护社会稳定，共保一方平安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16、共创和谐大家庭，师生携手显真情。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17、您并非美丽才文明，而是因文明才美丽。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18、一停二看三通过，麻痹大意是灾祸。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19、安全随身携带，快乐无处不在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20、同学相处是缘分，礼让三分解矛盾。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21、万众一心共创平安校园，互助友爱同筑和谐海经。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22、培养食品安全公德心，争做和谐社会文明人。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23、明天的幸福靠今天，今天的平安靠安全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24、安全是生命的基石，安全是欢乐的阶梯。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25、生命大于一切，安全重于泰山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26、美丽西宁我的家，食品安全靠大家。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27、您并非美丽而文明，而是因文明才美丽。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28、牢记安全，和平将伴随我们度过美好的生活。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29、跨进校园，走进平安。建设平安校园，你我共同责任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30、抓平安创建、保治安稳定、促社会和谐；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31、学生快乐成长，学校繁荣和谐。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32、校车安全人人抓，平安幸福千万家。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33、校园无隐患，安全靠大家。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34、百行文明为先，万事安全为重。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35、创建“平安校园”，构建和谐社会。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36、整治隐患，强化管理，努力营造安全生产生活环境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37、不在马路上玩耍，放学后立刻回家。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38、校园安全人人有责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39、小事不计较，大事共商讨，友爱互助团结好。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40、平安校园在我心，安全行动手中行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41、情系食品安全，心铸和谐校园。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1、大家讲平安，平安为大家。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2、工作勤为先，万事平安首。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3、提高安全意识，建设文明工地。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4、安全是增产的细胞，隐患是事故的胚胎。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5、认真落实安全生产标准化、法制化、程序化、规范化。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6、打工千日苦，不酿一时祸。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7、小虫蛀大梁，隐患酿事端。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8、质量是大厦的生命，安全是员工的生命。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9、造高楼靠打基础，保安全靠抓班组。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10、采取措施，防患于未然。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11、打工在外不容易，安全首先放第一、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12、科学管理，精心施工。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13、临盆莫违章，平安有保证。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14、平安与遵章同在，事故与违规相随。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15、严是爱松是害。搞好安全利三代。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16、安全伴君一生，生命只有一次。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17、绊人的桩不在高，违章的事不在小。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18、性命只要一次，没有下不为例。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19、杂草不除禾苗不壮，隐患不除效益难上。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20、三违和事故连在一起，遵章和安全连在一起。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21、固安全防线，解后顾之忧。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22、严格落实安全标准化管理，确保安全生产。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23、安全为了生产，生产必须安全。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24、今日注重平安，节日合家团聚。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25、班前酒辣，辣口辣人辣昏头脑，伤后药苦，苦口苦心苦透人生。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26、眼睛容不下一粒砂土，安全来不得半点马虎。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27、平安临盆勿侥幸，违章蛮干要人命。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28、安全就是生命，责任重于泰山。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29、平安第一是真谛，百口不克不迭没有你。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30、安全施工，幸福一生。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31、筑起堤坝洪水挡，练就技能事故防。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32、依法监管，公正执法，确保安全。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33、严是爱松是害。搞康复平安利三代。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34、进步平安意识，建设文化工地。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35、你的平安，是百口的欣喜。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36、安全是幸福的源泉，安全是效益的保障。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37、安全第一，质量为本。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38、遵章守纪光荣，违章违纪可耻。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39、致富千日功，出事当日空。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40、宁可千日不松无事，不可一日不防酿祸。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41、生产再忙，安全不忘。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42、平何在于心细，事故出自年夜意。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43、宁为安全操碎心，不让事故害工人。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44、只有防而不实，没有防不胜防。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45、甜蜜的家盼着您平安归来。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46、安全三个宝，上班莫忘了。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47、制度不全，事故难免。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48、不讲安全搭上命，挣座金山有啥用。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49、心系安全一点，拥有蓝天一片。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50、“四口”好比老虎洞，不加防护把命送。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51、麻痹是最大的隐患，失职是最大的祸根。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52、为己为家为国，安全必须牢记。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53、宁绕百米远，不冒一步险。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54、安全第一，预防为主。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55、不伤害自己，不伤害别人。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56、要认真抓好安全生产责任制的落实，稳步促进安全形式好转。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57、群策群力科学管理，戒骄戒躁杜绝事故。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58、杜绝违章，珍惜生命。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59、咱们的城市有你的心血，你的平安是咱们的宿愿。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60、安全在心中，生命在手中。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61、遵章是安全的先导，违章是事故的预兆。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62、人人讲安全，家家保平安。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63、现场施工讲文明，周围居民得安宁。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64、精心组织，科学施工，争创一流。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65、生命只有一次，安全没有终止。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66、安全你我共同的责任，平安你我共同的心愿。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67、实施安全生产法，人人事事保安全。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68、修筑施工平安为先，漫长人平生安是福。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69、疾病从口入，事故由松出。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70、领导检查是关爱，认真对待去整改。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71、隐患不除根，事故根连根。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72、安全生产责任重于泰山。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73、创一流施工业绩，树文明施工新风。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74、平安意识大家有，美妙生涯乐悠悠。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75、最盼的是你的平安，最怕的是你的不测。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76、事情勤为先，万事平安首。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77、安全一万天，事故一瞬间。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78、平安你我配合的责任，平安你我配合的宿愿。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79、多一份小心，少一份担心。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80、防微杜渐，警钟长鸣。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81、生命至高无尚，安全责任为天。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82、生产莫违章，安全有保障。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83、安全隐患大于天，质量责任重如山。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84、平安第同心用心中记，为已为家为亲人。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85、安全是矿井的命根子，规程是矿工的护身符。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86、宁愿听到职工的骂声，不愿听到家属的哭声。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87、建筑“三宝”配备好，保障生命安全方有效。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88、记住山河不迷路，记住规章防事故。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89、确保安全防治措施落实，加强专项整治重点监管。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90、提高质量意识，狠抓安全管理。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91、宁为安全操心，不让亲人伤心。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92、落实一项措施，胜过十句口号。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93、走人生安全之路，从文明施工起步。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94、平安是于鉴戒，事故出于麻木。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95、违章违纪不狠抓，害人害己害国家。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96、遵章是幸福的保障，违纪是灾祸的开端。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97、不放过隐患，不留下遗憾。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98、时时注意安全，处处预防事故。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99、留一生安全给自己，送一份平安给家人。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100、出门挣人民币不容易，平安万万要注重。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101、致富千日功，失事当日空。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102、无事勤提防，遇事稳如山。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103、安全送人情，等于要人命。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104、固平安防地，解后顾之忧。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105、掌握安全生产知识，争做遵章守纪职工。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106、事故只是表面的现象，隐患才是危险的敌人。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1、学一点消防知识，多一份平安幸福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2、疏通消防通道，保障生命安全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3、千家同谱消防曲，万家共筑幸福路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4、消防知识是您开启平安之门的钥匙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5、人人抓消防，幸福进万家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6、消防疏忽一时，灾难痛苦一世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7、小孩玩火危险大，引起火灾害大家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8、关注消防，珍爱家园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9、消防设施，人人爱护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10、平安在于行动，幸福在于创造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11、居家要太平，火烛要小心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12、119情系你我他，社区平安靠大家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13、日子“火”了，别忘防火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14、创业千日难，火烧一日光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15、人人了解火灾起因，个个学会火灾防范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16、与火灾作斗争，是我们共同的责任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17、平时家里备根绳，火灾临头好逃生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18、流动吸烟，火光充天；卧床吸烟，家人危险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19、消防靠大家，平安你我他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https://d.book118.com/077001112014006042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1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77001112014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