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押运员年终总结（30篇）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押运员年终总结（精选30篇）</w:t>
      </w:r>
      <w:r>
        <w:rPr>
          <w:lang w:eastAsia="zh-CN"/>
        </w:rPr>
        <w:br/>
      </w:r>
      <w:r>
        <w:rPr>
          <w:lang w:eastAsia="zh-CN"/>
        </w:rPr>
        <w:t xml:space="preserve">    押运员年终总结 篇1 </w:t>
      </w:r>
      <w:r>
        <w:rPr>
          <w:lang w:eastAsia="zh-CN"/>
        </w:rPr>
        <w:br/>
      </w:r>
      <w:r>
        <w:rPr>
          <w:lang w:eastAsia="zh-CN"/>
        </w:rPr>
        <w:t>　　一、大队基本情况：</w:t>
      </w:r>
      <w:r>
        <w:rPr>
          <w:lang w:eastAsia="zh-CN"/>
        </w:rPr>
        <w:br/>
      </w:r>
      <w:r>
        <w:rPr>
          <w:lang w:eastAsia="zh-CN"/>
        </w:rPr>
        <w:t>　　我大队现有编制人数43人，其中大队长1人，车长10人，勤务车组10个，押运员及携款员共计32人。</w:t>
      </w:r>
      <w:r>
        <w:rPr>
          <w:lang w:eastAsia="zh-CN"/>
        </w:rPr>
        <w:br/>
      </w:r>
      <w:r>
        <w:rPr>
          <w:lang w:eastAsia="zh-CN"/>
        </w:rPr>
        <w:t>　　二、思想政治方面：</w:t>
      </w:r>
      <w:r>
        <w:rPr>
          <w:lang w:eastAsia="zh-CN"/>
        </w:rPr>
        <w:br/>
      </w:r>
      <w:r>
        <w:rPr>
          <w:lang w:eastAsia="zh-CN"/>
        </w:rPr>
        <w:t>　　自今年七月份上任大队长以来，我加强政治思想学习，用党员的标准来严格要求自己，生活上能够做到关心他人，由于刚刚上任大队长能够感觉自己的压力有多大，在各项工作中严格要求自己，带领队员加强政治思想方面的学习，使每个队员都牢固树立安全勤务的工作目标。</w:t>
      </w:r>
      <w:r>
        <w:rPr>
          <w:lang w:eastAsia="zh-CN"/>
        </w:rPr>
        <w:br/>
      </w:r>
      <w:r>
        <w:rPr>
          <w:lang w:eastAsia="zh-CN"/>
        </w:rPr>
        <w:t>　　积极组织队员学习公司及支队的各项规章制度及相关的法律常识，根据不同队员的性格脾气，采取不同方式的谈心。由于队内90后的队员较多，大多数都是独生子女，比较叛逆性格鲜明。针对此情况，我多次找90后的队员谈心并制定相应的谈心工作计划及方法。正确引导队员的人生观、价值观、金钱观和安全观，以正确的思想和积极的心态来面对工作及生活。</w:t>
      </w:r>
      <w:r>
        <w:rPr>
          <w:lang w:eastAsia="zh-CN"/>
        </w:rPr>
        <w:br/>
      </w:r>
      <w:r>
        <w:rPr>
          <w:lang w:eastAsia="zh-CN"/>
        </w:rPr>
        <w:t>　　三、勤务安全方面：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勤务安全是工作的重点，我采取时刻绷紧安全弦，日日讲安全、经常抓安全的方法，保证每次勤务的安全执行。特别是在传统节假日和恶劣天气的情况下，召集所有车长进行安全勤务教育，让各车长意识到特殊路段及复杂网点的危险性。明确以安全为目的，经常跟车出勤指导，采取重点线路重点跟进的工作方法，确保勤务安全。</w:t>
      </w:r>
      <w:r>
        <w:rPr>
          <w:lang w:eastAsia="zh-CN"/>
        </w:rPr>
        <w:br/>
      </w:r>
      <w:r>
        <w:rPr>
          <w:lang w:eastAsia="zh-CN"/>
        </w:rPr>
        <w:t>　　四、客户服务方面：</w:t>
      </w:r>
      <w:r>
        <w:rPr>
          <w:lang w:eastAsia="zh-CN"/>
        </w:rPr>
        <w:br/>
      </w:r>
      <w:r>
        <w:rPr>
          <w:lang w:eastAsia="zh-CN"/>
        </w:rPr>
        <w:t>　　服务质量是押运工作的生命线，是公司赖以生存和发展的基础。我带领队员坚持以“客户至上、热情服务”的原则，树立文明服务观念，急客户之所急，想客户之所想，严抓服务态度及质量，全队三个多月零投诉。三个多月的时间因客户的工作疏忽和上班迟到，下班结账慢等现象，导致我队员超时上班，下班过晚全都无怨无悔，赢得客户的信任和赞扬。因堵车和恶劣天气及车辆故障的影响，导致有时发生不能按时接送款的情况都会提前与客户取得联系解释原因取得谅解。</w:t>
      </w:r>
      <w:r>
        <w:rPr>
          <w:lang w:eastAsia="zh-CN"/>
        </w:rPr>
        <w:br/>
      </w:r>
      <w:r>
        <w:rPr>
          <w:lang w:eastAsia="zh-CN"/>
        </w:rPr>
        <w:t>　　五、不足之处：</w:t>
      </w:r>
      <w:r>
        <w:rPr>
          <w:lang w:eastAsia="zh-CN"/>
        </w:rPr>
        <w:br/>
      </w:r>
      <w:r>
        <w:rPr>
          <w:lang w:eastAsia="zh-CN"/>
        </w:rPr>
        <w:t>　　1、对队员的政治教育不强，忽视了个别队员的思想工作，谈心工作不够深入。</w:t>
      </w:r>
      <w:r>
        <w:rPr>
          <w:lang w:eastAsia="zh-CN"/>
        </w:rPr>
        <w:br/>
      </w:r>
      <w:r>
        <w:rPr>
          <w:lang w:eastAsia="zh-CN"/>
        </w:rPr>
        <w:t>　　2、与客户沟通不够到位，需加强。</w:t>
      </w:r>
      <w:r>
        <w:rPr>
          <w:lang w:eastAsia="zh-CN"/>
        </w:rPr>
        <w:br/>
      </w:r>
      <w:r>
        <w:rPr>
          <w:lang w:eastAsia="zh-CN"/>
        </w:rPr>
        <w:t>　　六、下步工作：</w:t>
      </w:r>
      <w:r>
        <w:rPr>
          <w:lang w:eastAsia="zh-CN"/>
        </w:rPr>
        <w:br/>
      </w:r>
      <w:r>
        <w:rPr>
          <w:lang w:eastAsia="zh-CN"/>
        </w:rPr>
        <w:t>　　1、继续严格执行公司的各项规章制度，做好本职工作，管理本队的各项工作。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2、做好队员的`思想工作，及时发现问题及时解决。关心爱护队员，了解队员的思想、工作等情况。做到政治上关心、思想上信任、工作上教导、生活上体贴。</w:t>
      </w:r>
      <w:r>
        <w:rPr>
          <w:lang w:eastAsia="zh-CN"/>
        </w:rPr>
        <w:br/>
      </w:r>
      <w:r>
        <w:rPr>
          <w:lang w:eastAsia="zh-CN"/>
        </w:rPr>
        <w:t>　　3、带领队员继续学习业务知识，不断提高队员的业务素质。</w:t>
      </w:r>
      <w:r>
        <w:rPr>
          <w:lang w:eastAsia="zh-CN"/>
        </w:rPr>
        <w:br/>
      </w:r>
      <w:r>
        <w:rPr>
          <w:lang w:eastAsia="zh-CN"/>
        </w:rPr>
        <w:t>　　4、加大勤务检查力度，做好队员的安全思想教育工作，确保勤务安全。</w:t>
      </w:r>
      <w:r>
        <w:rPr>
          <w:lang w:eastAsia="zh-CN"/>
        </w:rPr>
        <w:br/>
      </w:r>
      <w:r>
        <w:rPr>
          <w:lang w:eastAsia="zh-CN"/>
        </w:rPr>
        <w:t>　　尊敬的各位公司领导，以上就是我今年任职大队长的大致工作情况，请领导批评指正。以后会更加积极认真的努力工作，为押运事业尽一份自己的力量。</w:t>
      </w:r>
      <w:r>
        <w:rPr>
          <w:lang w:eastAsia="zh-CN"/>
        </w:rPr>
        <w:br/>
      </w:r>
      <w:r>
        <w:rPr>
          <w:lang w:eastAsia="zh-CN"/>
        </w:rPr>
        <w:t xml:space="preserve">    押运员年终总结 篇2 </w:t>
      </w:r>
      <w:r>
        <w:rPr>
          <w:lang w:eastAsia="zh-CN"/>
        </w:rPr>
        <w:br/>
      </w:r>
      <w:r>
        <w:rPr>
          <w:lang w:eastAsia="zh-CN"/>
        </w:rPr>
        <w:t>　　岁月如梭，光阴似箭，转眼间一年又过去了。20__年是不平凡的一年，也是中心改革的重要一年，新的改革浪潮，新的押运业务，各位领导的扎实能干为我们带来了一流的管理和一些新的押运业务领导一流的经营模式，它标志着我们押运中心事业以现实了跨越式的发展的新时期，这无不凝结着每位领导的英明决策和正确指导，让每位员工都以稳健的步伐迈向崭新的一年。</w:t>
      </w:r>
      <w:r>
        <w:rPr>
          <w:lang w:eastAsia="zh-CN"/>
        </w:rPr>
        <w:br/>
      </w:r>
      <w:r>
        <w:rPr>
          <w:lang w:eastAsia="zh-CN"/>
        </w:rPr>
        <w:t>　　对我个人来讲，这一年意义深刻!刚刚过去的一年里，我们在中队领导和中心领导的正确领导下，在其他同志的配合下，坚持以高标准严格要求自己，兢兢业业做好本职工作，较出色地完成可领导交给的各项工作任务，个人工作能力得到很大的提高，同时也取得了一定的工作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一年的时间很快过去了，在一年里，我在公司领导、部门领导及同事们的关心与帮助下圆满的完成了各项工作，在思想觉悟方面有了更进一步的提高，本年度的工作总结主要有以下:</w:t>
      </w:r>
      <w:r>
        <w:rPr>
          <w:lang w:eastAsia="zh-CN"/>
        </w:rPr>
        <w:br/>
      </w:r>
      <w:r>
        <w:rPr>
          <w:lang w:eastAsia="zh-CN"/>
        </w:rPr>
        <w:t>　　思想政治表现、品德素质修养及职业道德。能够认真贯彻党的基本路线方针政策，通过报纸、杂志、书籍积极学习政治理论;遵纪守法，认真学习法律知识;爱岗敬业，具有强烈的责任感和事业心，积极主动认真的学习专业知识，工作...</w:t>
      </w:r>
      <w:r>
        <w:rPr>
          <w:lang w:eastAsia="zh-CN"/>
        </w:rPr>
        <w:br/>
      </w:r>
      <w:r>
        <w:rPr>
          <w:lang w:eastAsia="zh-CN"/>
        </w:rPr>
        <w:t>　　认清自我，找出差距。在这一年的工作中，虽然我有不少的成绩和进步，但出项的问题也不容忽视。如：自身有待进一步提高，对交通法律法规知识，不能活学活用，服务意识有待提高，</w:t>
      </w:r>
      <w:r>
        <w:rPr>
          <w:lang w:eastAsia="zh-CN"/>
        </w:rPr>
        <w:br/>
      </w:r>
      <w:r>
        <w:rPr>
          <w:lang w:eastAsia="zh-CN"/>
        </w:rPr>
        <w:t>　　20__年，我们在押运中心领导的正确领导下，在上级部门的精心指导下。公司全体员工齐心协力勤奋工作，公司的综合实力显著增强，保安员队伍规模不断扩大，业务领域日益广泛，服务质量持续优化，进一步促进了我公司保安服务业务积极稳步的向前发展，实现了经济效益和社会效益双丰收，圆满地完成了与客户单位合同约定的各项服务任务，确保了客户人身、财产和信息安全，赢得了客户的好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抓住市场机遇，重点发展押运业务，不断提升公司经济效益。随着我国市场经济的深入发展，社会化押运服务的时机日渐成熟，公司抓住良好市场机遇加强法制、安全教育，健全、完善管理制度，认真落实依法规范执勤，提高服务质量，赢取良好社会信誉。公司一向高度重视保安服务业务经营的合法性和安全性，从法制、安全教育和健全、完善管理制度上入手，对全体员工各岗位工作环节进行不余遗力的管理。公司为工行、农行、建行、提供的武装押运服务和为各家银行的营业网点、企业等客户单位工作岗位提供的人防保安服务在服务质量上</w:t>
      </w:r>
      <w:r>
        <w:rPr>
          <w:lang w:eastAsia="zh-CN"/>
        </w:rPr>
        <w:br/>
      </w:r>
      <w:r>
        <w:rPr>
          <w:lang w:eastAsia="zh-CN"/>
        </w:rPr>
        <w:t>　　总而言之,在一年里,公司在押运安全工作取得了一点成绩,但与领导和各部门的指导和关心是分不开的。守押工作无小事,任何一丝的麻痹大意都有可能造成不可挽回的损失,在下步的工作中,要时刻保持清醒的头脑,严格要求,针对上半年存在的个人问题,从实际出发,从根本上解决,力争把事故消灭在萌芽状态。同时,好的方面也要继续保持。公司全体人员将继续努力,确保人员生命和财产以人为本，保护员工合法权益，建设和谐、稳定的服务团队。公司的发展离不开员工的辛勤劳动，离不开员工的刻苦奉献，而这种劳动和奉献是建立在员工对公司信赖的基础之上。</w:t>
      </w:r>
      <w:r>
        <w:rPr>
          <w:lang w:eastAsia="zh-CN"/>
        </w:rPr>
        <w:br/>
      </w:r>
      <w:r>
        <w:rPr>
          <w:lang w:eastAsia="zh-CN"/>
        </w:rPr>
        <w:t>　　公司一向坚持以人为本的理念，一年来，公司在完成上述几方面工作的具体过程中，遇到过一些困难和问题，通过中心的指导、客户单位的帮助和公司全体人员的努力，所遇到的困难和问题都逐一得到了解决或缓解。</w:t>
      </w:r>
      <w:r>
        <w:rPr>
          <w:lang w:eastAsia="zh-CN"/>
        </w:rPr>
        <w:br/>
      </w:r>
      <w:r>
        <w:rPr>
          <w:lang w:eastAsia="zh-CN"/>
        </w:rPr>
        <w:t xml:space="preserve">    押运员年终总结 篇3 </w:t>
      </w:r>
      <w:r>
        <w:rPr>
          <w:lang w:eastAsia="zh-CN"/>
        </w:rPr>
        <w:br/>
      </w:r>
      <w:r>
        <w:rPr>
          <w:lang w:eastAsia="zh-CN"/>
        </w:rPr>
        <w:t>　　转眼间一年又过去了。20__年是不平凡的一年，也是公司改革的重要一年，新的改革浪潮，新的押运业务，各位领导的扎实能干为我们带来了一流的管理和新的押运业务，领导一流的经营模式，它标志着我们押运事业以实现了跨越式的发展的新时期，这无不凝结着每位领导的英明决策和正确指导，让每位员工都以稳健的步伐迈向崭新的一年。</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对我个人来讲，这一年意义深刻!刚刚过去的一年里，我们在中队领导和公司领导的正确领导下，在其他同志的配合下，坚持以公司量化考核为标准严格要求自己，兢兢业业做好本职工作，较出色地完成可领导交给的各项工作任务，个人工作能力得到很大的提高，同时也取得了一定的工作成绩。</w:t>
      </w:r>
      <w:r>
        <w:rPr>
          <w:lang w:eastAsia="zh-CN"/>
        </w:rPr>
        <w:br/>
      </w:r>
      <w:r>
        <w:rPr>
          <w:lang w:eastAsia="zh-CN"/>
        </w:rPr>
        <w:t>　　回顾起来，在今年的工作中主要做好了以下几个方面的工作：</w:t>
      </w:r>
      <w:r>
        <w:rPr>
          <w:lang w:eastAsia="zh-CN"/>
        </w:rPr>
        <w:br/>
      </w:r>
      <w:r>
        <w:rPr>
          <w:lang w:eastAsia="zh-CN"/>
        </w:rPr>
        <w:t>　　一、思想政治</w:t>
      </w:r>
      <w:r>
        <w:rPr>
          <w:lang w:eastAsia="zh-CN"/>
        </w:rPr>
        <w:br/>
      </w:r>
      <w:r>
        <w:rPr>
          <w:lang w:eastAsia="zh-CN"/>
        </w:rPr>
        <w:t>　　1、我认真学习了公司下发《量化考核》方面的各个文件及细则，努力做到在思想上、认识上同公司领导保持同一方向、始终保持与时俱进的精神状态，为公司的发展添砖添瓦。</w:t>
      </w:r>
      <w:r>
        <w:rPr>
          <w:lang w:eastAsia="zh-CN"/>
        </w:rPr>
        <w:br/>
      </w:r>
      <w:r>
        <w:rPr>
          <w:lang w:eastAsia="zh-CN"/>
        </w:rPr>
        <w:t>　　2、在平时的工作中我能够认真的学习公司下发文件及领导的各项指示、精神，和交通法律知识，使自己的思想观念紧跟公司的步伐。</w:t>
      </w:r>
      <w:r>
        <w:rPr>
          <w:lang w:eastAsia="zh-CN"/>
        </w:rPr>
        <w:br/>
      </w:r>
      <w:r>
        <w:rPr>
          <w:lang w:eastAsia="zh-CN"/>
        </w:rPr>
        <w:t>　　3、认真学习业务技能，不断提高的业务水平，提高劳动效率，减少差错事故的发生，增强自我控制能力，堵塞漏洞，防患于未然。</w:t>
      </w:r>
      <w:r>
        <w:rPr>
          <w:lang w:eastAsia="zh-CN"/>
        </w:rPr>
        <w:br/>
      </w:r>
      <w:r>
        <w:rPr>
          <w:lang w:eastAsia="zh-CN"/>
        </w:rPr>
        <w:t>　　4、以军事化标准严格要求自我。一个单位，一个集体，没有一套适合的管理模式作保障，是很难把工作搞好和落实好的，更谈不上什么发展，在这方面首先严格要求自己。在工作中，不仅要掌握押运工作要领，熟悉相关知识从以往的守押案例中吸取教训，从实际工作中摸索经验。从中锻炼了我独立处理问题的能力，培养了勤学苦练的工作态度。在以后的工作中，我将进一步学习研究业务知识，在工作中学习，在工作中创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二、工作情况</w:t>
      </w:r>
      <w:r>
        <w:rPr>
          <w:lang w:eastAsia="zh-CN"/>
        </w:rPr>
        <w:br/>
      </w:r>
      <w:r>
        <w:rPr>
          <w:lang w:eastAsia="zh-CN"/>
        </w:rPr>
        <w:t>　　1、以高度的责任感主动做好本职工作一年来，我在做好本职工作的基础上，坚持高标准，严要求，努力掌握金融押运方面的知识，取得了较大的进步。虽然今年工作岗位有所调整，但这更让我明白的了，无论在任何岗位任何地方都应该先摆正自己的位置，才能做好自己的本职工作。</w:t>
      </w:r>
      <w:r>
        <w:rPr>
          <w:lang w:eastAsia="zh-CN"/>
        </w:rPr>
        <w:br/>
      </w:r>
      <w:r>
        <w:rPr>
          <w:lang w:eastAsia="zh-CN"/>
        </w:rPr>
        <w:t>　　2、作为押运公司的一名基层运钞车驾驶员，时刻牢记自己肩负的重任，以保护国家财产为己任，在运钞途中经历保持高度集中，并严格按照操作规程和运钞条例、道路交通法规操作，做到万无一失。</w:t>
      </w:r>
      <w:r>
        <w:rPr>
          <w:lang w:eastAsia="zh-CN"/>
        </w:rPr>
        <w:br/>
      </w:r>
      <w:r>
        <w:rPr>
          <w:lang w:eastAsia="zh-CN"/>
        </w:rPr>
        <w:t>　　3、认真做好车辆保养，做好三勤勤检查、勤保养、勤维护，发现问题及时处理，确保车辆安全运行。做到了全年安全行车，无任何大小安全事故。</w:t>
      </w:r>
      <w:r>
        <w:rPr>
          <w:lang w:eastAsia="zh-CN"/>
        </w:rPr>
        <w:br/>
      </w:r>
      <w:r>
        <w:rPr>
          <w:lang w:eastAsia="zh-CN"/>
        </w:rPr>
        <w:t>　　4、除了执行押运任务外，还要做到确保业务用车随叫随到，真正做到一名合格的运钞车驾驶员。</w:t>
      </w:r>
      <w:r>
        <w:rPr>
          <w:lang w:eastAsia="zh-CN"/>
        </w:rPr>
        <w:br/>
      </w:r>
      <w:r>
        <w:rPr>
          <w:lang w:eastAsia="zh-CN"/>
        </w:rPr>
        <w:t>　　三、存在的问题和打算</w:t>
      </w:r>
      <w:r>
        <w:rPr>
          <w:lang w:eastAsia="zh-CN"/>
        </w:rPr>
        <w:br/>
      </w:r>
      <w:r>
        <w:rPr>
          <w:lang w:eastAsia="zh-CN"/>
        </w:rPr>
        <w:t>　　1、对公司的各项业务知识认识还不够到位，尽管经过一些努力，业务水平较以往提高了不少，但还需进一步提高。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2、在今年的岗位调整中清楚的认识到自己对自身的认识不够，容易自满自大，摆不正自己的位置，对自己要求不够严;口无遮拦，对自己不清楚的问题妄加揣测、妄加评论，给自己及他人带来了无端的不良影响。在领导的批评教育下懂得了多做事，少说话，没有调查就没有发言权，工作中干好自己的本质才是第一位;犹如吴总所说活到老学到老，多读一些文学著作，提高自身修养。</w:t>
      </w:r>
      <w:r>
        <w:rPr>
          <w:lang w:eastAsia="zh-CN"/>
        </w:rPr>
        <w:br/>
      </w:r>
      <w:r>
        <w:rPr>
          <w:lang w:eastAsia="zh-CN"/>
        </w:rPr>
        <w:t>　　3、对勤务操作的细节方面做得不到位，工作是长期的，艰难的任务，是公司面向社会的窗口，押运服务质量的好坏不仅关系到公司在各家金融单位的形象，而且直接影响到整个押运业对外的声誉，为此，作为一名运钞车驾驶员，从严按章办事至关重要。在长期的押运工作当中逐渐形成了爱岗敬业、做好本职工作，关心集体、维护集体荣誉，切实树立起押运员工的新形象。</w:t>
      </w:r>
      <w:r>
        <w:rPr>
          <w:lang w:eastAsia="zh-CN"/>
        </w:rPr>
        <w:br/>
      </w:r>
      <w:r>
        <w:rPr>
          <w:lang w:eastAsia="zh-CN"/>
        </w:rPr>
        <w:t>　　在这一年的工作中，虽然我有不少的成绩和进步，但出现的问题也不容忽视。如：自身素质和修养有待进一步提高，对交通法律法规知识，不能活学活用，服务意识有待提高，驾驶水平的提高等。在今后的工作中，我将会尽力弥补这些缺点。全面提搞自身综合素质，业务水平、服务质量，为我押运中心的发展做出自己应有的贡献。</w:t>
      </w:r>
      <w:r>
        <w:rPr>
          <w:lang w:eastAsia="zh-CN"/>
        </w:rPr>
        <w:br/>
      </w:r>
      <w:r>
        <w:rPr>
          <w:lang w:eastAsia="zh-CN"/>
        </w:rPr>
        <w:t xml:space="preserve">    押运员年终总结 篇4 </w:t>
      </w:r>
      <w:r>
        <w:rPr>
          <w:lang w:eastAsia="zh-CN"/>
        </w:rPr>
        <w:br/>
      </w:r>
      <w:r>
        <w:rPr>
          <w:lang w:eastAsia="zh-CN"/>
        </w:rPr>
        <w:t>　　时光飞逝，年转眼又跳了半年时刻。在这半年里我在各方面的收获都很大。特别是在公司氛围的影响下和同事们的帮助和支持下，我各方面的能力水平都得到了很大的提升，同时也取得了公司的肯定及表扬。在此，我对这半年的工作表现情况做以下的总结。</w:t>
      </w:r>
      <w:r>
        <w:rPr>
          <w:lang w:eastAsia="zh-CN"/>
        </w:rPr>
        <w:br/>
      </w:r>
      <w:r>
        <w:rPr>
          <w:lang w:eastAsia="zh-CN"/>
        </w:rPr>
        <w:t>　　一、在思想态度方面。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本人能够积极参加公司各项会议及学习，认真贯彻落实公司文件传达的各项指示精神，始终保持端正的工作态度，认真完成公司及领导交给的各项工作任务，并落实到位从不怠慢或延迟；经常参加各项学习来增强自己的思想觉悟，端正自己的态度；认真学习公司的各项规章制度，严格要求自己按照公司的各项规定办事。</w:t>
      </w:r>
      <w:r>
        <w:rPr>
          <w:lang w:eastAsia="zh-CN"/>
        </w:rPr>
        <w:br/>
      </w:r>
      <w:r>
        <w:rPr>
          <w:lang w:eastAsia="zh-CN"/>
        </w:rPr>
        <w:t>　　二、在执勤工作方面。</w:t>
      </w:r>
      <w:r>
        <w:rPr>
          <w:lang w:eastAsia="zh-CN"/>
        </w:rPr>
        <w:br/>
      </w:r>
      <w:r>
        <w:rPr>
          <w:lang w:eastAsia="zh-CN"/>
        </w:rPr>
        <w:t>　　本人在参加每次押运执勤中，都严格要求自己，落实好操作规程的规定，严格按照押运操作规程认真执行警戒，确保每次押运任务安全顺利。身为公司的一员，本人经常积极参加公司组织的各种技能训练及各种预案演练，立足本职岗位，严格要求自己，认真履行岗位职责，提高自身的专业技能水平，给他人起到模范带头作用，更好的将押运操作规程落实到位，更好的服务客户单位为公司树立良好的信誉品牌。</w:t>
      </w:r>
      <w:r>
        <w:rPr>
          <w:lang w:eastAsia="zh-CN"/>
        </w:rPr>
        <w:br/>
      </w:r>
      <w:r>
        <w:rPr>
          <w:lang w:eastAsia="zh-CN"/>
        </w:rPr>
        <w:t>　　三、在平时的表现方面。</w:t>
      </w:r>
      <w:r>
        <w:rPr>
          <w:lang w:eastAsia="zh-CN"/>
        </w:rPr>
        <w:br/>
      </w:r>
      <w:r>
        <w:rPr>
          <w:lang w:eastAsia="zh-CN"/>
        </w:rPr>
        <w:t>　　本人经常以凡事本着自己先做好原则，并给别人起好模范带头作用的思想态度，半年来在公司勤勤恳恳的工作，做任何事都对自己严格要求；在平时积极与同事搞好人际关系，带领身边同事认真遵守公司各项规章制度，及时认真按要求完成公司安排的各项工作任务，带领人员积极配合公司管理及服务客户单位完成押运工作，并做好监督汇报。经常与客户单位沟通交流，及时做好各方面整改，为客户单位提供良好的服务。</w:t>
      </w:r>
      <w:r>
        <w:rPr>
          <w:lang w:eastAsia="zh-CN"/>
        </w:rPr>
        <w:br/>
      </w:r>
      <w:r>
        <w:rPr>
          <w:lang w:eastAsia="zh-CN"/>
        </w:rPr>
        <w:t>　　四、存在的不足。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虽然我在工作表现得到过公司领导和同事的认可，得到客户单位的肯定好评，也取得一定的工作成绩，自身各方面的能力也得到了很大的提升，但也存在着不足的方面，例如个别工作做的还不够完善，管理能力还不够全面，执行能力的力度还不够，各方面工作及管理还存在漏洞等，这些问题还有待于在今后的工作中加以改进，努力提升自己的能力水平。</w:t>
      </w:r>
      <w:r>
        <w:rPr>
          <w:lang w:eastAsia="zh-CN"/>
        </w:rPr>
        <w:br/>
      </w:r>
      <w:r>
        <w:rPr>
          <w:lang w:eastAsia="zh-CN"/>
        </w:rPr>
        <w:t>　　以上是本人半年以来的工作总结，总之在以后的工作中，我将加强自主管理的意识，勇于开拓创新，加强理论和技能学习，不断提升各方面水平能力。认真学习各项政策规章制度，努力使自己的思想觉悟和工作效率全面提升到一个新水平，为公司及个人的发展做出更多更大的奋斗。</w:t>
      </w:r>
      <w:r>
        <w:rPr>
          <w:lang w:eastAsia="zh-CN"/>
        </w:rPr>
        <w:br/>
      </w:r>
      <w:r>
        <w:rPr>
          <w:lang w:eastAsia="zh-CN"/>
        </w:rPr>
        <w:t>　　总结人：</w:t>
      </w:r>
      <w:r>
        <w:rPr>
          <w:lang w:eastAsia="zh-CN"/>
        </w:rPr>
        <w:br/>
      </w:r>
      <w:r>
        <w:rPr>
          <w:lang w:eastAsia="zh-CN"/>
        </w:rPr>
        <w:t>　　__年6月13日</w:t>
      </w:r>
      <w:r>
        <w:rPr>
          <w:lang w:eastAsia="zh-CN"/>
        </w:rPr>
        <w:br/>
      </w:r>
      <w:r>
        <w:rPr>
          <w:lang w:eastAsia="zh-CN"/>
        </w:rPr>
        <w:t xml:space="preserve">    押运员年终总结 篇5 </w:t>
      </w:r>
      <w:r>
        <w:rPr>
          <w:lang w:eastAsia="zh-CN"/>
        </w:rPr>
        <w:br/>
      </w:r>
      <w:r>
        <w:rPr>
          <w:lang w:eastAsia="zh-CN"/>
        </w:rPr>
        <w:t>　　一年的时间很快过去了，在一年里，我在公司领导、部门领导及同事们的关心与帮助下圆满的完成了各项工作，在思想觉悟方面有了更进一步的提高，本年度的工作总结主要有以下:</w:t>
      </w:r>
      <w:r>
        <w:rPr>
          <w:lang w:eastAsia="zh-CN"/>
        </w:rPr>
        <w:br/>
      </w:r>
      <w:r>
        <w:rPr>
          <w:lang w:eastAsia="zh-CN"/>
        </w:rPr>
        <w:t>　　思想政治表现、品德素质修养及职业道德。能够认真贯彻党的基本路线方针政策，通过报纸、杂志、书籍积极学习政治理论;遵纪守法，认真学习法律知识;爱岗敬业，具有强烈的责任感和事业心，积极主动认真的学习专业知识，工作...</w:t>
      </w:r>
      <w:r>
        <w:rPr>
          <w:lang w:eastAsia="zh-CN"/>
        </w:rPr>
        <w:br/>
      </w:r>
      <w:r>
        <w:rPr>
          <w:lang w:eastAsia="zh-CN"/>
        </w:rPr>
        <w:t>　　认清自己，找出差距。在这一年的工作中，虽然我有不少的成绩和进步，但出项的问题也不容忽视。如：自身有待进一步提高，对交通法律法规知识，不能活学活用，服务意识有待提高，</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20__年，我们在押运中心领导的正确领导下，在上级部门的精心指导下。公司全体员工齐心协力勤奋工作，公司的综合实力显著增强，保安员队伍规模不断扩大，业务领域日益广泛，服务质量持续优化，进一步促进了我公司保安服务业务积极稳步的向前发展，实现了经济效益和社会效益双丰收，圆满地完成了与客户单位合同约定的各项服务任务，确保了客户人身、财产和信息安全，赢得了客户的好评。</w:t>
      </w:r>
      <w:r>
        <w:rPr>
          <w:lang w:eastAsia="zh-CN"/>
        </w:rPr>
        <w:br/>
      </w:r>
      <w:r>
        <w:rPr>
          <w:lang w:eastAsia="zh-CN"/>
        </w:rPr>
        <w:t>　　抓住市场机遇，重点发展押运业务，不断提升公司经济效益。随着我国市场经济的深入发展，社会化押运服务的时机日渐成熟，公司抓住良好市场机遇加强法制、安全教育，健全、完善管理制度，认真落实依法规范执勤，提高服务质量，赢取良好社会信誉。公司一向高度重视保安服务业务经营的合法性和安全性，从法制、安全教育和健全、完善管理制度上入手，对全体员工各岗位工作环节进行不余遗力的管理。公司为工行、农行、建行、提供的武装押运服务和为各家银行的营业网点、企业等客户单位工作岗位提供的人防保安服务在服务质量上</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总而言之,在一年里,公司在押运安全工作取得了一点成绩,但与领导和各部门的指导和关心是分不开的。守押工作无小事,任何一丝的麻痹大意都有可能造成不可挽回的损失,在下步的工作中,要时刻保持清醒的头脑,严格要求,针对上半年存在的个人问题,从实际出发,从根本上解决,力争把事故消灭在萌芽状态。同时,好的方面也要继续保持。公司全体人员将继续努力,确保人员生命和财产以人为本，保护员工合法权益，建设和谐、稳定的服务团队。公司的发展离不开员工的辛勤劳动，离不开员工的刻苦奉献，而这种劳动和奉献是建立在员工对公司信赖的基础之上。</w:t>
      </w:r>
      <w:r>
        <w:rPr>
          <w:lang w:eastAsia="zh-CN"/>
        </w:rPr>
        <w:br/>
      </w:r>
      <w:r>
        <w:rPr>
          <w:lang w:eastAsia="zh-CN"/>
        </w:rPr>
        <w:t>　　公司一向坚持以人为本的理念，一年来，公司在完成上述几方面工作的具体过程中，遇到过一些困难和问题，通过中心的指导、客户单位的帮助和公司全体人员的努力，所遇到的困难和问题都逐一得到了解决或缓解。</w:t>
      </w:r>
      <w:r>
        <w:rPr>
          <w:lang w:eastAsia="zh-CN"/>
        </w:rPr>
        <w:br/>
      </w:r>
      <w:r>
        <w:rPr>
          <w:lang w:eastAsia="zh-CN"/>
        </w:rPr>
        <w:t>　　20__年工作计划</w:t>
      </w:r>
      <w:r>
        <w:rPr>
          <w:lang w:eastAsia="zh-CN"/>
        </w:rPr>
        <w:br/>
      </w:r>
      <w:r>
        <w:rPr>
          <w:lang w:eastAsia="zh-CN"/>
        </w:rPr>
        <w:t>　　新的征途，新的追求。在不断迎接新任务的日子里，我们将一如既往地团结一心、诚实守信，严格遵循《保安服务管理条例》的有关规定，认真依法执业、守法经营。新的一年，我们在市局党委的领导下，有《保安服务管理条例》为保安服务行业指明方向，更加信心百倍，决心继续以贯彻《保安服务管理条例》为契机，以构建和谐平安樟树和确保客户人身、财产、信息安全为目标，为实现公司经济效益和社会效益再丰收而勤奋劳动。</w:t>
      </w:r>
      <w:r>
        <w:rPr>
          <w:lang w:eastAsia="zh-CN"/>
        </w:rPr>
        <w:br/>
      </w:r>
      <w:r>
        <w:rPr>
          <w:lang w:eastAsia="zh-CN"/>
        </w:rPr>
        <w:t xml:space="preserve">    押运员年终总结 篇6 </w:t>
      </w:r>
      <w:r>
        <w:rPr>
          <w:lang w:eastAsia="zh-CN"/>
        </w:rPr>
        <w:br/>
      </w:r>
      <w:r>
        <w:rPr>
          <w:lang w:eastAsia="zh-CN"/>
        </w:rPr>
        <w:t>　　我今年有幸搭上了车辆改革的班车，由驾驶员改为押运员，驾驶员是属于技术工种，占点脑力劳动的边。押运员吃的是体力饭，属于体力劳动的范畴。如果脑力劳动者是凤的话，那么体力劳动者就只有属于鸡了。驾驶员是脑力劳动者当中的凤尾，因为这是个伺候人的活计，听别人的差遣；押运员则是体力劳动者当中的鸡头，因为可以直接跟钱打交道，又是在银行上班，看上去就比较风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我想我退步了，因为我没做得上凤尾，而是做了鸡头。有人问我适应吗？身体能吃得消吗？我想人的最大的特点就是能适应一切，世上只有人不愿干的事，没有人不能干的事，更没有不是人干的事，任何事只要你努力了，就一定能干好。在这里我要万分地感激交行的领导人，谢谢你们的关心照顾，为了我一个小小驾驶员的工作还这么的绞尽脑汁、细心安排、知人善用，让我有了一个非常适合我的工作岗位来发挥我的能量。</w:t>
      </w:r>
      <w:r>
        <w:rPr>
          <w:lang w:eastAsia="zh-CN"/>
        </w:rPr>
        <w:br/>
      </w:r>
      <w:r>
        <w:rPr>
          <w:lang w:eastAsia="zh-CN"/>
        </w:rPr>
        <w:t>　　对于如此厚爱我无以回抱，只有更加努力地工作，不惜牺牲自己的一切，乃至于生命，为交行为社会业主义事业为早日实现共产主义多做贡献，只有这样才能无愧于组织的陪养，无愧于领导的关爱，无愧于人民。</w:t>
      </w:r>
      <w:r>
        <w:rPr>
          <w:lang w:eastAsia="zh-CN"/>
        </w:rPr>
        <w:br/>
      </w:r>
      <w:r>
        <w:rPr>
          <w:lang w:eastAsia="zh-CN"/>
        </w:rPr>
        <w:t>　　这不是嘴上说说的，要有实际行动才行，我决心从以下三方面做起：</w:t>
      </w:r>
      <w:r>
        <w:rPr>
          <w:lang w:eastAsia="zh-CN"/>
        </w:rPr>
        <w:br/>
      </w:r>
      <w:r>
        <w:rPr>
          <w:lang w:eastAsia="zh-CN"/>
        </w:rPr>
        <w:t>　　首先，要努力学习。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古人云：人生不学习，唯剩肉和皮。我以为学习者精英人才，不学者酒囊饭袋。以前我不注重业务学习，所以现在没有更大的进步，想做什么都不合格。相反有些爱学习的同事，以前和我一样是驾驶员，由于平时在跟领导及营销员一起工作的时候注重业务学习，虽然没有直接接触业务，但是他能用心看、精心学，也就慢慢的会了，俗话不是说没吃过猪肉，还没看见过猪跑，跟猪后面跑多了，也就学会猪走路了。因为有了这项专长所以这次虽然没有参加车改，也改行去做营销了。还有一位同事车改后做了押运员，但是他对他的驾驶事业矢志不渝，仍然刻苦钻研驾驶技能，还天天向领导汇报学习成果，向人事部门表一番能做好驾驶员的决心，结果，终于得偿所愿，又重新当了一名驾驶员。这些都充分说明了学习的重要性，而他们正是我要虚心学习的好榜样。</w:t>
      </w:r>
      <w:r>
        <w:rPr>
          <w:lang w:eastAsia="zh-CN"/>
        </w:rPr>
        <w:br/>
      </w:r>
      <w:r>
        <w:rPr>
          <w:lang w:eastAsia="zh-CN"/>
        </w:rPr>
        <w:t>　　其次，要勤奋工作。</w:t>
      </w:r>
      <w:r>
        <w:rPr>
          <w:lang w:eastAsia="zh-CN"/>
        </w:rPr>
        <w:br/>
      </w:r>
      <w:r>
        <w:rPr>
          <w:lang w:eastAsia="zh-CN"/>
        </w:rPr>
        <w:t>　　以前我只知道开好我的车，按章办事，不出责任事故，现在只想到钱箱现金清点无误，其实这有点自私，光想着自己，没有想到集体，我要向有些同事那样，不光想怎么做，还要想到怎样才能做好，做到自己满意，同事满意，还更要让领导满意。要做到工作要用脑，要巧干，实干苦干傻干拼命干是不行的。</w:t>
      </w:r>
      <w:r>
        <w:rPr>
          <w:lang w:eastAsia="zh-CN"/>
        </w:rPr>
        <w:br/>
      </w:r>
      <w:r>
        <w:rPr>
          <w:lang w:eastAsia="zh-CN"/>
        </w:rPr>
        <w:t>　　最后，要保持平常心，注意身心健康。</w:t>
      </w:r>
      <w:r>
        <w:rPr>
          <w:lang w:eastAsia="zh-CN"/>
        </w:rPr>
        <w:br/>
      </w:r>
      <w:r>
        <w:rPr>
          <w:lang w:eastAsia="zh-CN"/>
        </w:rPr>
        <w:t>　　俗话说身体是革命的本钱，没有好身体怎么才能干好工作。你的身体不好，不光影响自己，还影响到单位，还牵涉到领导的精力，组织还要来关心你，你想领导工作多忙啊，组织上要做多少大事啊，所以要充分体谅组织领导同志，千万别生病，更不要怨天尤人。平时的要保持一颗平常心，不要这山还望那山高，看见别人怎样了就眼红，要知道有的事你能做，有的事是你干不了的。</w:t>
      </w:r>
      <w:r>
        <w:rPr>
          <w:lang w:eastAsia="zh-CN"/>
        </w:rPr>
        <w:br/>
      </w:r>
      <w:r>
        <w:rPr>
          <w:lang w:eastAsia="zh-CN"/>
        </w:rPr>
        <w:t>　　以上就是我在交行十年来的工作中积累经验教训，这其实很危险，我在错误的道路上走了这么长时间到现在才发觉。毛主席说过，在错误的方向上越敬业，对事业的损害就越大。亡羊补牢未为晚也，我决心纠正我以前错误的思想，放下包袱，洗新革面，重新做人，把工作做得更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xml:space="preserve">    押运员年终总结 篇7 </w:t>
      </w:r>
      <w:r>
        <w:rPr>
          <w:lang w:eastAsia="zh-CN"/>
        </w:rPr>
        <w:br/>
      </w:r>
      <w:r>
        <w:rPr>
          <w:lang w:eastAsia="zh-CN"/>
        </w:rPr>
        <w:t>　　我叫樊振兴，现担任陕西金龙护卫公司押运车长一职。在过去的一年里，我带领着押运车辆，风雨无阻的履行着上级交代的任务。在延安市农业银行的各个网点都留下了自己工作的身影。准时、准点、热情周到，都已经成为人们对我们工作达成的共识。</w:t>
      </w:r>
      <w:r>
        <w:rPr>
          <w:lang w:eastAsia="zh-CN"/>
        </w:rPr>
        <w:br/>
      </w:r>
      <w:r>
        <w:rPr>
          <w:lang w:eastAsia="zh-CN"/>
        </w:rPr>
        <w:t>　　作为一名押运车长，自己负责的是一个有几个人组成的小团队，我努力使我负责车次内的.每个同事都明白，押运是一项重大的使命，这与人民群众的生活息息相关，也是金融体系稳定持久的标志。作为一名押运人员，要牢记自己的使命，要牢记自己所肩负的责任。俗话说‘360行，行行出状元’。只要认真负责、热爱工作。那么不仅社会认同，我们也会得到工作的满足感，这也是我们护卫的自豪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我作为仅上任一年多的年轻车长，时常高标准的要求自己，严格约束车员。我们的日常工作是安保、接、运、送。在这一过程里有一套详细的标准，照章操作是安全的保障。因此在任何一次的接送任务中，我和押运车内同事们，严格参照工作标准，严格遵守押运条例，干净利落的完成任务。交接过程中，不断的用我们热情的服务态度去影响和温暖周围的人。在严格遵守规章，遵守交接规范的前提下，用我们的微笑来贯穿工作，取得了很好的效果。由于银行固定的上下班时间，准时出车尤其重要，为确保及时准点，我们车次内人员随时待命，严正以待，随叫随到，受到大家的一致好评。在过去的一年里，我带领自己负责的车辆，踏实工作，认真负责。这些都带有一个明确的目标，那就是‘融入护卫工作，实现人生理想’。</w:t>
      </w:r>
      <w:r>
        <w:rPr>
          <w:lang w:eastAsia="zh-CN"/>
        </w:rPr>
        <w:br/>
      </w:r>
      <w:r>
        <w:rPr>
          <w:lang w:eastAsia="zh-CN"/>
        </w:rPr>
        <w:t>　　在_年里，我将继续努力提高服务质量，提高服务水平，同时在接钞和送钞的环节中，我严格要求自己所负责车内人员，准时热情的做好交接工作。认真填写工作记录，在接运过程中，我均按照规定的标准，确保工作的规范性，严肃性，使得安全性大大的提高。</w:t>
      </w:r>
      <w:r>
        <w:rPr>
          <w:lang w:eastAsia="zh-CN"/>
        </w:rPr>
        <w:br/>
      </w:r>
      <w:r>
        <w:rPr>
          <w:lang w:eastAsia="zh-CN"/>
        </w:rPr>
        <w:t>　　我们押运车辆是需要高度警惕心理、程式化的工作，我们在日常的将重点关注以下两个方面。</w:t>
      </w:r>
      <w:r>
        <w:rPr>
          <w:lang w:eastAsia="zh-CN"/>
        </w:rPr>
        <w:br/>
      </w:r>
      <w:r>
        <w:rPr>
          <w:lang w:eastAsia="zh-CN"/>
        </w:rPr>
        <w:t>　　首先、我保证自己负责的车辆出勤更加准时到位，同时与其他车辆交流学习。苦练自己的服务技能，用更好的服务来为护卫工作争光。</w:t>
      </w:r>
      <w:r>
        <w:rPr>
          <w:lang w:eastAsia="zh-CN"/>
        </w:rPr>
        <w:br/>
      </w:r>
      <w:r>
        <w:rPr>
          <w:lang w:eastAsia="zh-CN"/>
        </w:rPr>
        <w:t>　　其次、作为一名车长，我将更加的关注车员，关注他们的发展成长，确保每个人都开开心心的上班。增进队友间的团结，从而为更好的展开工作打下结实的基础。</w:t>
      </w:r>
      <w:r>
        <w:rPr>
          <w:lang w:eastAsia="zh-CN"/>
        </w:rPr>
        <w:br/>
      </w:r>
      <w:r>
        <w:rPr>
          <w:lang w:eastAsia="zh-CN"/>
        </w:rPr>
        <w:t xml:space="preserve">    押运员年终总结 篇8 </w:t>
      </w:r>
      <w:r>
        <w:rPr>
          <w:lang w:eastAsia="zh-CN"/>
        </w:rPr>
        <w:br/>
      </w:r>
      <w:r>
        <w:rPr>
          <w:lang w:eastAsia="zh-CN"/>
        </w:rPr>
        <w:t>　　__市分公司自独立运行以来，紧紧围绕省公司工作部署，严格贯彻上级各项工作要求，全市保安押运工作总体良好，各项工作得以稳步推进，扎实开展。</w:t>
      </w:r>
      <w:r>
        <w:rPr>
          <w:lang w:eastAsia="zh-CN"/>
        </w:rPr>
        <w:br/>
      </w:r>
      <w:r>
        <w:rPr>
          <w:lang w:eastAsia="zh-CN"/>
        </w:rPr>
        <w:t>　　一、20__年工作情况</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20__年，分公司紧紧围绕年初确定的中心工作，积极应对市场环境变化，充分结合自身实际，以创新谋发展，以稳定促提升，发扬求真务实、干事创业的工作作风，各方面工作均取得了优良成绩。全市全年保安押运业务收入完成（</w:t>
      </w:r>
      <w:r>
        <w:rPr>
          <w:lang w:eastAsia="zh-CN"/>
        </w:rPr>
        <w:t xml:space="preserve"> ）万元，较上年同期增长（</w:t>
      </w:r>
      <w:r>
        <w:rPr>
          <w:lang w:eastAsia="zh-CN"/>
        </w:rPr>
        <w:t xml:space="preserve"> ）%，增幅（</w:t>
      </w:r>
      <w:r>
        <w:rPr>
          <w:lang w:eastAsia="zh-CN"/>
        </w:rPr>
        <w:t xml:space="preserve"> ）%。</w:t>
      </w:r>
      <w:r>
        <w:rPr>
          <w:lang w:eastAsia="zh-CN"/>
        </w:rPr>
        <w:br/>
      </w:r>
      <w:r>
        <w:rPr>
          <w:lang w:eastAsia="zh-CN"/>
        </w:rPr>
        <w:t>　　（一）夯实基础管理 完善建章立制</w:t>
      </w:r>
      <w:r>
        <w:rPr>
          <w:lang w:eastAsia="zh-CN"/>
        </w:rPr>
        <w:br/>
      </w:r>
      <w:r>
        <w:rPr>
          <w:lang w:eastAsia="zh-CN"/>
        </w:rPr>
        <w:t>　　公司成立之初，我们即制定了一系列的有利于公司长远发展的规章制度，修订完善了包括《员工月绩效考核办法》、《运钞车辆维修、车辆成本管理、车辆保养考核办法》、《20__年度培训工作实施意见》、《员工作风纪律安全生产考核管理办法》以及《各岗位工作职责及考核办法》等在内的办法制度。通过这些规章制度的制定和对职工的宣贯，给分公司管</w:t>
      </w:r>
      <w:r>
        <w:rPr>
          <w:lang w:eastAsia="zh-CN"/>
        </w:rPr>
        <w:br/>
      </w:r>
      <w:r>
        <w:rPr>
          <w:lang w:eastAsia="zh-CN"/>
        </w:rPr>
        <w:t>　　理工作提供了依据，同时也给广大职工行为准则确立了标准，做到奖罚分明，使分公司上下充满正能量。</w:t>
      </w:r>
      <w:r>
        <w:rPr>
          <w:lang w:eastAsia="zh-CN"/>
        </w:rPr>
        <w:br/>
      </w:r>
      <w:r>
        <w:rPr>
          <w:lang w:eastAsia="zh-CN"/>
        </w:rPr>
        <w:t>　　（二）注重队伍建设 强化人员素质</w:t>
      </w:r>
      <w:r>
        <w:rPr>
          <w:lang w:eastAsia="zh-CN"/>
        </w:rPr>
        <w:br/>
      </w:r>
      <w:r>
        <w:rPr>
          <w:lang w:eastAsia="zh-CN"/>
        </w:rPr>
        <w:t>　　按照省公司的相关文件要求，市邮政企业划转6名员工充实到保安押运队伍，从原外聘解款员中招收6名新员工。对于新进公司人员，根据省局相关要求，进行了天的入职培训。主要从职业素质与职业道理，到岗位从业知识的讲解，经过培训后考核，新入职人员均全部考试合格上岗。</w:t>
      </w:r>
      <w:r>
        <w:rPr>
          <w:lang w:eastAsia="zh-CN"/>
        </w:rPr>
        <w:br/>
      </w:r>
      <w:r>
        <w:rPr>
          <w:lang w:eastAsia="zh-CN"/>
        </w:rPr>
        <w:t>　　（三）狠抓安全管理 注重素质提升</w:t>
      </w:r>
      <w:r>
        <w:rPr>
          <w:lang w:eastAsia="zh-CN"/>
        </w:rPr>
        <w:br/>
      </w:r>
      <w:r>
        <w:rPr>
          <w:lang w:eastAsia="zh-CN"/>
        </w:rPr>
        <w:t>　　1、加大安全服务检查力度，安全生产得到加强</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一是建立健全了安全领导机构。层层签订了安全管理责任书，把目标分解、细化到部门和个人，形成了“纵向到底，横向到边、环环相扣、逐级追究”的安全防护责任体系。二是深入贯彻落实省公司“安全生产、稳定无事故”目标，强化日常管理，掌握人员日常行为和思想动态。今年以来加大了对人员日常行为规范的动态掌握和日常教育力度，对各岗位人员进行了加强培训，确保其明确责任和履行职责。三是加强监督检查力度，确保安保制度落实，进一步规范了从业人员职业道德风险，安全隐患得到了有效排除。</w:t>
      </w:r>
      <w:r>
        <w:rPr>
          <w:lang w:eastAsia="zh-CN"/>
        </w:rPr>
        <w:br/>
      </w:r>
      <w:r>
        <w:rPr>
          <w:lang w:eastAsia="zh-CN"/>
        </w:rPr>
        <w:t>　　2、业务培训得到强化，人员素质得以提升</w:t>
      </w:r>
      <w:r>
        <w:rPr>
          <w:lang w:eastAsia="zh-CN"/>
        </w:rPr>
        <w:br/>
      </w:r>
      <w:r>
        <w:rPr>
          <w:lang w:eastAsia="zh-CN"/>
        </w:rPr>
        <w:t>　　培训是提高员工素质和改进工作方法的不二法门，公司成立之初，邀请市武警支队教官对所有基层员工进行了为期三天的技能培训，增强了员工的体质，提高了全员战斗力。为建立培训工作的长效机制，我们制定了详细的培训实施计划，按照我公司制定的《20__年度培训工作实施意见》，市、县大队各班组长每月负责组织本班组员工进行业务技能的学习培训，每月不低于2次，并每月要5日前上报本月学习总结和次月的学习计划，做到了学习有计划，会后有总结。市公司每月至少要组织一次对全区员工的培训学习。通过培训和学习充实了员工的生活，提高员工的素质和工作方法。</w:t>
      </w:r>
      <w:r>
        <w:rPr>
          <w:lang w:eastAsia="zh-CN"/>
        </w:rPr>
        <w:br/>
      </w:r>
      <w:r>
        <w:rPr>
          <w:lang w:eastAsia="zh-CN"/>
        </w:rPr>
        <w:t>　　3、车辆管理严格规范，费用支出明显降低</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我公司正常运营的运钞车7辆，其中有一辆是省公司调拨的临时备用车。市公司3辆运钞车，共7条运营线路。__2辆，分别服务于县城及周边7个乡镇，共4条线路。__1辆，分别服务于县城及周边5个乡镇，共4条线路。两县大队车辆由于长期在乡间道路上行驶，车况较差，维修率较高。近日接省公司下发新运钞车4辆，于10月22日到齐，现正和邮政企业协调办理相关手续，近期即可投入使用。</w:t>
      </w:r>
      <w:r>
        <w:rPr>
          <w:lang w:eastAsia="zh-CN"/>
        </w:rPr>
        <w:br/>
      </w:r>
      <w:r>
        <w:rPr>
          <w:lang w:eastAsia="zh-CN"/>
        </w:rPr>
        <w:t>　　4、枪弹管理有效加强，严厉杜绝安全隐患</w:t>
      </w:r>
      <w:r>
        <w:rPr>
          <w:lang w:eastAsia="zh-CN"/>
        </w:rPr>
        <w:br/>
      </w:r>
      <w:r>
        <w:rPr>
          <w:lang w:eastAsia="zh-CN"/>
        </w:rPr>
        <w:t>　　全区共有枪20支，子弹99发，配有智能枪弹柜6个（市公司、两县大队各两个），目前，按照省公司相关要求，为确保枪安全，智能枪弹柜已经配备专人负责。（具体做法）</w:t>
      </w:r>
      <w:r>
        <w:rPr>
          <w:lang w:eastAsia="zh-CN"/>
        </w:rPr>
        <w:br/>
      </w:r>
      <w:r>
        <w:rPr>
          <w:lang w:eastAsia="zh-CN"/>
        </w:rPr>
        <w:t>　　5、充分关爱员工，关爱政策持续受益</w:t>
      </w:r>
      <w:r>
        <w:rPr>
          <w:lang w:eastAsia="zh-CN"/>
        </w:rPr>
        <w:br/>
      </w:r>
      <w:r>
        <w:rPr>
          <w:lang w:eastAsia="zh-CN"/>
        </w:rPr>
        <w:t>　　“三保证三关爱”活动深入开展。分公司共有（_人）人参加“三保证三关爱”活动，参与面达到100%。今年，分公司在“三保证三关爱”活动中，共有（ __人 ）人次受益，从省局申请补助现金（  ）万元，分公司员工充分感受到了大家庭的温暖。</w:t>
      </w:r>
      <w:r>
        <w:rPr>
          <w:lang w:eastAsia="zh-CN"/>
        </w:rPr>
        <w:br/>
      </w:r>
      <w:r>
        <w:rPr>
          <w:lang w:eastAsia="zh-CN"/>
        </w:rPr>
        <w:t>　　我们能够取得以上成绩，是省公司科学决策、正确领导的结果，是各部门锐意进取、狠抓落实的结果，是分公司干部职工同心协力、拼搏奉献的结果，成绩来之不易，经验弥足珍贵。这一年，我们克服“分家”伊始的各项薄弱基础，抓生产，保稳定，寻突破，促转型，面对市场环境变化，我们团结一心，迎难而上，经过努力，实现了安全无事故。通过加强培训教育，实现了人员的思想稳定；通过加强业务检查，实现了各岗位的正常履职，保证了各项工作的有序开展。</w:t>
      </w:r>
      <w:r>
        <w:rPr>
          <w:lang w:eastAsia="zh-CN"/>
        </w:rPr>
        <w:br/>
      </w:r>
      <w:r>
        <w:rPr>
          <w:lang w:eastAsia="zh-CN"/>
        </w:rPr>
        <w:t>　　二、存在的主要问题</w:t>
      </w:r>
      <w:r>
        <w:rPr>
          <w:lang w:eastAsia="zh-CN"/>
        </w:rPr>
        <w:br/>
      </w:r>
      <w:r>
        <w:rPr>
          <w:lang w:eastAsia="zh-CN"/>
        </w:rPr>
        <w:t>　　在肯定成绩的同时，我们应清醒地认识到生产和管理中还存在一些突出问题，在以后的工作开展过程中，需要逐步解决：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1、保安员证办理问题。目前我分公司在岗人员均未办理保安员证。</w:t>
      </w:r>
      <w:r>
        <w:rPr>
          <w:lang w:eastAsia="zh-CN"/>
        </w:rPr>
        <w:br/>
      </w:r>
      <w:r>
        <w:rPr>
          <w:lang w:eastAsia="zh-CN"/>
        </w:rPr>
        <w:t>　　2、枪证和证办理问题。由于以前的遗留问题我公司所有涉枪人员都没有证。有6支枪没有办理枪证。按照公安部门的相关规定无保安员证不能办理证，目前因无考核用子弹，保安员证和证都无法办理。</w:t>
      </w:r>
      <w:r>
        <w:rPr>
          <w:lang w:eastAsia="zh-CN"/>
        </w:rPr>
        <w:br/>
      </w:r>
      <w:r>
        <w:rPr>
          <w:lang w:eastAsia="zh-CN"/>
        </w:rPr>
        <w:t>　　3、人员紧张。__大队守库人员只有4人，无替班员。全区运钞车司机无替班人员。</w:t>
      </w:r>
      <w:r>
        <w:rPr>
          <w:lang w:eastAsia="zh-CN"/>
        </w:rPr>
        <w:br/>
      </w:r>
      <w:r>
        <w:rPr>
          <w:lang w:eastAsia="zh-CN"/>
        </w:rPr>
        <w:t>　　4、子弹不足。目前我分公司现有子弹99发，不足每枪配备5发的标准。现在使用的子弹都是20__年以前的子弹，已到报废期无法更换，因无弹，已严重影响了日常训练和各项证件的办理工作。</w:t>
      </w:r>
      <w:r>
        <w:rPr>
          <w:lang w:eastAsia="zh-CN"/>
        </w:rPr>
        <w:br/>
      </w:r>
      <w:r>
        <w:rPr>
          <w:lang w:eastAsia="zh-CN"/>
        </w:rPr>
        <w:t>　　5、硬件建设存在不足。因市邮政企业办公用房较为紧张，我分公司目前办公场地不足。办公设施存在不足，__大队无电脑，两县大队都没有打印、传真等办公设备。市公司及两县大队均无检查用车，开展日常检查都需要使用个人车辆。</w:t>
      </w:r>
      <w:r>
        <w:rPr>
          <w:lang w:eastAsia="zh-CN"/>
        </w:rPr>
        <w:br/>
      </w:r>
      <w:r>
        <w:rPr>
          <w:lang w:eastAsia="zh-CN"/>
        </w:rPr>
        <w:t>　　三、20__年重点工作安排</w:t>
      </w:r>
      <w:r>
        <w:rPr>
          <w:lang w:eastAsia="zh-CN"/>
        </w:rPr>
        <w:br/>
      </w:r>
      <w:r>
        <w:rPr>
          <w:lang w:eastAsia="zh-CN"/>
        </w:rPr>
        <w:t>　　如果说20__年是我们摸索打基础之年，那么20__年就是我们业务腾飞之年，在现有工作的基础上，下步我们要做好以下几方面工作：</w:t>
      </w:r>
      <w:r>
        <w:rPr>
          <w:lang w:eastAsia="zh-CN"/>
        </w:rPr>
        <w:br/>
      </w:r>
      <w:r>
        <w:rPr>
          <w:lang w:eastAsia="zh-CN"/>
        </w:rPr>
        <w:t xml:space="preserve">    押运员年终总结 篇9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二0__年的时光转眼即过。在这一年里我在各方面的收获都很大。特别是在中心氛围的影响下和同事们的帮助和支持下，我各方面的能力水平都得到了很大的提高，同时被评为中心的先进。每年这时候我们都要对这一年的工作做个总结。在此，我对这一年的工作表现做以下的总结。</w:t>
      </w:r>
      <w:r>
        <w:rPr>
          <w:lang w:eastAsia="zh-CN"/>
        </w:rPr>
        <w:br/>
      </w:r>
      <w:r>
        <w:rPr>
          <w:lang w:eastAsia="zh-CN"/>
        </w:rPr>
        <w:t>　　一、在思想态度方面</w:t>
      </w:r>
      <w:r>
        <w:rPr>
          <w:lang w:eastAsia="zh-CN"/>
        </w:rPr>
        <w:br/>
      </w:r>
      <w:r>
        <w:rPr>
          <w:lang w:eastAsia="zh-CN"/>
        </w:rPr>
        <w:t>　　积极参加中心各项会议及学习，认真贯彻中心领导下达的各项精神指示；认真完成中心及领导交给的各项工作任务，并落实到位从不怠慢；还经常通过各项学习来加强自己的思想觉悟，端正自己的态度；认真学习中心的各项规章制度，严格要求自己按照中心的各项规定办事。</w:t>
      </w:r>
      <w:r>
        <w:rPr>
          <w:lang w:eastAsia="zh-CN"/>
        </w:rPr>
        <w:br/>
      </w:r>
      <w:r>
        <w:rPr>
          <w:lang w:eastAsia="zh-CN"/>
        </w:rPr>
        <w:t>　　二、在执勤工作方面</w:t>
      </w:r>
      <w:r>
        <w:rPr>
          <w:lang w:eastAsia="zh-CN"/>
        </w:rPr>
        <w:br/>
      </w:r>
      <w:r>
        <w:rPr>
          <w:lang w:eastAsia="zh-CN"/>
        </w:rPr>
        <w:t>　　积极参加中心组织的各种技能训练，来提高自身的专业技能水平，从不无故缺席；作为一名押运员，我在每次押运执勤中，都能严格要求自己，并认真履行好押运员职责；立足本职岗位，严格要求自己，按照押运操作规程认真执勤，确保每次押运任务安全顺利完成。</w:t>
      </w:r>
      <w:r>
        <w:rPr>
          <w:lang w:eastAsia="zh-CN"/>
        </w:rPr>
        <w:br/>
      </w:r>
      <w:r>
        <w:rPr>
          <w:lang w:eastAsia="zh-CN"/>
        </w:rPr>
        <w:t>　　三、在平时的表现方面</w:t>
      </w:r>
      <w:r>
        <w:rPr>
          <w:lang w:eastAsia="zh-CN"/>
        </w:rPr>
        <w:br/>
      </w:r>
      <w:r>
        <w:rPr>
          <w:lang w:eastAsia="zh-CN"/>
        </w:rPr>
        <w:t>　　我进中心也有好几年了，但我从不因为我来的时间长而在工作上倚老卖老；我都严格要求自己，凡事本着自己先做</w:t>
      </w:r>
      <w:r>
        <w:rPr>
          <w:lang w:eastAsia="zh-CN"/>
        </w:rPr>
        <w:br/>
      </w:r>
      <w:r>
        <w:rPr>
          <w:lang w:eastAsia="zh-CN"/>
        </w:rPr>
        <w:t>　　好原则，并给别人起到模范带头作用；认真遵守中心各项规章制度，积极配合中心领导和队长完成各项工作任务；对上级分配的工作任务，及时认真按要求完成，做任何工作都认真负责；和同事之间搞好关系，并积极配合中心管理。</w:t>
      </w:r>
      <w:r>
        <w:rPr>
          <w:lang w:eastAsia="zh-CN"/>
        </w:rPr>
        <w:br/>
      </w:r>
      <w:r>
        <w:rPr>
          <w:lang w:eastAsia="zh-CN"/>
        </w:rPr>
        <w:t>　　四、存在的不足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虽我在工作的表现得到过中心领导和同事的认可，也取得了很多成绩，各方面的能力也得到了很大的提升，但也存在着不足的方面，比如个别工作做的还不够完善等，这还有待于在今后的工作中加以改进。</w:t>
      </w:r>
      <w:r>
        <w:rPr>
          <w:lang w:eastAsia="zh-CN"/>
        </w:rPr>
        <w:br/>
      </w:r>
      <w:r>
        <w:rPr>
          <w:lang w:eastAsia="zh-CN"/>
        </w:rPr>
        <w:t>　　总之在以后的工作中，我将加强理论和技能学习，不断提高各方面水平能力。认真学习各项政策规章制度，努力使思想觉悟和工作效率全面进入一个新水平，为中心的发展做出更大更多的贡献。</w:t>
      </w:r>
      <w:r>
        <w:rPr>
          <w:lang w:eastAsia="zh-CN"/>
        </w:rPr>
        <w:br/>
      </w:r>
      <w:r>
        <w:rPr>
          <w:lang w:eastAsia="zh-CN"/>
        </w:rPr>
        <w:t xml:space="preserve">    押运员年终总结 篇10 </w:t>
      </w:r>
      <w:r>
        <w:rPr>
          <w:lang w:eastAsia="zh-CN"/>
        </w:rPr>
        <w:br/>
      </w:r>
      <w:r>
        <w:rPr>
          <w:lang w:eastAsia="zh-CN"/>
        </w:rPr>
        <w:t>　　我叫，现担任__公司押运车长一职。在过去的一年里，我带领着押运车辆，风雨无阻的履行着上级交代的任务。在延安市农业银行的各个网点都留下了自己工作的身影。准时、准点、热情周到，都已经成为人们对我们工作达成的共识。</w:t>
      </w:r>
      <w:r>
        <w:rPr>
          <w:lang w:eastAsia="zh-CN"/>
        </w:rPr>
        <w:br/>
      </w:r>
      <w:r>
        <w:rPr>
          <w:lang w:eastAsia="zh-CN"/>
        </w:rPr>
        <w:t>　　在思想非常重视自己工作岗位重要性，我能够服从领导安排，团结同事，爱护集体荣誉，遵守规章制度和岗位职责，做到上班不迟到不早退，工作中不擅自离岗脱岗，押运过程不接听电话发送短信等违反规章制度行为，并态度端正不当面顶撞领导不背后议论，不泄露押运秘密等一切公司内部消息。</w:t>
      </w:r>
      <w:r>
        <w:rPr>
          <w:lang w:eastAsia="zh-CN"/>
        </w:rPr>
        <w:br/>
      </w:r>
      <w:r>
        <w:rPr>
          <w:lang w:eastAsia="zh-CN"/>
        </w:rPr>
        <w:t>　　有优点也有缺点：工作中业务不够熟练，工作效率不太高，文明礼仪不够好，工作中方法不够灵活，有时候存在这思想麻痹和侥幸心理，其次安排事情比叫拖拉没有提前意识，想问题不够深入等。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下一步积极向上心态认真负责完成各项押运，工作中积极主动认真负责完成工作，克服麻痹思想和端正工作心态，努力，加强业务学习提高业务能力，总之一点既然选择这一个岗位工作就是爱一行，专一行，分分秒秒负起责任，做到我的岗位无差错，以上是我对一个月对自己工作总结和体会写的不对之处请公司领导批评指证。</w:t>
      </w:r>
      <w:r>
        <w:rPr>
          <w:lang w:eastAsia="zh-CN"/>
        </w:rPr>
        <w:br/>
      </w:r>
      <w:r>
        <w:rPr>
          <w:lang w:eastAsia="zh-CN"/>
        </w:rPr>
        <w:t>　　作为一名押运车长，自己负责的是一个有几个人组成的小团队，我努力使我负责车次内的每个同事都明白，押运是一项重大的使命，这与人民群众的生活息息相关，也是金融体系稳定持久的标志。作为一名押运人员，要牢记自己的使命，要牢记自己所肩负的责任。俗话说：360行，行行出状元。只要认真负责、热爱工作。那么不仅社会认同，我们也会得到工作的满足感，这也是我们护卫的自豪感。</w:t>
      </w:r>
      <w:r>
        <w:rPr>
          <w:lang w:eastAsia="zh-CN"/>
        </w:rPr>
        <w:br/>
      </w:r>
      <w:r>
        <w:rPr>
          <w:lang w:eastAsia="zh-CN"/>
        </w:rPr>
        <w:t>　　我作为仅上任一年多的年轻车长，时常高标准的要求自己，严格约束车员。我们的日常工作是安保、接、运、送。在这一过程里有一套详细的标准，照章操作是安全的保障。因此在任何一次的接送任务中，我和押运车内同事们，严格参照工作标准，严格遵守押运条例，干净利落的完成任务。交接过程中，不断的用我们热情的服务态度去影响和温暖周围的人。在严格遵守规章，遵守交接规范的前提下，用我们的微笑来贯穿工作，取得了很好的效果。由于银行固定的上下班时间，准时出车尤其重要，为确保及时准点，我们车次内人员随时待命，严正以待，随叫随到，受到大家的一致好评。在过去的一年里，我带领自己负责的车辆，踏实工作，认真负责。这些都带有一个明确的目标，那就是‘融入护卫工作，实现人生理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在20__年里，我将继续努力提高服务质量，提高服务水平，同时在接钞和送钞的环节中，我严格要求自己所负责车内人员，准时热情的做好交接工作。认真填写工作记录，在接运过程中，我均按照规定的标准，确保工作的规范性，严肃性，使得安全性大大的提高。</w:t>
      </w:r>
      <w:r>
        <w:rPr>
          <w:lang w:eastAsia="zh-CN"/>
        </w:rPr>
        <w:br/>
      </w:r>
      <w:r>
        <w:rPr>
          <w:lang w:eastAsia="zh-CN"/>
        </w:rPr>
        <w:t>　　我们押运车辆是需要高度警惕心理、程式化的工作，我们在日常的将重点关注以下两个方面：</w:t>
      </w:r>
      <w:r>
        <w:rPr>
          <w:lang w:eastAsia="zh-CN"/>
        </w:rPr>
        <w:br/>
      </w:r>
      <w:r>
        <w:rPr>
          <w:lang w:eastAsia="zh-CN"/>
        </w:rPr>
        <w:t>　　首先、我保证自己负责的车辆出勤更加准时到位，同时与其他车辆交流学习。苦练自己的服务技能，用更好的服务来为护卫工作争光。</w:t>
      </w:r>
      <w:r>
        <w:rPr>
          <w:lang w:eastAsia="zh-CN"/>
        </w:rPr>
        <w:br/>
      </w:r>
      <w:r>
        <w:rPr>
          <w:lang w:eastAsia="zh-CN"/>
        </w:rPr>
        <w:t>　　其次、作为一名车长，我将更加的关注车员，关注他们的发展成长，确保每个人都开开心心的上班。增进队友间的团结，从而为更好的展开工作打下结实的基础。</w:t>
      </w:r>
      <w:r>
        <w:rPr>
          <w:lang w:eastAsia="zh-CN"/>
        </w:rPr>
        <w:br/>
      </w:r>
      <w:r>
        <w:rPr>
          <w:lang w:eastAsia="zh-CN"/>
        </w:rPr>
        <w:t>　　在新的一年里我将再接再厉、努力工作。同时祝大家春节愉快！</w:t>
      </w:r>
      <w:r>
        <w:rPr>
          <w:lang w:eastAsia="zh-CN"/>
        </w:rPr>
        <w:br/>
      </w:r>
      <w:r>
        <w:rPr>
          <w:lang w:eastAsia="zh-CN"/>
        </w:rPr>
        <w:t xml:space="preserve">    押运员年终总结 篇11 </w:t>
      </w:r>
      <w:r>
        <w:rPr>
          <w:lang w:eastAsia="zh-CN"/>
        </w:rPr>
        <w:br/>
      </w:r>
      <w:r>
        <w:rPr>
          <w:lang w:eastAsia="zh-CN"/>
        </w:rPr>
        <w:t>　　为加强自身素质和岗位特殊性质，为在下一步工作中，能够高效又好又快的完成金融押运任务，我针对自己平时工作特点和性质，并写出一个月深刻体会和心德。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在思想非常重视自己工作岗位重要性，我能够服从领导安排，团结同事，爱护集体荣誉，遵守规章制度和岗位职责，做到上班不迟到不早退，工作中不擅自离岗脱岗，押运过程不接听电话发送短信等违反规章制度行为，并态度端正不当面顶撞领导不背后议论，不泄露押运秘密等一切公司内部消息。</w:t>
      </w:r>
      <w:r>
        <w:rPr>
          <w:lang w:eastAsia="zh-CN"/>
        </w:rPr>
        <w:br/>
      </w:r>
      <w:r>
        <w:rPr>
          <w:lang w:eastAsia="zh-CN"/>
        </w:rPr>
        <w:t>　　有优点也有缺点工作中业务不够熟练，工作效率不太高，文明礼仪不够好，工作中方法不够灵活，有时候存在这思想麻痹和侥幸心理咨询，其次安排事情比叫拖拉没有提前意识，想问题不够深入等。</w:t>
      </w:r>
      <w:r>
        <w:rPr>
          <w:lang w:eastAsia="zh-CN"/>
        </w:rPr>
        <w:br/>
      </w:r>
      <w:r>
        <w:rPr>
          <w:lang w:eastAsia="zh-CN"/>
        </w:rPr>
        <w:t>　　下一步积极向上心态认真负责完成各项押运，工作中积极主动认真负责完成工作，克服麻痹思想和端正工作心态，努力，加强业务学习提高业务能力，总之一点既然选择这一个岗位工作就是爱一行，专一行，分分秒秒负起责任，做到我的岗位无差错，以上是我对一个月对自己工作总结和体会写的不对之处请公司领导批评指证。</w:t>
      </w:r>
      <w:r>
        <w:rPr>
          <w:lang w:eastAsia="zh-CN"/>
        </w:rPr>
        <w:br/>
      </w:r>
      <w:r>
        <w:rPr>
          <w:lang w:eastAsia="zh-CN"/>
        </w:rPr>
        <w:t xml:space="preserve">    押运员年终总结 篇12 </w:t>
      </w:r>
      <w:r>
        <w:rPr>
          <w:lang w:eastAsia="zh-CN"/>
        </w:rPr>
        <w:br/>
      </w:r>
      <w:r>
        <w:rPr>
          <w:lang w:eastAsia="zh-CN"/>
        </w:rPr>
        <w:t>　　一、思想政治学习方面</w:t>
      </w:r>
      <w:r>
        <w:rPr>
          <w:lang w:eastAsia="zh-CN"/>
        </w:rPr>
        <w:br/>
      </w:r>
      <w:r>
        <w:rPr>
          <w:lang w:eastAsia="zh-CN"/>
        </w:rPr>
        <w:t>　　在政治学习方面，进一步增强了政治觉悟，牢固树立了全心全意为人民服务的宗旨和正确的世界观、人生观、价值观。在平时的工作中，也始终以一个合格的职工严格要求自己的一言一行，一举一动。我将无限热情投身到我所从事的工作中，时刻把政治理论和党的方针政策作为一项重要的学习内容，还经常通过报刊杂志以及网络来获取新思想，新政策，不断充实自己，提高思想认识水平。</w:t>
      </w:r>
      <w:r>
        <w:rPr>
          <w:lang w:eastAsia="zh-CN"/>
        </w:rPr>
        <w:br/>
      </w:r>
      <w:r>
        <w:rPr>
          <w:lang w:eastAsia="zh-CN"/>
        </w:rPr>
        <w:t>　　二、工作、业务方面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1、以高度的责任感主动做好本职工作，两年来，我在做好本职工作的基础上，坚持高标准，严要求，努力掌握金融押运方面的知识，取得了较大的进步。作为一名运钞车押运员，时刻牢记自己肩负的重任，以保护国家财产为己任，在运钞途中精力保持高度集中，并严格按照操作规程和运钞条例操作，做到万无一失。认真做好枪保养，做好三勤“勤操练、勤检查、勤保养”，把枪当作自己的生命。另一方面，认真学习业务技能，不断提高的业务水平，提高劳动效率，减少工作中差错的发生，增强自我控制能力，堵塞漏洞，防患于未然。</w:t>
      </w:r>
      <w:r>
        <w:rPr>
          <w:lang w:eastAsia="zh-CN"/>
        </w:rPr>
        <w:br/>
      </w:r>
      <w:r>
        <w:rPr>
          <w:lang w:eastAsia="zh-CN"/>
        </w:rPr>
        <w:t>　　2、以“军事化”标准严格要求自我，一个单位，一个集体，没有一套规范的管理模式作保障，是很难把工作搞好和落实好的，更谈不上什么发展。在这方面我严格要求自己，在工作中，不仅要掌握押运工作规章要领，熟练相关知识，并从以往的守押案例中吸取教训，从实际工作中摸索经验。从中锻炼自我独立处理问题的能力，培养了勤学苦练，追求真理的工作态度。</w:t>
      </w:r>
      <w:r>
        <w:rPr>
          <w:lang w:eastAsia="zh-CN"/>
        </w:rPr>
        <w:br/>
      </w:r>
      <w:r>
        <w:rPr>
          <w:lang w:eastAsia="zh-CN"/>
        </w:rPr>
        <w:t>　　3、统一思想，查找不足，开创押运新局面。首先结合当前实际情况，详细分析了目前押运工作的现况和存在的社会环境，认真学习上级的政策和各项规章制度，从而统一了思想认识，改进了工作作风。押运工作是长期的，艰难的任务，不但要做好日常的安全工作，更是邮政金融面向社会的窗口，押运服务质量的好坏不仅关系到邮政金融的形象，而且直接影响到整个邮政在社会中的声誉，为此，作为一名运钞车押运员，从严按章办事至关重要，因此，在长期的押运工作当中逐渐形成了爱岗敬业、提高防范意识，做好本职工作，团结同志，关心集体、维护集体荣誉的思想，切实树立起邮政金融新形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三、认清自我，找出差距</w:t>
      </w:r>
      <w:r>
        <w:rPr>
          <w:lang w:eastAsia="zh-CN"/>
        </w:rPr>
        <w:br/>
      </w:r>
      <w:r>
        <w:rPr>
          <w:lang w:eastAsia="zh-CN"/>
        </w:rPr>
        <w:t>　　在这两年的工作中，虽然有了一些的成绩和进步，但也存在一些不足。如：自身素质有待进一步提高，对规章制度和法律法规知识，掌握不牢固，更不能活学活用；安全意识有待提高等。在今后的工作中，我将会努力学习完善自我，全面提搞自身综合素质，业务水平、服务质量，为邮政金融押运工作做出自己应有的贡献。</w:t>
      </w:r>
      <w:r>
        <w:rPr>
          <w:lang w:eastAsia="zh-CN"/>
        </w:rPr>
        <w:br/>
      </w:r>
      <w:r>
        <w:rPr>
          <w:lang w:eastAsia="zh-CN"/>
        </w:rPr>
        <w:t xml:space="preserve">    押运员年终总结 篇13 </w:t>
      </w:r>
      <w:r>
        <w:rPr>
          <w:lang w:eastAsia="zh-CN"/>
        </w:rPr>
        <w:br/>
      </w:r>
      <w:r>
        <w:rPr>
          <w:lang w:eastAsia="zh-CN"/>
        </w:rPr>
        <w:t>　　时光如梭。转眼，我在__企业已经度过了十个春秋。可以说，这十年是我由一个莽撞的青年走向成熟的十年，为我今后的工作和人生旅程打下坚实基础的十年，也是我见证__企业从创业之初的艰难到如今兴旺发达的十年。</w:t>
      </w:r>
      <w:r>
        <w:rPr>
          <w:lang w:eastAsia="zh-CN"/>
        </w:rPr>
        <w:br/>
      </w:r>
      <w:r>
        <w:rPr>
          <w:lang w:eastAsia="zh-CN"/>
        </w:rPr>
        <w:t>　　“严格的纪律，崇高的素养”不但要靠队员们的自觉，也要靠正确、有效的管理手段，这样，就能达到事半功倍的效果。管理是一门系统科学。我认为，管理可分为“管”和“理”两部分。“管”，即是：管好管理者本人的言行，管好队员们的做法；“理”，即是：理顺各地方的关系，包括与上级、下级、客户之间的关系，为搞好工作埋下铺垫。同时，“管”和“理”又应该是齐头并进，相互互补的；千万不可只注重某一部分而忽视了另一部分。那么，如何才能做好押运管理工作呢？我认为，要想成为一名称职的押运管理者，必须具备以下几个地方的要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一、把方向，当好基层建设的“领路人”。所谓把方向，就是要管理好本企业的各项日常工作，严格执行企业的各项规章制度，确保正规化建设在正确的轨道上成长。一是执行企业的指示要坚决。能把上级的指示精神与本企业的现实紧密结合起来，创造性地开展工作。二是处理突发事件要灵活、果断，并力争把隐患消灭在萌芽状态。三是开展工作要务实。摒弃“不怕下边不满意，就怕上级不注意”、急功近利、做表面文章的虚假作风，出实招，求实效，做好本企业的安全防范工作。</w:t>
      </w:r>
      <w:r>
        <w:rPr>
          <w:lang w:eastAsia="zh-CN"/>
        </w:rPr>
        <w:br/>
      </w:r>
      <w:r>
        <w:rPr>
          <w:lang w:eastAsia="zh-CN"/>
        </w:rPr>
        <w:t>　　二、懂办法，当好本企业管理的“明白人”。作为基层管理者，要学会分析、处理日常管理工作中的重点、工作方向、工作程序、工作办法和工作困难，科学地部署、部署各项工作。要明确分工，责任到人，创造定人定岗、定岗定责的工作氛围。具体如下：</w:t>
      </w:r>
      <w:r>
        <w:rPr>
          <w:lang w:eastAsia="zh-CN"/>
        </w:rPr>
        <w:br/>
      </w:r>
      <w:r>
        <w:rPr>
          <w:lang w:eastAsia="zh-CN"/>
        </w:rPr>
        <w:t>　　1、设立高目标。人人都希望获胜，热爱挑战是优秀员工的通通表现。作为一个管理者，要认识到在队员成长时，他们需要得到更多的被认可的机遇。所以作为一名管理者，必须创造，并设计一些挑战机遇，以刺激队员们去追求更高的业绩。只有当队员们感到自己在工作中能够得到不断的支持，能够不断地学到新的东西，他们才会对企业更加忠诚。</w:t>
      </w:r>
      <w:r>
        <w:rPr>
          <w:lang w:eastAsia="zh-CN"/>
        </w:rPr>
        <w:br/>
      </w:r>
      <w:r>
        <w:rPr>
          <w:lang w:eastAsia="zh-CN"/>
        </w:rPr>
        <w:t>　　2、频繁交流。没有人喜欢被蒙在鼓里，队员们会有自己的不少不满和看法，即使其中有正确的，也有不正确的。所以，队员和管理者之间需要频繁的交流，征询队员们对管理者在工作上的意见，倾听他们提出的疑问，并针对这些意见和疑问谈出自己的看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3、合理的授权。授权是我认为在管理中最有效的激励办法，授权意味着让队员们自己做出正确的决定，意味着你信任他，意味着他和你同时在承担责任，当一个人被信任的时候，就会迸发出更多的工作热情和创意。所以，我认为不要每一项决策都由管理人员做出，完全可以授权的事不要自己去做，管理人员要担当的角色是支持者和教练。</w:t>
      </w:r>
      <w:r>
        <w:rPr>
          <w:lang w:eastAsia="zh-CN"/>
        </w:rPr>
        <w:br/>
      </w:r>
      <w:r>
        <w:rPr>
          <w:lang w:eastAsia="zh-CN"/>
        </w:rPr>
        <w:t>　　4、让队员们参与进来。我觉得，在现实工作中，有最好想法的人往往是那些直接参与任务执行的人。如果在日常工作中，能让队员们参与进来，能尊重队员们的看法，即使最终没有采纳他们的建议，他们也会更加愿意支持你的决定。</w:t>
      </w:r>
      <w:r>
        <w:rPr>
          <w:lang w:eastAsia="zh-CN"/>
        </w:rPr>
        <w:br/>
      </w:r>
      <w:r>
        <w:rPr>
          <w:lang w:eastAsia="zh-CN"/>
        </w:rPr>
        <w:t>　　5、信守诺言。作为一名管理者，任何看似细小的做法，随时都会对组织的其他人产生影响。如果你许下了诺言，就应该对之承担责任。如果你必须改变计划，就要向队员们解释清楚。否则，队员们就会失去对你的信任；失去对你的忠诚。</w:t>
      </w:r>
      <w:r>
        <w:rPr>
          <w:lang w:eastAsia="zh-CN"/>
        </w:rPr>
        <w:br/>
      </w:r>
      <w:r>
        <w:rPr>
          <w:lang w:eastAsia="zh-CN"/>
        </w:rPr>
        <w:t>　　6、多表彰员工。成就感能够激励员工热情工作，满足个人内在的需要。我认为，奖励要注意几个要点：公开奖励标准。要使队员们了解奖励标准和他人获奖的缘故。以公开的方法给予表扬、奖励。</w:t>
      </w:r>
      <w:r>
        <w:rPr>
          <w:lang w:eastAsia="zh-CN"/>
        </w:rPr>
        <w:br/>
      </w:r>
      <w:r>
        <w:rPr>
          <w:lang w:eastAsia="zh-CN"/>
        </w:rPr>
        <w:t>　　总之一句话，出车执勤时，抬高警觉，灵魂容貌显露出来，增强自我防备认识，仔细察看周围境况，不给可怕分子留住可乘之机。</w:t>
      </w:r>
      <w:r>
        <w:rPr>
          <w:lang w:eastAsia="zh-CN"/>
        </w:rPr>
        <w:br/>
      </w:r>
      <w:r>
        <w:rPr>
          <w:lang w:eastAsia="zh-CN"/>
        </w:rPr>
        <w:t>　　更加坚定了维护祖国和人民利益的决心，让你认识到这个社会需要更对像你这样的人，让你感觉到自己肩上的担子很重，提高了你的斗志和责任感。</w:t>
      </w:r>
      <w:r>
        <w:rPr>
          <w:lang w:eastAsia="zh-CN"/>
        </w:rPr>
        <w:br/>
      </w:r>
      <w:r>
        <w:rPr>
          <w:lang w:eastAsia="zh-CN"/>
        </w:rPr>
        <w:t xml:space="preserve">    押运员年终总结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20_年即将过去，在_押运公司的这一年里，本人感觉在这个大集体里，对自己的工作有了更进一步的认识。就今年的工作与学习情况本人做一个简短的总结，为了不断充实与完善自己的业务水平，也为20_年度新的工作，奠定更高的起点与要求。继往开来，再接再厉，更创辉煌。同时也使本人在公司的蓬勃稳健的发展步伐中与公司共同进步。以下就本人在本年度的学习、工作情况以及内心想法向各位领导汇报一下，望各位领导多提宝贵意见。</w:t>
      </w:r>
      <w:r>
        <w:rPr>
          <w:lang w:eastAsia="zh-CN"/>
        </w:rPr>
        <w:br/>
      </w:r>
      <w:r>
        <w:rPr>
          <w:lang w:eastAsia="zh-CN"/>
        </w:rPr>
        <w:t>　　一、学习情况：</w:t>
      </w:r>
      <w:r>
        <w:rPr>
          <w:lang w:eastAsia="zh-CN"/>
        </w:rPr>
        <w:br/>
      </w:r>
      <w:r>
        <w:rPr>
          <w:lang w:eastAsia="zh-CN"/>
        </w:rPr>
        <w:t>　　在本年度的工作中，本人在熟练掌握业务技能的同时，在遵守公司各项管理制度与勤务流程的同时，不断摸索中得学到在本公司的业务工作中的些许经验，同时也掌握了一套属于自己的工作理念。即以下几点：</w:t>
      </w:r>
      <w:r>
        <w:rPr>
          <w:lang w:eastAsia="zh-CN"/>
        </w:rPr>
        <w:br/>
      </w:r>
      <w:r>
        <w:rPr>
          <w:lang w:eastAsia="zh-CN"/>
        </w:rPr>
        <w:t>　　(1)、认真听取</w:t>
      </w:r>
      <w:r>
        <w:rPr>
          <w:lang w:eastAsia="zh-CN"/>
        </w:rPr>
        <w:br/>
      </w:r>
      <w:r>
        <w:rPr>
          <w:lang w:eastAsia="zh-CN"/>
        </w:rPr>
        <w:t>　　认真听取每一次培训与会议内容，从中深刻领会其中含义，正确理解中心内容。再与实际工作相结合，同时在勤务工作中也要结合领导要求，认真分析其中重要思想内容，使其达到理论与实际相衔接地理论高度。</w:t>
      </w:r>
      <w:r>
        <w:rPr>
          <w:lang w:eastAsia="zh-CN"/>
        </w:rPr>
        <w:br/>
      </w:r>
      <w:r>
        <w:rPr>
          <w:lang w:eastAsia="zh-CN"/>
        </w:rPr>
        <w:t>　　(2)、细心记录</w:t>
      </w:r>
      <w:r>
        <w:rPr>
          <w:lang w:eastAsia="zh-CN"/>
        </w:rPr>
        <w:br/>
      </w:r>
    </w:p>
    <w:p w:rsidR="001B1F19" w14:textId="27C3F48A">
      <w:pPr>
        <w:rPr>
          <w:rFonts w:hint="eastAsia"/>
          <w:lang w:eastAsia="zh-CN"/>
        </w:rPr>
      </w:pPr>
      <w:r>
        <w:rPr>
          <w:lang w:eastAsia="zh-CN"/>
        </w:rPr>
        <w:t>　　在每次工作会议与学习讲座的同时，认真做好各项记录工作。俗话说得好，“好记性不如烂笔头”。从而，在今后的工作中遇到以前学习到或者开会中讲到、工作中遇到过的各项问题，都可以事后总结，日后查阅。这些都可当做自己的工作经历。在以后遇到相似的各种问题时可以查阅前期的处理方式，与风险评估。但切记不可按部就班，要做到具体问题具体分析，经请示领导后，具体问题，具体处理。</w:t>
      </w:r>
      <w:r>
        <w:rPr>
          <w:lang w:eastAsia="zh-CN"/>
        </w:rPr>
        <w:br/>
      </w:r>
      <w:r>
        <w:rPr>
          <w:lang w:eastAsia="zh-CN"/>
        </w:rPr>
        <w:t>　　(3)、认真总结</w:t>
      </w:r>
      <w:r>
        <w:rPr>
          <w:lang w:eastAsia="zh-CN"/>
        </w:rPr>
        <w:br/>
      </w:r>
      <w:r>
        <w:rPr>
          <w:lang w:eastAsia="zh-CN"/>
        </w:rPr>
        <w:t>　　在每次工作会议与公司组织学习的同时，认真进行总结内容与精神，并结合平时工作中所遇到的问题进行认真分析，并总结其中的中心思想与操作方法，以备在今后工作遇到同样的问题而积累更多宝贵的实际经验。</w:t>
      </w:r>
      <w:r>
        <w:rPr>
          <w:lang w:eastAsia="zh-CN"/>
        </w:rPr>
        <w:br/>
      </w:r>
      <w:r>
        <w:rPr>
          <w:lang w:eastAsia="zh-CN"/>
        </w:rPr>
        <w:t>　　(4)、严格执行</w:t>
      </w:r>
      <w:r>
        <w:rPr>
          <w:lang w:eastAsia="zh-CN"/>
        </w:rPr>
        <w:br/>
      </w:r>
      <w:r>
        <w:rPr>
          <w:lang w:eastAsia="zh-CN"/>
        </w:rPr>
        <w:t>　　严格执行公司一切规章制度以及平时工作中公司提到的各种要求，对于这一点在本公司是非常重要的。因为，我们在勤务工作中遇到的每一个环节都与安全、纪律等问题密不可分，每一条都牵系着公司发展的各项重大因素。因些必须非常重视，所以在内心要时刻树立严格要求自己，时刻秉承高度的纪律性以及安全意识和认真负责的工作态度，这样才能把本职工作做好。</w:t>
      </w:r>
      <w:r>
        <w:rPr>
          <w:lang w:eastAsia="zh-CN"/>
        </w:rPr>
        <w:br/>
      </w:r>
      <w:r>
        <w:rPr>
          <w:lang w:eastAsia="zh-CN"/>
        </w:rPr>
        <w:t>　　(5)、及时反馈</w:t>
      </w:r>
      <w:r>
        <w:rPr>
          <w:lang w:eastAsia="zh-CN"/>
        </w:rPr>
        <w:br/>
      </w:r>
      <w:r>
        <w:rPr>
          <w:lang w:eastAsia="zh-CN"/>
        </w:rPr>
        <w:t>　　在公司各项会议与学习后，通过以上总结得出的思想认识与在工作中遇到的各种问题发生矛盾冲突时，要及时反馈向上级领导以寻求正确而高效的解决方案，为了把工作真真切切的落到实处而不懈努力。二、工作情况：</w:t>
      </w:r>
      <w:r>
        <w:rPr>
          <w:lang w:eastAsia="zh-CN"/>
        </w:rPr>
        <w:br/>
      </w:r>
      <w:r>
        <w:rPr>
          <w:lang w:eastAsia="zh-CN"/>
        </w:rPr>
        <w:t>　　(1)、纪律性</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https://d.book118.com/078017121006006050</w:t>
        </w:r>
      </w:hyperlink>
    </w:p>
    <w:p w:rsidR="001B1F19">
      <w:pPr>
        <w:rPr>
          <w:rFonts w:hint="eastAsia"/>
          <w:lang w:eastAsia="zh-CN"/>
        </w:rPr>
      </w:pPr>
    </w:p>
    <w:sectPr>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078017121006006050"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44</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