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2024年4月个人工作总结（31篇）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2024年4月个人工作总结（通用31篇）</w:t>
      </w:r>
      <w:r>
        <w:rPr>
          <w:lang w:eastAsia="zh-CN"/>
        </w:rPr>
        <w:br/>
      </w:r>
      <w:r>
        <w:rPr>
          <w:lang w:eastAsia="zh-CN"/>
        </w:rPr>
        <w:t xml:space="preserve">    2024年4月个人工作总结 篇1 </w:t>
      </w:r>
      <w:r>
        <w:rPr>
          <w:lang w:eastAsia="zh-CN"/>
        </w:rPr>
        <w:br/>
      </w:r>
      <w:r>
        <w:rPr>
          <w:lang w:eastAsia="zh-CN"/>
        </w:rPr>
        <w:t>　　纪检部十月份工作总结开学至今，已经两个多月了，各项工作在大家的不懈努力中不断的完善，但还有一些不足之处需要我们反思和改进，在此，我们部门作如下工作总结：</w:t>
      </w:r>
      <w:r>
        <w:rPr>
          <w:lang w:eastAsia="zh-CN"/>
        </w:rPr>
        <w:br/>
      </w:r>
      <w:r>
        <w:rPr>
          <w:lang w:eastAsia="zh-CN"/>
        </w:rPr>
        <w:t>　　一、三早一晚</w:t>
      </w:r>
      <w:r>
        <w:rPr>
          <w:lang w:eastAsia="zh-CN"/>
        </w:rPr>
        <w:br/>
      </w:r>
      <w:r>
        <w:rPr>
          <w:lang w:eastAsia="zh-CN"/>
        </w:rPr>
        <w:t>　　我们部门干事主要负责“三早一晚”签到以及次数的统计。“三早”活动内容丰富多彩，周一为技能日，周二为精典品读，周三、周五是为健身日，周四为专业知识日。但我们也有很多不足的地方，如：周三、周五的晨跑，我们由于秩序维持的不到位，导致跑步队伍出现混乱、零散的状况。但我们会努力去改善，争取做到更好!</w:t>
      </w:r>
      <w:r>
        <w:rPr>
          <w:lang w:eastAsia="zh-CN"/>
        </w:rPr>
        <w:br/>
      </w:r>
      <w:r>
        <w:rPr>
          <w:lang w:eastAsia="zh-CN"/>
        </w:rPr>
        <w:t>　　晚自习我们纪检部特别安排了三个教室给练习算盘的同学，这样的安排既不会影响写作业的同学，以此提高了大家的学习效率。在众多的活动和我们彼此紧密的合作中，我们更加体会到了团结合作的重要性。我们都很感谢团学这个大家庭给我们提供锻炼自己的机会，让我们在活动中认识了更多人。我们以后会更加认真的做好每一件事情，为大家奉献自己的微薄之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二、迎新晚会</w:t>
      </w:r>
      <w:r>
        <w:rPr>
          <w:lang w:eastAsia="zh-CN"/>
        </w:rPr>
        <w:br/>
      </w:r>
      <w:r>
        <w:rPr>
          <w:lang w:eastAsia="zh-CN"/>
        </w:rPr>
        <w:t>　　10月_日，我系举行了迎新晚会，我们部门非常荣幸的负责门票设计方面的工作，并且成功的以信封形式赢得广大教师及新生的一致好评。独特的创意和优美的图片背景后面凝聚着我们部门众多干事的心血，让我们感受到了合作的力量。此外，部门干事还在迎新晚会演出了一部经典小品《公交记》，虽然我们的节目没有音乐的伴奏和华美的服装做陪衬，其精彩幽默的对白和生动形象的表演方式给观众留下了非常深刻的印象。为此，我们感到十分开心和骄傲，也由衷的为多日来排练所取得的成就感到欣慰。</w:t>
      </w:r>
      <w:r>
        <w:rPr>
          <w:lang w:eastAsia="zh-CN"/>
        </w:rPr>
        <w:br/>
      </w:r>
      <w:r>
        <w:rPr>
          <w:lang w:eastAsia="zh-CN"/>
        </w:rPr>
        <w:t>　　三、运动会</w:t>
      </w:r>
      <w:r>
        <w:rPr>
          <w:lang w:eastAsia="zh-CN"/>
        </w:rPr>
        <w:br/>
      </w:r>
      <w:r>
        <w:rPr>
          <w:lang w:eastAsia="zh-CN"/>
        </w:rPr>
        <w:t>　　10月_日，我院举行了第一次大型活动——校运会。期间我们部门负责的签到仍然进行得有条不紊，对运动会的成功运行起很大作用。但期间也还存在着一些不足之处，比如由于众多客观原因，拉拉队、运动员、学生裁判的签到统计遇到一些复杂情况导致部分学生签到的缺漏，在此我们部门向大家表示由衷的歉意。</w:t>
      </w:r>
      <w:r>
        <w:rPr>
          <w:lang w:eastAsia="zh-CN"/>
        </w:rPr>
        <w:br/>
      </w:r>
      <w:r>
        <w:rPr>
          <w:lang w:eastAsia="zh-CN"/>
        </w:rPr>
        <w:t>　　工作中总会存在着一些或多或少的问题，我们会尽己所能努力解决。另外，纪检部不是冷面孔，既有威严，又有笑容。我们部门将在“尊重他人，服务同学”的宗旨下，继续努力与时俱进，加强自主管理，为财会系送上一片安全温馨、和谐、有序的天地。</w:t>
      </w:r>
      <w:r>
        <w:rPr>
          <w:lang w:eastAsia="zh-CN"/>
        </w:rPr>
        <w:br/>
      </w:r>
      <w:r>
        <w:rPr>
          <w:lang w:eastAsia="zh-CN"/>
        </w:rPr>
        <w:t xml:space="preserve">    2024年4月个人工作总结 篇2 </w:t>
      </w:r>
      <w:r>
        <w:rPr>
          <w:lang w:eastAsia="zh-CN"/>
        </w:rPr>
        <w:br/>
      </w:r>
      <w:r>
        <w:rPr>
          <w:lang w:eastAsia="zh-CN"/>
        </w:rPr>
        <w:t>　　回顾8月，在忙碌而充实的工作中，在领导们和同事们的指导帮助下，我已对自己的工作理的'较顺，具体工作总结如下：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1.招聘</w:t>
      </w:r>
      <w:r>
        <w:rPr>
          <w:lang w:eastAsia="zh-CN"/>
        </w:rPr>
        <w:br/>
      </w:r>
      <w:r>
        <w:rPr>
          <w:lang w:eastAsia="zh-CN"/>
        </w:rPr>
        <w:t>　　8月的招聘职位重点集中在java、c++、采购、行政司机、销售经理这几个职位，其中采购因为招聘需求细节月底才具体确定，所以招聘周期比预期的长。</w:t>
      </w:r>
      <w:r>
        <w:rPr>
          <w:lang w:eastAsia="zh-CN"/>
        </w:rPr>
        <w:br/>
      </w:r>
      <w:r>
        <w:rPr>
          <w:lang w:eastAsia="zh-CN"/>
        </w:rPr>
        <w:t>　　2.培训</w:t>
      </w:r>
      <w:r>
        <w:rPr>
          <w:lang w:eastAsia="zh-CN"/>
        </w:rPr>
        <w:br/>
      </w:r>
      <w:r>
        <w:rPr>
          <w:lang w:eastAsia="zh-CN"/>
        </w:rPr>
        <w:t>　　1）、软考：确定报名软考的同事都无参培的意愿，所以未报名软考培训。</w:t>
      </w:r>
      <w:r>
        <w:rPr>
          <w:lang w:eastAsia="zh-CN"/>
        </w:rPr>
        <w:br/>
      </w:r>
      <w:r>
        <w:rPr>
          <w:lang w:eastAsia="zh-CN"/>
        </w:rPr>
        <w:t>　　2）、九大员考试：9月确定了B资料员的报名。</w:t>
      </w:r>
      <w:r>
        <w:rPr>
          <w:lang w:eastAsia="zh-CN"/>
        </w:rPr>
        <w:br/>
      </w:r>
      <w:r>
        <w:rPr>
          <w:lang w:eastAsia="zh-CN"/>
        </w:rPr>
        <w:t>　　3）、安防证书培训报名：因为公司安防资质即将过期，9月安排了安防证书培训的报名。</w:t>
      </w:r>
      <w:r>
        <w:rPr>
          <w:lang w:eastAsia="zh-CN"/>
        </w:rPr>
        <w:br/>
      </w:r>
      <w:r>
        <w:rPr>
          <w:lang w:eastAsia="zh-CN"/>
        </w:rPr>
        <w:t>　　3.员工职称申报组织工作</w:t>
      </w:r>
      <w:r>
        <w:rPr>
          <w:lang w:eastAsia="zh-CN"/>
        </w:rPr>
        <w:br/>
      </w:r>
      <w:r>
        <w:rPr>
          <w:lang w:eastAsia="zh-CN"/>
        </w:rPr>
        <w:t>　　提交A的中级职称申报材料时，因为工作性质的原因，材料未提交成功。</w:t>
      </w:r>
      <w:r>
        <w:rPr>
          <w:lang w:eastAsia="zh-CN"/>
        </w:rPr>
        <w:br/>
      </w:r>
      <w:r>
        <w:rPr>
          <w:lang w:eastAsia="zh-CN"/>
        </w:rPr>
        <w:t>　　4.内外审及资质升级</w:t>
      </w:r>
      <w:r>
        <w:rPr>
          <w:lang w:eastAsia="zh-CN"/>
        </w:rPr>
        <w:br/>
      </w:r>
      <w:r>
        <w:rPr>
          <w:lang w:eastAsia="zh-CN"/>
        </w:rPr>
        <w:t>　　8月，公司有两项工作是全公司需参与的：外审和资质升级。我的工作是协助领导完成企管办的资料提交，这块工作之前从未接触，所以做起来较困难。</w:t>
      </w:r>
      <w:r>
        <w:rPr>
          <w:lang w:eastAsia="zh-CN"/>
        </w:rPr>
        <w:br/>
      </w:r>
      <w:r>
        <w:rPr>
          <w:lang w:eastAsia="zh-CN"/>
        </w:rPr>
        <w:t>　　5.员工关系</w:t>
      </w:r>
      <w:r>
        <w:rPr>
          <w:lang w:eastAsia="zh-CN"/>
        </w:rPr>
        <w:br/>
      </w:r>
      <w:r>
        <w:rPr>
          <w:lang w:eastAsia="zh-CN"/>
        </w:rPr>
        <w:t>　　1）、办理员工入离职手续。</w:t>
      </w:r>
      <w:r>
        <w:rPr>
          <w:lang w:eastAsia="zh-CN"/>
        </w:rPr>
        <w:br/>
      </w:r>
      <w:r>
        <w:rPr>
          <w:lang w:eastAsia="zh-CN"/>
        </w:rPr>
        <w:t>　　2）、更新花名册及通讯录等。这些都是在出现人员异动的时候的常规性工作，所花的时间较多较杂。</w:t>
      </w:r>
      <w:r>
        <w:rPr>
          <w:lang w:eastAsia="zh-CN"/>
        </w:rPr>
        <w:br/>
      </w:r>
      <w:r>
        <w:rPr>
          <w:lang w:eastAsia="zh-CN"/>
        </w:rPr>
        <w:t>　　6.工作中需改进的地方：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需增强招聘进度。</w:t>
      </w:r>
      <w:r>
        <w:rPr>
          <w:lang w:eastAsia="zh-CN"/>
        </w:rPr>
        <w:br/>
      </w:r>
      <w:r>
        <w:rPr>
          <w:lang w:eastAsia="zh-CN"/>
        </w:rPr>
        <w:t>　　以上是我8月工作总结，进入10月，我将会一如既往认真、努力工作，完成领导交办的一切任务。</w:t>
      </w:r>
      <w:r>
        <w:rPr>
          <w:lang w:eastAsia="zh-CN"/>
        </w:rPr>
        <w:br/>
      </w:r>
      <w:r>
        <w:rPr>
          <w:lang w:eastAsia="zh-CN"/>
        </w:rPr>
        <w:t xml:space="preserve">    2024年4月个人工作总结 篇3 </w:t>
      </w:r>
      <w:r>
        <w:rPr>
          <w:lang w:eastAsia="zh-CN"/>
        </w:rPr>
        <w:br/>
      </w:r>
      <w:r>
        <w:rPr>
          <w:lang w:eastAsia="zh-CN"/>
        </w:rPr>
        <w:t>　　二月份不知不觉间过去了，时间过的非常的快，在参赛过程中有很多的感触，从积极宣传到沟通交流、从人员确定到投入大赛流程，每一个细节、每一步的举措都需要我们认真思考、精心加以斟酌，以防有疏忽和遗漏的不足之处，总之，尽我们的努力来做好它，使之更加完善。俗话说的好：物尽其才，人尽其用，这话一点都没错。自参赛以来，每个人都发挥了别人不可替代的作用，有着举足轻重的作用。</w:t>
      </w:r>
      <w:r>
        <w:rPr>
          <w:lang w:eastAsia="zh-CN"/>
        </w:rPr>
        <w:br/>
      </w:r>
      <w:r>
        <w:rPr>
          <w:lang w:eastAsia="zh-CN"/>
        </w:rPr>
        <w:t>　　加入这个小组已经有四个多月了，漫长而又短促，刚开始工作都是一个由浅入深的过程，为了宣传大赛的核要与精髓，我们满怀着激情与热情给有意之士奔走相告，与他们零距离的接触，想方设法地与对方沟通和交流，对对方提出的问题抱以热忱的态度去答复，并要求其全身心地加入大赛的行列中来，成为我们国防小组的一员，成为电子商务大赛中的一员，成为大赛组委会的一员，能够为大赛的开展发光发热，尽自己的绵薄之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虽然大赛前期我们的准备工作做的具体到位，有积极响应大赛者，有拥护支持大赛者，也有加入大赛队伍中者，但也不乏对大赛不屑一顾者，总体来说，效果不是颇佳，但这种境况是不足以使我们退缩的，大凡要取得一件事的成功，不经历磨难与困苦是不可能的，艰难困苦玉汝成，吃的'苦中苦，方为人上人。我们是一支不怕苦、不怕累、打不跨、吓不倒的国防队伍。不会因这一点困难就弃难从易，更不会因这一点坎坷就临危而惧。目前所要做的就是认真总结和自我反思，把做的不好和令人不满意的地方尽限度地完善和健全一下，继而为大赛的前景不遗余力地奋斗到底!</w:t>
      </w:r>
      <w:r>
        <w:rPr>
          <w:lang w:eastAsia="zh-CN"/>
        </w:rPr>
        <w:br/>
      </w:r>
      <w:r>
        <w:rPr>
          <w:lang w:eastAsia="zh-CN"/>
        </w:rPr>
        <w:t>　　在此，我很庆幸我加入到了这个小组，更加庆幸我遇到了一个好的组委会领导，领导从多方面的支持我们，给我们机会，给我们希望。在组委会的领导下，我们团结协作、扎实工作，我自己没有理由做不好，我身后看到的人很多，包括我的室友们，我要为自己为关心为关注我的人，做出点像样的事情来，这样才不至于对不起大家。我努力，我进步，我坚信我能干得好!</w:t>
      </w:r>
      <w:r>
        <w:rPr>
          <w:lang w:eastAsia="zh-CN"/>
        </w:rPr>
        <w:br/>
      </w:r>
      <w:r>
        <w:rPr>
          <w:lang w:eastAsia="zh-CN"/>
        </w:rPr>
        <w:t>　　希望就在脚下!愿我们生命中的每一天都充满对未来的新希望，因为有了希望，我们才有追求;愿我们怀着激情、欢愉和执着以待的美好感觉成为我们每一天的主旋律，追求完美，我们终将如愿以偿;愿我们为大赛的开展竭尽所能、力挽狂澜，方能体会生命的特殊含义、努力有价值的欢心以及大功告成的满足!</w:t>
      </w:r>
      <w:r>
        <w:rPr>
          <w:lang w:eastAsia="zh-CN"/>
        </w:rPr>
        <w:br/>
      </w:r>
      <w:r>
        <w:rPr>
          <w:lang w:eastAsia="zh-CN"/>
        </w:rPr>
        <w:t xml:space="preserve">    2024年4月个人工作总结 篇4 </w:t>
      </w:r>
      <w:r>
        <w:rPr>
          <w:lang w:eastAsia="zh-CN"/>
        </w:rPr>
        <w:br/>
      </w:r>
      <w:r>
        <w:rPr>
          <w:lang w:eastAsia="zh-CN"/>
        </w:rPr>
        <w:t>　　人事科将8月份开展的重点工作总结、存在的不足、下一步工作计划给大家作一个简要汇报。</w:t>
      </w:r>
      <w:r>
        <w:rPr>
          <w:lang w:eastAsia="zh-CN"/>
        </w:rPr>
        <w:br/>
      </w:r>
      <w:r>
        <w:rPr>
          <w:lang w:eastAsia="zh-CN"/>
        </w:rPr>
        <w:t>　　1.开展的重点工作</w:t>
      </w:r>
      <w:r>
        <w:rPr>
          <w:lang w:eastAsia="zh-CN"/>
        </w:rPr>
        <w:br/>
      </w:r>
      <w:r>
        <w:rPr>
          <w:lang w:eastAsia="zh-CN"/>
        </w:rPr>
        <w:t>　　1）、办理退休手续。</w:t>
      </w:r>
      <w:r>
        <w:rPr>
          <w:lang w:eastAsia="zh-CN"/>
        </w:rPr>
        <w:br/>
      </w:r>
      <w:r>
        <w:rPr>
          <w:lang w:eastAsia="zh-CN"/>
        </w:rPr>
        <w:t>　　2）、清理吃空饷人员并进行上报。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3）、新签订了2个职工合同及对职工合同到期的进行了合同的续签，并建立了新进职工档案。</w:t>
      </w:r>
      <w:r>
        <w:rPr>
          <w:lang w:eastAsia="zh-CN"/>
        </w:rPr>
        <w:br/>
      </w:r>
      <w:r>
        <w:rPr>
          <w:lang w:eastAsia="zh-CN"/>
        </w:rPr>
        <w:t>　　4）、核对了上月全院职工各项保险的参保情况及参保数据。</w:t>
      </w:r>
      <w:r>
        <w:rPr>
          <w:lang w:eastAsia="zh-CN"/>
        </w:rPr>
        <w:br/>
      </w:r>
      <w:r>
        <w:rPr>
          <w:lang w:eastAsia="zh-CN"/>
        </w:rPr>
        <w:t>　　5）、清理在编职工未签订聘用合同的及需要续签聘用合同的人员。</w:t>
      </w:r>
      <w:r>
        <w:rPr>
          <w:lang w:eastAsia="zh-CN"/>
        </w:rPr>
        <w:br/>
      </w:r>
      <w:r>
        <w:rPr>
          <w:lang w:eastAsia="zh-CN"/>
        </w:rPr>
        <w:t>　　6）、统计了全院公需科目培训完成情况。</w:t>
      </w:r>
      <w:r>
        <w:rPr>
          <w:lang w:eastAsia="zh-CN"/>
        </w:rPr>
        <w:br/>
      </w:r>
      <w:r>
        <w:rPr>
          <w:lang w:eastAsia="zh-CN"/>
        </w:rPr>
        <w:t>　　7）、报送了本月社情民意信息。</w:t>
      </w:r>
      <w:r>
        <w:rPr>
          <w:lang w:eastAsia="zh-CN"/>
        </w:rPr>
        <w:br/>
      </w:r>
      <w:r>
        <w:rPr>
          <w:lang w:eastAsia="zh-CN"/>
        </w:rPr>
        <w:t>　　8）、报送了本月群众工作信息。</w:t>
      </w:r>
      <w:r>
        <w:rPr>
          <w:lang w:eastAsia="zh-CN"/>
        </w:rPr>
        <w:br/>
      </w:r>
      <w:r>
        <w:rPr>
          <w:lang w:eastAsia="zh-CN"/>
        </w:rPr>
        <w:t>　　9）、完成了本月职工工资变动、绩效的审批。</w:t>
      </w:r>
      <w:r>
        <w:rPr>
          <w:lang w:eastAsia="zh-CN"/>
        </w:rPr>
        <w:br/>
      </w:r>
      <w:r>
        <w:rPr>
          <w:lang w:eastAsia="zh-CN"/>
        </w:rPr>
        <w:t>　　10）、对各科室的考勤表情况进行整理。</w:t>
      </w:r>
      <w:r>
        <w:rPr>
          <w:lang w:eastAsia="zh-CN"/>
        </w:rPr>
        <w:br/>
      </w:r>
      <w:r>
        <w:rPr>
          <w:lang w:eastAsia="zh-CN"/>
        </w:rPr>
        <w:t>　　11）、对合同即将到期的临聘职工进行清理和登记。</w:t>
      </w:r>
      <w:r>
        <w:rPr>
          <w:lang w:eastAsia="zh-CN"/>
        </w:rPr>
        <w:br/>
      </w:r>
      <w:r>
        <w:rPr>
          <w:lang w:eastAsia="zh-CN"/>
        </w:rPr>
        <w:t>　　12）、完成我院职工法制理论考试的报名。</w:t>
      </w:r>
      <w:r>
        <w:rPr>
          <w:lang w:eastAsia="zh-CN"/>
        </w:rPr>
        <w:br/>
      </w:r>
      <w:r>
        <w:rPr>
          <w:lang w:eastAsia="zh-CN"/>
        </w:rPr>
        <w:t>　　13）、核对了我院护士继教学分录入情况。</w:t>
      </w:r>
      <w:r>
        <w:rPr>
          <w:lang w:eastAsia="zh-CN"/>
        </w:rPr>
        <w:br/>
      </w:r>
      <w:r>
        <w:rPr>
          <w:lang w:eastAsia="zh-CN"/>
        </w:rPr>
        <w:t>　　2.存在的不足</w:t>
      </w:r>
      <w:r>
        <w:rPr>
          <w:lang w:eastAsia="zh-CN"/>
        </w:rPr>
        <w:br/>
      </w:r>
      <w:r>
        <w:rPr>
          <w:lang w:eastAsia="zh-CN"/>
        </w:rPr>
        <w:t>　　1）、对已建立的规章制度落实不够。</w:t>
      </w:r>
      <w:r>
        <w:rPr>
          <w:lang w:eastAsia="zh-CN"/>
        </w:rPr>
        <w:br/>
      </w:r>
      <w:r>
        <w:rPr>
          <w:lang w:eastAsia="zh-CN"/>
        </w:rPr>
        <w:t>　　2）、工作思路不够开阔，对人事工作中遇到的各项问题、新情况还需加强进一步的学习。</w:t>
      </w:r>
      <w:r>
        <w:rPr>
          <w:lang w:eastAsia="zh-CN"/>
        </w:rPr>
        <w:br/>
      </w:r>
      <w:r>
        <w:rPr>
          <w:lang w:eastAsia="zh-CN"/>
        </w:rPr>
        <w:t>　　3）、为临床科室服务的能力还需要提高。</w:t>
      </w:r>
      <w:r>
        <w:rPr>
          <w:lang w:eastAsia="zh-CN"/>
        </w:rPr>
        <w:br/>
      </w:r>
      <w:r>
        <w:rPr>
          <w:lang w:eastAsia="zh-CN"/>
        </w:rPr>
        <w:t>　　3.九月份工作打算</w:t>
      </w:r>
      <w:r>
        <w:rPr>
          <w:lang w:eastAsia="zh-CN"/>
        </w:rPr>
        <w:br/>
      </w:r>
      <w:r>
        <w:rPr>
          <w:lang w:eastAsia="zh-CN"/>
        </w:rPr>
        <w:t>　　1）、认真完成人事科的各项日常工作，包括劳动工资、人员调配、离退休人员管理、社会保险、档案管理、职称申报等等。</w:t>
      </w:r>
      <w:r>
        <w:rPr>
          <w:lang w:eastAsia="zh-CN"/>
        </w:rPr>
        <w:br/>
      </w:r>
      <w:r>
        <w:rPr>
          <w:lang w:eastAsia="zh-CN"/>
        </w:rPr>
        <w:t>　　2）、完成领导交办的其他临时性任务。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2024年4月个人工作总结 篇5 </w:t>
      </w:r>
      <w:r>
        <w:rPr>
          <w:lang w:eastAsia="zh-CN"/>
        </w:rPr>
        <w:br/>
      </w:r>
      <w:r>
        <w:rPr>
          <w:lang w:eastAsia="zh-CN"/>
        </w:rPr>
        <w:t>　　时间就像一支离弦的箭，嗖的一声，就毫无痕迹的飞了出去。就像我在公司第3个月工作的时间，嗖的一下就过去了。但是为了后续的工作进行的更加顺利。我要在月末的时候，好好的沉下心来，好好的整理一下自己在3月份所完成的工作内容。</w:t>
      </w:r>
      <w:r>
        <w:rPr>
          <w:lang w:eastAsia="zh-CN"/>
        </w:rPr>
        <w:br/>
      </w:r>
      <w:r>
        <w:rPr>
          <w:lang w:eastAsia="zh-CN"/>
        </w:rPr>
        <w:t>　　3月份的工作不是很多，但是却很杂。作为办公室里面的一名文员，对于这些杂乱的工作，我也已经习以为常了。</w:t>
      </w:r>
      <w:r>
        <w:rPr>
          <w:lang w:eastAsia="zh-CN"/>
        </w:rPr>
        <w:br/>
      </w:r>
      <w:r>
        <w:rPr>
          <w:lang w:eastAsia="zh-CN"/>
        </w:rPr>
        <w:t>　　3月份的日常工作有接听和转接电话工作。有办公室里的文秘，信息_。还有办公室的宣传栏工作以及文档的收集和整理工作。另外在3月份我还接待了三个重要来访客户，做了三次重要会议的记录。虽然这些事情听起来毫无技术性可言，但是实际做起来却要十分的耐心和细心。所以我们文员的工作也是需要认真对待和用心负责的。</w:t>
      </w:r>
      <w:r>
        <w:rPr>
          <w:lang w:eastAsia="zh-CN"/>
        </w:rPr>
        <w:br/>
      </w:r>
      <w:r>
        <w:rPr>
          <w:lang w:eastAsia="zh-CN"/>
        </w:rPr>
        <w:t>　　首先我们来说一下，接听和转接电话工作。这个工作看似简单，实则学问很深。因为打来我们办公室的电话有很多，我们要学会筛选出有用的电话和无用的电话。并在接听有用的电话过程里，把关键的信息点记下来。并做好总结，</w:t>
      </w:r>
      <w:r>
        <w:rPr>
          <w:lang w:eastAsia="zh-CN"/>
        </w:rPr>
        <w:br/>
      </w:r>
      <w:r>
        <w:rPr>
          <w:lang w:eastAsia="zh-CN"/>
        </w:rPr>
        <w:t>　　反馈给领导。所以这个看似简单的工作，不仅要求我们理解能力好，还要求我们表达能力也好。再来说我们办公室的文秘信息_，这要求我们要有非常高的责任心和严谨心才能做好办公室的文件信息_。因为这些文件，有很多是涉及到公司的财产问题和隐秘信息，一旦泄露，后果不堪设想。所以我们文员的_一定要做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接下来我们说一下文档的收集和整理工作。收集和整理的工作也是十分的复杂，它涉及到我们办公软件的操作。所以我们文员对各种办公软件都要做到十分的熟练。这才能够保证我们工作的效率。</w:t>
      </w:r>
      <w:r>
        <w:rPr>
          <w:lang w:eastAsia="zh-CN"/>
        </w:rPr>
        <w:br/>
      </w:r>
      <w:r>
        <w:rPr>
          <w:lang w:eastAsia="zh-CN"/>
        </w:rPr>
        <w:t>　　最后我们再来说一下，接待来访客户的工作。接待工作也是十分的讲究，因为到我们办公室来访的客人，大多都是各级单位的领导。所以我们的文员们一定要做好各方面的接待礼仪，既不能亏待了领导，也要给领导们展现我们办公室的一面。</w:t>
      </w:r>
      <w:r>
        <w:rPr>
          <w:lang w:eastAsia="zh-CN"/>
        </w:rPr>
        <w:br/>
      </w:r>
      <w:r>
        <w:rPr>
          <w:lang w:eastAsia="zh-CN"/>
        </w:rPr>
        <w:t>　　所以总的说来，3月份的工作，不算多和复杂，但是我都有用心的对待。在之后的工作里，我会面临更多更难的挑战，我只有加倍的努力才能不被我们办公室所淘汰，才能不被这个社会所淘汰。</w:t>
      </w:r>
      <w:r>
        <w:rPr>
          <w:lang w:eastAsia="zh-CN"/>
        </w:rPr>
        <w:br/>
      </w:r>
      <w:r>
        <w:rPr>
          <w:lang w:eastAsia="zh-CN"/>
        </w:rPr>
        <w:t xml:space="preserve">    2024年4月个人工作总结 篇6 </w:t>
      </w:r>
      <w:r>
        <w:rPr>
          <w:lang w:eastAsia="zh-CN"/>
        </w:rPr>
        <w:br/>
      </w:r>
      <w:r>
        <w:rPr>
          <w:lang w:eastAsia="zh-CN"/>
        </w:rPr>
        <w:t>　　20__年十二月份，在温泉街道综治办的指导下，继续扎实开展各项综治工作，现将有关情况小结如下：</w:t>
      </w:r>
      <w:r>
        <w:rPr>
          <w:lang w:eastAsia="zh-CN"/>
        </w:rPr>
        <w:br/>
      </w:r>
      <w:r>
        <w:rPr>
          <w:lang w:eastAsia="zh-CN"/>
        </w:rPr>
        <w:t>　　一、卓有成效的做好治安防控工作</w:t>
      </w:r>
      <w:r>
        <w:rPr>
          <w:lang w:eastAsia="zh-CN"/>
        </w:rPr>
        <w:br/>
      </w:r>
      <w:r>
        <w:rPr>
          <w:lang w:eastAsia="zh-CN"/>
        </w:rPr>
        <w:t>　　1、扎实开展反盗窃专项行动。十二月份，社区治安口在街道综治办的指导下，紧密配合温泉派出所开展的反盗窃专项行动月行动，社区继续开展保安定点监控，对中国海峡人才市场，金源花园门口等案件高发区域实行保安定点监控，收到了明显的`成效。此外，社区治安干部还带领保安展开路面巡逻，加强国庆节前期的反盗窃行动，并于十二月15日晚开展反盗窃巡逻。在社区治安干部、社区民警和社区保安人员的努力下，社区在九月份两次案情通报例会上案件发案数都呈现下降趋势，有力的遏制了辖区内案件高发态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2、积极做好国庆节前期维稳工作。今年是共和国六十周年大庆，社会不安定不稳定因素仍然存在。社区治安干部积极开展维稳工作，对辖区内影响安定稳定的因素展开全面监控，对“_”等邪教组织进行严密排查，并实行每日零报告制度，每天向街道综治办报告巡查情况。社区还充分动员中心户长、居民群众的力量，进行维稳工作宣传，保持信息渠道畅通，以便一旦发生影响安定稳定问题及时予以处置。</w:t>
      </w:r>
      <w:r>
        <w:rPr>
          <w:lang w:eastAsia="zh-CN"/>
        </w:rPr>
        <w:br/>
      </w:r>
      <w:r>
        <w:rPr>
          <w:lang w:eastAsia="zh-CN"/>
        </w:rPr>
        <w:t>　　3、继续推进治安主任到警务室办公实行责任捆 绑制度。自开展社区治安主任到警务室办公实行责任捆 绑制度，社区治安主任紧密配合警务室民警开展社区治安工作，取得了很大的成效，自责任制实行以来，社区已连续多月案件发案率下降。</w:t>
      </w:r>
      <w:r>
        <w:rPr>
          <w:lang w:eastAsia="zh-CN"/>
        </w:rPr>
        <w:br/>
      </w:r>
      <w:r>
        <w:rPr>
          <w:lang w:eastAsia="zh-CN"/>
        </w:rPr>
        <w:t>　　4、做好其他方面工作。社区治安口积极做好其他各方面工作，完成了对群防群治收费情况的摸底排查等工作。</w:t>
      </w:r>
      <w:r>
        <w:rPr>
          <w:lang w:eastAsia="zh-CN"/>
        </w:rPr>
        <w:br/>
      </w:r>
      <w:r>
        <w:rPr>
          <w:lang w:eastAsia="zh-CN"/>
        </w:rPr>
        <w:t>　　二、责任到位的做好消防安全工作</w:t>
      </w:r>
      <w:r>
        <w:rPr>
          <w:lang w:eastAsia="zh-CN"/>
        </w:rPr>
        <w:br/>
      </w:r>
      <w:r>
        <w:rPr>
          <w:lang w:eastAsia="zh-CN"/>
        </w:rPr>
        <w:t>　　今年是新中国六十周年大庆，做好消防安全工作发显得尤为重要。东大社区治安干部明确搞好消防安全的重大责任，在十二月份着重做好国庆节前消防安全的大宣传大检查行动。截止十二月29日，社区以检查辖区内的店面、公共场所及单位共计25家，走访辖区全部店面及辖区新村楼院并开展防火宣传。在检查中，社区对受检单位存在的消防安全隐患进行了当场整改与限期整治相结合的方式，并对消防措施较差的的店面、公共场所进行定期与不定期的回访，确保检查工作落到实处。社区还将检查中发现的问题及时上报街道综治办，确保国庆期间不出消防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三、有条不紊的做好征兵工作。</w:t>
      </w:r>
      <w:r>
        <w:rPr>
          <w:lang w:eastAsia="zh-CN"/>
        </w:rPr>
        <w:br/>
      </w:r>
      <w:r>
        <w:rPr>
          <w:lang w:eastAsia="zh-CN"/>
        </w:rPr>
        <w:t>　　十二月份，东大社区完成了今冬征兵兵役登记工作。共计摸底适龄青年104名、兵役登记93名，确定预征对象19人，目前已基本确定有入伍意愿的兵员2名。此外，在征兵工作中，社区展开了广泛的宣传，并利用海峡人才市场等辖区有利资源积极展开工作。</w:t>
      </w:r>
      <w:r>
        <w:rPr>
          <w:lang w:eastAsia="zh-CN"/>
        </w:rPr>
        <w:br/>
      </w:r>
      <w:r>
        <w:rPr>
          <w:lang w:eastAsia="zh-CN"/>
        </w:rPr>
        <w:t xml:space="preserve">    2024年4月个人工作总结 篇7 </w:t>
      </w:r>
      <w:r>
        <w:rPr>
          <w:lang w:eastAsia="zh-CN"/>
        </w:rPr>
        <w:br/>
      </w:r>
      <w:r>
        <w:rPr>
          <w:lang w:eastAsia="zh-CN"/>
        </w:rPr>
        <w:t>　　5月是忙碌的，5月是充实的，在5月里我们尽情的演唱，尽情的欢跳，尽情的愉悦，尽情的展示自己的风采，现将5月工作小结如下：</w:t>
      </w:r>
      <w:r>
        <w:rPr>
          <w:lang w:eastAsia="zh-CN"/>
        </w:rPr>
        <w:br/>
      </w:r>
      <w:r>
        <w:rPr>
          <w:lang w:eastAsia="zh-CN"/>
        </w:rPr>
        <w:t>　　一、教学工作</w:t>
      </w:r>
      <w:r>
        <w:rPr>
          <w:lang w:eastAsia="zh-CN"/>
        </w:rPr>
        <w:br/>
      </w:r>
      <w:r>
        <w:rPr>
          <w:lang w:eastAsia="zh-CN"/>
        </w:rPr>
        <w:t>　　尽让有序的开展，五月我们开展了两个主题活动《石头玩家》、《下雨的日子》，在主题活动中，幼儿了解了石头的特性，坚硬无比，也知道了石头的多种玩法:可以磊搭、可以玩色、可以作画等等，同时也是幼儿产生了像石头一样坚强、勇敢的精神。《下雨的日子》围绕着“夏天”这一关键词展开了，水是生命之源，离开了水，我们就无法生活了;而水也不是取之不尽用之不竭的，因此结合5月15日到5月21日节约用水宣传周活动，我们了解了节约用水的重要性，也学习了一些节约用水的好方法。雷阵雨是夏天常见的一种天气现象，我们穿上雨披、撑着雨伞，和小伙伴们一起来了一次雨中散步，和雨玩游戏真是有趣极了!</w:t>
      </w:r>
      <w:r>
        <w:rPr>
          <w:lang w:eastAsia="zh-CN"/>
        </w:rPr>
        <w:br/>
      </w:r>
      <w:r>
        <w:rPr>
          <w:lang w:eastAsia="zh-CN"/>
        </w:rPr>
        <w:t>　　二、亲子活动热火朝天的进行</w:t>
      </w:r>
      <w:r>
        <w:rPr>
          <w:lang w:eastAsia="zh-CN"/>
        </w:rPr>
        <w:br/>
      </w:r>
      <w:r>
        <w:rPr>
          <w:lang w:eastAsia="zh-CN"/>
        </w:rPr>
        <w:t>　　1、“老爸我最棒”亲子趣味活动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为了让平时忙于工作的爸爸与孩子来一次亲密接触，为了让爸爸了解孩子在幼儿园的表现，为了让孩子感受与爸爸一起的快乐、甜蜜、安全的感觉，5月中旬“我老爸最棒”的亲子趣味活动。</w:t>
      </w:r>
      <w:r>
        <w:rPr>
          <w:lang w:eastAsia="zh-CN"/>
        </w:rPr>
        <w:br/>
      </w:r>
      <w:r>
        <w:rPr>
          <w:lang w:eastAsia="zh-CN"/>
        </w:rPr>
        <w:t>　　在老师们的精心组织下，亲子趣味游戏在“袋鼠跳”的活动中拉开了序幕。仅仅一个热身运动就让孩子们乐开了怀，爸爸展笑脸。接着是“搭房子”、“两人三足”、“推小车”、“小脚踩大脚”，在活动中孩子和家长们的参与积极性都很高，互相助威、呐喊，特别是在老爸“吹气球”的比赛将此次活动推向了高潮。通过亲子活动对于促进父母和孩子的感情有着多么大的帮助!</w:t>
      </w:r>
      <w:r>
        <w:rPr>
          <w:lang w:eastAsia="zh-CN"/>
        </w:rPr>
        <w:br/>
      </w:r>
      <w:r>
        <w:rPr>
          <w:lang w:eastAsia="zh-CN"/>
        </w:rPr>
        <w:t>　　2、“十佳爱心妈妈”评选活动</w:t>
      </w:r>
      <w:r>
        <w:rPr>
          <w:lang w:eastAsia="zh-CN"/>
        </w:rPr>
        <w:br/>
      </w:r>
      <w:r>
        <w:rPr>
          <w:lang w:eastAsia="zh-CN"/>
        </w:rPr>
        <w:t>　　为了配合五月“母亲节”活动的开展，开展了“十佳爱心妈妈”征文活动。班里的妈妈们都踊跃参加，积极述说这自己的爱心，看着一篇篇的爱心文章，我也深深的被他们的行为所感动，最后从中选取了两篇征文，参加园级的评选活动。</w:t>
      </w:r>
      <w:r>
        <w:rPr>
          <w:lang w:eastAsia="zh-CN"/>
        </w:rPr>
        <w:br/>
      </w:r>
      <w:r>
        <w:rPr>
          <w:lang w:eastAsia="zh-CN"/>
        </w:rPr>
        <w:t>　　3、“六一家庭才艺”预备赛</w:t>
      </w:r>
      <w:r>
        <w:rPr>
          <w:lang w:eastAsia="zh-CN"/>
        </w:rPr>
        <w:br/>
      </w:r>
      <w:r>
        <w:rPr>
          <w:lang w:eastAsia="zh-CN"/>
        </w:rPr>
        <w:t>　　为了迎接六一儿童节，我们班的屠安琪小朋友和她妈妈表演了家庭才艺秀，小姑娘可爱的外形，出色的表演，把唐诗朗诵表演的别出心裁，别有风味。</w:t>
      </w:r>
      <w:r>
        <w:rPr>
          <w:lang w:eastAsia="zh-CN"/>
        </w:rPr>
        <w:br/>
      </w:r>
      <w:r>
        <w:rPr>
          <w:lang w:eastAsia="zh-CN"/>
        </w:rPr>
        <w:t>　　三、卫生工作不放松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我们更提高了对孩子们的卫生监督与保育工作。在饭前、点心前，我们督促孩子用肥皂洗手，很多宝宝在洗手时，会帮助老师提醒小朋友：小手要多搓搓。天气热了，有的宝宝午睡时总是睡不着，于是，一方面，我们会在午睡时开一边窗户，保证有新鲜的空气;另一方面，我们也加强了巡视，发现孩子热了，就会轻轻地给孩子拉下被子。手足口病虽然没有了，但是我们也不能放松警惕，认真及时的做好班级的卫生工作，积极配合保健医生做好孩子们的体检工作。</w:t>
      </w:r>
      <w:r>
        <w:rPr>
          <w:lang w:eastAsia="zh-CN"/>
        </w:rPr>
        <w:br/>
      </w:r>
      <w:r>
        <w:rPr>
          <w:lang w:eastAsia="zh-CN"/>
        </w:rPr>
        <w:t>　　五月悄然而过，我们将迎来炎炎的六月，在这里，先祝孩子们“六一节快乐”。希望孩子们能开开心心、健健康康地度过在小班的最后一个月!</w:t>
      </w:r>
      <w:r>
        <w:rPr>
          <w:lang w:eastAsia="zh-CN"/>
        </w:rPr>
        <w:br/>
      </w:r>
      <w:r>
        <w:rPr>
          <w:lang w:eastAsia="zh-CN"/>
        </w:rPr>
        <w:t xml:space="preserve">    2024年4月个人工作总结 篇8 </w:t>
      </w:r>
      <w:r>
        <w:rPr>
          <w:lang w:eastAsia="zh-CN"/>
        </w:rPr>
        <w:br/>
      </w:r>
      <w:r>
        <w:rPr>
          <w:lang w:eastAsia="zh-CN"/>
        </w:rPr>
        <w:t>　　以下是总结出利用互联网开辟业务几个关键题目：</w:t>
      </w:r>
      <w:r>
        <w:rPr>
          <w:lang w:eastAsia="zh-CN"/>
        </w:rPr>
        <w:br/>
      </w:r>
      <w:r>
        <w:rPr>
          <w:lang w:eastAsia="zh-CN"/>
        </w:rPr>
        <w:t>　　因互联网是在虚拟的空间上交谈与结识，关键题目是做到与客户互信互利，才会有生意做。必须留意以下几个方面：</w:t>
      </w:r>
      <w:r>
        <w:rPr>
          <w:lang w:eastAsia="zh-CN"/>
        </w:rPr>
        <w:br/>
      </w:r>
      <w:r>
        <w:rPr>
          <w:lang w:eastAsia="zh-CN"/>
        </w:rPr>
        <w:t>　　1、公司经营产品及价格定位：</w:t>
      </w:r>
      <w:r>
        <w:rPr>
          <w:lang w:eastAsia="zh-CN"/>
        </w:rPr>
        <w:br/>
      </w:r>
      <w:r>
        <w:rPr>
          <w:lang w:eastAsia="zh-CN"/>
        </w:rPr>
        <w:t>　　a、公司的主营产品，假如公司以小范围发展速度，公司的`人力、物力、财力实务不雄厚情况下，公司必须经营销售专一产品，方会尽快见到效果。面向更多</w:t>
      </w:r>
      <w:r>
        <w:rPr>
          <w:lang w:eastAsia="zh-CN"/>
        </w:rPr>
        <w:br/>
      </w:r>
      <w:r>
        <w:rPr>
          <w:lang w:eastAsia="zh-CN"/>
        </w:rPr>
        <w:t>　　报价表，看似简单，实则要经过仔细和认真的斟酌。</w:t>
      </w:r>
      <w:r>
        <w:rPr>
          <w:lang w:eastAsia="zh-CN"/>
        </w:rPr>
        <w:br/>
      </w:r>
      <w:r>
        <w:rPr>
          <w:lang w:eastAsia="zh-CN"/>
        </w:rPr>
        <w:t>　　报价应报得恰如其分，不能太低，也不能太高；好东西不能贱卖，普通的产品不要报高。由于客户常常会从你的报价来判定你的老实性，并同时判定你对产品的熟习程度；假如一个非常简单普通的产品你报一个阔别市场的价位，乃至几天都报不出来，这说明你的老实性不够，你根本不懂这一行，自然而然客人不会对你再理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摸清客户动机及诚意再报价，以避免成为报价工具，浪费时间。</w:t>
      </w:r>
      <w:r>
        <w:rPr>
          <w:lang w:eastAsia="zh-CN"/>
        </w:rPr>
        <w:br/>
      </w:r>
      <w:r>
        <w:rPr>
          <w:lang w:eastAsia="zh-CN"/>
        </w:rPr>
        <w:t>　　外贸竞争异常急烈，以目前中国市场所见是供大于求，要想异军崛起，特别留意服务和常常学习，避免出错。</w:t>
      </w:r>
      <w:r>
        <w:rPr>
          <w:lang w:eastAsia="zh-CN"/>
        </w:rPr>
        <w:br/>
      </w:r>
      <w:r>
        <w:rPr>
          <w:lang w:eastAsia="zh-CN"/>
        </w:rPr>
        <w:t>　　2、公司（包括业务员）给客户的信心及信誉度如何？</w:t>
      </w:r>
      <w:r>
        <w:rPr>
          <w:lang w:eastAsia="zh-CN"/>
        </w:rPr>
        <w:br/>
      </w:r>
      <w:r>
        <w:rPr>
          <w:lang w:eastAsia="zh-CN"/>
        </w:rPr>
        <w:t>　　这是网络展开客户最重要的因素，即你的公司实力如何，产品况争力怎样，公司服务怎样？信心和信誉是双向的。</w:t>
      </w:r>
      <w:r>
        <w:rPr>
          <w:lang w:eastAsia="zh-CN"/>
        </w:rPr>
        <w:br/>
      </w:r>
      <w:r>
        <w:rPr>
          <w:lang w:eastAsia="zh-CN"/>
        </w:rPr>
        <w:t>　　解决方法：第三方认证（如付费会员）；网站及产品的丰富程度；业务员正确快捷的服务。（良好的与客沟通技能）</w:t>
      </w:r>
      <w:r>
        <w:rPr>
          <w:lang w:eastAsia="zh-CN"/>
        </w:rPr>
        <w:br/>
      </w:r>
      <w:r>
        <w:rPr>
          <w:lang w:eastAsia="zh-CN"/>
        </w:rPr>
        <w:t>　　客户最想了解的是甚么：</w:t>
      </w:r>
      <w:r>
        <w:rPr>
          <w:lang w:eastAsia="zh-CN"/>
        </w:rPr>
        <w:br/>
      </w:r>
      <w:r>
        <w:rPr>
          <w:lang w:eastAsia="zh-CN"/>
        </w:rPr>
        <w:t>　　1）你是否是做这个产品多时了。</w:t>
      </w:r>
      <w:r>
        <w:rPr>
          <w:lang w:eastAsia="zh-CN"/>
        </w:rPr>
        <w:br/>
      </w:r>
      <w:r>
        <w:rPr>
          <w:lang w:eastAsia="zh-CN"/>
        </w:rPr>
        <w:t>　　2）你对产品了解多少。</w:t>
      </w:r>
      <w:r>
        <w:rPr>
          <w:lang w:eastAsia="zh-CN"/>
        </w:rPr>
        <w:br/>
      </w:r>
      <w:r>
        <w:rPr>
          <w:lang w:eastAsia="zh-CN"/>
        </w:rPr>
        <w:t>　　3）你这个人的人品如何。</w:t>
      </w:r>
      <w:r>
        <w:rPr>
          <w:lang w:eastAsia="zh-CN"/>
        </w:rPr>
        <w:br/>
      </w:r>
      <w:r>
        <w:rPr>
          <w:lang w:eastAsia="zh-CN"/>
        </w:rPr>
        <w:t>　　4）固然价格是不是有竞争力是不可少的必要条件。</w:t>
      </w:r>
      <w:r>
        <w:rPr>
          <w:lang w:eastAsia="zh-CN"/>
        </w:rPr>
        <w:br/>
      </w:r>
      <w:r>
        <w:rPr>
          <w:lang w:eastAsia="zh-CN"/>
        </w:rPr>
        <w:t>　　要做到以上4点你就必须做大量的资料搜索，搜集，比较工作，在这个进程中要抓</w:t>
      </w:r>
      <w:r>
        <w:rPr>
          <w:lang w:eastAsia="zh-CN"/>
        </w:rPr>
        <w:br/>
      </w:r>
      <w:r>
        <w:rPr>
          <w:lang w:eastAsia="zh-CN"/>
        </w:rPr>
        <w:t>　　紧学习这类产品的专业知识。否则客户会对你不放心。只有你能把该类产品讲的很清楚，技术关键在那里，质量如何控制，价格的定位为何是这样，原材料又是如何如何……客户才会对你放心和信任。获得客户的信任——很重要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客户关注的几个题目如沟通不好，决无下文。如产品的规格、技术参数、所达标准，价位，打算订购的数目，做甚么品牌，该品牌在当地是不是有影响力，和哪些企业有过生意来往，及做外贸时间久长等。</w:t>
      </w:r>
      <w:r>
        <w:rPr>
          <w:lang w:eastAsia="zh-CN"/>
        </w:rPr>
        <w:br/>
      </w:r>
      <w:r>
        <w:rPr>
          <w:lang w:eastAsia="zh-CN"/>
        </w:rPr>
        <w:t>　　3、你的商贸语言及技能如何（是不是会产生误解或含糊不清，业务职员的素质如何）？</w:t>
      </w:r>
      <w:r>
        <w:rPr>
          <w:lang w:eastAsia="zh-CN"/>
        </w:rPr>
        <w:br/>
      </w:r>
      <w:r>
        <w:rPr>
          <w:lang w:eastAsia="zh-CN"/>
        </w:rPr>
        <w:t>　　对客户的任何信息要及时响应并回复；对客户的回复不能简单的一问一答，要尽量全面、周到，但切不可烦琐。邮件中语言尽显专业性与针对性，否则失往继续交谈的机会。</w:t>
      </w:r>
      <w:r>
        <w:rPr>
          <w:lang w:eastAsia="zh-CN"/>
        </w:rPr>
        <w:br/>
      </w:r>
      <w:r>
        <w:rPr>
          <w:lang w:eastAsia="zh-CN"/>
        </w:rPr>
        <w:t xml:space="preserve">    2024年4月个人工作总结 篇9 </w:t>
      </w:r>
      <w:r>
        <w:rPr>
          <w:lang w:eastAsia="zh-CN"/>
        </w:rPr>
        <w:br/>
      </w:r>
      <w:r>
        <w:rPr>
          <w:lang w:eastAsia="zh-CN"/>
        </w:rPr>
        <w:t>　　一、2月份主要完成的工作：</w:t>
      </w:r>
      <w:r>
        <w:rPr>
          <w:lang w:eastAsia="zh-CN"/>
        </w:rPr>
        <w:br/>
      </w:r>
      <w:r>
        <w:rPr>
          <w:lang w:eastAsia="zh-CN"/>
        </w:rPr>
        <w:t>　　1.进一步了解和熟悉网站的功能，对网站的功能和架构已经完全熟悉，并在熟悉过程中发现网站漏洞和问题，发现问题后及时与主管协商解决。</w:t>
      </w:r>
      <w:r>
        <w:rPr>
          <w:lang w:eastAsia="zh-CN"/>
        </w:rPr>
        <w:br/>
      </w:r>
      <w:r>
        <w:rPr>
          <w:lang w:eastAsia="zh-CN"/>
        </w:rPr>
        <w:t>　　2.考核运营部、网络部以及各网点同事，测试出同事们对网站的熟悉程度。</w:t>
      </w:r>
      <w:r>
        <w:rPr>
          <w:lang w:eastAsia="zh-CN"/>
        </w:rPr>
        <w:br/>
      </w:r>
      <w:r>
        <w:rPr>
          <w:lang w:eastAsia="zh-CN"/>
        </w:rPr>
        <w:t>　　2.完成大家乐超市、小树蔬菜、辉煌食品、七天连锁酒店等商铺的会员注册和商家入驻。</w:t>
      </w:r>
      <w:r>
        <w:rPr>
          <w:lang w:eastAsia="zh-CN"/>
        </w:rPr>
        <w:br/>
      </w:r>
      <w:r>
        <w:rPr>
          <w:lang w:eastAsia="zh-CN"/>
        </w:rPr>
        <w:t>　　3.填充网站商品。完成果蔬时鲜、粮油佐料、茶酒饮料、母婴用品、个护化妆、数码办公、酒店娱乐部分商品的填充工作。协助主管完善网站的架构和版面。为网站早日上市作出自己的贡献。</w:t>
      </w:r>
      <w:r>
        <w:rPr>
          <w:lang w:eastAsia="zh-CN"/>
        </w:rPr>
        <w:br/>
      </w:r>
      <w:r>
        <w:rPr>
          <w:lang w:eastAsia="zh-CN"/>
        </w:rPr>
        <w:t>　　4.前往鹰潭4S店，协助邱总和李师傅提回3辆物流车。</w:t>
      </w:r>
      <w:r>
        <w:rPr>
          <w:lang w:eastAsia="zh-CN"/>
        </w:rPr>
        <w:br/>
      </w:r>
      <w:r>
        <w:rPr>
          <w:lang w:eastAsia="zh-CN"/>
        </w:rPr>
        <w:t>　　二、对公司发展的建议与看法：</w:t>
      </w:r>
      <w:r>
        <w:rPr>
          <w:lang w:eastAsia="zh-CN"/>
        </w:rPr>
        <w:br/>
      </w:r>
      <w:r>
        <w:rPr>
          <w:lang w:eastAsia="zh-CN"/>
        </w:rPr>
        <w:t>　　1.建立人才储备库，明确公司需要什么样的人。人力资源对于公司的可持续发展具有相当重要的作用。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2.厉行节约，在满足公司日常运营所需的情况下尽量减少成本的投入，避免铺张浪费。我觉得在这一点我们做的还是很好的。养成了在下班时关灯、关饮水机、关打印机、关电脑的好习惯。</w:t>
      </w:r>
      <w:r>
        <w:rPr>
          <w:lang w:eastAsia="zh-CN"/>
        </w:rPr>
        <w:br/>
      </w:r>
      <w:r>
        <w:rPr>
          <w:lang w:eastAsia="zh-CN"/>
        </w:rPr>
        <w:t>　　以上就是我对自己上一个月的工作总结、下个月的工作计划和对公司发展的建议与看法，在以后的工作中，我一定还会学到更多的东西，会有更多的心得与感悟，我一定会好好工作，已公司工作为首要，鞠躬尽瘁。</w:t>
      </w:r>
      <w:r>
        <w:rPr>
          <w:lang w:eastAsia="zh-CN"/>
        </w:rPr>
        <w:br/>
      </w:r>
      <w:r>
        <w:rPr>
          <w:lang w:eastAsia="zh-CN"/>
        </w:rPr>
        <w:t xml:space="preserve">    2024年4月个人工作总结 篇10 </w:t>
      </w:r>
      <w:r>
        <w:rPr>
          <w:lang w:eastAsia="zh-CN"/>
        </w:rPr>
        <w:br/>
      </w:r>
      <w:r>
        <w:rPr>
          <w:lang w:eastAsia="zh-CN"/>
        </w:rPr>
        <w:t>　　人们常说：“时间在流逝。”其实不对，时间是静止的，是我们在流逝。来洛力公司上班都十来天了。在这十多天里，是我人生的又一次转折点 ,从一名刚刚走出学校的学生,转变为一名工作人员,对我是一种重大的考验。在这段时间里,无论是领导、同事都在工作、生活上给了我很大的帮助与关怀,使我感受到了这个集体的温暖。我是个很恋家的女孩，一个人第一次在这边工作，多少有点不习惯，但是很荣幸进入了又一个新的大家庭。在此，再一次感谢各位给予我的这次机会。</w:t>
      </w:r>
      <w:r>
        <w:rPr>
          <w:lang w:eastAsia="zh-CN"/>
        </w:rPr>
        <w:br/>
      </w:r>
      <w:r>
        <w:rPr>
          <w:lang w:eastAsia="zh-CN"/>
        </w:rPr>
        <w:t>　　今天是这个月的最后一天了，虽说只上了一个多星期班，但也还是得做个月工作总结……因为在这段时间里，我感触颇多。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通过这几天的工作，我也学到了很多东西，比如说，人际交往方面，公司的领导和同事都蛮好都是真诚相待，也消除了我对社会太现实的的可怕心理，跟社会接触的甚少，在各方各面都还是有点幼稚，有点无知；在工作方面，我更是受益匪浅，真正的上班才深刻的体会到了上班的那种感觉，尽管现在工作量还不是很大，也都是从一些小事做起，还是验证那一句名言，“万事开头难”，一件再简单不过的事情，我却要做好几次才能做好，考虑事情也不是很全面，到了那个时候才明白，自己需要学习的东西还很多很多……之前在学校里面所学的也是小巫见大巫了！迫在眉睫的是，赶快招人，扩大公司的销售团队，也尽快完成我的人事工作。</w:t>
      </w:r>
      <w:r>
        <w:rPr>
          <w:lang w:eastAsia="zh-CN"/>
        </w:rPr>
        <w:br/>
      </w:r>
      <w:r>
        <w:rPr>
          <w:lang w:eastAsia="zh-CN"/>
        </w:rPr>
        <w:t>　　在这段时间里，交际，知识，能力都变的如此重要，以前的我只不过是坐井观天罢了，现在的我也许没有放弃的权利，只有好好做好自己的工作，用我好朋友得话说就是现在才刚刚开始，需要一个过程，而这才是最应该坚持的。</w:t>
      </w:r>
      <w:r>
        <w:rPr>
          <w:lang w:eastAsia="zh-CN"/>
        </w:rPr>
        <w:br/>
      </w:r>
      <w:r>
        <w:rPr>
          <w:lang w:eastAsia="zh-CN"/>
        </w:rPr>
        <w:t>　　20__年是一个充满激情的一年，在四月份的工作中，我将努力提高自身素质，克服不足，朝着以下几个方向努力：</w:t>
      </w:r>
      <w:r>
        <w:rPr>
          <w:lang w:eastAsia="zh-CN"/>
        </w:rPr>
        <w:br/>
      </w:r>
      <w:r>
        <w:rPr>
          <w:lang w:eastAsia="zh-CN"/>
        </w:rPr>
        <w:t>　　1、学无止镜，时代的发展瞬息万变，各种学科知识日新月异。我将坚持不懈地努力学习。</w:t>
      </w:r>
      <w:r>
        <w:rPr>
          <w:lang w:eastAsia="zh-CN"/>
        </w:rPr>
        <w:br/>
      </w:r>
      <w:r>
        <w:rPr>
          <w:lang w:eastAsia="zh-CN"/>
        </w:rPr>
        <w:t>　　2、“业精于勤而荒于嬉”，在以后的工作中不断学习业务知识，通过多看、多学、多练来不断的提高自己的各项工作技能。</w:t>
      </w:r>
      <w:r>
        <w:rPr>
          <w:lang w:eastAsia="zh-CN"/>
        </w:rPr>
        <w:br/>
      </w:r>
      <w:r>
        <w:rPr>
          <w:lang w:eastAsia="zh-CN"/>
        </w:rPr>
        <w:t>　　3、不断锻炼自己的胆识和毅力，提高自己解决实际问题的能力，并在工作过程中慢慢克服急躁情绪，积极、热情、细致地的对待每一项工作。</w:t>
      </w:r>
      <w:r>
        <w:rPr>
          <w:lang w:eastAsia="zh-CN"/>
        </w:rPr>
        <w:br/>
      </w:r>
      <w:r>
        <w:rPr>
          <w:lang w:eastAsia="zh-CN"/>
        </w:rPr>
        <w:t>　　以上就是我这个月的工作总结和下个月的工作计划，还请各位领导多多指导！</w:t>
      </w:r>
      <w:r>
        <w:rPr>
          <w:lang w:eastAsia="zh-CN"/>
        </w:rPr>
        <w:br/>
      </w:r>
      <w:r>
        <w:rPr>
          <w:lang w:eastAsia="zh-CN"/>
        </w:rPr>
        <w:t xml:space="preserve">    2024年4月个人工作总结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阳春三月，绿意待浓，与时代同进，蓬勃发展。此时此刻，便是20__的播种黄金时期，也是特别时期，与其未来相比，也有着极为重要的意义。</w:t>
      </w:r>
      <w:r>
        <w:rPr>
          <w:lang w:eastAsia="zh-CN"/>
        </w:rPr>
        <w:br/>
      </w:r>
      <w:r>
        <w:rPr>
          <w:lang w:eastAsia="zh-CN"/>
        </w:rPr>
        <w:t>　　20__年的3月份是毕业的八个月，走进十一个月，也是离校的二十三个月了！可以说在这个关键时期，让我们的青春岁月有着不一样的色彩。在这三个关键的数字里，充分表现了在这个社会多个角色里一直在茁壮成长，彰显青春激扬的别我风采，眼见离开haier也一年了，这么长时间里，有了快乐和无助的时候，不能说是错的但也不能说就是对的，因为这个世界上本来就是没有绝对的事情，如今走进这“新红军”环境里，让我真正意识到了自己的不足和这个快速发展式社会的需求告诉自己人生道理，这些事实对于今后的成长和工作生活中有了很大的帮助以及提高，因为它就像是一营养品，通过补充后给予了更多的新生力量，来面临更大的挑战。</w:t>
      </w:r>
      <w:r>
        <w:rPr>
          <w:lang w:eastAsia="zh-CN"/>
        </w:rPr>
        <w:br/>
      </w:r>
      <w:r>
        <w:rPr>
          <w:lang w:eastAsia="zh-CN"/>
        </w:rPr>
        <w:t>　　“制造更好的产品，创造更美好的社会”，这是发展以来的宏伟愿景，这个伟大的理想不是哪一个人的，是需要人人参与，共同谋取明天的发展，一起谱写新的篇章。20__年不仅仅对于整个汽车行业来说是一个艰难的一年，也是我个人在今后发展以及将来中极为重要的一年，就拿今年的汽车市场来说可以叫“不容乐观”，对于自己来说也是“并不可观”，开年三个月来，面临着各个经济和形式的挑战，第一季度的各项计划目标的完成并不是很乐观，完成率为45%，综合来说主要有以下原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各项资金的支出和收入的分配不均衡，周转差距大，导致整个经济来源和去脉紊乱；</w:t>
      </w:r>
      <w:r>
        <w:rPr>
          <w:lang w:eastAsia="zh-CN"/>
        </w:rPr>
        <w:br/>
      </w:r>
      <w:r>
        <w:rPr>
          <w:lang w:eastAsia="zh-CN"/>
        </w:rPr>
        <w:t>　　身体欠佳，部分资金至今投资至自己的身体健康调理上，更无充分资金备用；</w:t>
      </w:r>
      <w:r>
        <w:rPr>
          <w:lang w:eastAsia="zh-CN"/>
        </w:rPr>
        <w:br/>
      </w:r>
      <w:r>
        <w:rPr>
          <w:lang w:eastAsia="zh-CN"/>
        </w:rPr>
        <w:t>　　时间分配不合理，日常行动力小，从上月份的大幅下滑让第一季度整个目标面临着极大的困难；</w:t>
      </w:r>
      <w:r>
        <w:rPr>
          <w:lang w:eastAsia="zh-CN"/>
        </w:rPr>
        <w:br/>
      </w:r>
      <w:r>
        <w:rPr>
          <w:lang w:eastAsia="zh-CN"/>
        </w:rPr>
        <w:t>　　部分工作了解不是很妥当，马虎了事，犯了很严重的行为作风；</w:t>
      </w:r>
      <w:r>
        <w:rPr>
          <w:lang w:eastAsia="zh-CN"/>
        </w:rPr>
        <w:br/>
      </w:r>
      <w:r>
        <w:rPr>
          <w:lang w:eastAsia="zh-CN"/>
        </w:rPr>
        <w:t>　　没有做好细节的规划和当前形式分析及合理调整。</w:t>
      </w:r>
      <w:r>
        <w:rPr>
          <w:lang w:eastAsia="zh-CN"/>
        </w:rPr>
        <w:br/>
      </w:r>
      <w:r>
        <w:rPr>
          <w:lang w:eastAsia="zh-CN"/>
        </w:rPr>
        <w:t>　　同时，也有着较好的一方面：同比与去年相比时间的分配，工作的要求，行为能力，思想上有了很大的提高，改掉了往年的许多陋习和坏的毛病，整体的思路清晰化，进一步完整化，与其总的来说有个良好的好转。</w:t>
      </w:r>
      <w:r>
        <w:rPr>
          <w:lang w:eastAsia="zh-CN"/>
        </w:rPr>
        <w:br/>
      </w:r>
      <w:r>
        <w:rPr>
          <w:lang w:eastAsia="zh-CN"/>
        </w:rPr>
        <w:t>　　在接下来，不管是工作还是生活中，要着重抓细节，落实效。要把不足和长处做以互补，形成完美的新张页，要切实在毕业的丢九个月里，一周年里，离校工作的两周年里有更好的突破和新的局面，一定要做到“不说假话，少说空话，多说真话，不做虚事，少搞形式，多干事实”二十四字方针中去！</w:t>
      </w:r>
      <w:r>
        <w:rPr>
          <w:lang w:eastAsia="zh-CN"/>
        </w:rPr>
        <w:br/>
      </w:r>
      <w:r>
        <w:rPr>
          <w:lang w:eastAsia="zh-CN"/>
        </w:rPr>
        <w:t>　　20__已经渐渐过去了三个月，也就代表着我们的幸福生活越来越近了，更重要的是我们要共同去努力，与时俱进，协调发展，共绘美好蓝天的景象，朋友们，家人们，伙伴们，让我们踏上新的航帆，继续前行！加油！</w:t>
      </w:r>
      <w:r>
        <w:rPr>
          <w:lang w:eastAsia="zh-CN"/>
        </w:rPr>
        <w:br/>
      </w:r>
      <w:r>
        <w:rPr>
          <w:lang w:eastAsia="zh-CN"/>
        </w:rPr>
        <w:t xml:space="preserve">    2024年4月个人工作总结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_月份就快结束，回首这个月的工作，有硕果累累的喜悦，有与同事协同攻关的艰辛，也有遇到困难和挫折时惆怅，现就本月的重要工作状况总结如下：</w:t>
      </w:r>
      <w:r>
        <w:rPr>
          <w:lang w:eastAsia="zh-CN"/>
        </w:rPr>
        <w:br/>
      </w:r>
      <w:r>
        <w:rPr>
          <w:lang w:eastAsia="zh-CN"/>
        </w:rPr>
        <w:t>　　一、虚心学习，努力工作</w:t>
      </w:r>
      <w:r>
        <w:rPr>
          <w:lang w:eastAsia="zh-CN"/>
        </w:rPr>
        <w:br/>
      </w:r>
      <w:r>
        <w:rPr>
          <w:lang w:eastAsia="zh-CN"/>
        </w:rPr>
        <w:t>　　（一）在这个月里，我自觉加强学习，虚心求教释惑，不断理清工作思路，总结工作方法，一方面，干中学、学中干，不断掌握方法积累经验。</w:t>
      </w:r>
      <w:r>
        <w:rPr>
          <w:lang w:eastAsia="zh-CN"/>
        </w:rPr>
        <w:br/>
      </w:r>
      <w:r>
        <w:rPr>
          <w:lang w:eastAsia="zh-CN"/>
        </w:rPr>
        <w:t>　　（二）注重以工作任务为牵引，依托工作岗位学习提高，通过观察、摸索、查阅资料和实践锻炼，较快地完成任务。另一方面，问书本、问同事，不断丰富知识掌握技巧。在各级领导和同事的帮忙指导下，不断进步，逐渐摸清了工作中的基本状况，找到了切入点，把握住了工作重点和难点。</w:t>
      </w:r>
      <w:r>
        <w:rPr>
          <w:lang w:eastAsia="zh-CN"/>
        </w:rPr>
        <w:br/>
      </w:r>
      <w:r>
        <w:rPr>
          <w:lang w:eastAsia="zh-CN"/>
        </w:rPr>
        <w:t>　　（三）爱岗敬业、扎实工作、不怕困难、勇挑重担，热情服务，在本职岗位上发挥出应有的作用。</w:t>
      </w:r>
      <w:r>
        <w:rPr>
          <w:lang w:eastAsia="zh-CN"/>
        </w:rPr>
        <w:br/>
      </w:r>
      <w:r>
        <w:rPr>
          <w:lang w:eastAsia="zh-CN"/>
        </w:rPr>
        <w:t>　　二、心系本职工作，认真履行职责，突出工作重点，落实销售目标</w:t>
      </w:r>
      <w:r>
        <w:rPr>
          <w:lang w:eastAsia="zh-CN"/>
        </w:rPr>
        <w:br/>
      </w:r>
      <w:r>
        <w:rPr>
          <w:lang w:eastAsia="zh-CN"/>
        </w:rPr>
        <w:t>　　（一）主要精力做好干熄焦和矿热炉方面余热发电项目。</w:t>
      </w:r>
      <w:r>
        <w:rPr>
          <w:lang w:eastAsia="zh-CN"/>
        </w:rPr>
        <w:br/>
      </w:r>
      <w:r>
        <w:rPr>
          <w:lang w:eastAsia="zh-CN"/>
        </w:rPr>
        <w:t>　　（二）_周边的水泥行业严重过剩，拥有良好的石灰石资源，建成15条旋窑生产线，后期水泥厂都在缓建中，致使水泥项目没有可跟踪的及无发电项目可做。</w:t>
      </w:r>
      <w:r>
        <w:rPr>
          <w:lang w:eastAsia="zh-CN"/>
        </w:rPr>
        <w:br/>
      </w:r>
      <w:r>
        <w:rPr>
          <w:lang w:eastAsia="zh-CN"/>
        </w:rPr>
        <w:t>　　（三）通过_公司介绍，认识高__公司的张总（老板的弟弟）及集团的董事长高总，让做好技术方案和投资性经济分析，国庆后去约见老板，具体是哪种模式没定下来，要继续加强工作。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三、主要经验和收获</w:t>
      </w:r>
      <w:r>
        <w:rPr>
          <w:lang w:eastAsia="zh-CN"/>
        </w:rPr>
        <w:br/>
      </w:r>
      <w:r>
        <w:rPr>
          <w:lang w:eastAsia="zh-CN"/>
        </w:rPr>
        <w:t>　　在这个月的工作中，完成了一些工作，取得了一些收获，总结起来有以下几个方面的经验和收获：</w:t>
      </w:r>
      <w:r>
        <w:rPr>
          <w:lang w:eastAsia="zh-CN"/>
        </w:rPr>
        <w:br/>
      </w:r>
      <w:r>
        <w:rPr>
          <w:lang w:eastAsia="zh-CN"/>
        </w:rPr>
        <w:t>　　（一）只有摆正自己的位置，下功夫熟悉基本业务，才能更好适应工作岗位。</w:t>
      </w:r>
      <w:r>
        <w:rPr>
          <w:lang w:eastAsia="zh-CN"/>
        </w:rPr>
        <w:br/>
      </w:r>
      <w:r>
        <w:rPr>
          <w:lang w:eastAsia="zh-CN"/>
        </w:rPr>
        <w:t>　　（二）只有主动融入群众，处理好各方面的关系，才能在新的环境中持续好的工作状态。</w:t>
      </w:r>
      <w:r>
        <w:rPr>
          <w:lang w:eastAsia="zh-CN"/>
        </w:rPr>
        <w:br/>
      </w:r>
      <w:r>
        <w:rPr>
          <w:lang w:eastAsia="zh-CN"/>
        </w:rPr>
        <w:t>　　（三）只有坚持销售原则，落实好销售工作，认真做好本职工作，才能及早签单。</w:t>
      </w:r>
      <w:r>
        <w:rPr>
          <w:lang w:eastAsia="zh-CN"/>
        </w:rPr>
        <w:br/>
      </w:r>
      <w:r>
        <w:rPr>
          <w:lang w:eastAsia="zh-CN"/>
        </w:rPr>
        <w:t>　　（四）只有树立服务意识，加强沟通协调，才能把分内的工作做好。</w:t>
      </w:r>
      <w:r>
        <w:rPr>
          <w:lang w:eastAsia="zh-CN"/>
        </w:rPr>
        <w:br/>
      </w:r>
      <w:r>
        <w:rPr>
          <w:lang w:eastAsia="zh-CN"/>
        </w:rPr>
        <w:t>　　（五）要加强与客户的交流，要做好与客户沟通，解决好客户的要求。</w:t>
      </w:r>
      <w:r>
        <w:rPr>
          <w:lang w:eastAsia="zh-CN"/>
        </w:rPr>
        <w:br/>
      </w:r>
      <w:r>
        <w:rPr>
          <w:lang w:eastAsia="zh-CN"/>
        </w:rPr>
        <w:t>　　四、加强检查，及时整改，在工作中正确认识自己</w:t>
      </w:r>
      <w:r>
        <w:rPr>
          <w:lang w:eastAsia="zh-CN"/>
        </w:rPr>
        <w:br/>
      </w:r>
      <w:r>
        <w:rPr>
          <w:lang w:eastAsia="zh-CN"/>
        </w:rPr>
        <w:t>　　（一）开展常规反省，不断的提高自己的思想认识和知识水平。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二）经过这样紧张有序的一个月，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简单中走出这一月度，还有，在工作的同时，我还明白了为人处事的道理，也明白了，一个良好的心态、一份对工作的热诚及其相形之下的职责心是如何重要。</w:t>
      </w:r>
      <w:r>
        <w:rPr>
          <w:lang w:eastAsia="zh-CN"/>
        </w:rPr>
        <w:br/>
      </w:r>
      <w:r>
        <w:rPr>
          <w:lang w:eastAsia="zh-CN"/>
        </w:rPr>
        <w:t>　　（三）在这月的工作中接触到了许多新事物、产生了许多新问题，也学习到了许多新知识、新经验，使自己在思想认识和工作潜力上有了新的提高和进一步的完善。</w:t>
      </w:r>
      <w:r>
        <w:rPr>
          <w:lang w:eastAsia="zh-CN"/>
        </w:rPr>
        <w:br/>
      </w:r>
      <w:r>
        <w:rPr>
          <w:lang w:eastAsia="zh-CN"/>
        </w:rPr>
        <w:t>　　（四）在日常的工作中，我时刻要求自己从实际出发，坚持高标准、严要求，力求做到业务素质和道德素质双提高。</w:t>
      </w:r>
      <w:r>
        <w:rPr>
          <w:lang w:eastAsia="zh-CN"/>
        </w:rPr>
        <w:br/>
      </w:r>
      <w:r>
        <w:rPr>
          <w:lang w:eastAsia="zh-CN"/>
        </w:rPr>
        <w:t>　　（五）回顾这个月的自己的工作状况，扪心自问，在诸多方面还存在有不足。</w:t>
      </w:r>
      <w:r>
        <w:rPr>
          <w:lang w:eastAsia="zh-CN"/>
        </w:rPr>
        <w:br/>
      </w:r>
      <w:r>
        <w:rPr>
          <w:lang w:eastAsia="zh-CN"/>
        </w:rPr>
        <w:t>　　因此，更要及时强化自己的工作思想，端正意识，提高销售工作的方法技能与业务水平。</w:t>
      </w:r>
      <w:r>
        <w:rPr>
          <w:lang w:eastAsia="zh-CN"/>
        </w:rPr>
        <w:br/>
      </w:r>
      <w:r>
        <w:rPr>
          <w:lang w:eastAsia="zh-CN"/>
        </w:rPr>
        <w:t xml:space="preserve">    2024年4月个人工作总结 篇13 </w:t>
      </w:r>
      <w:r>
        <w:rPr>
          <w:lang w:eastAsia="zh-CN"/>
        </w:rPr>
        <w:br/>
      </w:r>
      <w:r>
        <w:rPr>
          <w:lang w:eastAsia="zh-CN"/>
        </w:rPr>
        <w:t>　　本工作组在乡党委和乡政府三民工作领导小组的指导下，加强开展本村安全稳定工作、推进民族团结教育、阻止极端思想、宣传法律法规、保程序、做文明、揭批“7〃5”和“7〃28”案子的本质、教育广大农民。开展宣传教育工作、落实自治区、地区和县委召开的安全稳定工作会议的精神，保证斋月期间预防工作到位、分工责任到位、做好本村安全稳定工作。</w:t>
      </w:r>
      <w:r>
        <w:rPr>
          <w:lang w:eastAsia="zh-CN"/>
        </w:rPr>
        <w:br/>
      </w:r>
      <w:r>
        <w:rPr>
          <w:lang w:eastAsia="zh-CN"/>
        </w:rPr>
        <w:t>　　一、 本村基本情况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本村共有4个组234户999人口，其中每天参加考勤人数569名、18岁至45岁的有264名。外地打工的有36名。从外地到该村务工人员有5户17名（汉族，主要承保管理红枣基地），本村共有党员27名，其中农民党员20名，退休党员4名；村干部7名,团员51名，长期民兵</w:t>
      </w:r>
      <w:r>
        <w:rPr>
          <w:lang w:eastAsia="zh-CN"/>
        </w:rPr>
        <w:t xml:space="preserve"> 8名、组织民兵人员131名。</w:t>
      </w:r>
      <w:r>
        <w:rPr>
          <w:lang w:eastAsia="zh-CN"/>
        </w:rPr>
        <w:br/>
      </w:r>
      <w:r>
        <w:rPr>
          <w:lang w:eastAsia="zh-CN"/>
        </w:rPr>
        <w:t>　　村里有两个清真寺，两名宗教人士，一个阿吉，县级工作对象1名、村级工作对象1名，无宗教任务的宗教人士2名，无两牢人员、不放心户3个、村边界家8个。</w:t>
      </w:r>
      <w:r>
        <w:rPr>
          <w:lang w:eastAsia="zh-CN"/>
        </w:rPr>
        <w:br/>
      </w:r>
      <w:r>
        <w:rPr>
          <w:lang w:eastAsia="zh-CN"/>
        </w:rPr>
        <w:t>　　二、所做工作</w:t>
      </w:r>
      <w:r>
        <w:rPr>
          <w:lang w:eastAsia="zh-CN"/>
        </w:rPr>
        <w:br/>
      </w:r>
      <w:r>
        <w:rPr>
          <w:lang w:eastAsia="zh-CN"/>
        </w:rPr>
        <w:t>　　1、我组带领村党支部和村警卫室干部共同努力落实“三位一体”开展家纺、农民谈心、解决苦难，解除小矛盾等工作、深入广大农民中，挖出本村安全稳定方面存在的问题、及时制定措施、整改存在的问题。</w:t>
      </w:r>
      <w:r>
        <w:rPr>
          <w:lang w:eastAsia="zh-CN"/>
        </w:rPr>
        <w:br/>
      </w:r>
      <w:r>
        <w:rPr>
          <w:lang w:eastAsia="zh-CN"/>
        </w:rPr>
        <w:t>　　2、宣传反对极端思想教育工作，结合实际情况揭批阻止极端思想，组织广大农民提高自我保护能力，使农民在道德、语言、行动、文明、仪容仪表等方面有了很大的改善。开展各类文体活动，丰富了他们的业余生活。</w:t>
      </w:r>
      <w:r>
        <w:rPr>
          <w:lang w:eastAsia="zh-CN"/>
        </w:rPr>
        <w:br/>
      </w:r>
      <w:r>
        <w:rPr>
          <w:lang w:eastAsia="zh-CN"/>
        </w:rPr>
        <w:t>　　3、对主要对象进行无期24小时的监督与家纺，掌握他们的思想与行为动态、安排党员和村干部担保和改善，掌握社会关系。</w:t>
      </w:r>
      <w:r>
        <w:rPr>
          <w:lang w:eastAsia="zh-CN"/>
        </w:rPr>
        <w:br/>
      </w:r>
      <w:r>
        <w:rPr>
          <w:lang w:eastAsia="zh-CN"/>
        </w:rPr>
        <w:t>　　4、抓好管理流动人口为主，和外地打工的36名农民签订安全稳定、遵守法律法规的责任书，签订保证书。为他们办理便民卡，保证驻地清楚，从事业务明确，联系方便。村级干部、党员、小队干部、十户长等人员与外出人员经常保持联系，制定日常汇报制度。对外地到本村承包人员给予照顾、安排好他们的生活，保证“八必备”必须全、创造预防为主安心乐意干活的工作环境。</w:t>
      </w:r>
      <w:r>
        <w:rPr>
          <w:lang w:eastAsia="zh-CN"/>
        </w:rPr>
        <w:br/>
      </w:r>
      <w:r>
        <w:rPr>
          <w:lang w:eastAsia="zh-CN"/>
        </w:rPr>
        <w:t>　　5、整理全体农民工作档案，收集他们的照片和材料，做好台账。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6、认真开展揭盖子、挖幕后工作、召开安全稳定分析研讨会、开展集中教育， 组织五期短训班，共教育55名人员、提高了他们的自我认识、改善了思想动态。</w:t>
      </w:r>
      <w:r>
        <w:rPr>
          <w:lang w:eastAsia="zh-CN"/>
        </w:rPr>
        <w:br/>
      </w:r>
      <w:r>
        <w:rPr>
          <w:lang w:eastAsia="zh-CN"/>
        </w:rPr>
        <w:t>　　主要培训对象为</w:t>
      </w:r>
      <w:r>
        <w:rPr>
          <w:lang w:eastAsia="zh-CN"/>
        </w:rPr>
        <w:br/>
      </w:r>
      <w:r>
        <w:rPr>
          <w:lang w:eastAsia="zh-CN"/>
        </w:rPr>
        <w:t>　　一是宗教思想浓厚的。</w:t>
      </w:r>
      <w:r>
        <w:rPr>
          <w:lang w:eastAsia="zh-CN"/>
        </w:rPr>
        <w:br/>
      </w:r>
      <w:r>
        <w:rPr>
          <w:lang w:eastAsia="zh-CN"/>
        </w:rPr>
        <w:t>　　二是违法计划生育的。</w:t>
      </w:r>
      <w:r>
        <w:rPr>
          <w:lang w:eastAsia="zh-CN"/>
        </w:rPr>
        <w:br/>
      </w:r>
      <w:r>
        <w:rPr>
          <w:lang w:eastAsia="zh-CN"/>
        </w:rPr>
        <w:t>　　三是没有按时交纳村级交给的各类收费。</w:t>
      </w:r>
      <w:r>
        <w:rPr>
          <w:lang w:eastAsia="zh-CN"/>
        </w:rPr>
        <w:br/>
      </w:r>
      <w:r>
        <w:rPr>
          <w:lang w:eastAsia="zh-CN"/>
        </w:rPr>
        <w:t>　　四是家庭经济强、影响范围广，亲戚多的人员。</w:t>
      </w:r>
      <w:r>
        <w:rPr>
          <w:lang w:eastAsia="zh-CN"/>
        </w:rPr>
        <w:br/>
      </w:r>
      <w:r>
        <w:rPr>
          <w:lang w:eastAsia="zh-CN"/>
        </w:rPr>
        <w:t>　　五是长期以来邻居不和，对社会影响比较大的人员。</w:t>
      </w:r>
      <w:r>
        <w:rPr>
          <w:lang w:eastAsia="zh-CN"/>
        </w:rPr>
        <w:br/>
      </w:r>
      <w:r>
        <w:rPr>
          <w:lang w:eastAsia="zh-CN"/>
        </w:rPr>
        <w:t>　　7、组织民兵、展开日常的锻炼与演练工作。巡查村委、村界和沙漠周边等。</w:t>
      </w:r>
      <w:r>
        <w:rPr>
          <w:lang w:eastAsia="zh-CN"/>
        </w:rPr>
        <w:br/>
      </w:r>
      <w:r>
        <w:rPr>
          <w:lang w:eastAsia="zh-CN"/>
        </w:rPr>
        <w:t>　　8、落实两项制度、加强居每那码子和塔拉吾那玛孜监督工作。保证按时完成上级安排的各类工作。</w:t>
      </w:r>
      <w:r>
        <w:rPr>
          <w:lang w:eastAsia="zh-CN"/>
        </w:rPr>
        <w:br/>
      </w:r>
      <w:r>
        <w:rPr>
          <w:lang w:eastAsia="zh-CN"/>
        </w:rPr>
        <w:t>　　9、加强基层党组织建设、开展党员模范带头作用，组织各类学习活动、丰富团员生活日的内容。利用“五把钥匙”推进各项工作。</w:t>
      </w:r>
      <w:r>
        <w:rPr>
          <w:lang w:eastAsia="zh-CN"/>
        </w:rPr>
        <w:br/>
      </w:r>
      <w:r>
        <w:rPr>
          <w:lang w:eastAsia="zh-CN"/>
        </w:rPr>
        <w:t>　　10、抓好卫生工作、整理办公室、村里、家属、路边，保证无垃圾，无面貌影响的现象。</w:t>
      </w:r>
      <w:r>
        <w:rPr>
          <w:lang w:eastAsia="zh-CN"/>
        </w:rPr>
        <w:br/>
      </w:r>
      <w:r>
        <w:rPr>
          <w:lang w:eastAsia="zh-CN"/>
        </w:rPr>
        <w:t xml:space="preserve">    2024年4月个人工作总结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十月份的工作已经过去，我现在感觉工作很快，幼儿工作也告一段落了，这个月的工作对于我来讲非常的有意义，毕竟是工作，这些都是难得可贵的经验，开学之际很多方面的工作都等待着完善，这次我工作也是在一步步的做好，只有把这些做好了才是真正的做好，我一直觉得这些都是非常宝贵的，只有在工作当坚定自己的目标知道怎么努力，往哪些地方弥补才是工作的最佳状态，十月份工作我也总结一番。</w:t>
      </w:r>
      <w:r>
        <w:rPr>
          <w:lang w:eastAsia="zh-CN"/>
        </w:rPr>
        <w:br/>
      </w:r>
      <w:r>
        <w:rPr>
          <w:lang w:eastAsia="zh-CN"/>
        </w:rPr>
        <w:t>　　一、班级管理工作</w:t>
      </w:r>
      <w:r>
        <w:rPr>
          <w:lang w:eastAsia="zh-CN"/>
        </w:rPr>
        <w:br/>
      </w:r>
      <w:r>
        <w:rPr>
          <w:lang w:eastAsia="zh-CN"/>
        </w:rPr>
        <w:t>　　开学之际很多事情都需要做，特别是这个月，新来的孩子们小班的工作更加紧张，整个小班一共是三十多个人，这个对我来讲挑战非常大，在做好自己工作同时我要考虑到很多，主要就是孩子们在园内的适应情况，毕竟是刚刚上幼儿园的孩子，适应这个环境不仅仅是需要时间，还要作为老师的我主动安抚，在管理班级上面，我还是比较注重的，这次工作当中的我就一直想着把这群孩子，管理的有秩序，当然这是很难的，管理下班的学生绝对是一个个高难度，我结合各种方法在这个月开展了一系方法尽量的让工作简化了很多。</w:t>
      </w:r>
      <w:r>
        <w:rPr>
          <w:lang w:eastAsia="zh-CN"/>
        </w:rPr>
        <w:br/>
      </w:r>
      <w:r>
        <w:rPr>
          <w:lang w:eastAsia="zh-CN"/>
        </w:rPr>
        <w:t>　　二、幼儿工作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孩子们刚刚来到这里，我当然需要做好相关的工作，在工作的过程中难得珍贵的就是孩子们配合的还行，也只有部分孩子在这方面过不去，在这个新的环境下面还是需要时间的，这次我也觉得自己最大的成就是让孩子们初步适应了环境，当然孩子们的安全工作也是其中之一，刚刚开学，这也是第一个月安全工作必须做到位，对于小班的孩子我都是重点的交待了，毕竟孩子们也需要时间来适应，这是第一点，其次就是让孩子们快速的知道哪些事情不安全，一些基本的安全常识要做到位，对于孩子们的上下学家长接送都是负责到底，必须保障孩子们的上下学安全。</w:t>
      </w:r>
      <w:r>
        <w:rPr>
          <w:lang w:eastAsia="zh-CN"/>
        </w:rPr>
        <w:br/>
      </w:r>
      <w:r>
        <w:rPr>
          <w:lang w:eastAsia="zh-CN"/>
        </w:rPr>
        <w:t>　　三、工作不足</w:t>
      </w:r>
      <w:r>
        <w:rPr>
          <w:lang w:eastAsia="zh-CN"/>
        </w:rPr>
        <w:br/>
      </w:r>
      <w:r>
        <w:rPr>
          <w:lang w:eastAsia="zh-CN"/>
        </w:rPr>
        <w:t>　　当然在十月份工作中一些事情处理的不够仔细。这也是一个问题，做幼儿工作一定要认真负责，在开学之处这么重要的日子里，我作为一名教教师需要做的是在很多，一些细节方面的错误我一定要认真对待，毕竟是小班的孩子，在方方面面都需要做好，完善好，有了错误就要端正态度，在幼儿孩子教育这方面一定不能出现什么大问题，这个月我在工作当中犯得细节错误，我也会纠正的，一定在今后的幼儿工作不断完善，这也是我的一个努力方向，我会继续做好工作的。</w:t>
      </w:r>
      <w:r>
        <w:rPr>
          <w:lang w:eastAsia="zh-CN"/>
        </w:rPr>
        <w:br/>
      </w:r>
      <w:r>
        <w:rPr>
          <w:lang w:eastAsia="zh-CN"/>
        </w:rPr>
        <w:t xml:space="preserve">    2024年4月个人工作总结 篇15 </w:t>
      </w:r>
      <w:r>
        <w:rPr>
          <w:lang w:eastAsia="zh-CN"/>
        </w:rPr>
        <w:br/>
      </w:r>
      <w:r>
        <w:rPr>
          <w:lang w:eastAsia="zh-CN"/>
        </w:rPr>
        <w:t>　　转眼间，十月份即将过去。回首这一个月，纪检部在十月份的工作圆满结束。纪检部致力于加强纪律、学风和日常生活管理工作，努力为广大同学提供一个稳定、安然的学习与生活环境，为学院管理和正常运行提供应有的保障。在这一个月中我们本着为同学服务的宗旨认真的完成了各项任务，下面就本月的工作做简单的总结。</w:t>
      </w:r>
      <w:r>
        <w:rPr>
          <w:lang w:eastAsia="zh-CN"/>
        </w:rPr>
        <w:br/>
      </w:r>
      <w:r>
        <w:rPr>
          <w:lang w:eastAsia="zh-CN"/>
        </w:rPr>
        <w:t>　　一、考勤</w:t>
      </w:r>
      <w:r>
        <w:rPr>
          <w:lang w:eastAsia="zh-CN"/>
        </w:rPr>
        <w:br/>
      </w:r>
      <w:r>
        <w:rPr>
          <w:lang w:eastAsia="zh-CN"/>
        </w:rPr>
        <w:t>　　在晚自习的纪律和考勤的检查中，对各班进行了认真负责的监督检查，但是各班的纪律还没有达到最好状态，有待进一步的提高。出勤情况很好，除有事请假外都能到齐。</w:t>
      </w:r>
      <w:r>
        <w:rPr>
          <w:lang w:eastAsia="zh-CN"/>
        </w:rPr>
        <w:br/>
      </w:r>
      <w:r>
        <w:rPr>
          <w:lang w:eastAsia="zh-CN"/>
        </w:rPr>
        <w:t>　　在学校组织的各项会议中，认真负责的维持好会议的纪律并记录各班的出勤情况。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二、活动</w:t>
      </w:r>
      <w:r>
        <w:rPr>
          <w:lang w:eastAsia="zh-CN"/>
        </w:rPr>
        <w:br/>
      </w:r>
      <w:r>
        <w:rPr>
          <w:lang w:eastAsia="zh-CN"/>
        </w:rPr>
        <w:t>　　本月我校举办了校级篮球比赛，同学们都非常支持这次活动，在纪检部与文艺部共同组织的啦啦队活动中，纪检部与文艺部充分调动了大家的'积极性，同学们的表现也充分彰显了自己极强的集体荣誉感，为篮球比赛的顺利进行打下了坚实的基础。</w:t>
      </w:r>
      <w:r>
        <w:rPr>
          <w:lang w:eastAsia="zh-CN"/>
        </w:rPr>
        <w:br/>
      </w:r>
      <w:r>
        <w:rPr>
          <w:lang w:eastAsia="zh-CN"/>
        </w:rPr>
        <w:t>　　我院学生会在本月举办了学生会茶话会，纪检部积极配合主办方的工作并组织了歌曲和小品等节目为茶话会的完美进行贡献了自己的力量。</w:t>
      </w:r>
      <w:r>
        <w:rPr>
          <w:lang w:eastAsia="zh-CN"/>
        </w:rPr>
        <w:br/>
      </w:r>
      <w:r>
        <w:rPr>
          <w:lang w:eastAsia="zh-CN"/>
        </w:rPr>
        <w:t>　　三、文明自律督察</w:t>
      </w:r>
      <w:r>
        <w:rPr>
          <w:lang w:eastAsia="zh-CN"/>
        </w:rPr>
        <w:br/>
      </w:r>
      <w:r>
        <w:rPr>
          <w:lang w:eastAsia="zh-CN"/>
        </w:rPr>
        <w:t>　　本月总共进行了四次文明督察活动，在文明自律督察活动中，纪检部按照学校的规章制度与各班同学一起对校内出现的一些不文明的行为进行了监督和制止，为同学们营造了一个文明的校园环境。</w:t>
      </w:r>
      <w:r>
        <w:rPr>
          <w:lang w:eastAsia="zh-CN"/>
        </w:rPr>
        <w:br/>
      </w:r>
      <w:r>
        <w:rPr>
          <w:lang w:eastAsia="zh-CN"/>
        </w:rPr>
        <w:t>　　四、内部沟通团结</w:t>
      </w:r>
      <w:r>
        <w:rPr>
          <w:lang w:eastAsia="zh-CN"/>
        </w:rPr>
        <w:br/>
      </w:r>
      <w:r>
        <w:rPr>
          <w:lang w:eastAsia="zh-CN"/>
        </w:rPr>
        <w:t>　　在这个月里，纪检部组织了几次聚会和内部交流活动，增进了内部成员的团结。通过学生会茶话会的多人节目表演加强了纪检部各成员之间的默契。纪检部以后会通过更多的活动来增强内部的沟通与团结。</w:t>
      </w:r>
      <w:r>
        <w:rPr>
          <w:lang w:eastAsia="zh-CN"/>
        </w:rPr>
        <w:br/>
      </w:r>
      <w:r>
        <w:rPr>
          <w:lang w:eastAsia="zh-CN"/>
        </w:rPr>
        <w:t>　　五、为老师服务</w:t>
      </w:r>
      <w:r>
        <w:rPr>
          <w:lang w:eastAsia="zh-CN"/>
        </w:rPr>
        <w:br/>
      </w:r>
      <w:r>
        <w:rPr>
          <w:lang w:eastAsia="zh-CN"/>
        </w:rPr>
        <w:t>　　十月份中，纪检部组织各班同学配合老师完成学校资料的整理和各种实验仪器的摆放以及各项活动。在老师的领导下进行各种与学习有关的服务。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十月份即将过去，我们又将迎来十一月份，这是一个结束更是一个开始，我们必将以饱满的态度，斗志昂扬的精神去迎接未来，为工程学院的美好贡献自己的`力量。</w:t>
      </w:r>
      <w:r>
        <w:rPr>
          <w:lang w:eastAsia="zh-CN"/>
        </w:rPr>
        <w:br/>
      </w:r>
      <w:r>
        <w:rPr>
          <w:lang w:eastAsia="zh-CN"/>
        </w:rPr>
        <w:t xml:space="preserve">    2024年4月个人工作总结 篇16 </w:t>
      </w:r>
      <w:r>
        <w:rPr>
          <w:lang w:eastAsia="zh-CN"/>
        </w:rPr>
        <w:br/>
      </w:r>
      <w:r>
        <w:rPr>
          <w:lang w:eastAsia="zh-CN"/>
        </w:rPr>
        <w:t>　　在充实、忙碌的12月中，在园长的领导和家长的支持下，我们全体教师团结一心、努力奋斗、分岗不分工，注重保教结合，树立了科学的教育观，齐心协力开展好班级的各项工作。转眼十二月份已经结束。这个月我们收获很多，当然也存在一些问题，现将小结如下：</w:t>
      </w:r>
      <w:r>
        <w:rPr>
          <w:lang w:eastAsia="zh-CN"/>
        </w:rPr>
        <w:br/>
      </w:r>
      <w:r>
        <w:rPr>
          <w:lang w:eastAsia="zh-CN"/>
        </w:rPr>
        <w:t>　　一、教育教学工作</w:t>
      </w:r>
      <w:r>
        <w:rPr>
          <w:lang w:eastAsia="zh-CN"/>
        </w:rPr>
        <w:br/>
      </w:r>
      <w:r>
        <w:rPr>
          <w:lang w:eastAsia="zh-CN"/>
        </w:rPr>
        <w:t>　　1、各位老师认真备课，上课以及做好课后反思。</w:t>
      </w:r>
      <w:r>
        <w:rPr>
          <w:lang w:eastAsia="zh-CN"/>
        </w:rPr>
        <w:br/>
      </w:r>
      <w:r>
        <w:rPr>
          <w:lang w:eastAsia="zh-CN"/>
        </w:rPr>
        <w:t>　　2、顺利完成家长半日开放活动工作。</w:t>
      </w:r>
      <w:r>
        <w:rPr>
          <w:lang w:eastAsia="zh-CN"/>
        </w:rPr>
        <w:br/>
      </w:r>
      <w:r>
        <w:rPr>
          <w:lang w:eastAsia="zh-CN"/>
        </w:rPr>
        <w:t>　　本月我园对全体家长开放了半日活动及月末新年亲子活动，开展家长半日开放活动的目的是让家长了解幼儿在幼儿园的生活，了解幼儿园课程和幼儿学习的方式，了解教师如何对幼儿实施教育，以实现家园合作、家园共育。</w:t>
      </w:r>
      <w:r>
        <w:rPr>
          <w:lang w:eastAsia="zh-CN"/>
        </w:rPr>
        <w:br/>
      </w:r>
      <w:r>
        <w:rPr>
          <w:lang w:eastAsia="zh-CN"/>
        </w:rPr>
        <w:t>　　本月这两次活动效果良好，得到了家长的认可。全体老师在活动开展前，做了很多准备工作，每个环节想的都比较细，明确每个环节的教育目标;设置每个环节的活动内容;准备每个环节的活动材料。全园教师相互补充完善每个班的半日教育活动，做好前期准备工作。半日开放活动过程中，家长亲临现场，目睹了教师的辛苦工作，感受了幼儿游戏化的学习过程，体会了幼儿在幼儿园健康成长的快乐与幸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半日开放活动结束过后，家长对教师组织实施的半日教育活动赞不绝口，给予教师很高的评价，对幼儿园的工作非常满意。从家长反馈表上及家长的口碑中看到、听到了对我们工作的肯定和赞赏。尤其对老师的工作态度及膳食的意见，相比上学期有了很大的改变。同时，各位老师把家长意见反馈统计汇总，为教师成长档案的丰富做好了前期准备工作。我们也会继续努力，陪伴孩子快乐、健康成长!</w:t>
      </w:r>
      <w:r>
        <w:rPr>
          <w:lang w:eastAsia="zh-CN"/>
        </w:rPr>
        <w:br/>
      </w:r>
      <w:r>
        <w:rPr>
          <w:lang w:eastAsia="zh-CN"/>
        </w:rPr>
        <w:t>　　3、迎新年幼儿卡拉ok歌唱比赛。</w:t>
      </w:r>
      <w:r>
        <w:rPr>
          <w:lang w:eastAsia="zh-CN"/>
        </w:rPr>
        <w:br/>
      </w:r>
      <w:r>
        <w:rPr>
          <w:lang w:eastAsia="zh-CN"/>
        </w:rPr>
        <w:t>　　二、保育保健工作</w:t>
      </w:r>
      <w:r>
        <w:rPr>
          <w:lang w:eastAsia="zh-CN"/>
        </w:rPr>
        <w:br/>
      </w:r>
      <w:r>
        <w:rPr>
          <w:lang w:eastAsia="zh-CN"/>
        </w:rPr>
        <w:t>　　12月份的天气已经逐渐寒冷，温差较大，早晚相差9.9度，尤其是早晨非常的冻。这样的天气孩子很容易生病。于是我们对保育工作进行加强管理。</w:t>
      </w:r>
      <w:r>
        <w:rPr>
          <w:lang w:eastAsia="zh-CN"/>
        </w:rPr>
        <w:br/>
      </w:r>
      <w:r>
        <w:rPr>
          <w:lang w:eastAsia="zh-CN"/>
        </w:rPr>
        <w:t>　　1、每日对班级进行紫外线消毒。</w:t>
      </w:r>
      <w:r>
        <w:rPr>
          <w:lang w:eastAsia="zh-CN"/>
        </w:rPr>
        <w:br/>
      </w:r>
      <w:r>
        <w:rPr>
          <w:lang w:eastAsia="zh-CN"/>
        </w:rPr>
        <w:t>　　2、会根据天气的变化对幼儿增减衣物。</w:t>
      </w:r>
      <w:r>
        <w:rPr>
          <w:lang w:eastAsia="zh-CN"/>
        </w:rPr>
        <w:br/>
      </w:r>
      <w:r>
        <w:rPr>
          <w:lang w:eastAsia="zh-CN"/>
        </w:rPr>
        <w:t>　　3、教给幼儿饭前便后勤洗手，勤换衣，勤洗澡。加强卫生工作，帮助孩子远离流感</w:t>
      </w:r>
      <w:r>
        <w:rPr>
          <w:lang w:eastAsia="zh-CN"/>
        </w:rPr>
        <w:br/>
      </w:r>
      <w:r>
        <w:rPr>
          <w:lang w:eastAsia="zh-CN"/>
        </w:rPr>
        <w:t>　　4、加强我们的卫生工作，帮助孩子远离流感。</w:t>
      </w:r>
      <w:r>
        <w:rPr>
          <w:lang w:eastAsia="zh-CN"/>
        </w:rPr>
        <w:br/>
      </w:r>
      <w:r>
        <w:rPr>
          <w:lang w:eastAsia="zh-CN"/>
        </w:rPr>
        <w:t>　　5、抽查巾杯消毒情况</w:t>
      </w:r>
      <w:r>
        <w:rPr>
          <w:lang w:eastAsia="zh-CN"/>
        </w:rPr>
        <w:br/>
      </w:r>
      <w:r>
        <w:rPr>
          <w:lang w:eastAsia="zh-CN"/>
        </w:rPr>
        <w:t>　　6、加强幼儿午餐、午睡、起床的常规培养</w:t>
      </w:r>
      <w:r>
        <w:rPr>
          <w:lang w:eastAsia="zh-CN"/>
        </w:rPr>
        <w:br/>
      </w:r>
      <w:r>
        <w:rPr>
          <w:lang w:eastAsia="zh-CN"/>
        </w:rPr>
        <w:t>　　7、完成全园幼儿身高、体重的测量，做好健康检查工作小结</w:t>
      </w:r>
      <w:r>
        <w:rPr>
          <w:lang w:eastAsia="zh-CN"/>
        </w:rPr>
        <w:br/>
      </w:r>
      <w:r>
        <w:rPr>
          <w:lang w:eastAsia="zh-CN"/>
        </w:rPr>
        <w:t>　　8、保育员清洗水杯、叠毛巾技能技巧比赛</w:t>
      </w:r>
      <w:r>
        <w:rPr>
          <w:lang w:eastAsia="zh-CN"/>
        </w:rPr>
        <w:br/>
      </w:r>
      <w:r>
        <w:rPr>
          <w:lang w:eastAsia="zh-CN"/>
        </w:rPr>
        <w:t>　　三、总务、事务工作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1、检修教学设备。</w:t>
      </w:r>
      <w:r>
        <w:rPr>
          <w:lang w:eastAsia="zh-CN"/>
        </w:rPr>
        <w:br/>
      </w:r>
      <w:r>
        <w:rPr>
          <w:lang w:eastAsia="zh-CN"/>
        </w:rPr>
        <w:t>　　2、补充保健室药品。</w:t>
      </w:r>
      <w:r>
        <w:rPr>
          <w:lang w:eastAsia="zh-CN"/>
        </w:rPr>
        <w:br/>
      </w:r>
      <w:r>
        <w:rPr>
          <w:lang w:eastAsia="zh-CN"/>
        </w:rPr>
        <w:t>　　3、材料整理归档，迎接民政局评定</w:t>
      </w:r>
      <w:r>
        <w:rPr>
          <w:lang w:eastAsia="zh-CN"/>
        </w:rPr>
        <w:br/>
      </w:r>
      <w:r>
        <w:rPr>
          <w:lang w:eastAsia="zh-CN"/>
        </w:rPr>
        <w:t>　　4、做好幼儿园“今冬明春”防火工作</w:t>
      </w:r>
      <w:r>
        <w:rPr>
          <w:lang w:eastAsia="zh-CN"/>
        </w:rPr>
        <w:br/>
      </w:r>
      <w:r>
        <w:rPr>
          <w:lang w:eastAsia="zh-CN"/>
        </w:rPr>
        <w:t>　　四、一月份工作安排</w:t>
      </w:r>
      <w:r>
        <w:rPr>
          <w:lang w:eastAsia="zh-CN"/>
        </w:rPr>
        <w:br/>
      </w:r>
      <w:r>
        <w:rPr>
          <w:lang w:eastAsia="zh-CN"/>
        </w:rPr>
        <w:t>　　1、做好老生报名、注册工作</w:t>
      </w:r>
      <w:r>
        <w:rPr>
          <w:lang w:eastAsia="zh-CN"/>
        </w:rPr>
        <w:br/>
      </w:r>
      <w:r>
        <w:rPr>
          <w:lang w:eastAsia="zh-CN"/>
        </w:rPr>
        <w:t>　　2、期末做好幼儿发展评估，教师考评工作。</w:t>
      </w:r>
      <w:r>
        <w:rPr>
          <w:lang w:eastAsia="zh-CN"/>
        </w:rPr>
        <w:br/>
      </w:r>
      <w:r>
        <w:rPr>
          <w:lang w:eastAsia="zh-CN"/>
        </w:rPr>
        <w:t>　　3、材料归档、财产清点</w:t>
      </w:r>
      <w:r>
        <w:rPr>
          <w:lang w:eastAsia="zh-CN"/>
        </w:rPr>
        <w:br/>
      </w:r>
      <w:r>
        <w:rPr>
          <w:lang w:eastAsia="zh-CN"/>
        </w:rPr>
        <w:t>　　4、期末家访电话工作。</w:t>
      </w:r>
      <w:r>
        <w:rPr>
          <w:lang w:eastAsia="zh-CN"/>
        </w:rPr>
        <w:br/>
      </w:r>
      <w:r>
        <w:rPr>
          <w:lang w:eastAsia="zh-CN"/>
        </w:rPr>
        <w:t xml:space="preserve">    2024年4月个人工作总结 篇17 </w:t>
      </w:r>
      <w:r>
        <w:rPr>
          <w:lang w:eastAsia="zh-CN"/>
        </w:rPr>
        <w:br/>
      </w:r>
      <w:r>
        <w:rPr>
          <w:lang w:eastAsia="zh-CN"/>
        </w:rPr>
        <w:t>　　为认真贯彻落实国家及上级部门《关于开展20__年安全生产月活动的通知》精神，按照公司安排，结合生产实际，公司紧紧围绕加强安全法治、保障安全生产的活动主题，扎实开展20__年安全生产月活动。进一步提高了员工的安全意识，促进公司安全文化建设，为下一步的安全生产打下了坚实的基础。现将今年安全生产月活动总结如下：</w:t>
      </w:r>
      <w:r>
        <w:rPr>
          <w:lang w:eastAsia="zh-CN"/>
        </w:rPr>
        <w:br/>
      </w:r>
      <w:r>
        <w:rPr>
          <w:lang w:eastAsia="zh-CN"/>
        </w:rPr>
        <w:t>　　一、领导高度重视，精心部署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r>
        <w:rPr>
          <w:lang w:eastAsia="zh-CN"/>
        </w:rPr>
        <w:br/>
      </w:r>
      <w:r>
        <w:rPr>
          <w:lang w:eastAsia="zh-CN"/>
        </w:rPr>
        <w:t>　　二、广泛宣传，注重实效</w:t>
      </w:r>
      <w:r>
        <w:rPr>
          <w:lang w:eastAsia="zh-CN"/>
        </w:rPr>
        <w:br/>
      </w:r>
      <w:r>
        <w:rPr>
          <w:lang w:eastAsia="zh-CN"/>
        </w:rPr>
        <w:t>　　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r>
        <w:rPr>
          <w:lang w:eastAsia="zh-CN"/>
        </w:rPr>
        <w:br/>
      </w:r>
      <w:r>
        <w:rPr>
          <w:lang w:eastAsia="zh-CN"/>
        </w:rPr>
        <w:t>　　三、积极开展安全知识教育培训活动，不断提高员工安全素质</w:t>
      </w:r>
      <w:r>
        <w:rPr>
          <w:lang w:eastAsia="zh-CN"/>
        </w:rPr>
        <w:br/>
      </w:r>
    </w:p>
    <w:p w:rsidR="001B1F19" w14:textId="27C3F48A">
      <w:pPr>
        <w:rPr>
          <w:rFonts w:hint="eastAsia"/>
          <w:lang w:eastAsia="zh-CN"/>
        </w:rPr>
      </w:pPr>
      <w:r>
        <w:rPr>
          <w:lang w:eastAsia="zh-CN"/>
        </w:rPr>
        <w:t>　　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r>
        <w:rPr>
          <w:lang w:eastAsia="zh-CN"/>
        </w:rPr>
        <w:br/>
      </w:r>
      <w:r>
        <w:rPr>
          <w:lang w:eastAsia="zh-CN"/>
        </w:rPr>
        <w:t>　　四、组织事故演练，提高全员风险防范意识和应急救援能力</w:t>
      </w:r>
      <w:r>
        <w:rPr>
          <w:lang w:eastAsia="zh-CN"/>
        </w:rPr>
        <w:br/>
      </w:r>
      <w:r>
        <w:rPr>
          <w:lang w:eastAsia="zh-CN"/>
        </w:rPr>
        <w:t>　　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r>
        <w:rPr>
          <w:lang w:eastAsia="zh-CN"/>
        </w:rPr>
        <w:br/>
      </w:r>
      <w:r>
        <w:rPr>
          <w:lang w:eastAsia="zh-CN"/>
        </w:rPr>
        <w:t>　　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https://d.book118.com/078020032006006037</w:t>
        </w:r>
      </w:hyperlink>
    </w:p>
    <w:p w:rsidR="001B1F19">
      <w:pPr>
        <w:rPr>
          <w:rFonts w:hint="eastAsia"/>
          <w:lang w:eastAsia="zh-CN"/>
        </w:rPr>
      </w:pPr>
    </w:p>
    <w:sectPr>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78020032006006037"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