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1B1F19" w14:paraId="7F7A67AA" w14:textId="0AE8485B">
      <w:pPr>
        <w:pStyle w:val="Heading1"/>
        <w:jc w:val="center"/>
        <w:rPr>
          <w:rFonts w:hint="eastAsia"/>
          <w:lang w:eastAsia="zh-CN"/>
        </w:rPr>
      </w:pPr>
      <w:r>
        <w:rPr>
          <w:sz w:val="44"/>
          <w:lang w:eastAsia="zh-CN"/>
        </w:rPr>
        <w:t>计算机新学期学习计划范文（33篇）</w:t>
      </w:r>
    </w:p>
    <w:p w:rsidR="001B1F19" w14:paraId="15E7D7A0" w14:textId="27C3F48A">
      <w:pPr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lang w:eastAsia="zh-CN"/>
        </w:rPr>
        <w:br/>
      </w:r>
      <w:r>
        <w:rPr>
          <w:lang w:eastAsia="zh-CN"/>
        </w:rPr>
        <w:br/>
      </w:r>
      <w:r>
        <w:rPr>
          <w:lang w:eastAsia="zh-CN"/>
        </w:rPr>
        <w:t>计算机新学期学习计划范文（精选33篇）</w:t>
      </w:r>
      <w:r>
        <w:rPr>
          <w:lang w:eastAsia="zh-CN"/>
        </w:rPr>
        <w:br/>
      </w:r>
      <w:r>
        <w:rPr>
          <w:lang w:eastAsia="zh-CN"/>
        </w:rPr>
        <w:t xml:space="preserve">    计算机新学期学习计划范文 篇1 </w:t>
      </w:r>
      <w:r>
        <w:rPr>
          <w:lang w:eastAsia="zh-CN"/>
        </w:rPr>
        <w:br/>
      </w:r>
      <w:r>
        <w:rPr>
          <w:lang w:eastAsia="zh-CN"/>
        </w:rPr>
        <w:t>　　1 为每次的学习制定明确的目标，尽量等到目标实现再停下来。但是，如果你发现有出乎意料的事情，就要准备好停下来重新思考你的目标。</w:t>
      </w:r>
      <w:r>
        <w:rPr>
          <w:lang w:eastAsia="zh-CN"/>
        </w:rPr>
        <w:br/>
      </w:r>
      <w:r>
        <w:rPr>
          <w:lang w:eastAsia="zh-CN"/>
        </w:rPr>
        <w:t>　　2 确保在手机和电子邮件中留下讯息，让人们知道你在学习期间无法回复他们，然后关上所有电话。</w:t>
      </w:r>
      <w:r>
        <w:rPr>
          <w:lang w:eastAsia="zh-CN"/>
        </w:rPr>
        <w:br/>
      </w:r>
      <w:r>
        <w:rPr>
          <w:lang w:eastAsia="zh-CN"/>
        </w:rPr>
        <w:t>　　3 确保周围没有干扰你的噪音。</w:t>
      </w:r>
      <w:r>
        <w:rPr>
          <w:lang w:eastAsia="zh-CN"/>
        </w:rPr>
        <w:br/>
      </w:r>
      <w:r>
        <w:rPr>
          <w:lang w:eastAsia="zh-CN"/>
        </w:rPr>
        <w:t>　　4 如果你开始做白日梦了，就站起来走一走。</w:t>
      </w:r>
      <w:r>
        <w:rPr>
          <w:lang w:eastAsia="zh-CN"/>
        </w:rPr>
        <w:br/>
      </w:r>
      <w:r>
        <w:rPr>
          <w:lang w:eastAsia="zh-CN"/>
        </w:rPr>
        <w:t>　　5 如果你感到饿了，那么吃一些适量的点心，喝一些水。</w:t>
      </w:r>
      <w:r>
        <w:rPr>
          <w:lang w:eastAsia="zh-CN"/>
        </w:rPr>
        <w:br/>
      </w:r>
      <w:r>
        <w:rPr>
          <w:lang w:eastAsia="zh-CN"/>
        </w:rPr>
        <w:t>　　6 把通常的活动列出来：泡一杯咖啡，打开电视或收音机，做一些简单、无关以及并不迫切的事情，然后非常小心地限定自己做这些事的时间以防沉溺其中!</w:t>
      </w:r>
      <w:r>
        <w:rPr>
          <w:lang w:eastAsia="zh-CN"/>
        </w:rPr>
        <w:br/>
      </w:r>
      <w:r>
        <w:rPr>
          <w:lang w:eastAsia="zh-CN"/>
        </w:rPr>
        <w:t>　　7 告诉你的同事、朋友和家人，他们如果使你的注意力从学习活动中转移开来，就要对你说“继续学习”，然后你要专心地完成手上的任务。</w:t>
      </w:r>
      <w:r>
        <w:rPr>
          <w:lang w:eastAsia="zh-CN"/>
        </w:rPr>
        <w:br/>
      </w:r>
      <w:r>
        <w:rPr>
          <w:lang w:eastAsia="zh-CN"/>
        </w:rPr>
        <w:t>　　专注于自己喜欢的一种学习风格是竭尽全力的好办法，它能使你更容易坚持到底。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   计算机新学期学习计划范文 篇2 </w:t>
      </w:r>
      <w:r>
        <w:rPr>
          <w:lang w:eastAsia="zh-CN"/>
        </w:rPr>
        <w:br/>
      </w:r>
      <w:r>
        <w:rPr>
          <w:lang w:eastAsia="zh-CN"/>
        </w:rPr>
        <w:t>　　_学校，地处昆明市西南方，距昆明52公里，学校现有5所农村完小，30个教学班，教职工61人。由于地理位置的原因，谷律中心学校所处的地域经济文化相结落后，造成了农村教师和学生知识面狭窄。结合我校的发展现状，努力缩小与全区其它学校的差距，加快我校信息技术教育工作的开展，不断完善现代教育技术硬件软件配备，加速教育科学手段和管理手段的现代化建设步伐；全面提高教师队伍信息技术教育的应用水平，全面推进我校校园网的使用进程，全面实施素质教育。我校信息技术教育工作，要坚持统筹规划，协调发展；注重实效、逐步到位的原则。坚持以培训促应用、以应用促需求，以需求促发展的策略；坚持突出重点、合理配置、注重实效、分层推进的工作方针。</w:t>
      </w:r>
      <w:r>
        <w:rPr>
          <w:lang w:eastAsia="zh-CN"/>
        </w:rPr>
        <w:br/>
      </w:r>
      <w:r>
        <w:rPr>
          <w:lang w:eastAsia="zh-CN"/>
        </w:rPr>
        <w:t>　　一、目标</w:t>
      </w:r>
      <w:r>
        <w:rPr>
          <w:lang w:eastAsia="zh-CN"/>
        </w:rPr>
        <w:br/>
      </w:r>
      <w:r>
        <w:rPr>
          <w:lang w:eastAsia="zh-CN"/>
        </w:rPr>
        <w:t>　　通过了中心学校三期的计算机培训，全体教师都掌握电脑的基本使用方法。</w:t>
      </w:r>
      <w:r>
        <w:rPr>
          <w:lang w:eastAsia="zh-CN"/>
        </w:rPr>
        <w:br/>
      </w:r>
      <w:r>
        <w:rPr>
          <w:lang w:eastAsia="zh-CN"/>
        </w:rPr>
        <w:t>　　本期培训的主要内容为：</w:t>
      </w:r>
      <w:r>
        <w:rPr>
          <w:lang w:eastAsia="zh-CN"/>
        </w:rPr>
        <w:br/>
      </w:r>
      <w:r>
        <w:rPr>
          <w:lang w:eastAsia="zh-CN"/>
        </w:rPr>
        <w:t>　　45岁以下的教师能熟悉网络环境下查找教育教学资料的方法，能在网络上利用bbs，聊天室，电子信箱等工具进行交流。</w:t>
      </w:r>
      <w:r>
        <w:rPr>
          <w:lang w:eastAsia="zh-CN"/>
        </w:rPr>
        <w:br/>
      </w:r>
      <w:r>
        <w:rPr>
          <w:lang w:eastAsia="zh-CN"/>
        </w:rPr>
        <w:t>　　会用相应软件制作课件，并应用于课堂教学。</w:t>
      </w:r>
      <w:r>
        <w:rPr>
          <w:lang w:eastAsia="zh-CN"/>
        </w:rPr>
        <w:br/>
      </w:r>
      <w:r>
        <w:rPr>
          <w:lang w:eastAsia="zh-CN"/>
        </w:rPr>
        <w:t>　　按中心学校的要求，每个青年教师都要写一个自己的博客，对教学的一些心得，新的教学方法在中心学校教师中进行探讨。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lang w:eastAsia="zh-CN"/>
        </w:rPr>
        <w:t>　　通过培训使教师的信息技术素养进一步提高，力争使每位教师都可以独立操作信息技术相关设备、设施。</w:t>
      </w:r>
      <w:r>
        <w:rPr>
          <w:lang w:eastAsia="zh-CN"/>
        </w:rPr>
        <w:br/>
      </w:r>
      <w:r>
        <w:rPr>
          <w:lang w:eastAsia="zh-CN"/>
        </w:rPr>
        <w:t>　　每学期至少使用5次多媒体电教室及相关设备，并能够将计算机知识运用于教学之中，确实能够提高教学水平，与其它学科整合。</w:t>
      </w:r>
      <w:r>
        <w:rPr>
          <w:lang w:eastAsia="zh-CN"/>
        </w:rPr>
        <w:br/>
      </w:r>
      <w:r>
        <w:rPr>
          <w:lang w:eastAsia="zh-CN"/>
        </w:rPr>
        <w:t>　　对于45岁以上的教师，中心学校要求要能够完成自己的一些常规的文档处理。</w:t>
      </w:r>
      <w:r>
        <w:rPr>
          <w:lang w:eastAsia="zh-CN"/>
        </w:rPr>
        <w:br/>
      </w:r>
      <w:r>
        <w:rPr>
          <w:lang w:eastAsia="zh-CN"/>
        </w:rPr>
        <w:t>　　能正确的使用PPT课件，并能用PPT来修改一些常用的课件。</w:t>
      </w:r>
      <w:r>
        <w:rPr>
          <w:lang w:eastAsia="zh-CN"/>
        </w:rPr>
        <w:br/>
      </w:r>
      <w:r>
        <w:rPr>
          <w:lang w:eastAsia="zh-CN"/>
        </w:rPr>
        <w:t>　　能利用网络下载一些常用的资料。</w:t>
      </w:r>
      <w:r>
        <w:rPr>
          <w:lang w:eastAsia="zh-CN"/>
        </w:rPr>
        <w:br/>
      </w:r>
      <w:r>
        <w:rPr>
          <w:lang w:eastAsia="zh-CN"/>
        </w:rPr>
        <w:t>　　二、参训人员：</w:t>
      </w:r>
      <w:r>
        <w:rPr>
          <w:lang w:eastAsia="zh-CN"/>
        </w:rPr>
        <w:br/>
      </w:r>
      <w:r>
        <w:rPr>
          <w:lang w:eastAsia="zh-CN"/>
        </w:rPr>
        <w:t>　　中心学校全体教师</w:t>
      </w:r>
      <w:r>
        <w:rPr>
          <w:lang w:eastAsia="zh-CN"/>
        </w:rPr>
        <w:br/>
      </w:r>
      <w:r>
        <w:rPr>
          <w:lang w:eastAsia="zh-CN"/>
        </w:rPr>
        <w:t>　　三、培训内容：</w:t>
      </w:r>
      <w:r>
        <w:rPr>
          <w:lang w:eastAsia="zh-CN"/>
        </w:rPr>
        <w:br/>
      </w:r>
      <w:r>
        <w:rPr>
          <w:lang w:eastAsia="zh-CN"/>
        </w:rPr>
        <w:t>　　45岁以下：</w:t>
      </w:r>
      <w:r>
        <w:rPr>
          <w:lang w:eastAsia="zh-CN"/>
        </w:rPr>
        <w:br/>
      </w:r>
      <w:r>
        <w:rPr>
          <w:lang w:eastAsia="zh-CN"/>
        </w:rPr>
        <w:t>　　1、计算机网络基础</w:t>
      </w:r>
      <w:r>
        <w:rPr>
          <w:lang w:eastAsia="zh-CN"/>
        </w:rPr>
        <w:br/>
      </w:r>
      <w:r>
        <w:rPr>
          <w:lang w:eastAsia="zh-CN"/>
        </w:rPr>
        <w:t>　　2、Internet的应用</w:t>
      </w:r>
      <w:r>
        <w:rPr>
          <w:lang w:eastAsia="zh-CN"/>
        </w:rPr>
        <w:br/>
      </w:r>
      <w:r>
        <w:rPr>
          <w:lang w:eastAsia="zh-CN"/>
        </w:rPr>
        <w:t>　　3、信息安全和网络道德</w:t>
      </w:r>
      <w:r>
        <w:rPr>
          <w:lang w:eastAsia="zh-CN"/>
        </w:rPr>
        <w:br/>
      </w:r>
      <w:r>
        <w:rPr>
          <w:lang w:eastAsia="zh-CN"/>
        </w:rPr>
        <w:t>　　4、网络办公系统</w:t>
      </w:r>
      <w:r>
        <w:rPr>
          <w:lang w:eastAsia="zh-CN"/>
        </w:rPr>
        <w:br/>
      </w:r>
      <w:r>
        <w:rPr>
          <w:lang w:eastAsia="zh-CN"/>
        </w:rPr>
        <w:t>　　5、远程教育资源库教学资料的调用</w:t>
      </w:r>
      <w:r>
        <w:rPr>
          <w:lang w:eastAsia="zh-CN"/>
        </w:rPr>
        <w:br/>
      </w:r>
      <w:r>
        <w:rPr>
          <w:lang w:eastAsia="zh-CN"/>
        </w:rPr>
        <w:t>　　1、查找资料（文字图片软件），文档保存、格式转换、下载、安装申请</w:t>
      </w:r>
      <w:r>
        <w:rPr>
          <w:lang w:eastAsia="zh-CN"/>
        </w:rPr>
        <w:br/>
      </w:r>
      <w:r>
        <w:rPr>
          <w:lang w:eastAsia="zh-CN"/>
        </w:rPr>
        <w:t>　　2、发电子邮件邮件客户端使用</w:t>
      </w:r>
      <w:r>
        <w:rPr>
          <w:lang w:eastAsia="zh-CN"/>
        </w:rPr>
        <w:br/>
      </w:r>
      <w:r>
        <w:rPr>
          <w:lang w:eastAsia="zh-CN"/>
        </w:rPr>
        <w:t>　　3、论坛使用（结合校园网）校园网站、网络使用</w:t>
      </w:r>
      <w:r>
        <w:rPr>
          <w:lang w:eastAsia="zh-CN"/>
        </w:rPr>
        <w:br/>
      </w:r>
      <w:r>
        <w:rPr>
          <w:lang w:eastAsia="zh-CN"/>
        </w:rPr>
        <w:t>　　4、常用网络软件使用（QQMSN下载上传Winrar）</w:t>
      </w:r>
      <w:r>
        <w:rPr>
          <w:lang w:eastAsia="zh-CN"/>
        </w:rPr>
        <w:br/>
      </w:r>
      <w:r>
        <w:rPr>
          <w:lang w:eastAsia="zh-CN"/>
        </w:rPr>
        <w:t>　　45岁以上：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lang w:eastAsia="zh-CN"/>
        </w:rPr>
        <w:t>　　（一）word文字处理</w:t>
      </w:r>
      <w:r>
        <w:rPr>
          <w:lang w:eastAsia="zh-CN"/>
        </w:rPr>
        <w:br/>
      </w:r>
      <w:r>
        <w:rPr>
          <w:lang w:eastAsia="zh-CN"/>
        </w:rPr>
        <w:t>　　1、巩固复习以前学习的内容，用一种汉字输入方法，建议采用拼音输入法；</w:t>
      </w:r>
      <w:r>
        <w:rPr>
          <w:lang w:eastAsia="zh-CN"/>
        </w:rPr>
        <w:br/>
      </w:r>
      <w:r>
        <w:rPr>
          <w:lang w:eastAsia="zh-CN"/>
        </w:rPr>
        <w:t>　　2、文档的建立、打开、保存、关闭等；文档的基本编辑；</w:t>
      </w:r>
      <w:r>
        <w:rPr>
          <w:lang w:eastAsia="zh-CN"/>
        </w:rPr>
        <w:br/>
      </w:r>
      <w:r>
        <w:rPr>
          <w:lang w:eastAsia="zh-CN"/>
        </w:rPr>
        <w:t>　　3、文档的排版，文档的页面设置与打印输出；</w:t>
      </w:r>
      <w:r>
        <w:rPr>
          <w:lang w:eastAsia="zh-CN"/>
        </w:rPr>
        <w:br/>
      </w:r>
      <w:r>
        <w:rPr>
          <w:lang w:eastAsia="zh-CN"/>
        </w:rPr>
        <w:t>　　4、表格制作、公式编辑、图文混排。</w:t>
      </w:r>
      <w:r>
        <w:rPr>
          <w:lang w:eastAsia="zh-CN"/>
        </w:rPr>
        <w:br/>
      </w:r>
      <w:r>
        <w:rPr>
          <w:lang w:eastAsia="zh-CN"/>
        </w:rPr>
        <w:t>　　（二）PowerPoint应用</w:t>
      </w:r>
      <w:r>
        <w:rPr>
          <w:lang w:eastAsia="zh-CN"/>
        </w:rPr>
        <w:br/>
      </w:r>
      <w:r>
        <w:rPr>
          <w:lang w:eastAsia="zh-CN"/>
        </w:rPr>
        <w:t>　　1、创建幻灯片或利用模板建立幻灯片；</w:t>
      </w:r>
      <w:r>
        <w:rPr>
          <w:lang w:eastAsia="zh-CN"/>
        </w:rPr>
        <w:br/>
      </w:r>
      <w:r>
        <w:rPr>
          <w:lang w:eastAsia="zh-CN"/>
        </w:rPr>
        <w:t>　　2、能对PowerPoint进行简单编辑、修饰；</w:t>
      </w:r>
      <w:r>
        <w:rPr>
          <w:lang w:eastAsia="zh-CN"/>
        </w:rPr>
        <w:br/>
      </w:r>
      <w:r>
        <w:rPr>
          <w:lang w:eastAsia="zh-CN"/>
        </w:rPr>
        <w:t>　　3、对幻灯片进行放映。</w:t>
      </w:r>
      <w:r>
        <w:rPr>
          <w:lang w:eastAsia="zh-CN"/>
        </w:rPr>
        <w:br/>
      </w:r>
      <w:r>
        <w:rPr>
          <w:lang w:eastAsia="zh-CN"/>
        </w:rPr>
        <w:t>　　（三）学会从网络上下载一些文档资料。</w:t>
      </w:r>
      <w:r>
        <w:rPr>
          <w:lang w:eastAsia="zh-CN"/>
        </w:rPr>
        <w:br/>
      </w:r>
      <w:r>
        <w:rPr>
          <w:lang w:eastAsia="zh-CN"/>
        </w:rPr>
        <w:t>　　学会从网上对网页内容进行复制、粘贴并保存。</w:t>
      </w:r>
      <w:r>
        <w:rPr>
          <w:lang w:eastAsia="zh-CN"/>
        </w:rPr>
        <w:br/>
      </w:r>
      <w:r>
        <w:rPr>
          <w:lang w:eastAsia="zh-CN"/>
        </w:rPr>
        <w:t>　　以上是中心学校20__年度下学期教师信息技术培训计划，在培训过程中请区教育科研所能给予技术上的指导，同时希望区教育局能够为中心学校配备一套多媒体教学设备，为分校、分校、分校没在配备计算机的三所学校配备计算机，使_学校广大教育工作者转变传统教育观念，学习、掌握现代教育技术和现代教育理念，充分运用现代教育技术手段，改革课堂教学。让山区的孩子也能更多了解外界信息，使第一范文网域网能在山区学校发挥更大的作用。</w:t>
      </w:r>
      <w:r>
        <w:rPr>
          <w:lang w:eastAsia="zh-CN"/>
        </w:rPr>
        <w:br/>
      </w:r>
      <w:r>
        <w:rPr>
          <w:lang w:eastAsia="zh-CN"/>
        </w:rPr>
        <w:t xml:space="preserve">    计算机新学期学习计划范文 篇3 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lang w:eastAsia="zh-CN"/>
        </w:rPr>
        <w:t>　　制定学习计划，可以有效的利用时间，避免出现快考试了才发现“该念的书都没有念”的尴尬局面。且有利于学习习惯的形成，使自己的学习生活节奏分明，提高学习的效率。有了计划，每一个目标都会很明确，使学习变得有步骤，有计划，比较容易取得好的成绩。</w:t>
      </w:r>
      <w:r>
        <w:rPr>
          <w:lang w:eastAsia="zh-CN"/>
        </w:rPr>
        <w:br/>
      </w:r>
      <w:r>
        <w:rPr>
          <w:lang w:eastAsia="zh-CN"/>
        </w:rPr>
        <w:t>　　一、制定计划要全面</w:t>
      </w:r>
      <w:r>
        <w:rPr>
          <w:lang w:eastAsia="zh-CN"/>
        </w:rPr>
        <w:br/>
      </w:r>
      <w:r>
        <w:rPr>
          <w:lang w:eastAsia="zh-CN"/>
        </w:rPr>
        <w:t>　　我们参加考试通常都是用业余时间学习，所以制定计划要留出机动时间，避免计划被突发事件拖延，给计划留有一定的余地，另外，一些休息时间也应该计划出来。</w:t>
      </w:r>
      <w:r>
        <w:rPr>
          <w:lang w:eastAsia="zh-CN"/>
        </w:rPr>
        <w:br/>
      </w:r>
      <w:r>
        <w:rPr>
          <w:lang w:eastAsia="zh-CN"/>
        </w:rPr>
        <w:t>　　二、长期目标和短期目标</w:t>
      </w:r>
      <w:r>
        <w:rPr>
          <w:lang w:eastAsia="zh-CN"/>
        </w:rPr>
        <w:br/>
      </w:r>
      <w:r>
        <w:rPr>
          <w:lang w:eastAsia="zh-CN"/>
        </w:rPr>
        <w:t>　　可以把完成一本书或一章的学习，定为长期目标。但由于考生的学习时间比较零散，学习时间变化很大，长期目标会导致计划的实施出现不确定性。所以，制定短期目标，也显得很重要。长期目标是明确学习目标和进行大致安排;而短期目标则是具体的行动计划。一般的短期目标一般是一天或一周的学习量，通常把一本书分成若干个部分，每部分十几，二十页，一天看一部分。这样就能很好的把握时间，避免学习时间不够用。</w:t>
      </w:r>
      <w:r>
        <w:rPr>
          <w:lang w:eastAsia="zh-CN"/>
        </w:rPr>
        <w:br/>
      </w:r>
      <w:r>
        <w:rPr>
          <w:lang w:eastAsia="zh-CN"/>
        </w:rPr>
        <w:t>　　三、重点突出学习</w:t>
      </w:r>
      <w:r>
        <w:rPr>
          <w:lang w:eastAsia="zh-CN"/>
        </w:rPr>
        <w:br/>
      </w:r>
      <w:r>
        <w:rPr>
          <w:lang w:eastAsia="zh-CN"/>
        </w:rPr>
        <w:t>　　学习时间是有限的，人的精力也是有限的，所以学习要有重点。在这里，重点是指教材中的重点内容，每次考试基本都会涉及的知识点。对于一些难点，一定要多花些时间搞明白。</w:t>
      </w:r>
      <w:r>
        <w:rPr>
          <w:lang w:eastAsia="zh-CN"/>
        </w:rPr>
        <w:br/>
      </w:r>
      <w:r>
        <w:rPr>
          <w:lang w:eastAsia="zh-CN"/>
        </w:rPr>
        <w:t>　　四、及时评估效果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lang w:eastAsia="zh-CN"/>
        </w:rPr>
        <w:t>　　在计划的实施过程中，一定要定期检查学习的效果。避免每天的学习量太大，导致学习效率低。计划在实施中，可以根据效果和实际情况不断修改。毕竟现实不会完美地跟着计划走，对计划的修改，可以使计划完成的可能性增加。另外，定期的复习，也很关键，它可以有效的防止遗忘。</w:t>
      </w:r>
      <w:r>
        <w:rPr>
          <w:lang w:eastAsia="zh-CN"/>
        </w:rPr>
        <w:br/>
      </w:r>
      <w:r>
        <w:rPr>
          <w:lang w:eastAsia="zh-CN"/>
        </w:rPr>
        <w:t>　　五、提高时间利用率</w:t>
      </w:r>
      <w:r>
        <w:rPr>
          <w:lang w:eastAsia="zh-CN"/>
        </w:rPr>
        <w:br/>
      </w:r>
      <w:r>
        <w:rPr>
          <w:lang w:eastAsia="zh-CN"/>
        </w:rPr>
        <w:t>　　不要长时间学习，要适当加入休息时间。在安排学习计划时，不要长时间地只看一本书，不同科目交替着看，可以减轻脑疲劳，提高学习效率。另外，在早晨或晚上，记忆力比较好的时候，可以安排着重记忆重点知识。</w:t>
      </w:r>
      <w:r>
        <w:rPr>
          <w:lang w:eastAsia="zh-CN"/>
        </w:rPr>
        <w:br/>
      </w:r>
      <w:r>
        <w:rPr>
          <w:lang w:eastAsia="zh-CN"/>
        </w:rPr>
        <w:t xml:space="preserve">    计算机新学期学习计划范文 篇4 </w:t>
      </w:r>
      <w:r>
        <w:rPr>
          <w:lang w:eastAsia="zh-CN"/>
        </w:rPr>
        <w:br/>
      </w:r>
      <w:r>
        <w:rPr>
          <w:lang w:eastAsia="zh-CN"/>
        </w:rPr>
        <w:t>　　现在我是电大的一位学员，对于电大的学习我充满了热情，电大的开放式教育给了我们充分的时间，让我们都可以克服时间的限制共同学习，在这两年的电大学习中我结合实际为自己制订了新的学习计划：</w:t>
      </w:r>
      <w:r>
        <w:rPr>
          <w:lang w:eastAsia="zh-CN"/>
        </w:rPr>
        <w:br/>
      </w:r>
      <w:r>
        <w:rPr>
          <w:lang w:eastAsia="zh-CN"/>
        </w:rPr>
        <w:t>　　一、上好面授课</w:t>
      </w:r>
      <w:r>
        <w:rPr>
          <w:lang w:eastAsia="zh-CN"/>
        </w:rPr>
        <w:br/>
      </w:r>
      <w:r>
        <w:rPr>
          <w:lang w:eastAsia="zh-CN"/>
        </w:rPr>
        <w:t>　　做好课前预习工作和当堂课的笔记 电大以自学为主，通过收听、收看广播、电视、录音、录像课，或利用网上教学平台进行学习，同时接受必要的面授辅导。电大面授不同于传统的面授，它的功能是“点拨”与“解惑”。在面授课中，教师对教材的重点、难点以及疑惑进行点拨，指导我们更好地学习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lang w:eastAsia="zh-CN"/>
        </w:rPr>
        <w:t>　　课前预习可以使我们在老师上课时集中思想，把不懂、不理解的地方弄清，把有限的上课时间充分地利用起来，把老师讲的知识点、疑难点用自己的方式去消化，这样更有利于提高听课质量。阅读文字教材时直接在教材上做笔记，有助于自己理解和记忆教材内容。将教材的相应位置记下重难点和其他有价值的信息，并与自学文字教材时的笔记内容互相对照。</w:t>
      </w:r>
      <w:r>
        <w:rPr>
          <w:lang w:eastAsia="zh-CN"/>
        </w:rPr>
        <w:t xml:space="preserve"> 在做自学笔记的过程中，必须思考教材的内容，随时把自己对于难理解的内容的理解记录下来。</w:t>
      </w:r>
      <w:r>
        <w:rPr>
          <w:lang w:eastAsia="zh-CN"/>
        </w:rPr>
        <w:br/>
      </w:r>
      <w:r>
        <w:rPr>
          <w:lang w:eastAsia="zh-CN"/>
        </w:rPr>
        <w:t>　　二、合理分配时间</w:t>
      </w:r>
      <w:r>
        <w:rPr>
          <w:lang w:eastAsia="zh-CN"/>
        </w:rPr>
        <w:br/>
      </w:r>
      <w:r>
        <w:rPr>
          <w:lang w:eastAsia="zh-CN"/>
        </w:rPr>
        <w:t>　　争取一次过关 学习仅靠面授是不够的，由于课时安排紧张，面授课主要功能是“指点”，必须利用更多的时间去学习、理解知识，充分利用时间把学过的知识进行整理、总结，力求达到举一反三，触类旁通，做到“温故而知新”。</w:t>
      </w:r>
      <w:r>
        <w:rPr>
          <w:lang w:eastAsia="zh-CN"/>
        </w:rPr>
        <w:br/>
      </w:r>
      <w:r>
        <w:rPr>
          <w:lang w:eastAsia="zh-CN"/>
        </w:rPr>
        <w:t>　　三、成立学习小组</w:t>
      </w:r>
      <w:r>
        <w:rPr>
          <w:lang w:eastAsia="zh-CN"/>
        </w:rPr>
        <w:br/>
      </w:r>
      <w:r>
        <w:rPr>
          <w:lang w:eastAsia="zh-CN"/>
        </w:rPr>
        <w:t>　　解决学习困难 俗话说“三个臭皮匠顶个诸葛亮”，所以指导老师将同学们分别若干小组，并成立了以组长为核心的学习小组。有了学习小组既可以避免拉下功课，又可以互相帮助提高学习效率，因为我在读中专时所学的专业，既要学习理论的知识，又要补充实际操作的能力，遇到的难题比较多，这样大家可以一起讨论，共同提高。</w:t>
      </w:r>
      <w:r>
        <w:rPr>
          <w:lang w:eastAsia="zh-CN"/>
        </w:rPr>
        <w:br/>
      </w:r>
      <w:r>
        <w:rPr>
          <w:lang w:eastAsia="zh-CN"/>
        </w:rPr>
        <w:t>　　四、积极参与多媒体教学</w:t>
      </w:r>
      <w:r>
        <w:rPr>
          <w:lang w:eastAsia="zh-CN"/>
        </w:rPr>
        <w:br/>
      </w:r>
      <w:r>
        <w:rPr>
          <w:lang w:eastAsia="zh-CN"/>
        </w:rPr>
        <w:t>　　掌握学习内容</w:t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学校教学活动的组织方式有别于以面授为主的普通高校，各级电大都为学生提供更为完备的学习材料（如多种媒体的教材等）、学习条件（如视听阅览室、计算机多媒体教室、语音教室、网络教室等）和各种学习支持服务（如咨询答疑电话、语音信箱、网上教学平台、学习小组等）。多媒体教学手段相对于传统教育模式具有无可比拟的优越性，尤其适应成人教育和继续教育，为我们“自主学习”提供了极大方便。我们要把书本上的知识，运用到实践中去，努力提高工作效力。</w:t>
      </w:r>
      <w:r>
        <w:rPr>
          <w:lang w:eastAsia="zh-CN"/>
        </w:rPr>
        <w:br/>
      </w:r>
      <w:r>
        <w:rPr>
          <w:lang w:eastAsia="zh-CN"/>
        </w:rPr>
        <w:t>　　五、积极完成课后作业</w:t>
      </w:r>
      <w:r>
        <w:rPr>
          <w:lang w:eastAsia="zh-CN"/>
        </w:rPr>
        <w:br/>
      </w:r>
      <w:r>
        <w:rPr>
          <w:lang w:eastAsia="zh-CN"/>
        </w:rPr>
        <w:t>　　及时消化和巩固知识 做作业和练习是一种基本的学习活动，它的目的是检查学过的知识能否及时消化，检查是否具备分析和解决问题的能力。正确运用所学知识进行独立思考核和独立操作，做到“做作业和考试一样，考试和平时做作业一样”。对于作业做错的原因，应认真分析，对症下药，直到弄明白为止；对于难题，应认真钻研，加深对难题的理解，直至问题解决。</w:t>
      </w:r>
      <w:r>
        <w:rPr>
          <w:lang w:eastAsia="zh-CN"/>
        </w:rPr>
        <w:br/>
      </w:r>
      <w:r>
        <w:rPr>
          <w:lang w:eastAsia="zh-CN"/>
        </w:rPr>
        <w:t xml:space="preserve">    计算机新学期学习计划范文 篇5 </w:t>
      </w:r>
      <w:r>
        <w:rPr>
          <w:lang w:eastAsia="zh-CN"/>
        </w:rPr>
        <w:br/>
      </w:r>
      <w:r>
        <w:rPr>
          <w:lang w:eastAsia="zh-CN"/>
        </w:rPr>
        <w:t>　　首先，我认为，学习中不可忽略的一点就是要学会分析自己的学习特点，像我——理解能力还可以，老师讲的东西不是不懂，但却总出错（用家长们的话说就是不认真），而且对于一些死记硬背才能学会的东西总觉得不耐烦，因此，在这点上，我希望自己能在这一年的学习中对待学习更认真，更有耐心。</w:t>
      </w:r>
      <w:r>
        <w:rPr>
          <w:lang w:eastAsia="zh-CN"/>
        </w:rPr>
        <w:br/>
      </w:r>
      <w:r>
        <w:rPr>
          <w:lang w:eastAsia="zh-CN"/>
        </w:rPr>
        <w:t>　　其次，我觉得，在学习中，确定学习目标也是很重要的，学习目标是学生学习努力的方向，正确的学习目标更是能催人奋进。反之，没有目标的学习，就是对时光一种极大的浪费。所以，我暂时的目标就是考上大学，而对于我较弱的文化课我会努力，让它也有所进步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lang w:eastAsia="zh-CN"/>
        </w:rPr>
        <w:t>　　最后，也是最关键的一点，就是要科学安排时间，没有合理的安排，再好的计划也会付之东流。所以，在这一年里，我最要学会的就是要合理安排学习、娱乐、休息的时间，要把每一点一滴宝贵的时间都抓紧。在这关键的时期里，我要认真，仔细地规划每一分钟。认真投入到学习中。曾经有一位老师对我说，态度决定一切，要以良好的态度去面对学习。挑战自己，相信自己，我个人认为，人一生的时间的有限的，时间不等人，因为这是我中专生涯的最后一段时间，我不会放过从我身边中的每一份时间，挣取把握好身边的每分每秒。</w:t>
      </w:r>
      <w:r>
        <w:rPr>
          <w:lang w:eastAsia="zh-CN"/>
        </w:rPr>
        <w:br/>
      </w:r>
      <w:r>
        <w:rPr>
          <w:lang w:eastAsia="zh-CN"/>
        </w:rPr>
        <w:t xml:space="preserve">    计算机新学期学习计划范文 篇6 </w:t>
      </w:r>
      <w:r>
        <w:rPr>
          <w:lang w:eastAsia="zh-CN"/>
        </w:rPr>
        <w:br/>
      </w:r>
      <w:r>
        <w:rPr>
          <w:lang w:eastAsia="zh-CN"/>
        </w:rPr>
        <w:t>　　一：主要目标</w:t>
      </w:r>
      <w:r>
        <w:rPr>
          <w:lang w:eastAsia="zh-CN"/>
        </w:rPr>
        <w:br/>
      </w:r>
      <w:r>
        <w:rPr>
          <w:lang w:eastAsia="zh-CN"/>
        </w:rPr>
        <w:t>　　争取获得优良成绩，能切实在大学里学到丰富的专业知识和基础常识。增加文化素养，提升自身能力，端正学习态度，培养积极勤奋的学风。做学习计划来自我敦促，自我勉励。</w:t>
      </w:r>
      <w:r>
        <w:rPr>
          <w:lang w:eastAsia="zh-CN"/>
        </w:rPr>
        <w:br/>
      </w:r>
      <w:r>
        <w:rPr>
          <w:lang w:eastAsia="zh-CN"/>
        </w:rPr>
        <w:t>　　二：具体安排</w:t>
      </w:r>
      <w:r>
        <w:rPr>
          <w:lang w:eastAsia="zh-CN"/>
        </w:rPr>
        <w:br/>
      </w:r>
      <w:r>
        <w:rPr>
          <w:lang w:eastAsia="zh-CN"/>
        </w:rPr>
        <w:t>　　1、坚持预习，坚持在上课前先预习一遍课文，在上课之前对所上的内容有所了解，能提高听课效率。并且在老师上完一章的内容后，能够主动复习。温故而知新。</w:t>
      </w:r>
      <w:r>
        <w:rPr>
          <w:lang w:eastAsia="zh-CN"/>
        </w:rPr>
        <w:br/>
      </w:r>
      <w:r>
        <w:rPr>
          <w:lang w:eastAsia="zh-CN"/>
        </w:rPr>
        <w:t>　　2、每周抽一天时间早起背诵英语课文。</w:t>
      </w:r>
      <w:r>
        <w:rPr>
          <w:lang w:eastAsia="zh-CN"/>
        </w:rPr>
        <w:br/>
      </w:r>
      <w:r>
        <w:rPr>
          <w:lang w:eastAsia="zh-CN"/>
        </w:rPr>
        <w:t>　　3、每周坚持到校晚自习</w:t>
      </w:r>
      <w:r>
        <w:rPr>
          <w:lang w:eastAsia="zh-CN"/>
        </w:rPr>
        <w:br/>
      </w:r>
      <w:r>
        <w:rPr>
          <w:lang w:eastAsia="zh-CN"/>
        </w:rPr>
        <w:t>　　4、坚持去校图书馆借书阅书，坚持超额完成老师布置的读书任务，并且做好读书笔记。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lang w:eastAsia="zh-CN"/>
        </w:rPr>
        <w:t>　　5、对于课程知识，要多想多问，并且把其中有收货的部分记入笔记之中。</w:t>
      </w:r>
      <w:r>
        <w:rPr>
          <w:lang w:eastAsia="zh-CN"/>
        </w:rPr>
        <w:br/>
      </w:r>
      <w:r>
        <w:rPr>
          <w:lang w:eastAsia="zh-CN"/>
        </w:rPr>
        <w:t>　　6、每个月进行一次学习清算，反思自己这个月是否达成了学习计划，有哪一些做得不足的地方，下个月要注意改进。</w:t>
      </w:r>
      <w:r>
        <w:rPr>
          <w:lang w:eastAsia="zh-CN"/>
        </w:rPr>
        <w:br/>
      </w:r>
      <w:r>
        <w:rPr>
          <w:lang w:eastAsia="zh-CN"/>
        </w:rPr>
        <w:t>　　7、订阅英语辅导报，自学报纸上出现的一些英语单词，并且完成报纸上的练习题。</w:t>
      </w:r>
      <w:r>
        <w:rPr>
          <w:lang w:eastAsia="zh-CN"/>
        </w:rPr>
        <w:br/>
      </w:r>
      <w:r>
        <w:rPr>
          <w:lang w:eastAsia="zh-CN"/>
        </w:rPr>
        <w:t>　　8、身为一个汉语言文学专业的学生，对于文字的敏感和写作能力是非常重要的，所以应该坚持在平时多写一些练笔。</w:t>
      </w:r>
      <w:r>
        <w:rPr>
          <w:lang w:eastAsia="zh-CN"/>
        </w:rPr>
        <w:br/>
      </w:r>
      <w:r>
        <w:rPr>
          <w:lang w:eastAsia="zh-CN"/>
        </w:rPr>
        <w:t>　　9、多学习一些例如《文心雕龙》，《易经》之类的中国古文化典籍。</w:t>
      </w:r>
      <w:r>
        <w:rPr>
          <w:lang w:eastAsia="zh-CN"/>
        </w:rPr>
        <w:br/>
      </w:r>
      <w:r>
        <w:rPr>
          <w:lang w:eastAsia="zh-CN"/>
        </w:rPr>
        <w:t xml:space="preserve">    计算机新学期学习计划范文 篇7 </w:t>
      </w:r>
      <w:r>
        <w:rPr>
          <w:lang w:eastAsia="zh-CN"/>
        </w:rPr>
        <w:br/>
      </w:r>
      <w:r>
        <w:rPr>
          <w:lang w:eastAsia="zh-CN"/>
        </w:rPr>
        <w:t>　　终于迎来了忙碌的初三，可能还会沉浸在轻松、惬意的暑假，但一开学就让咱们措手不及的课程、作业着实压得咱们喘不过气。</w:t>
      </w:r>
      <w:r>
        <w:rPr>
          <w:lang w:eastAsia="zh-CN"/>
        </w:rPr>
        <w:br/>
      </w:r>
      <w:r>
        <w:rPr>
          <w:lang w:eastAsia="zh-CN"/>
        </w:rPr>
        <w:t>　　转眼回望过去的两年，都那样毫无意义的过了，不努力的我也后悔莫及。目标，是我从未拥有过的，说到这个代名词，让我想起暑假里学吉他的事。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lang w:eastAsia="zh-CN"/>
        </w:rPr>
        <w:t>　　暑假里一心血来潮，就让爸妈买了吉他，报了培训班。开始还兴致勃勃的上着，因为毕竟也是以前的爱好，而且会一门乐器也挺好。可是好景不长，渐渐的，我也就不怎么感兴趣了，回家也不练琴，上课时也不用心，结果混着混着暑假就这么晃过去了。一开学就后悔了，为什么不用心一点，为什么就不努力，想再去学习不可能了，初三的学业本来就繁重，哪还有那么多闲工夫瞎挥霍。其实学习无非也就这样，当初你不努力，不坚定，快死了你还想再挣扎几下，对不起，没时间了。现在，就现在，成败的堡垒在渐渐筑成，是好是坏，关键在于自身。</w:t>
      </w:r>
      <w:r>
        <w:rPr>
          <w:lang w:eastAsia="zh-CN"/>
        </w:rPr>
        <w:br/>
      </w:r>
      <w:r>
        <w:rPr>
          <w:lang w:eastAsia="zh-CN"/>
        </w:rPr>
        <w:t>　　这学期我把我偶像当做我的动力，可能别人会认为这很荒谬，但是，别不行新，因为这个动力让我真的改变很多。我和他们拥有一样的理想，他们也只是一群年纪不大的人，和咱们差不多大就远赴异乡独自打拼，那是要承受多大的寂寞和痛苦，可是没有阻碍，何来成功？他们因为努力，因为信念成功，我相信我可以！就像张老师那样，她感到痛苦、无助时，她会看她和她好友一起旅行的照片，心里会很欣慰。当我每次看到偶像时，内心和张老师一样，那时我只会想，挫折没什么，我可以克服的，我有我的理想，我必须实现它！</w:t>
      </w:r>
      <w:r>
        <w:rPr>
          <w:lang w:eastAsia="zh-CN"/>
        </w:rPr>
        <w:br/>
      </w:r>
      <w:r>
        <w:rPr>
          <w:lang w:eastAsia="zh-CN"/>
        </w:rPr>
        <w:t>　　鸡蛋从外打破，是事物；从内打破，是生命。人生，从外打破，是压力；从内打破是成长，所以，这学期的目标，是要朝着我的理想，一步一步的铺成长的道路。</w:t>
      </w:r>
      <w:r>
        <w:rPr>
          <w:lang w:eastAsia="zh-CN"/>
        </w:rPr>
        <w:br/>
      </w:r>
      <w:r>
        <w:rPr>
          <w:lang w:eastAsia="zh-CN"/>
        </w:rPr>
        <w:t xml:space="preserve">    计算机新学期学习计划范文 篇8 </w:t>
      </w:r>
      <w:r>
        <w:rPr>
          <w:lang w:eastAsia="zh-CN"/>
        </w:rPr>
        <w:br/>
      </w:r>
      <w:r>
        <w:rPr>
          <w:lang w:eastAsia="zh-CN"/>
        </w:rPr>
        <w:t>　　一个人的生命纪录是被不断更新的。也就是说在一个人的一生中有许多次开始和结束。每年是一个新的开始，每一天是一个新的.开始，甚至每一分、每一秒都是新的开始。面对这瞬息万变的世界，我们注定要用新的面貌来适应它。</w:t>
      </w:r>
      <w:r>
        <w:rPr>
          <w:lang w:eastAsia="zh-CN"/>
        </w:rPr>
        <w:br/>
      </w:r>
      <w:r>
        <w:rPr>
          <w:lang w:eastAsia="zh-CN"/>
        </w:rPr>
        <w:t>　　我也迎来了我新的开始，因为新学期即将开始。</w:t>
      </w:r>
      <w:r>
        <w:rPr>
          <w:lang w:eastAsia="zh-CN"/>
        </w:rPr>
        <w:br/>
      </w:r>
      <w:r>
        <w:rPr>
          <w:lang w:eastAsia="zh-CN"/>
        </w:rPr>
        <w:t>　　我必须调整好精神状态，绝不能用假期的散漫习惯对待学习，要积极调动学习的热情，兴趣，全身心地投入到学习中去。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lang w:eastAsia="zh-CN"/>
        </w:rPr>
        <w:t>　　要珍惜时间，集中精力搞好学习。任何人的成功都离不开勤奋，因此我要上好每一节课，积极思维，大胆发言，善于发现问题，解决问题，当天的学习任务当天完成，决不拖到明天，只有这样才能成功。</w:t>
      </w:r>
      <w:r>
        <w:rPr>
          <w:lang w:eastAsia="zh-CN"/>
        </w:rPr>
        <w:br/>
      </w:r>
      <w:r>
        <w:rPr>
          <w:lang w:eastAsia="zh-CN"/>
        </w:rPr>
        <w:t>　　关注新闻，关注国家大事，这样才能了解更多知识。</w:t>
      </w:r>
      <w:r>
        <w:rPr>
          <w:lang w:eastAsia="zh-CN"/>
        </w:rPr>
        <w:br/>
      </w:r>
      <w:r>
        <w:rPr>
          <w:lang w:eastAsia="zh-CN"/>
        </w:rPr>
        <w:t>　　其次，每周做周小结，把一周学习的内容进行复习，巩固。</w:t>
      </w:r>
      <w:r>
        <w:rPr>
          <w:lang w:eastAsia="zh-CN"/>
        </w:rPr>
        <w:br/>
      </w:r>
      <w:r>
        <w:rPr>
          <w:lang w:eastAsia="zh-CN"/>
        </w:rPr>
        <w:t>　　新学期开始了，生命纪录再度更新。一切已成过往，何必再去记挂呢？它们只不过是旧档案而已。在新学期伊始，以一个全新的面貌来面对即将开始的一切，不留遗憾，向旧纪录挑战是我们应该做，也是将要做的。来吧，让我们一起展现一个新的自己！</w:t>
      </w:r>
      <w:r>
        <w:rPr>
          <w:lang w:eastAsia="zh-CN"/>
        </w:rPr>
        <w:br/>
      </w:r>
      <w:r>
        <w:rPr>
          <w:lang w:eastAsia="zh-CN"/>
        </w:rPr>
        <w:t xml:space="preserve">    计算机新学期学习计划范文 篇9 </w:t>
      </w:r>
      <w:r>
        <w:rPr>
          <w:lang w:eastAsia="zh-CN"/>
        </w:rPr>
        <w:br/>
      </w:r>
      <w:r>
        <w:rPr>
          <w:lang w:eastAsia="zh-CN"/>
        </w:rPr>
        <w:t>　　一、在校计划表</w:t>
      </w:r>
      <w:r>
        <w:rPr>
          <w:lang w:eastAsia="zh-CN"/>
        </w:rPr>
        <w:br/>
      </w:r>
      <w:r>
        <w:rPr>
          <w:lang w:eastAsia="zh-CN"/>
        </w:rPr>
        <w:t>　　1、上课老师没有让讨论的时候不能和同桌说悄悄话，打乱课堂秩序。</w:t>
      </w:r>
      <w:r>
        <w:rPr>
          <w:lang w:eastAsia="zh-CN"/>
        </w:rPr>
        <w:br/>
      </w:r>
      <w:r>
        <w:rPr>
          <w:lang w:eastAsia="zh-CN"/>
        </w:rPr>
        <w:t>　　2、在学校要有礼貌，见到老师时要问好，放学时要对老师说再见。</w:t>
      </w:r>
      <w:r>
        <w:rPr>
          <w:lang w:eastAsia="zh-CN"/>
        </w:rPr>
        <w:br/>
      </w:r>
      <w:r>
        <w:rPr>
          <w:lang w:eastAsia="zh-CN"/>
        </w:rPr>
        <w:t>　　3、下课的时候，可以在操场上玩耍或在教室里安静地看课外书，不能追逐打闹。</w:t>
      </w:r>
      <w:r>
        <w:rPr>
          <w:lang w:eastAsia="zh-CN"/>
        </w:rPr>
        <w:br/>
      </w:r>
      <w:r>
        <w:rPr>
          <w:lang w:eastAsia="zh-CN"/>
        </w:rPr>
        <w:t>　　二、作业质量计划表</w:t>
      </w:r>
      <w:r>
        <w:rPr>
          <w:lang w:eastAsia="zh-CN"/>
        </w:rPr>
        <w:br/>
      </w:r>
      <w:r>
        <w:rPr>
          <w:lang w:eastAsia="zh-CN"/>
        </w:rPr>
        <w:t>　　写作业时要用正确的握笔姿势，把字写得工工整整，不能毛毛糙糙的，写错_个字扣一面红旗，如果这个星期内被扣掉_面红旗的话，这个星期则不能玩电脑。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lang w:eastAsia="zh-CN"/>
        </w:rPr>
        <w:t>　　三、放学后计划表</w:t>
      </w:r>
      <w:r>
        <w:rPr>
          <w:lang w:eastAsia="zh-CN"/>
        </w:rPr>
        <w:br/>
      </w:r>
      <w:r>
        <w:rPr>
          <w:lang w:eastAsia="zh-CN"/>
        </w:rPr>
        <w:t>　　1、中午放学后，回家读_小时课外书。</w:t>
      </w:r>
      <w:r>
        <w:rPr>
          <w:lang w:eastAsia="zh-CN"/>
        </w:rPr>
        <w:br/>
      </w:r>
      <w:r>
        <w:rPr>
          <w:lang w:eastAsia="zh-CN"/>
        </w:rPr>
        <w:t>　　2、下午放学后，回家第一件事是写作业，写完作业后可以适当地出去放松一下。</w:t>
      </w:r>
      <w:r>
        <w:rPr>
          <w:lang w:eastAsia="zh-CN"/>
        </w:rPr>
        <w:br/>
      </w:r>
      <w:r>
        <w:rPr>
          <w:lang w:eastAsia="zh-CN"/>
        </w:rPr>
        <w:t>　　四、作息时间计划表</w:t>
      </w:r>
      <w:r>
        <w:rPr>
          <w:lang w:eastAsia="zh-CN"/>
        </w:rPr>
        <w:br/>
      </w:r>
      <w:r>
        <w:rPr>
          <w:lang w:eastAsia="zh-CN"/>
        </w:rPr>
        <w:t>　　1、每天晚上_点开始洗漱，_点准时上床睡觉。</w:t>
      </w:r>
      <w:r>
        <w:rPr>
          <w:lang w:eastAsia="zh-CN"/>
        </w:rPr>
        <w:br/>
      </w:r>
      <w:r>
        <w:rPr>
          <w:lang w:eastAsia="zh-CN"/>
        </w:rPr>
        <w:t>　　2、早上_点起床，做一做简单的运动。</w:t>
      </w:r>
      <w:r>
        <w:rPr>
          <w:lang w:eastAsia="zh-CN"/>
        </w:rPr>
        <w:br/>
      </w:r>
      <w:r>
        <w:rPr>
          <w:lang w:eastAsia="zh-CN"/>
        </w:rPr>
        <w:t>　　3、_点半骑自行车上学。</w:t>
      </w:r>
      <w:r>
        <w:rPr>
          <w:lang w:eastAsia="zh-CN"/>
        </w:rPr>
        <w:br/>
      </w:r>
      <w:r>
        <w:rPr>
          <w:lang w:eastAsia="zh-CN"/>
        </w:rPr>
        <w:t>　　五、游戏时间计划表</w:t>
      </w:r>
      <w:r>
        <w:rPr>
          <w:lang w:eastAsia="zh-CN"/>
        </w:rPr>
        <w:br/>
      </w:r>
      <w:r>
        <w:rPr>
          <w:lang w:eastAsia="zh-CN"/>
        </w:rPr>
        <w:t>　　1、星期_——星期_不能玩电脑。</w:t>
      </w:r>
      <w:r>
        <w:rPr>
          <w:lang w:eastAsia="zh-CN"/>
        </w:rPr>
        <w:br/>
      </w:r>
      <w:r>
        <w:rPr>
          <w:lang w:eastAsia="zh-CN"/>
        </w:rPr>
        <w:t>　　2、星期_——星期_可以玩电脑_分钟。</w:t>
      </w:r>
      <w:r>
        <w:rPr>
          <w:lang w:eastAsia="zh-CN"/>
        </w:rPr>
        <w:br/>
      </w:r>
      <w:r>
        <w:rPr>
          <w:lang w:eastAsia="zh-CN"/>
        </w:rPr>
        <w:t>　　六、学习成绩计划表</w:t>
      </w:r>
      <w:r>
        <w:rPr>
          <w:lang w:eastAsia="zh-CN"/>
        </w:rPr>
        <w:br/>
      </w:r>
      <w:r>
        <w:rPr>
          <w:lang w:eastAsia="zh-CN"/>
        </w:rPr>
        <w:t>　　1、语文考_分以上。</w:t>
      </w:r>
      <w:r>
        <w:rPr>
          <w:lang w:eastAsia="zh-CN"/>
        </w:rPr>
        <w:br/>
      </w:r>
      <w:r>
        <w:rPr>
          <w:lang w:eastAsia="zh-CN"/>
        </w:rPr>
        <w:t>　　2、数学考_分以上。</w:t>
      </w:r>
      <w:r>
        <w:rPr>
          <w:lang w:eastAsia="zh-CN"/>
        </w:rPr>
        <w:br/>
      </w:r>
      <w:r>
        <w:rPr>
          <w:lang w:eastAsia="zh-CN"/>
        </w:rPr>
        <w:t>　　3、英语考_分以上。</w:t>
      </w:r>
      <w:r>
        <w:rPr>
          <w:lang w:eastAsia="zh-CN"/>
        </w:rPr>
        <w:br/>
      </w:r>
      <w:r>
        <w:rPr>
          <w:lang w:eastAsia="zh-CN"/>
        </w:rPr>
        <w:t>　　这就是我的新学期计划，你们的呢？大家一起交流，让新学期充满惊喜，见证奇迹吧！</w:t>
      </w:r>
      <w:r>
        <w:rPr>
          <w:lang w:eastAsia="zh-CN"/>
        </w:rPr>
        <w:br/>
      </w:r>
      <w:r>
        <w:rPr>
          <w:lang w:eastAsia="zh-CN"/>
        </w:rPr>
        <w:t xml:space="preserve">    计算机新学期学习计划范文 篇10 </w:t>
      </w:r>
      <w:r>
        <w:rPr>
          <w:lang w:eastAsia="zh-CN"/>
        </w:rPr>
        <w:br/>
      </w:r>
      <w:r>
        <w:rPr>
          <w:lang w:eastAsia="zh-CN"/>
        </w:rPr>
        <w:t>　　初一学习计划换了新的环境，让我还不是很适应，做什么事都感到迷茫。科目一下子增多了几科，平时想预习、复习总是无从下手。因此，我决定制定一份学习计划。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lang w:eastAsia="zh-CN"/>
        </w:rPr>
        <w:t>　　首先，我想要建设一个良好的班集体，我便应该和同学们有着共同的目标，前进的动力。还应该各尽我所能，发挥我所长，奉献集体。最重要的是，要和同学们团结协作，互助前行。</w:t>
      </w:r>
      <w:r>
        <w:rPr>
          <w:lang w:eastAsia="zh-CN"/>
        </w:rPr>
        <w:br/>
      </w:r>
      <w:r>
        <w:rPr>
          <w:lang w:eastAsia="zh-CN"/>
        </w:rPr>
        <w:t>　　然后，我应该要采用不同的方法和策略去学会自主学习。我要摆脱对父母和老师的依赖，成为一个自主的学习者。每逢在做完作业的时候，都要自觉学习这一周所上的新内容，新的知识点要熟记。</w:t>
      </w:r>
      <w:r>
        <w:rPr>
          <w:lang w:eastAsia="zh-CN"/>
        </w:rPr>
        <w:br/>
      </w:r>
      <w:r>
        <w:rPr>
          <w:lang w:eastAsia="zh-CN"/>
        </w:rPr>
        <w:t>　　接着，我要提高学习效率。只有把握好每个环节的质量，如课前认真预习，上课时专心听讲，课后及时复习，才能从整体上提高学习效率。在要复习的'时候，千万不能想着要推迟。要记住学习后的短时间内对学习内容的保持量是不同的。刚学完是能记住很多内容，但是在学后的短时间后遗忘的速度也是很快的，经过一段时间后遗忘的遗度开始减缓，最后保持在一定的水平上。因此，及时复习所学习的内容是很重要的。</w:t>
      </w:r>
      <w:r>
        <w:rPr>
          <w:lang w:eastAsia="zh-CN"/>
        </w:rPr>
        <w:br/>
      </w:r>
      <w:r>
        <w:rPr>
          <w:lang w:eastAsia="zh-CN"/>
        </w:rPr>
        <w:t>　　最后，我要科学安排时间。随着学习科目的增多，难度加深，科学的安排学习时间显得十分重要。每一科的学习时间都要平均，一定不能出现偏科。在做着某一个科目的作业的时候，不能想着另一科。正所谓劳逸结合，留出不分时间，不能只是盲目的学习，要懂得适当的放松自己。</w:t>
      </w:r>
      <w:r>
        <w:rPr>
          <w:lang w:eastAsia="zh-CN"/>
        </w:rPr>
        <w:br/>
      </w:r>
      <w:r>
        <w:rPr>
          <w:lang w:eastAsia="zh-CN"/>
        </w:rPr>
        <w:t>　　学会自主学习，提高学习效率，科学安排时间，这些方法和策略，能使我们在学习中游刃有余，事半功倍。</w:t>
      </w:r>
      <w:r>
        <w:rPr>
          <w:lang w:eastAsia="zh-CN"/>
        </w:rPr>
        <w:br/>
      </w:r>
      <w:r>
        <w:rPr>
          <w:lang w:eastAsia="zh-CN"/>
        </w:rPr>
        <w:t xml:space="preserve">    计算机新学期学习计划范文 篇11 </w:t>
      </w:r>
      <w:r>
        <w:rPr>
          <w:lang w:eastAsia="zh-CN"/>
        </w:rPr>
        <w:br/>
      </w:r>
      <w:r>
        <w:rPr>
          <w:lang w:eastAsia="zh-CN"/>
        </w:rPr>
        <w:t>　　新的学期就要到来了，为了使下个学期的学习成绩进步、各科成绩优异、不偏科，我新学期的打算如下：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lang w:eastAsia="zh-CN"/>
        </w:rPr>
        <w:t>　　一、做好预习。</w:t>
      </w:r>
      <w:r>
        <w:rPr>
          <w:lang w:eastAsia="zh-CN"/>
        </w:rPr>
        <w:br/>
      </w:r>
      <w:r>
        <w:rPr>
          <w:lang w:eastAsia="zh-CN"/>
        </w:rPr>
        <w:t>　　预习是学好各科的第一个环节，所以预习应做到：</w:t>
      </w:r>
      <w:r>
        <w:rPr>
          <w:lang w:eastAsia="zh-CN"/>
        </w:rPr>
        <w:br/>
      </w:r>
      <w:r>
        <w:rPr>
          <w:lang w:eastAsia="zh-CN"/>
        </w:rPr>
        <w:t>　　1、粗读教材，找出这节与哪些旧知识有联系，并复习这些知识;</w:t>
      </w:r>
      <w:r>
        <w:rPr>
          <w:lang w:eastAsia="zh-CN"/>
        </w:rPr>
        <w:br/>
      </w:r>
      <w:r>
        <w:rPr>
          <w:lang w:eastAsia="zh-CN"/>
        </w:rPr>
        <w:t>　　2、列写出这节的内容提要;</w:t>
      </w:r>
      <w:r>
        <w:rPr>
          <w:lang w:eastAsia="zh-CN"/>
        </w:rPr>
        <w:br/>
      </w:r>
      <w:r>
        <w:rPr>
          <w:lang w:eastAsia="zh-CN"/>
        </w:rPr>
        <w:t>　　3、找出这节的重点与难点;</w:t>
      </w:r>
      <w:r>
        <w:rPr>
          <w:lang w:eastAsia="zh-CN"/>
        </w:rPr>
        <w:br/>
      </w:r>
      <w:r>
        <w:rPr>
          <w:lang w:eastAsia="zh-CN"/>
        </w:rPr>
        <w:t>　　4、找出课堂上应解决的重点问题。</w:t>
      </w:r>
      <w:r>
        <w:rPr>
          <w:lang w:eastAsia="zh-CN"/>
        </w:rPr>
        <w:br/>
      </w:r>
      <w:r>
        <w:rPr>
          <w:lang w:eastAsia="zh-CN"/>
        </w:rPr>
        <w:t>　　二、听课。学习每门功课，一个很重要的环节就是要听好课，听课应做到：</w:t>
      </w:r>
      <w:r>
        <w:rPr>
          <w:lang w:eastAsia="zh-CN"/>
        </w:rPr>
        <w:br/>
      </w:r>
      <w:r>
        <w:rPr>
          <w:lang w:eastAsia="zh-CN"/>
        </w:rPr>
        <w:t>　　1、要有明确的学习目的;</w:t>
      </w:r>
      <w:r>
        <w:rPr>
          <w:lang w:eastAsia="zh-CN"/>
        </w:rPr>
        <w:br/>
      </w:r>
      <w:r>
        <w:rPr>
          <w:lang w:eastAsia="zh-CN"/>
        </w:rPr>
        <w:t>　　2、听课要特别注重“理解”。</w:t>
      </w:r>
      <w:r>
        <w:rPr>
          <w:lang w:eastAsia="zh-CN"/>
        </w:rPr>
        <w:br/>
      </w:r>
      <w:r>
        <w:rPr>
          <w:lang w:eastAsia="zh-CN"/>
        </w:rPr>
        <w:t>　　三、做课堂笔记。做笔记对复习、作业有好处，做课堂笔记应：</w:t>
      </w:r>
      <w:r>
        <w:rPr>
          <w:lang w:eastAsia="zh-CN"/>
        </w:rPr>
        <w:br/>
      </w:r>
      <w:r>
        <w:rPr>
          <w:lang w:eastAsia="zh-CN"/>
        </w:rPr>
        <w:t>　　1、笔记要简明扼要;</w:t>
      </w:r>
      <w:r>
        <w:rPr>
          <w:lang w:eastAsia="zh-CN"/>
        </w:rPr>
        <w:br/>
      </w:r>
      <w:r>
        <w:rPr>
          <w:lang w:eastAsia="zh-CN"/>
        </w:rPr>
        <w:t>　　2、课堂上做好笔记后，还要学会课后及时整理笔记。</w:t>
      </w:r>
      <w:r>
        <w:rPr>
          <w:lang w:eastAsia="zh-CN"/>
        </w:rPr>
        <w:br/>
      </w:r>
      <w:r>
        <w:rPr>
          <w:lang w:eastAsia="zh-CN"/>
        </w:rPr>
        <w:t>　　四、做作业。</w:t>
      </w:r>
      <w:r>
        <w:rPr>
          <w:lang w:eastAsia="zh-CN"/>
        </w:rPr>
        <w:br/>
      </w:r>
      <w:r>
        <w:rPr>
          <w:lang w:eastAsia="zh-CN"/>
        </w:rPr>
        <w:t>　　1、做作业之前，必须对当天所学的知识认真复习，理解其确切涵义，明确起适用条件，弄清运用其解题的步骤;</w:t>
      </w:r>
      <w:r>
        <w:rPr>
          <w:lang w:eastAsia="zh-CN"/>
        </w:rPr>
        <w:br/>
      </w:r>
      <w:r>
        <w:rPr>
          <w:lang w:eastAsia="zh-CN"/>
        </w:rPr>
        <w:t>　　2、认真审题，弄清题设条件和做题要求;</w:t>
      </w:r>
      <w:r>
        <w:rPr>
          <w:lang w:eastAsia="zh-CN"/>
        </w:rPr>
        <w:br/>
      </w:r>
      <w:r>
        <w:rPr>
          <w:lang w:eastAsia="zh-CN"/>
        </w:rPr>
        <w:t>　　3、明确解题思路，确定解题方法步骤;</w:t>
      </w:r>
      <w:r>
        <w:rPr>
          <w:lang w:eastAsia="zh-CN"/>
        </w:rPr>
        <w:br/>
      </w:r>
      <w:r>
        <w:rPr>
          <w:lang w:eastAsia="zh-CN"/>
        </w:rPr>
        <w:t>　　4、认真仔细做题，不可马虎从事，做完后还要认真检查;</w:t>
      </w:r>
      <w:r>
        <w:rPr>
          <w:lang w:eastAsia="zh-CN"/>
        </w:rPr>
        <w:br/>
      </w:r>
      <w:r>
        <w:rPr>
          <w:lang w:eastAsia="zh-CN"/>
        </w:rPr>
        <w:t>　　5、及时总结经验教训，积累解题技巧，提高解题能力;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lang w:eastAsia="zh-CN"/>
        </w:rPr>
        <w:t>　　6、遇到不会做的题，不要急于问老师，更不能抄袭别人的作业，要在复习功课的基础上，要通过层层分析，步步推理，多方联系，理出头绪，要下决心独立完成作业;7、像历史、地理、生物、政治这些需要背的科目，要先背再做。</w:t>
      </w:r>
      <w:r>
        <w:rPr>
          <w:lang w:eastAsia="zh-CN"/>
        </w:rPr>
        <w:br/>
      </w:r>
      <w:r>
        <w:rPr>
          <w:lang w:eastAsia="zh-CN"/>
        </w:rPr>
        <w:t>　　五、课后复习。</w:t>
      </w:r>
      <w:r>
        <w:rPr>
          <w:lang w:eastAsia="zh-CN"/>
        </w:rPr>
        <w:br/>
      </w:r>
      <w:r>
        <w:rPr>
          <w:lang w:eastAsia="zh-CN"/>
        </w:rPr>
        <w:t>　　1、及时复习;</w:t>
      </w:r>
      <w:r>
        <w:rPr>
          <w:lang w:eastAsia="zh-CN"/>
        </w:rPr>
        <w:br/>
      </w:r>
      <w:r>
        <w:rPr>
          <w:lang w:eastAsia="zh-CN"/>
        </w:rPr>
        <w:t>　　2、计划复习;</w:t>
      </w:r>
      <w:r>
        <w:rPr>
          <w:lang w:eastAsia="zh-CN"/>
        </w:rPr>
        <w:br/>
      </w:r>
      <w:r>
        <w:rPr>
          <w:lang w:eastAsia="zh-CN"/>
        </w:rPr>
        <w:t>　　3、课本、笔记和教辅资料一起运用;</w:t>
      </w:r>
      <w:r>
        <w:rPr>
          <w:lang w:eastAsia="zh-CN"/>
        </w:rPr>
        <w:br/>
      </w:r>
      <w:r>
        <w:rPr>
          <w:lang w:eastAsia="zh-CN"/>
        </w:rPr>
        <w:t>　　4、提高复习质量。</w:t>
      </w:r>
      <w:r>
        <w:rPr>
          <w:lang w:eastAsia="zh-CN"/>
        </w:rPr>
        <w:br/>
      </w:r>
      <w:r>
        <w:rPr>
          <w:lang w:eastAsia="zh-CN"/>
        </w:rPr>
        <w:t>　　做好以上五点是不容易的，需要持之以恒，但为了美好的未来，我决心做到。</w:t>
      </w:r>
      <w:r>
        <w:rPr>
          <w:lang w:eastAsia="zh-CN"/>
        </w:rPr>
        <w:br/>
      </w:r>
      <w:r>
        <w:rPr>
          <w:lang w:eastAsia="zh-CN"/>
        </w:rPr>
        <w:t>　　篇二</w:t>
      </w:r>
      <w:r>
        <w:rPr>
          <w:lang w:eastAsia="zh-CN"/>
        </w:rPr>
        <w:br/>
      </w:r>
      <w:r>
        <w:rPr>
          <w:lang w:eastAsia="zh-CN"/>
        </w:rPr>
        <w:t>　　六年的小学生活已划上了圆满的句号，我进入了中学。开学第一天，老师告诫同学们说，即使你拥有再辉煌的过去，也并不代表你会在接下来的中学生活中依旧会活得潇洒。是的，进入初中我们即将面临的是一个全新的起点，未来充满未知。</w:t>
      </w:r>
      <w:r>
        <w:rPr>
          <w:lang w:eastAsia="zh-CN"/>
        </w:rPr>
        <w:br/>
      </w:r>
      <w:r>
        <w:rPr>
          <w:lang w:eastAsia="zh-CN"/>
        </w:rPr>
        <w:t>　　凡事预则立，不预则废。新的学期我确立了新的目标，“学习成绩进位争先，能力素质全面发展”，为此，我制定了新学期计划。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lang w:eastAsia="zh-CN"/>
        </w:rPr>
        <w:t>　　在文化课学习上，坚持课前预习、课后复习，按时完成老师布置的作业，上课认真听讲，积极思考，踊跃发言，平时遇到学习上的问题及时请教，多与同学交流，不让问题过夜。在语文学习方面，侧重多读，关心国家大事，养成每天读报的习惯，坚持每周安排半天课外阅读，一个月看一本中外名著，一学期看一集中学生范文选，扩大知识面，提高作文水平;在数学学习方面，侧重多练，每天晚上坚持一小时数学练习，每周坚持半天奥数学习，及时巩固和深化课堂学习，拓宽解题思路，提高解题速度;在英语学习方面，侧重“三多”，即多听、多说、多背，坚持每天早上英语朗读背诵半小时，每天听英语录音半小时，平时多练习用英语交流，熟练掌握所学语法、句型、生词，全面提高英语读、听、说能力。</w:t>
      </w:r>
      <w:r>
        <w:rPr>
          <w:lang w:eastAsia="zh-CN"/>
        </w:rPr>
        <w:br/>
      </w:r>
      <w:r>
        <w:rPr>
          <w:lang w:eastAsia="zh-CN"/>
        </w:rPr>
        <w:t>　　在文体发展上，坚持认真上好文体课，培养广泛兴趣，发展一两项专长。在体育锻炼方面，坚持每天半小时跑步，练习打好羽毛球、乒乓球，认真上好体育课，做好课间操，提高体育成绩，增强体质;在文艺和兴趣爱好方面，主要是在学习之余，练练琴、学学电脑等，尽量控制玩电脑游戏的时间，做到不影响学习，张驰有度，劳逸结合。</w:t>
      </w:r>
      <w:r>
        <w:rPr>
          <w:lang w:eastAsia="zh-CN"/>
        </w:rPr>
        <w:br/>
      </w:r>
      <w:r>
        <w:rPr>
          <w:lang w:eastAsia="zh-CN"/>
        </w:rPr>
        <w:t>　　在集体生活上，增强集体荣誉感，遵守纪律，积极参加各项班集体活动，多参加社会实践活动，主动做好各项班集体工作，为同学服务，在实践中锻练各方面能力，提高综合素质。</w:t>
      </w:r>
      <w:r>
        <w:rPr>
          <w:lang w:eastAsia="zh-CN"/>
        </w:rPr>
        <w:br/>
      </w:r>
      <w:r>
        <w:rPr>
          <w:lang w:eastAsia="zh-CN"/>
        </w:rPr>
        <w:t>　　学习竞争压力是很大的，稍不努力成绩就会掉下来，大家都想变强，你懈怠了就只有做班级的“吊车尾”，所以努力提高学习成绩是我在新学期的第一要务。</w:t>
      </w:r>
      <w:r>
        <w:rPr>
          <w:lang w:eastAsia="zh-CN"/>
        </w:rPr>
        <w:br/>
      </w:r>
      <w:r>
        <w:rPr>
          <w:lang w:eastAsia="zh-CN"/>
        </w:rPr>
        <w:t>　　计划定好了，关键在执行。我将把我的新学期计划打印张贴在床头，每天第一时间提醒自己按计划朝着新目标迈进。但愿我的计划经过努力后能取得预期效果，努力过了，就不会后悔。</w:t>
      </w:r>
      <w:r>
        <w:rPr>
          <w:lang w:eastAsia="zh-CN"/>
        </w:rPr>
        <w:br/>
      </w:r>
      <w:r>
        <w:rPr>
          <w:lang w:eastAsia="zh-CN"/>
        </w:rPr>
        <w:t xml:space="preserve">    计算机新学期学习计划范文 篇12 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lang w:eastAsia="zh-CN"/>
        </w:rPr>
        <w:t>　　一年之计在于春，一个学期之计在于开始，俗话说好的开始就是成功的一半。新年、新春、新学期，我们也该有新的打算。学习部作为学生会的常规组织，过去的一年在全体成员的共同努力之下，学习部取得了一定的成绩，在本年的工作中我们将继承优点，改正不足，争取把学习部的工作做的更好，充分为大家服好务。为我系的发展贡献我们的力量。本学年工作计划如下:</w:t>
      </w:r>
      <w:r>
        <w:rPr>
          <w:lang w:eastAsia="zh-CN"/>
        </w:rPr>
        <w:br/>
      </w:r>
      <w:r>
        <w:rPr>
          <w:lang w:eastAsia="zh-CN"/>
        </w:rPr>
        <w:t>　　一：辩论赛</w:t>
      </w:r>
      <w:r>
        <w:rPr>
          <w:lang w:eastAsia="zh-CN"/>
        </w:rPr>
        <w:br/>
      </w:r>
      <w:r>
        <w:rPr>
          <w:lang w:eastAsia="zh-CN"/>
        </w:rPr>
        <w:t>　　为进一步增进大家的相互了解，丰富大学生活，提高同学们思维的缜密性，锻炼大家口才，我部将举办一次辩论赛。1.时间：第二周准备，第三周预赛，第四周决赛。2.地点：待定。3.参加者：考虑到03级同学四级考试，02级同学准备考研，主要面向04级。4.辩论主题：待定，三场辩论赛，每场一个主题。5.基本程序：04级公管本1.2班组一队，3.4班一队，两队对决；公管专4个班一队，公关2个班一队，两队对决。胜出的两队进入决赛。6.奖项：评出最佳辩队一个（即决赛胜出者），最佳辩手4名（每队一名）。赛后，我们将根据《条例》予以加分，给予奖励。相信这次活动一定会对大家的口才、思维、机智等能力有所提高。</w:t>
      </w:r>
      <w:r>
        <w:rPr>
          <w:lang w:eastAsia="zh-CN"/>
        </w:rPr>
        <w:br/>
      </w:r>
      <w:r>
        <w:rPr>
          <w:lang w:eastAsia="zh-CN"/>
        </w:rPr>
        <w:t>　　二：全国大学生英语四级模拟考试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>
        <w:rPr>
          <w:lang w:eastAsia="zh-CN"/>
        </w:rPr>
        <w:t>　　英语一直就是我们学习的重中之重，我系一直都比较重视英语的学习，抓好英语学习对大家来说也就是很重要的，尤其大学英语四级考试关乎大家的毕业证书和学位证书。为进一步提高03级同学的英语成绩，能够更加自信、坦然地面对四级考试，特进行一系列的英语四级模拟考试。1.时间：第四或五周开始，隔周一次。2.地点：待定。3.参加者：主要就是03级同学，部分还未通过的02级同学也可参加。4.形式：严格按照全国大学生英语四级考试形式进行，由学习部精选试题，联系外语系播放听力，组织学生会成员或者高年级班长、团支书监考，组织各班学习委员批改试卷，最后由学习部统计汇总考试成绩，查找问题，汇报给老师和03级各班班长。希望以此方式提高同学们的应试能力，并及时发现自己的不足进一步改正，并且可以使老师们快速、有效地了解到同学们的情况。</w:t>
      </w:r>
      <w:r>
        <w:rPr>
          <w:lang w:eastAsia="zh-CN"/>
        </w:rPr>
        <w:br/>
      </w:r>
      <w:r>
        <w:rPr>
          <w:lang w:eastAsia="zh-CN"/>
        </w:rPr>
        <w:t>　　三：系列讲座</w:t>
      </w:r>
      <w:r>
        <w:rPr>
          <w:lang w:eastAsia="zh-CN"/>
        </w:rPr>
        <w:br/>
      </w:r>
      <w:r>
        <w:rPr>
          <w:lang w:eastAsia="zh-CN"/>
        </w:rPr>
        <w:t>　　针对各级同学们面临的专升本、英语四级、计算机二级、考研等情况，我部尽量组织多种形式的讲座，为同学们解惑答疑，让同学们能更加有准备得面对，学有动力，学有方法，学有成绩。具体形式未定。</w:t>
      </w:r>
      <w:r>
        <w:rPr>
          <w:lang w:eastAsia="zh-CN"/>
        </w:rPr>
        <w:br/>
      </w:r>
      <w:r>
        <w:rPr>
          <w:lang w:eastAsia="zh-CN"/>
        </w:rPr>
        <w:t>　　四：常规活动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>
        <w:rPr>
          <w:lang w:eastAsia="zh-CN"/>
        </w:rPr>
        <w:t>　　1.学习委员例会定期召开学习委员例会，从各班学习委员那里获得各班学习情况的第一手资料，帮助大家端正学习态度，树立信心，营造人文社科系良好的学习氛围，及时把校、系的各项活动通知传达到同学们那里，充分体现我们学生会的服务功能。2.学习部例会坚持学习部内部例会制度，每周日下午6：30在c105召开。了解每个成员各自分配的任务的进展情况，有什么问题或困难，以及活动结束后的总结，包括成绩和不足，对不足进行改进。对提出的问题全体成员集思广益，争取把工作做得更好，把最好的服务献给大家。3.成绩汇总新学期开始，认真做好各年级、各专业成绩汇总情况。</w:t>
      </w:r>
      <w:r>
        <w:rPr>
          <w:lang w:eastAsia="zh-CN"/>
        </w:rPr>
        <w:br/>
      </w:r>
      <w:r>
        <w:rPr>
          <w:lang w:eastAsia="zh-CN"/>
        </w:rPr>
        <w:t>　　以上各项工作便就是本学期的大体计划，如有变动则另行变更。我们学习部的每位成员，都将以全心全意的态度为同学们服务，并且从各个方面严格要求自己，具备高度的责任感和奉献精神，起到系领导、老师与同学之间的桥梁和纽带的作用。相信我们的努力会为人文社科系的发展添砖加瓦。本学期，我们将以更加积极的态度和热情为大家服务。如有不妥请老师同学指正，以便我们工作更好地开展。</w:t>
      </w:r>
      <w:r>
        <w:rPr>
          <w:lang w:eastAsia="zh-CN"/>
        </w:rPr>
        <w:br/>
      </w:r>
      <w:r>
        <w:rPr>
          <w:lang w:eastAsia="zh-CN"/>
        </w:rPr>
        <w:t>　　一、为什么要写工作计划：</w:t>
      </w:r>
      <w:r>
        <w:rPr>
          <w:lang w:eastAsia="zh-CN"/>
        </w:rPr>
        <w:br/>
      </w:r>
      <w:r>
        <w:rPr>
          <w:lang w:eastAsia="zh-CN"/>
        </w:rPr>
        <w:t>　　1、计划就是提高工作效率的有效手段。工作有两种形式：一、消极式的工作（救火式的工作：灾难和错误已经发生后再赶快处理）二、积极式的工作（防火式的工作：预见灾难和错误，提前计划，消除错误）写工作计划实际上就就是对我们自己工作的一次盘点。让自己做到清清楚楚、明明白白。计划就是我们走向积极式工作的起点。2、计划能力就是各级干部管理水平的体现。个人的发展要讲长远的职业规划，对于一个不断发展壮大，人员不断增加的企业和组织来说，计划显得尤为迫切。企业小的时候，还可以不用写计划。因为企业的问题并不多，沟通与协调起来也比较简单，只需要少数几个领导人就把发现的问题解决了。但就是企业大了，人员多了，部门多了，问题也多了，沟通也更困难了，领导精力这时也显得有限。计划的重要性就体现出来了。3、通过工作计划变被动等事做变为自动自发式的做事（个人驱动—系统驱动）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>
        <w:rPr>
          <w:lang w:eastAsia="zh-CN"/>
        </w:rPr>
        <w:t>　　二、怎样写好工作计划：</w:t>
      </w:r>
      <w:r>
        <w:rPr>
          <w:lang w:eastAsia="zh-CN"/>
        </w:rPr>
        <w:br/>
      </w:r>
      <w:r>
        <w:rPr>
          <w:lang w:eastAsia="zh-CN"/>
        </w:rPr>
        <w:t>　　如何才能做出一分良好的工作呢？总结当时会议上大家的发言和后来的一些说话，主要就是要做到写出工作计划的四个要素。工作计划的四大要素：(1)工作内容（做什么：WHAT）(2)工作方法（怎么做：HOW）(3)工作分工（谁来做：WHO）(4)工作进度（什么做完：WHEN）</w:t>
      </w:r>
      <w:r>
        <w:rPr>
          <w:lang w:eastAsia="zh-CN"/>
        </w:rPr>
        <w:br/>
      </w:r>
      <w:r>
        <w:rPr>
          <w:lang w:eastAsia="zh-CN"/>
        </w:rPr>
        <w:t>　　三、如何保证工作计划得到执行：</w:t>
      </w:r>
      <w:r>
        <w:rPr>
          <w:lang w:eastAsia="zh-CN"/>
        </w:rPr>
        <w:br/>
      </w:r>
      <w:r>
        <w:rPr>
          <w:lang w:eastAsia="zh-CN"/>
        </w:rPr>
        <w:t>　　工作计划写出来，目的就就是要执行。执行可不就是人们通常所认为的“我的方案已经拿出来了，执行就是执行人员的事情。出了问题也就是执行人员自身的水平问题”。执行不力，或者无法执行跟方案其实有很大关系，如果一开始，我们不了解现实情况，没有去做足够的调查和了解。那么这个方案先天就会给其后的执行埋下隐患。同样的道理，我们的计划能不能真正得到贯彻执行，不仅仅就是执行人员的问题，也就是写计划的人的问题。另外，工作计划应该就是可以调整的。当工作计划的执行偏离或违背了我们的目的时，需要对其做出调整，不能为了计划而计划。最后，修订后的工作计划应该有企业领导审核与签字，并负责跟踪执行和检查。</w:t>
      </w:r>
      <w:r>
        <w:rPr>
          <w:lang w:eastAsia="zh-CN"/>
        </w:rPr>
        <w:br/>
      </w:r>
      <w:r>
        <w:rPr>
          <w:lang w:eastAsia="zh-CN"/>
        </w:rPr>
        <w:t xml:space="preserve">    计算机新学期学习计划范文 篇13 </w:t>
      </w:r>
      <w:r>
        <w:rPr>
          <w:lang w:eastAsia="zh-CN"/>
        </w:rPr>
        <w:br/>
      </w:r>
      <w:r>
        <w:rPr>
          <w:lang w:eastAsia="zh-CN"/>
        </w:rPr>
        <w:t>　　又是一个新学期，学校对我们各方面都严格要求，我也想以崭新的精神面貌，投入新学期的学习、生活当中，特定计划如下：1、每天上课专心听讲，认真完成各科作业，做到书写工整、美观;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</w:pPr>
      <w:r>
        <w:rPr>
          <w:lang w:eastAsia="zh-CN"/>
        </w:rPr>
        <w:t>　　2、每天要有30分钟读书时间，看报纸、课外书籍、坚持摘录好词佳句，丰富语言;</w:t>
      </w:r>
      <w:r>
        <w:rPr>
          <w:lang w:eastAsia="zh-CN"/>
        </w:rPr>
        <w:br/>
      </w:r>
      <w:r>
        <w:rPr>
          <w:lang w:eastAsia="zh-CN"/>
        </w:rPr>
        <w:t>　　3、针对数学计算马虎的问题，每天保证10分钟的练习时间，提高计算的准确性;</w:t>
      </w:r>
      <w:r>
        <w:rPr>
          <w:lang w:eastAsia="zh-CN"/>
        </w:rPr>
        <w:br/>
      </w:r>
      <w:r>
        <w:rPr>
          <w:lang w:eastAsia="zh-CN"/>
        </w:rPr>
        <w:t>　　4、做到不懂就问，不会就学，对当天出现的问题及时解决，对当天出现的作业的错误及时改正，扎扎实实地学好文化知识。</w:t>
      </w:r>
      <w:r>
        <w:rPr>
          <w:lang w:eastAsia="zh-CN"/>
        </w:rPr>
        <w:br/>
      </w:r>
      <w:r>
        <w:rPr>
          <w:lang w:eastAsia="zh-CN"/>
        </w:rPr>
        <w:t>　　5、写好单元总结，每学一单元后，要对所学的知识进行分类整理，查找漏洞，总结学习方法，提高学习成绩;</w:t>
      </w:r>
      <w:r>
        <w:rPr>
          <w:lang w:eastAsia="zh-CN"/>
        </w:rPr>
        <w:br/>
      </w:r>
      <w:r>
        <w:rPr>
          <w:lang w:eastAsia="zh-CN"/>
        </w:rPr>
        <w:t>　　6、每个星期去一次新华书店，只有博览群书，才能开阔眼界、丰富知识;</w:t>
      </w:r>
      <w:r>
        <w:rPr>
          <w:lang w:eastAsia="zh-CN"/>
        </w:rPr>
        <w:br/>
      </w:r>
      <w:r>
        <w:rPr>
          <w:lang w:eastAsia="zh-CN"/>
        </w:rPr>
        <w:t xml:space="preserve">    计算机新学期学习计划范文 篇14 </w:t>
      </w:r>
      <w:r>
        <w:rPr>
          <w:lang w:eastAsia="zh-CN"/>
        </w:rPr>
        <w:br/>
      </w:r>
      <w:r>
        <w:rPr>
          <w:lang w:eastAsia="zh-CN"/>
        </w:rPr>
        <w:t>　　熟练掌握音标，从词汇相对简单的阅读材料开始学习，每天通读1-2篇文章。遇有不认识的单词可以先空下，继续向下读。第一遍阅读结束后，查词典，在单词旁边记下其音标和词义。</w:t>
      </w:r>
      <w:r>
        <w:rPr>
          <w:lang w:eastAsia="zh-CN"/>
        </w:rPr>
        <w:br/>
      </w:r>
      <w:r>
        <w:rPr>
          <w:lang w:eastAsia="zh-CN"/>
        </w:rPr>
        <w:t>　　细读、精读文章，理解每句每段的含义。根据基础不同，所需时间也不同。在此过程中，不熟的单词词义会被得到很好地理解，发音不再生僻。阅读的遍数越多越好，最终应根据自己理解的句意，将英文句子默写出来。</w:t>
      </w:r>
      <w:r>
        <w:rPr>
          <w:lang w:eastAsia="zh-CN"/>
        </w:rPr>
        <w:br/>
      </w:r>
      <w:r>
        <w:rPr>
          <w:lang w:eastAsia="zh-CN"/>
        </w:rPr>
        <w:t>　　将重点单词记在笔记本上，复习时思考其发音和用法，如有遗忘，可去查原材料的笔记。此步骤的目的是对新词强化记忆。</w:t>
      </w:r>
      <w:r>
        <w:rPr>
          <w:lang w:eastAsia="zh-CN"/>
        </w:rPr>
        <w:br/>
      </w:r>
      <w:r>
        <w:rPr>
          <w:lang w:eastAsia="zh-CN"/>
        </w:rPr>
        <w:t>　　找出文中的固定搭配用法，查词典了解一些典型单词的同义词、反义词和其他含义，记在笔记本相应位置，并常加复习。</w:t>
      </w:r>
      <w:r>
        <w:rPr>
          <w:lang w:eastAsia="zh-CN"/>
        </w:rPr>
        <w:br/>
      </w:r>
      <w:r>
        <w:rPr>
          <w:rFonts w:hint="eastAsia"/>
          <w:lang w:eastAsia="zh-CN"/>
        </w:rPr>
        <w:br/>
      </w:r>
      <w:r>
        <w:rPr>
          <w:rFonts w:hint="eastAsia"/>
          <w:lang w:eastAsia="zh-CN"/>
        </w:rP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https://d.book118.com/078073127105006034</w:t>
        </w:r>
      </w:hyperlink>
    </w:p>
    <w:p w:rsidR="001B1F19">
      <w:pPr>
        <w:rPr>
          <w:rFonts w:hint="eastAsia"/>
          <w:lang w:eastAsia="zh-CN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49D07D03"/>
    <w:multiLevelType w:val="multilevel"/>
    <w:tmpl w:val="3AE4B26C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20273113">
    <w:abstractNumId w:val="0"/>
  </w:num>
  <w:num w:numId="2" w16cid:durableId="14996911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22227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250009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484274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23348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F19"/>
    <w:rsid w:val="00012D24"/>
    <w:rsid w:val="000B76DB"/>
    <w:rsid w:val="001B1F19"/>
    <w:rsid w:val="002E2E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8D8A34"/>
  <w15:docId w15:val="{83B6B1C2-FF47-43CC-85A6-22B37870D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">
    <w:name w:val="页眉 字符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a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0">
    <w:name w:val="页脚 字符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1">
    <w:name w:val="标题 1 字符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">
    <w:name w:val="标题 2 字符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">
    <w:name w:val="标题 3 字符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le">
    <w:name w:val="Title"/>
    <w:basedOn w:val="Normal"/>
    <w:next w:val="Normal"/>
    <w:link w:val="a1"/>
    <w:uiPriority w:val="10"/>
    <w:qFormat/>
    <w:rsid w:val="00FC693F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1">
    <w:name w:val="标题 字符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a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2">
    <w:name w:val="副标题 字符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a3"/>
    <w:uiPriority w:val="99"/>
    <w:unhideWhenUsed/>
    <w:rsid w:val="00AA1D8D"/>
    <w:pPr>
      <w:spacing w:after="120"/>
    </w:pPr>
  </w:style>
  <w:style w:type="character" w:customStyle="1" w:styleId="a3">
    <w:name w:val="正文文本 字符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20"/>
    <w:uiPriority w:val="99"/>
    <w:unhideWhenUsed/>
    <w:rsid w:val="00AA1D8D"/>
    <w:pPr>
      <w:spacing w:after="120" w:line="480" w:lineRule="auto"/>
    </w:pPr>
  </w:style>
  <w:style w:type="character" w:customStyle="1" w:styleId="20">
    <w:name w:val="正文文本 2 字符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3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0">
    <w:name w:val="正文文本 3 字符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a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4">
    <w:name w:val="宏文本 字符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a5"/>
    <w:uiPriority w:val="29"/>
    <w:qFormat/>
    <w:rsid w:val="00FC693F"/>
    <w:rPr>
      <w:i/>
      <w:iCs/>
      <w:color w:val="000000" w:themeColor="text1"/>
    </w:rPr>
  </w:style>
  <w:style w:type="character" w:customStyle="1" w:styleId="a5">
    <w:name w:val="引用 字符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4">
    <w:name w:val="标题 4 字符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">
    <w:name w:val="标题 5 字符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">
    <w:name w:val="标题 6 字符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">
    <w:name w:val="标题 8 字符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">
    <w:name w:val="标题 9 字符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a6"/>
    <w:uiPriority w:val="30"/>
    <w:qFormat/>
    <w:rsid w:val="00FC693F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6">
    <w:name w:val="明显引用 字符"/>
    <w:basedOn w:val="DefaultParagraphFont"/>
    <w:link w:val="IntenseQuote"/>
    <w:uiPriority w:val="30"/>
    <w:rsid w:val="00FC693F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7807312710500603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Leslie Kang</cp:lastModifiedBy>
  <cp:revision>5</cp:revision>
  <dcterms:created xsi:type="dcterms:W3CDTF">2024-01-11T00:28:00Z</dcterms:created>
  <dcterms:modified xsi:type="dcterms:W3CDTF">2024-01-11T07:22:00Z</dcterms:modified>
</cp:coreProperties>
</file>