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p w:rsidR="001B1F19" w14:paraId="7F7A67AA" w14:textId="0AE8485B">
      <w:pPr>
        <w:pStyle w:val="Heading1"/>
        <w:jc w:val="center"/>
        <w:rPr>
          <w:rFonts w:hint="eastAsia"/>
          <w:lang w:eastAsia="zh-CN"/>
        </w:rPr>
      </w:pPr>
      <w:r>
        <w:rPr>
          <w:sz w:val="44"/>
          <w:lang w:eastAsia="zh-CN"/>
        </w:rPr>
        <w:t>2024年服装购销合同样本（32篇）</w:t>
      </w:r>
    </w:p>
    <w:p w:rsidR="001B1F19" w14:paraId="15E7D7A0" w14:textId="27C3F48A">
      <w:pPr>
        <w:rPr>
          <w:rFonts w:hint="eastAsia"/>
          <w:lang w:eastAsia="zh-CN"/>
        </w:rPr>
        <w:sectPr>
          <w:pgSz w:w="11906" w:h="16838"/>
          <w:pgMar w:top="1440" w:right="1800" w:bottom="1440" w:left="1800" w:header="851" w:footer="992" w:gutter="0"/>
          <w:cols w:space="425"/>
          <w:docGrid w:type="lines" w:linePitch="312"/>
        </w:sectPr>
      </w:pPr>
      <w:r>
        <w:rPr>
          <w:lang w:eastAsia="zh-CN"/>
        </w:rPr>
        <w:br/>
      </w:r>
      <w:r>
        <w:rPr>
          <w:lang w:eastAsia="zh-CN"/>
        </w:rPr>
        <w:br/>
      </w:r>
      <w:r>
        <w:rPr>
          <w:lang w:eastAsia="zh-CN"/>
        </w:rPr>
        <w:t>2024年服装购销合同样本（精选32篇）</w:t>
      </w:r>
      <w:r>
        <w:rPr>
          <w:lang w:eastAsia="zh-CN"/>
        </w:rPr>
        <w:br/>
      </w:r>
      <w:r>
        <w:rPr>
          <w:lang w:eastAsia="zh-CN"/>
        </w:rPr>
        <w:t xml:space="preserve">    2024年服装购销合同样本 篇1 </w:t>
      </w:r>
      <w:r>
        <w:rPr>
          <w:lang w:eastAsia="zh-CN"/>
        </w:rPr>
        <w:br/>
      </w:r>
      <w:r>
        <w:rPr>
          <w:lang w:eastAsia="zh-CN"/>
        </w:rPr>
        <w:t>　　卖方：合同编号：</w:t>
      </w:r>
      <w:r>
        <w:rPr>
          <w:lang w:eastAsia="zh-CN"/>
        </w:rPr>
        <w:br/>
      </w:r>
      <w:r>
        <w:rPr>
          <w:lang w:eastAsia="zh-CN"/>
        </w:rPr>
        <w:t>　　签订地点：</w:t>
      </w:r>
      <w:r>
        <w:rPr>
          <w:lang w:eastAsia="zh-CN"/>
        </w:rPr>
        <w:br/>
      </w:r>
      <w:r>
        <w:rPr>
          <w:lang w:eastAsia="zh-CN"/>
        </w:rPr>
        <w:t>　　买方：签订时间：</w:t>
      </w:r>
      <w:r>
        <w:rPr>
          <w:lang w:eastAsia="zh-CN"/>
        </w:rPr>
        <w:br/>
      </w:r>
      <w:r>
        <w:rPr>
          <w:lang w:eastAsia="zh-CN"/>
        </w:rPr>
        <w:t>　　买、卖双方本着互惠互利、友好合作的原则，根据《合同法》达成如下协议，以资共同遵守：</w:t>
      </w:r>
      <w:r>
        <w:rPr>
          <w:lang w:eastAsia="zh-CN"/>
        </w:rPr>
        <w:br/>
      </w:r>
      <w:r>
        <w:rPr>
          <w:lang w:eastAsia="zh-CN"/>
        </w:rPr>
        <w:t>　　一、产品名称、材质、数量、单价、金额</w:t>
      </w:r>
      <w:r>
        <w:rPr>
          <w:lang w:eastAsia="zh-CN"/>
        </w:rPr>
        <w:br/>
      </w:r>
      <w:r>
        <w:rPr>
          <w:lang w:eastAsia="zh-CN"/>
        </w:rPr>
        <w:t>　　二、产品质量要求技术标准：由买、卖双方商定技术要求执行。</w:t>
      </w:r>
      <w:r>
        <w:rPr>
          <w:lang w:eastAsia="zh-CN"/>
        </w:rPr>
        <w:br/>
      </w:r>
      <w:r>
        <w:rPr>
          <w:lang w:eastAsia="zh-CN"/>
        </w:rPr>
        <w:t>　　三、付款方式及期限：以上所有货款到发货。</w:t>
      </w:r>
      <w:r>
        <w:rPr>
          <w:lang w:eastAsia="zh-CN"/>
        </w:rPr>
        <w:br/>
      </w:r>
      <w:r>
        <w:rPr>
          <w:lang w:eastAsia="zh-CN"/>
        </w:rPr>
        <w:t>　　四、运输方式：汽车运输费用由买方承担，不含在合同价内。</w:t>
      </w:r>
      <w:r>
        <w:rPr>
          <w:lang w:eastAsia="zh-CN"/>
        </w:rPr>
        <w:br/>
      </w:r>
      <w:r>
        <w:rPr>
          <w:lang w:eastAsia="zh-CN"/>
        </w:rPr>
        <w:t>　　五、交货地点：买方指定地点交货。</w:t>
      </w:r>
      <w:r>
        <w:rPr>
          <w:lang w:eastAsia="zh-CN"/>
        </w:rPr>
        <w:br/>
      </w:r>
      <w:r>
        <w:rPr>
          <w:lang w:eastAsia="zh-CN"/>
        </w:rPr>
        <w:t>　　六、验收标准方式及提出异议期限：产品送到买方指定地点后，由买方验收收货，瑕疵品应在七日内更换，过期不予更换。</w:t>
      </w:r>
      <w:r>
        <w:rPr>
          <w:lang w:eastAsia="zh-CN"/>
        </w:rPr>
        <w:br/>
      </w:r>
      <w:r>
        <w:rPr>
          <w:lang w:eastAsia="zh-CN"/>
        </w:rPr>
        <w:t>　　七、卖方应保证买方质量及供货量。</w:t>
      </w:r>
      <w:r>
        <w:rPr>
          <w:lang w:eastAsia="zh-CN"/>
        </w:rPr>
        <w:br/>
      </w:r>
      <w:r>
        <w:rPr>
          <w:lang w:eastAsia="zh-CN"/>
        </w:rPr>
        <w:t>　　八、违约责任：按《中华人民共和国合同法》承担违约责任。</w:t>
      </w:r>
      <w:r>
        <w:rPr>
          <w:lang w:eastAsia="zh-CN"/>
        </w:rPr>
        <w:br/>
      </w:r>
      <w:r>
        <w:rPr>
          <w:lang w:eastAsia="zh-CN"/>
        </w:rPr>
        <w:t>　　九、合同纠纷解决方式：出现纠纷先由双方协商，协商不成的则向供方所在地所属人民法院起诉解决。</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
          <w:cols w:space="425"/>
          <w:titlePg w:val="0"/>
          <w:docGrid w:type="lines" w:linePitch="312"/>
        </w:sectPr>
      </w:pPr>
      <w:r>
        <w:rPr>
          <w:lang w:eastAsia="zh-CN"/>
        </w:rPr>
        <w:t>　　十、本合同一经双方签名盖公章后即生效，本合同一式两份，双方各执壹份。</w:t>
      </w:r>
      <w:r>
        <w:rPr>
          <w:lang w:eastAsia="zh-CN"/>
        </w:rPr>
        <w:br/>
      </w:r>
      <w:r>
        <w:rPr>
          <w:lang w:eastAsia="zh-CN"/>
        </w:rPr>
        <w:t>　　卖方名称(章)：买方名称(章)：</w:t>
      </w:r>
      <w:r>
        <w:rPr>
          <w:lang w:eastAsia="zh-CN"/>
        </w:rPr>
        <w:br/>
      </w:r>
      <w:r>
        <w:rPr>
          <w:lang w:eastAsia="zh-CN"/>
        </w:rPr>
        <w:t xml:space="preserve">    2024年服装购销合同样本 篇2 </w:t>
      </w:r>
      <w:r>
        <w:rPr>
          <w:lang w:eastAsia="zh-CN"/>
        </w:rPr>
        <w:br/>
      </w:r>
      <w:r>
        <w:rPr>
          <w:lang w:eastAsia="zh-CN"/>
        </w:rPr>
        <w:t>　　甲方：_________________________</w:t>
      </w:r>
      <w:r>
        <w:rPr>
          <w:lang w:eastAsia="zh-CN"/>
        </w:rPr>
        <w:br/>
      </w:r>
      <w:r>
        <w:rPr>
          <w:lang w:eastAsia="zh-CN"/>
        </w:rPr>
        <w:t>　　地址：_________________________</w:t>
      </w:r>
      <w:r>
        <w:rPr>
          <w:lang w:eastAsia="zh-CN"/>
        </w:rPr>
        <w:br/>
      </w:r>
      <w:r>
        <w:rPr>
          <w:lang w:eastAsia="zh-CN"/>
        </w:rPr>
        <w:t>　　电话：_________________________</w:t>
      </w:r>
      <w:r>
        <w:rPr>
          <w:lang w:eastAsia="zh-CN"/>
        </w:rPr>
        <w:br/>
      </w:r>
      <w:r>
        <w:rPr>
          <w:lang w:eastAsia="zh-CN"/>
        </w:rPr>
        <w:t>　　邮编：_________________________</w:t>
      </w:r>
      <w:r>
        <w:rPr>
          <w:lang w:eastAsia="zh-CN"/>
        </w:rPr>
        <w:br/>
      </w:r>
      <w:r>
        <w:rPr>
          <w:lang w:eastAsia="zh-CN"/>
        </w:rPr>
        <w:t>　　乙方：_________________________</w:t>
      </w:r>
      <w:r>
        <w:rPr>
          <w:lang w:eastAsia="zh-CN"/>
        </w:rPr>
        <w:br/>
      </w:r>
      <w:r>
        <w:rPr>
          <w:lang w:eastAsia="zh-CN"/>
        </w:rPr>
        <w:t>　　地址：_________________________</w:t>
      </w:r>
      <w:r>
        <w:rPr>
          <w:lang w:eastAsia="zh-CN"/>
        </w:rPr>
        <w:br/>
      </w:r>
      <w:r>
        <w:rPr>
          <w:lang w:eastAsia="zh-CN"/>
        </w:rPr>
        <w:t>　　电话：_________________________</w:t>
      </w:r>
      <w:r>
        <w:rPr>
          <w:lang w:eastAsia="zh-CN"/>
        </w:rPr>
        <w:br/>
      </w:r>
      <w:r>
        <w:rPr>
          <w:lang w:eastAsia="zh-CN"/>
        </w:rPr>
        <w:t>　　邮编：_________________________</w:t>
      </w:r>
      <w:r>
        <w:rPr>
          <w:lang w:eastAsia="zh-CN"/>
        </w:rPr>
        <w:br/>
      </w:r>
      <w:r>
        <w:rPr>
          <w:lang w:eastAsia="zh-CN"/>
        </w:rPr>
        <w:t>　　甲乙双方经友好协商，就乙方成为___________（甲方服装名称）销售代理商事宜达成以下协议。</w:t>
      </w:r>
      <w:r>
        <w:rPr>
          <w:lang w:eastAsia="zh-CN"/>
        </w:rPr>
        <w:br/>
      </w:r>
      <w:r>
        <w:rPr>
          <w:lang w:eastAsia="zh-CN"/>
        </w:rPr>
        <w:t>　　第一条代理原则</w:t>
      </w:r>
      <w:r>
        <w:rPr>
          <w:lang w:eastAsia="zh-CN"/>
        </w:rPr>
        <w:br/>
      </w:r>
      <w:r>
        <w:rPr>
          <w:lang w:eastAsia="zh-CN"/>
        </w:rPr>
        <w:t>　　1、甲方授权乙方为_________的销售代理商。</w:t>
      </w:r>
      <w:r>
        <w:rPr>
          <w:lang w:eastAsia="zh-CN"/>
        </w:rPr>
        <w:br/>
      </w:r>
      <w:r>
        <w:rPr>
          <w:lang w:eastAsia="zh-CN"/>
        </w:rPr>
        <w:t>　　2、乙方在代理甲方服装的过程中，不得以任何形式损害甲方的声誉和利益。</w:t>
      </w:r>
      <w:r>
        <w:rPr>
          <w:lang w:eastAsia="zh-CN"/>
        </w:rPr>
        <w:br/>
      </w:r>
      <w:r>
        <w:rPr>
          <w:lang w:eastAsia="zh-CN"/>
        </w:rPr>
        <w:t>　　3、乙方须按实际情况填写《_________公司代理商申请登记表》如登记表中内容变更，乙方应在七天内书面通知甲方。</w:t>
      </w:r>
      <w:r>
        <w:rPr>
          <w:lang w:eastAsia="zh-CN"/>
        </w:rPr>
        <w:br/>
      </w:r>
      <w:r>
        <w:rPr>
          <w:lang w:eastAsia="zh-CN"/>
        </w:rPr>
        <w:t>　　4、乙方可以对甲方的工作做出评价和投诉，具体事宜请与甲方联系。</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
          <w:cols w:space="425"/>
          <w:titlePg w:val="0"/>
          <w:docGrid w:type="lines" w:linePitch="312"/>
        </w:sectPr>
      </w:pPr>
      <w:r>
        <w:rPr>
          <w:lang w:eastAsia="zh-CN"/>
        </w:rPr>
        <w:t>　　5、乙方代理的市场区域为_____________。</w:t>
      </w:r>
      <w:r>
        <w:rPr>
          <w:lang w:eastAsia="zh-CN"/>
        </w:rPr>
        <w:br/>
      </w:r>
      <w:r>
        <w:rPr>
          <w:lang w:eastAsia="zh-CN"/>
        </w:rPr>
        <w:t>　　第二条甲方的权利和义务</w:t>
      </w:r>
      <w:r>
        <w:rPr>
          <w:lang w:eastAsia="zh-CN"/>
        </w:rPr>
        <w:br/>
      </w:r>
      <w:r>
        <w:rPr>
          <w:lang w:eastAsia="zh-CN"/>
        </w:rPr>
        <w:t>　　1、甲方拥有服装价格的制定权及发布权。</w:t>
      </w:r>
      <w:r>
        <w:rPr>
          <w:lang w:eastAsia="zh-CN"/>
        </w:rPr>
        <w:br/>
      </w:r>
      <w:r>
        <w:rPr>
          <w:lang w:eastAsia="zh-CN"/>
        </w:rPr>
        <w:t>　　2、甲方负责服装的广告宣传工作。</w:t>
      </w:r>
      <w:r>
        <w:rPr>
          <w:lang w:eastAsia="zh-CN"/>
        </w:rPr>
        <w:br/>
      </w:r>
      <w:r>
        <w:rPr>
          <w:lang w:eastAsia="zh-CN"/>
        </w:rPr>
        <w:t>　　3、甲方有权根据本协议的有关规定监督、检查乙方的协议执行情况，并在一定时间内考核乙方所完成的工作进度和市场行为，并有权决定是否保持其代理资格，乙方试运营_________个月，合格者将正式颁发授权书。</w:t>
      </w:r>
      <w:r>
        <w:rPr>
          <w:lang w:eastAsia="zh-CN"/>
        </w:rPr>
        <w:br/>
      </w:r>
      <w:r>
        <w:rPr>
          <w:lang w:eastAsia="zh-CN"/>
        </w:rPr>
        <w:t>　　4、甲方负责向乙方或其客户提供技术支持，协助乙方做好宣传、销售、培训和售后服务工作。</w:t>
      </w:r>
      <w:r>
        <w:rPr>
          <w:lang w:eastAsia="zh-CN"/>
        </w:rPr>
        <w:br/>
      </w:r>
      <w:r>
        <w:rPr>
          <w:lang w:eastAsia="zh-CN"/>
        </w:rPr>
        <w:t>　　5、甲方对服装进行不断的升级，保证其服装的先进完善性，并提供给乙方及其客户。</w:t>
      </w:r>
      <w:r>
        <w:rPr>
          <w:lang w:eastAsia="zh-CN"/>
        </w:rPr>
        <w:br/>
      </w:r>
      <w:r>
        <w:rPr>
          <w:lang w:eastAsia="zh-CN"/>
        </w:rPr>
        <w:t>　　6、对于乙方提供的关于服装功能或其他方面的合理化建议，甲方认可后将对服装进行升级，无偿进行更改并提供升级服装给乙方及其客户。</w:t>
      </w:r>
      <w:r>
        <w:rPr>
          <w:lang w:eastAsia="zh-CN"/>
        </w:rPr>
        <w:br/>
      </w:r>
      <w:r>
        <w:rPr>
          <w:lang w:eastAsia="zh-CN"/>
        </w:rPr>
        <w:t>　　7、甲方若对服装代理价进行更改，须提前半个月以书面的形式通知乙方。</w:t>
      </w:r>
      <w:r>
        <w:rPr>
          <w:lang w:eastAsia="zh-CN"/>
        </w:rPr>
        <w:br/>
      </w:r>
      <w:r>
        <w:rPr>
          <w:lang w:eastAsia="zh-CN"/>
        </w:rPr>
        <w:t>　　第三条乙方的权利与义务</w:t>
      </w:r>
      <w:r>
        <w:rPr>
          <w:lang w:eastAsia="zh-CN"/>
        </w:rPr>
        <w:br/>
      </w:r>
      <w:r>
        <w:rPr>
          <w:lang w:eastAsia="zh-CN"/>
        </w:rPr>
        <w:t>　　1、乙方可获得甲方的销售培训及电话技术支持。</w:t>
      </w:r>
      <w:r>
        <w:rPr>
          <w:lang w:eastAsia="zh-CN"/>
        </w:rPr>
        <w:br/>
      </w:r>
      <w:r>
        <w:rPr>
          <w:lang w:eastAsia="zh-CN"/>
        </w:rPr>
        <w:t>　　2、配合甲方跨地区性或全国销售宣传活动，努力开拓市场。</w:t>
      </w:r>
      <w:r>
        <w:rPr>
          <w:lang w:eastAsia="zh-CN"/>
        </w:rPr>
        <w:br/>
      </w:r>
      <w:r>
        <w:rPr>
          <w:lang w:eastAsia="zh-CN"/>
        </w:rPr>
        <w:t>　　3、乙方有义务遵守有关的商业秘密，并以书面形式每月一次向甲方书面或电子信件汇报当地的市场动态及其行销计划和策略。</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4"/>
          <w:cols w:space="425"/>
          <w:titlePg w:val="0"/>
          <w:docGrid w:type="lines" w:linePitch="312"/>
        </w:sectPr>
      </w:pPr>
      <w:r>
        <w:rPr>
          <w:lang w:eastAsia="zh-CN"/>
        </w:rPr>
        <w:t>　　4、乙方在媒体上刊登的代理服装价格和实际销售价不得低于甲方制定的统一市场零售价。如有证据证明乙方违反甲方的限价规定（如低价销售现象）并不能改正的，甲方有权要求乙方赔偿，情节严重的，甲方有权终止对乙方的代理授权，并取消其区域代理资格。</w:t>
      </w:r>
      <w:r>
        <w:rPr>
          <w:lang w:eastAsia="zh-CN"/>
        </w:rPr>
        <w:br/>
      </w:r>
      <w:r>
        <w:rPr>
          <w:lang w:eastAsia="zh-CN"/>
        </w:rPr>
        <w:t>　　5、乙方对所售服装客户必须建立完整的客户服务档案，甲方须对客户进行备案保存。</w:t>
      </w:r>
      <w:r>
        <w:rPr>
          <w:lang w:eastAsia="zh-CN"/>
        </w:rPr>
        <w:br/>
      </w:r>
      <w:r>
        <w:rPr>
          <w:lang w:eastAsia="zh-CN"/>
        </w:rPr>
        <w:t>　　6、乙方可以在甲方授权范围内以_________地区代理的名义但不能以代理等具有排他性的名义进行宣传及商业活动。</w:t>
      </w:r>
      <w:r>
        <w:rPr>
          <w:lang w:eastAsia="zh-CN"/>
        </w:rPr>
        <w:br/>
      </w:r>
      <w:r>
        <w:rPr>
          <w:lang w:eastAsia="zh-CN"/>
        </w:rPr>
        <w:t>　　第四条服装价格、保证金及预付款、财务结算</w:t>
      </w:r>
      <w:r>
        <w:rPr>
          <w:lang w:eastAsia="zh-CN"/>
        </w:rPr>
        <w:br/>
      </w:r>
      <w:r>
        <w:rPr>
          <w:lang w:eastAsia="zh-CN"/>
        </w:rPr>
        <w:t>　　1、服装的价格详见附件。</w:t>
      </w:r>
      <w:r>
        <w:rPr>
          <w:lang w:eastAsia="zh-CN"/>
        </w:rPr>
        <w:br/>
      </w:r>
      <w:r>
        <w:rPr>
          <w:lang w:eastAsia="zh-CN"/>
        </w:rPr>
        <w:t>　　2、乙方在本协议签订之日起，按照甲方网站上指定的支付方式向甲方支付保证金_________元人民币，并预付不低于_________元人民币的登录费。</w:t>
      </w:r>
      <w:r>
        <w:rPr>
          <w:lang w:eastAsia="zh-CN"/>
        </w:rPr>
        <w:br/>
      </w:r>
      <w:r>
        <w:rPr>
          <w:lang w:eastAsia="zh-CN"/>
        </w:rPr>
        <w:t>　　3、保证金及预付款的使用、管理遵照相关规定，如未有违反相关规定，保证金在本协议终止后全额退还给乙方。</w:t>
      </w:r>
      <w:r>
        <w:rPr>
          <w:lang w:eastAsia="zh-CN"/>
        </w:rPr>
        <w:br/>
      </w:r>
      <w:r>
        <w:rPr>
          <w:lang w:eastAsia="zh-CN"/>
        </w:rPr>
        <w:t>　　4、结算</w:t>
      </w:r>
      <w:r>
        <w:rPr>
          <w:lang w:eastAsia="zh-CN"/>
        </w:rPr>
        <w:br/>
      </w:r>
      <w:r>
        <w:rPr>
          <w:lang w:eastAsia="zh-CN"/>
        </w:rPr>
        <w:t>　　A、乙方代理登录_________________（服装名称），须在乙方预付登录费足够支付的前提下，由乙方在确认付款后开通，同时甲方将从乙方预付登录费中自动扣除乙方开通_________的登录费用，每月_______日甲乙双方应对上月_______日至本月_______日登录开通的_________数量及清单进行核对，并由甲方给乙方开据相应登录款项的发票。</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5"/>
          <w:cols w:space="425"/>
          <w:titlePg w:val="0"/>
          <w:docGrid w:type="lines" w:linePitch="312"/>
        </w:sectPr>
      </w:pPr>
      <w:r>
        <w:rPr>
          <w:lang w:eastAsia="zh-CN"/>
        </w:rPr>
        <w:t>　　B、甲方为乙方每月开据的发票金额为：上月_______日至当月_______日乙方向甲方支付的_________代理登录费的金额。</w:t>
      </w:r>
      <w:r>
        <w:rPr>
          <w:lang w:eastAsia="zh-CN"/>
        </w:rPr>
        <w:br/>
      </w:r>
      <w:r>
        <w:rPr>
          <w:lang w:eastAsia="zh-CN"/>
        </w:rPr>
        <w:t>　　C、当乙方未能按A的规定全额支付开通_________登录费时，甲方核实后有权取消对应_________的服务，同时保留法律追索权。由此带来的与客户之间的法律纠纷均由乙方承担责任。</w:t>
      </w:r>
      <w:r>
        <w:rPr>
          <w:lang w:eastAsia="zh-CN"/>
        </w:rPr>
        <w:br/>
      </w:r>
      <w:r>
        <w:rPr>
          <w:lang w:eastAsia="zh-CN"/>
        </w:rPr>
        <w:t>　　D、本协议到期或者双方因任何原因终止本协议执行，乙方已支付预付款，在扣除应付款项后仍有余款时，甲方在协议终止后30日内将余款退还乙方。</w:t>
      </w:r>
      <w:r>
        <w:rPr>
          <w:lang w:eastAsia="zh-CN"/>
        </w:rPr>
        <w:br/>
      </w:r>
      <w:r>
        <w:rPr>
          <w:lang w:eastAsia="zh-CN"/>
        </w:rPr>
        <w:t>　　第五条协议期限</w:t>
      </w:r>
      <w:r>
        <w:rPr>
          <w:lang w:eastAsia="zh-CN"/>
        </w:rPr>
        <w:br/>
      </w:r>
      <w:r>
        <w:rPr>
          <w:lang w:eastAsia="zh-CN"/>
        </w:rPr>
        <w:t>　　乙方的代理期限为_______年______月______日至_______年______月______日。</w:t>
      </w:r>
      <w:r>
        <w:rPr>
          <w:lang w:eastAsia="zh-CN"/>
        </w:rPr>
        <w:br/>
      </w:r>
      <w:r>
        <w:rPr>
          <w:lang w:eastAsia="zh-CN"/>
        </w:rPr>
        <w:t>　　第六条争议解决</w:t>
      </w:r>
      <w:r>
        <w:rPr>
          <w:lang w:eastAsia="zh-CN"/>
        </w:rPr>
        <w:br/>
      </w:r>
      <w:r>
        <w:rPr>
          <w:lang w:eastAsia="zh-CN"/>
        </w:rPr>
        <w:t>　　在协议执行期间如果双方发生争议，双方应友好协商解决，如果协商解决不成，双方同意提交当地仲裁委员会进行仲裁。</w:t>
      </w:r>
      <w:r>
        <w:rPr>
          <w:lang w:eastAsia="zh-CN"/>
        </w:rPr>
        <w:br/>
      </w:r>
      <w:r>
        <w:rPr>
          <w:lang w:eastAsia="zh-CN"/>
        </w:rPr>
        <w:t>　　第七条附则</w:t>
      </w:r>
      <w:r>
        <w:rPr>
          <w:lang w:eastAsia="zh-CN"/>
        </w:rPr>
        <w:br/>
      </w:r>
      <w:r>
        <w:rPr>
          <w:lang w:eastAsia="zh-CN"/>
        </w:rPr>
        <w:t>　　本合同如有未尽事宜，双方协商解决。本合同一式两份，双方各执一份，经签字、盖章后生效，两份协议书具有同等效力。本合同传真复印件有效。</w:t>
      </w:r>
      <w:r>
        <w:rPr>
          <w:lang w:eastAsia="zh-CN"/>
        </w:rPr>
        <w:br/>
      </w:r>
      <w:r>
        <w:rPr>
          <w:lang w:eastAsia="zh-CN"/>
        </w:rPr>
        <w:t>　　甲方盖章：_______________乙方盖章：______________</w:t>
      </w:r>
      <w:r>
        <w:rPr>
          <w:lang w:eastAsia="zh-CN"/>
        </w:rPr>
        <w:br/>
      </w:r>
      <w:r>
        <w:rPr>
          <w:lang w:eastAsia="zh-CN"/>
        </w:rPr>
        <w:t>　　代表（签字）：___________代表（签字）：__________</w:t>
      </w:r>
      <w:r>
        <w:rPr>
          <w:lang w:eastAsia="zh-CN"/>
        </w:rPr>
        <w:br/>
      </w:r>
      <w:r>
        <w:rPr>
          <w:lang w:eastAsia="zh-CN"/>
        </w:rPr>
        <w:t>　　_________年_____月_____日________年_____月_____日</w:t>
      </w:r>
      <w:r>
        <w:rPr>
          <w:lang w:eastAsia="zh-CN"/>
        </w:rPr>
        <w:br/>
      </w:r>
      <w:r>
        <w:rPr>
          <w:lang w:eastAsia="zh-CN"/>
        </w:rPr>
        <w:t xml:space="preserve">    2024年服装购销合同样本 篇3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6"/>
          <w:cols w:space="425"/>
          <w:titlePg w:val="0"/>
          <w:docGrid w:type="lines" w:linePitch="312"/>
        </w:sectPr>
      </w:pPr>
      <w:r>
        <w:rPr>
          <w:lang w:eastAsia="zh-CN"/>
        </w:rPr>
        <w:t>　　甲方：</w:t>
      </w:r>
      <w:r>
        <w:rPr>
          <w:lang w:eastAsia="zh-CN"/>
        </w:rPr>
        <w:br/>
      </w:r>
      <w:r>
        <w:rPr>
          <w:lang w:eastAsia="zh-CN"/>
        </w:rPr>
        <w:t>　　乙方：</w:t>
      </w:r>
      <w:r>
        <w:rPr>
          <w:lang w:eastAsia="zh-CN"/>
        </w:rPr>
        <w:br/>
      </w:r>
      <w:r>
        <w:rPr>
          <w:lang w:eastAsia="zh-CN"/>
        </w:rPr>
        <w:t>　　根据《中华人民共和国合同法》及有关规定，为明确双方在服装购销过程中的权利、义务和经济责任，经双方协商一致同意签订本合同，供双方共同遵守。</w:t>
      </w:r>
      <w:r>
        <w:rPr>
          <w:lang w:eastAsia="zh-CN"/>
        </w:rPr>
        <w:br/>
      </w:r>
      <w:r>
        <w:rPr>
          <w:lang w:eastAsia="zh-CN"/>
        </w:rPr>
        <w:t>　　一、货品名称、价格及数量</w:t>
      </w:r>
      <w:r>
        <w:rPr>
          <w:lang w:eastAsia="zh-CN"/>
        </w:rPr>
        <w:br/>
      </w:r>
      <w:r>
        <w:rPr>
          <w:lang w:eastAsia="zh-CN"/>
        </w:rPr>
        <w:t>　　经双方商妥服装购销含税总价款为：_元。其产品名称的规格、数量、单价、总值。</w:t>
      </w:r>
      <w:r>
        <w:rPr>
          <w:lang w:eastAsia="zh-CN"/>
        </w:rPr>
        <w:br/>
      </w:r>
      <w:r>
        <w:rPr>
          <w:lang w:eastAsia="zh-CN"/>
        </w:rPr>
        <w:t>　　甲乙双方签订本合同之日起7日内，甲方应支付合同总货款的30%，即_元作为服装购销定金，剩余货款甲方须在货品验收合格后7日内划入乙方对公帐户上，确认货款到后，乙方须向甲方提供 发票。</w:t>
      </w:r>
      <w:r>
        <w:rPr>
          <w:lang w:eastAsia="zh-CN"/>
        </w:rPr>
        <w:br/>
      </w:r>
      <w:r>
        <w:rPr>
          <w:lang w:eastAsia="zh-CN"/>
        </w:rPr>
        <w:t>　　二、付款方式</w:t>
      </w:r>
      <w:r>
        <w:rPr>
          <w:lang w:eastAsia="zh-CN"/>
        </w:rPr>
        <w:br/>
      </w:r>
      <w:r>
        <w:rPr>
          <w:lang w:eastAsia="zh-CN"/>
        </w:rPr>
        <w:t>　　三、交货时间及地点</w:t>
      </w:r>
      <w:r>
        <w:rPr>
          <w:lang w:eastAsia="zh-CN"/>
        </w:rPr>
        <w:br/>
      </w:r>
      <w:r>
        <w:rPr>
          <w:lang w:eastAsia="zh-CN"/>
        </w:rPr>
        <w:t>　　①时间：自本合同签订之日起第60天，乙方须保质保量且按时交付货品；甲方应在收到货物10天内验货完毕。</w:t>
      </w:r>
      <w:r>
        <w:rPr>
          <w:lang w:eastAsia="zh-CN"/>
        </w:rPr>
        <w:br/>
      </w:r>
      <w:r>
        <w:rPr>
          <w:lang w:eastAsia="zh-CN"/>
        </w:rPr>
        <w:t>　　②地点：乙方负责把货品送到甲方指定地点，运输费用由乙方负责。</w:t>
      </w:r>
      <w:r>
        <w:rPr>
          <w:lang w:eastAsia="zh-CN"/>
        </w:rPr>
        <w:br/>
      </w:r>
      <w:r>
        <w:rPr>
          <w:lang w:eastAsia="zh-CN"/>
        </w:rPr>
        <w:t>　　四、交货条件</w:t>
      </w:r>
      <w:r>
        <w:rPr>
          <w:lang w:eastAsia="zh-CN"/>
        </w:rPr>
        <w:br/>
      </w:r>
      <w:r>
        <w:rPr>
          <w:lang w:eastAsia="zh-CN"/>
        </w:rPr>
        <w:t>　　1、如在交货过程中遇到问题，双方应本着互惠互利，精诚合作的态度协商解决。</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7"/>
          <w:cols w:space="425"/>
          <w:titlePg w:val="0"/>
          <w:docGrid w:type="lines" w:linePitch="312"/>
        </w:sectPr>
      </w:pPr>
      <w:r>
        <w:rPr>
          <w:lang w:eastAsia="zh-CN"/>
        </w:rPr>
        <w:t>　　2、甲方未按约定时间和要求提供服装购销所需资料的，或因不可抗力事件发生，生产期限顺延。</w:t>
      </w:r>
      <w:r>
        <w:rPr>
          <w:lang w:eastAsia="zh-CN"/>
        </w:rPr>
        <w:br/>
      </w:r>
      <w:r>
        <w:rPr>
          <w:lang w:eastAsia="zh-CN"/>
        </w:rPr>
        <w:t>　　3、由于甲方原因或甲方指定材料供应原因造成延期开工或中途停工，乙方可以顺延交货日期，造成乙方工期损失的，甲方应当承担损害赔偿责任。</w:t>
      </w:r>
      <w:r>
        <w:rPr>
          <w:lang w:eastAsia="zh-CN"/>
        </w:rPr>
        <w:br/>
      </w:r>
      <w:r>
        <w:rPr>
          <w:lang w:eastAsia="zh-CN"/>
        </w:rPr>
        <w:t>　　4、逾期交付：乙方未按合同约定时间交付货品的，每逾期一日，应向甲方支付合同总价款的千分之三作为违约金；逾期超过10天的，甲方可以拒收，同时有权解除合同。</w:t>
      </w:r>
      <w:r>
        <w:rPr>
          <w:lang w:eastAsia="zh-CN"/>
        </w:rPr>
        <w:br/>
      </w:r>
      <w:r>
        <w:rPr>
          <w:lang w:eastAsia="zh-CN"/>
        </w:rPr>
        <w:t>　　5、逾期收货：如因甲方原因暂缓收货，乙方将收取合同总价款的千分之三作为仓储费用。若甲方暂缓取货超过10天的，应在合同约定交付日期前三天以书面形式告知对方，且须经乙方同意。否则，逾期超过10天的，乙方有权解除合同，甲方应当承担损害赔偿责任。</w:t>
      </w:r>
      <w:r>
        <w:rPr>
          <w:lang w:eastAsia="zh-CN"/>
        </w:rPr>
        <w:br/>
      </w:r>
      <w:r>
        <w:rPr>
          <w:lang w:eastAsia="zh-CN"/>
        </w:rPr>
        <w:t>　　五、甲方责任</w:t>
      </w:r>
      <w:r>
        <w:rPr>
          <w:lang w:eastAsia="zh-CN"/>
        </w:rPr>
        <w:br/>
      </w:r>
      <w:r>
        <w:rPr>
          <w:lang w:eastAsia="zh-CN"/>
        </w:rPr>
        <w:t>　　1、甲方须向乙方提供服装购销授权所需的委托手续、商标注册证、授权书以及其他合法证明等的相关法律文件。</w:t>
      </w:r>
      <w:r>
        <w:rPr>
          <w:lang w:eastAsia="zh-CN"/>
        </w:rPr>
        <w:br/>
      </w:r>
      <w:r>
        <w:rPr>
          <w:lang w:eastAsia="zh-CN"/>
        </w:rPr>
        <w:t>　　2、甲方须向乙方提供服装购销所需要的材料及信息等。包括图纸、技术要求、数量、交货时间等。</w:t>
      </w:r>
      <w:r>
        <w:rPr>
          <w:lang w:eastAsia="zh-CN"/>
        </w:rPr>
        <w:br/>
      </w:r>
      <w:r>
        <w:rPr>
          <w:lang w:eastAsia="zh-CN"/>
        </w:rPr>
        <w:t>　　3、甲方有权对乙方的生产标准、货品质量进行检查监督，并提出意见和建议。</w:t>
      </w:r>
      <w:r>
        <w:rPr>
          <w:lang w:eastAsia="zh-CN"/>
        </w:rPr>
        <w:br/>
      </w:r>
      <w:r>
        <w:rPr>
          <w:lang w:eastAsia="zh-CN"/>
        </w:rPr>
        <w:t>　　4、甲方应按照甲乙双方确定的样版和标准进行货品验收。若服装品质达不到检验标准的，甲方有权要求乙方重新生产或赔偿损失。</w:t>
      </w:r>
      <w:r>
        <w:rPr>
          <w:lang w:eastAsia="zh-CN"/>
        </w:rPr>
        <w:br/>
      </w:r>
      <w:r>
        <w:rPr>
          <w:lang w:eastAsia="zh-CN"/>
        </w:rPr>
        <w:t>　　5、甲方不得把乙方设计生产的样版提供给任何未经乙方同意的其他生产商。</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8"/>
          <w:cols w:space="425"/>
          <w:titlePg w:val="0"/>
          <w:docGrid w:type="lines" w:linePitch="312"/>
        </w:sectPr>
      </w:pPr>
      <w:r>
        <w:rPr>
          <w:lang w:eastAsia="zh-CN"/>
        </w:rPr>
        <w:t>　　6、及时验货，应在收到货物10天内验货完毕。</w:t>
      </w:r>
      <w:r>
        <w:rPr>
          <w:lang w:eastAsia="zh-CN"/>
        </w:rPr>
        <w:br/>
      </w:r>
      <w:r>
        <w:rPr>
          <w:lang w:eastAsia="zh-CN"/>
        </w:rPr>
        <w:t>　　7、按时支付服装购销费用。</w:t>
      </w:r>
      <w:r>
        <w:rPr>
          <w:lang w:eastAsia="zh-CN"/>
        </w:rPr>
        <w:br/>
      </w:r>
      <w:r>
        <w:rPr>
          <w:lang w:eastAsia="zh-CN"/>
        </w:rPr>
        <w:t>　　六、乙方责任</w:t>
      </w:r>
      <w:r>
        <w:rPr>
          <w:lang w:eastAsia="zh-CN"/>
        </w:rPr>
        <w:br/>
      </w:r>
      <w:r>
        <w:rPr>
          <w:lang w:eastAsia="zh-CN"/>
        </w:rPr>
        <w:t>　　1、严格按照甲方甲方确定的样式、数量、质量等标准提供货品。</w:t>
      </w:r>
      <w:r>
        <w:rPr>
          <w:lang w:eastAsia="zh-CN"/>
        </w:rPr>
        <w:br/>
      </w:r>
      <w:r>
        <w:rPr>
          <w:lang w:eastAsia="zh-CN"/>
        </w:rPr>
        <w:t>　　2、乙方不得将服装购销活动再次转包、分包其它生产商或以其他形式将本合同项下工作交由第三方完成，否则一经发现，甲方将追究乙方的违约责任，并处以合同金额5%的罚款，且有权单方解除本合同。若由此而给甲方造成经济损失，乙方应予以赔偿。</w:t>
      </w:r>
      <w:r>
        <w:rPr>
          <w:lang w:eastAsia="zh-CN"/>
        </w:rPr>
        <w:br/>
      </w:r>
      <w:r>
        <w:rPr>
          <w:lang w:eastAsia="zh-CN"/>
        </w:rPr>
        <w:t>　　3、按此合同交货日期，按时交付货品。</w:t>
      </w:r>
      <w:r>
        <w:rPr>
          <w:lang w:eastAsia="zh-CN"/>
        </w:rPr>
        <w:br/>
      </w:r>
      <w:r>
        <w:rPr>
          <w:lang w:eastAsia="zh-CN"/>
        </w:rPr>
        <w:t>　　4、对生产的`货品实行三包、三包标准按国家有关规定执行。</w:t>
      </w:r>
      <w:r>
        <w:rPr>
          <w:lang w:eastAsia="zh-CN"/>
        </w:rPr>
        <w:br/>
      </w:r>
      <w:r>
        <w:rPr>
          <w:lang w:eastAsia="zh-CN"/>
        </w:rPr>
        <w:t>　　七、违约责任</w:t>
      </w:r>
      <w:r>
        <w:rPr>
          <w:lang w:eastAsia="zh-CN"/>
        </w:rPr>
        <w:br/>
      </w:r>
      <w:r>
        <w:rPr>
          <w:lang w:eastAsia="zh-CN"/>
        </w:rPr>
        <w:t>　　1、甲方未按合同约定时间付款的，每逾期一日，应向乙方支付应付未付款总额的千分之三的违约金。</w:t>
      </w:r>
      <w:r>
        <w:rPr>
          <w:lang w:eastAsia="zh-CN"/>
        </w:rPr>
        <w:br/>
      </w:r>
      <w:r>
        <w:rPr>
          <w:lang w:eastAsia="zh-CN"/>
        </w:rPr>
        <w:t>　　2、因乙方原因导致货品规格、质量不符合合同规定的，若甲方同意利用，按质论价，退货贬值总值价款;甲方不能利用的，乙方应负责保退、保换；货品数量少交的，甲方仍有需要的照数补交，因延期而不要的，可以退货，乙方承担因此而造成的损失;不能交货的，乙方应赔付甲方不能交货的总货款的20%作为违约金。</w:t>
      </w:r>
      <w:r>
        <w:rPr>
          <w:lang w:eastAsia="zh-CN"/>
        </w:rPr>
        <w:br/>
      </w:r>
      <w:r>
        <w:rPr>
          <w:lang w:eastAsia="zh-CN"/>
        </w:rPr>
        <w:t>　　3、因乙方原因导致货品造成人身和财产损害的，乙方应当承担损害赔偿责任。</w:t>
      </w:r>
      <w:r>
        <w:rPr>
          <w:lang w:eastAsia="zh-CN"/>
        </w:rPr>
        <w:br/>
      </w:r>
      <w:r>
        <w:rPr>
          <w:lang w:eastAsia="zh-CN"/>
        </w:rPr>
        <w:t>　　4、因甲方原因导致货品造成人身和财产损害的，甲方应当承担损害赔偿责任。</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9"/>
          <w:cols w:space="425"/>
          <w:titlePg w:val="0"/>
          <w:docGrid w:type="lines" w:linePitch="312"/>
        </w:sectPr>
      </w:pPr>
      <w:r>
        <w:rPr>
          <w:lang w:eastAsia="zh-CN"/>
        </w:rPr>
        <w:t>　　5、货品验收合格及交付货品后15日内，甲方如未按约定对所交付的服装购销货品进行验收，乙方有权要求甲方赔偿损失。</w:t>
      </w:r>
      <w:r>
        <w:rPr>
          <w:lang w:eastAsia="zh-CN"/>
        </w:rPr>
        <w:br/>
      </w:r>
      <w:r>
        <w:rPr>
          <w:lang w:eastAsia="zh-CN"/>
        </w:rPr>
        <w:t>　　6、合同签订后，任何一方中途提出终止合同，须向另一方以书面形式提出，经双方同意办理清算手续，订立终止合同协议，违约方除赔偿守约方损失外，仍需按合同总价款20%的款项支付守约方违约金。</w:t>
      </w:r>
      <w:r>
        <w:rPr>
          <w:lang w:eastAsia="zh-CN"/>
        </w:rPr>
        <w:br/>
      </w:r>
      <w:r>
        <w:rPr>
          <w:lang w:eastAsia="zh-CN"/>
        </w:rPr>
        <w:t>　　八、不可抗力</w:t>
      </w:r>
      <w:r>
        <w:rPr>
          <w:lang w:eastAsia="zh-CN"/>
        </w:rPr>
        <w:br/>
      </w:r>
      <w:r>
        <w:rPr>
          <w:lang w:eastAsia="zh-CN"/>
        </w:rPr>
        <w:t>　　1、不可抗力是不能预见并且对其发生和后果不能防止或避免的，直接影响本合同的履行或不能按约定的条件履行的事件。包括但不限于：</w:t>
      </w:r>
      <w:r>
        <w:rPr>
          <w:lang w:eastAsia="zh-CN"/>
        </w:rPr>
        <w:br/>
      </w:r>
      <w:r>
        <w:rPr>
          <w:lang w:eastAsia="zh-CN"/>
        </w:rPr>
        <w:t>　　①自然灾害、地震、洪水、火灾等；</w:t>
      </w:r>
      <w:r>
        <w:rPr>
          <w:lang w:eastAsia="zh-CN"/>
        </w:rPr>
        <w:br/>
      </w:r>
      <w:r>
        <w:rPr>
          <w:lang w:eastAsia="zh-CN"/>
        </w:rPr>
        <w:t>　　②战争或准战争状态、恐怖活动、戒严、骚 乱、罢工、行业纠纷等。</w:t>
      </w:r>
      <w:r>
        <w:rPr>
          <w:lang w:eastAsia="zh-CN"/>
        </w:rPr>
        <w:br/>
      </w:r>
      <w:r>
        <w:rPr>
          <w:lang w:eastAsia="zh-CN"/>
        </w:rPr>
        <w:t>　　2、因甲方或乙方的设备、材料及货品质量引起的火灾，不属于不可抗力范围。</w:t>
      </w:r>
      <w:r>
        <w:rPr>
          <w:lang w:eastAsia="zh-CN"/>
        </w:rPr>
        <w:br/>
      </w:r>
      <w:r>
        <w:rPr>
          <w:lang w:eastAsia="zh-CN"/>
        </w:rPr>
        <w:t>　　3、货品服装购销过程中，由上述不可抗力因素造成的乙方设备故障，甲方有责任协助乙方予以解决，但由此形成的费用由乙方承担，反之亦然。</w:t>
      </w:r>
      <w:r>
        <w:rPr>
          <w:lang w:eastAsia="zh-CN"/>
        </w:rPr>
        <w:br/>
      </w:r>
      <w:r>
        <w:rPr>
          <w:lang w:eastAsia="zh-CN"/>
        </w:rPr>
        <w:t>　　4、由于上述不可抗力因素致使乙方无法按合同规定的时间完成生产的，则此类延误将被视为不可抗力，乙方不承担违约责任，但必须及时书面通知甲方。</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0"/>
          <w:cols w:space="425"/>
          <w:titlePg w:val="0"/>
          <w:docGrid w:type="lines" w:linePitch="312"/>
        </w:sectPr>
      </w:pPr>
      <w:r>
        <w:rPr>
          <w:lang w:eastAsia="zh-CN"/>
        </w:rPr>
        <w:t>　　5、甲、乙双方的任何一方因不可抗力原因不能履行合同时，应尽快通知对方不能履行或不能完全履行的理由，并于7个自然日内将有关权威机构出具的证明文件寄给对方，经双方确认后，作为以后检查和确认的依据，并可以全部或部分免除该方当事人的责任。因此导致的费用和延误的工期，双方应通过协商，尽快解决；但因合同一方延迟履行合同后发生不可抗力的，不能免除延迟履行方的相应责任。</w:t>
      </w:r>
      <w:r>
        <w:rPr>
          <w:lang w:eastAsia="zh-CN"/>
        </w:rPr>
        <w:br/>
      </w:r>
      <w:r>
        <w:rPr>
          <w:lang w:eastAsia="zh-CN"/>
        </w:rPr>
        <w:t>　　6、因不可抗力的原因而被迫停止或推迟合同的执行时，则合同执行期相应顺延，顺延的时间等于不可抗力发生作用的时间。受影响方应在不可抗力终止或排除后尽快通知对方，并继续履行合同约定。</w:t>
      </w:r>
      <w:r>
        <w:rPr>
          <w:lang w:eastAsia="zh-CN"/>
        </w:rPr>
        <w:br/>
      </w:r>
      <w:r>
        <w:rPr>
          <w:lang w:eastAsia="zh-CN"/>
        </w:rPr>
        <w:t>　　7、因政府行为影响或阻碍服装购销货品生产，甲乙双方可协议工期顺延。</w:t>
      </w:r>
      <w:r>
        <w:rPr>
          <w:lang w:eastAsia="zh-CN"/>
        </w:rPr>
        <w:br/>
      </w:r>
      <w:r>
        <w:rPr>
          <w:lang w:eastAsia="zh-CN"/>
        </w:rPr>
        <w:t>　　8、在不可抗拒因素影响合同执行超过7个自然日的情况下，双方应达成继续执行合同的协议或双方另行协商延长本合同履行或另订合同。</w:t>
      </w:r>
      <w:r>
        <w:rPr>
          <w:lang w:eastAsia="zh-CN"/>
        </w:rPr>
        <w:br/>
      </w:r>
      <w:r>
        <w:rPr>
          <w:lang w:eastAsia="zh-CN"/>
        </w:rPr>
        <w:t>　　九、保密</w:t>
      </w:r>
      <w:r>
        <w:rPr>
          <w:lang w:eastAsia="zh-CN"/>
        </w:rPr>
        <w:br/>
      </w:r>
      <w:r>
        <w:rPr>
          <w:lang w:eastAsia="zh-CN"/>
        </w:rPr>
        <w:t>　　乙双方对在签订和履行本合同过程中从对方获知的技术和商业信息（统称商业秘密）负有保密责任，无论在合同有效期内或合同终止后任何时间，未经对方书面同意，均不得以任何方式不当的使用或向任何第三方泄露、出租、出售、转让、许可使用或共享，违反本规定给对方造成损失的，违约方应赔偿损失并承担相关的法律责任。</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1"/>
          <w:cols w:space="425"/>
          <w:titlePg w:val="0"/>
          <w:docGrid w:type="lines" w:linePitch="312"/>
        </w:sectPr>
      </w:pPr>
      <w:r>
        <w:rPr>
          <w:lang w:eastAsia="zh-CN"/>
        </w:rPr>
        <w:t>　　十、争议解决</w:t>
      </w:r>
      <w:r>
        <w:rPr>
          <w:lang w:eastAsia="zh-CN"/>
        </w:rPr>
        <w:br/>
      </w:r>
      <w:r>
        <w:rPr>
          <w:lang w:eastAsia="zh-CN"/>
        </w:rPr>
        <w:t>　　1、双方因为合同解释或合同履行发生争议的，应先进行友好协商。若7个自然日内协商不成，则任何一方均有权向甲方所在地人民法院提起诉讼。</w:t>
      </w:r>
      <w:r>
        <w:rPr>
          <w:lang w:eastAsia="zh-CN"/>
        </w:rPr>
        <w:br/>
      </w:r>
      <w:r>
        <w:rPr>
          <w:lang w:eastAsia="zh-CN"/>
        </w:rPr>
        <w:t>　　2、争议解决期间，除争议事项外，双方都应继续履行各自在本合同中的其他义务。</w:t>
      </w:r>
      <w:r>
        <w:rPr>
          <w:lang w:eastAsia="zh-CN"/>
        </w:rPr>
        <w:br/>
      </w:r>
      <w:r>
        <w:rPr>
          <w:lang w:eastAsia="zh-CN"/>
        </w:rPr>
        <w:t>　　十一、合同的终止与解除</w:t>
      </w:r>
      <w:r>
        <w:rPr>
          <w:lang w:eastAsia="zh-CN"/>
        </w:rPr>
        <w:br/>
      </w:r>
      <w:r>
        <w:rPr>
          <w:lang w:eastAsia="zh-CN"/>
        </w:rPr>
        <w:t>　　1、甲乙双方各自完成合同规定的责任和义务，合同自然终止。</w:t>
      </w:r>
      <w:r>
        <w:rPr>
          <w:lang w:eastAsia="zh-CN"/>
        </w:rPr>
        <w:br/>
      </w:r>
      <w:r>
        <w:rPr>
          <w:lang w:eastAsia="zh-CN"/>
        </w:rPr>
        <w:t>　　2、甲乙双方可在任何时候出于自身的便利向对方发出书面通知，申请协商终止或部分终止合同。申请应明确该终止是出于己方的便利，并明确终止的程度以及希望终止的日期。协商未果前双方均不得停止履行各自的合同义务，否则应承担违约责任。</w:t>
      </w:r>
      <w:r>
        <w:rPr>
          <w:lang w:eastAsia="zh-CN"/>
        </w:rPr>
        <w:br/>
      </w:r>
      <w:r>
        <w:rPr>
          <w:lang w:eastAsia="zh-CN"/>
        </w:rPr>
        <w:t>　　3、在一方对另一方违约而采取的任何补救措施不受影响的情况下，还可向另一方发出书面的违约通知书，提出终止部分或全部合同。</w:t>
      </w:r>
      <w:r>
        <w:rPr>
          <w:lang w:eastAsia="zh-CN"/>
        </w:rPr>
        <w:br/>
      </w:r>
      <w:r>
        <w:rPr>
          <w:lang w:eastAsia="zh-CN"/>
        </w:rPr>
        <w:t>　　十二、合同有效期</w:t>
      </w:r>
      <w:r>
        <w:rPr>
          <w:lang w:eastAsia="zh-CN"/>
        </w:rPr>
        <w:br/>
      </w:r>
      <w:r>
        <w:rPr>
          <w:lang w:eastAsia="zh-CN"/>
        </w:rPr>
        <w:t>　　本合同经甲乙双方有签署权限的代表人签字并盖章后生效。</w:t>
      </w:r>
      <w:r>
        <w:rPr>
          <w:lang w:eastAsia="zh-CN"/>
        </w:rPr>
        <w:br/>
      </w:r>
      <w:r>
        <w:rPr>
          <w:lang w:eastAsia="zh-CN"/>
        </w:rPr>
        <w:t>　　本合同有效期自签订之日起生效，到全部货款结清之日为止。</w:t>
      </w:r>
      <w:r>
        <w:rPr>
          <w:lang w:eastAsia="zh-CN"/>
        </w:rPr>
        <w:br/>
      </w:r>
      <w:r>
        <w:rPr>
          <w:lang w:eastAsia="zh-CN"/>
        </w:rPr>
        <w:t>　　十三、合同份数</w:t>
      </w:r>
      <w:r>
        <w:rPr>
          <w:lang w:eastAsia="zh-CN"/>
        </w:rPr>
        <w:br/>
      </w:r>
      <w:r>
        <w:rPr>
          <w:lang w:eastAsia="zh-CN"/>
        </w:rPr>
        <w:t>　　本合同一式四份，甲方、乙方各执二份。</w:t>
      </w:r>
      <w:r>
        <w:rPr>
          <w:lang w:eastAsia="zh-CN"/>
        </w:rPr>
        <w:br/>
      </w:r>
      <w:r>
        <w:rPr>
          <w:lang w:eastAsia="zh-CN"/>
        </w:rPr>
        <w:t>　　十四、附议</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2"/>
          <w:cols w:space="425"/>
          <w:titlePg w:val="0"/>
          <w:docGrid w:type="lines" w:linePitch="312"/>
        </w:sectPr>
      </w:pPr>
      <w:r>
        <w:rPr>
          <w:lang w:eastAsia="zh-CN"/>
        </w:rPr>
        <w:t>　　未尽事宜，应经合同双方当事人协商一致后，签订补充合同，补充合同与本合同有冲突的以补充合同为准。合同的所有附件为本合同的组成部分，具有同等的法律效力。</w:t>
      </w:r>
      <w:r>
        <w:rPr>
          <w:lang w:eastAsia="zh-CN"/>
        </w:rPr>
        <w:br/>
      </w:r>
      <w:r>
        <w:rPr>
          <w:lang w:eastAsia="zh-CN"/>
        </w:rPr>
        <w:t>　　合同签订地：</w:t>
      </w:r>
      <w:r>
        <w:rPr>
          <w:lang w:eastAsia="zh-CN"/>
        </w:rPr>
        <w:br/>
      </w:r>
      <w:r>
        <w:rPr>
          <w:lang w:eastAsia="zh-CN"/>
        </w:rPr>
        <w:t>　　（以下无正文，仅供签署）</w:t>
      </w:r>
      <w:r>
        <w:rPr>
          <w:lang w:eastAsia="zh-CN"/>
        </w:rPr>
        <w:br/>
      </w:r>
      <w:r>
        <w:rPr>
          <w:lang w:eastAsia="zh-CN"/>
        </w:rPr>
        <w:t>　　甲方（盖章）：</w:t>
      </w:r>
      <w:r>
        <w:rPr>
          <w:lang w:eastAsia="zh-CN"/>
        </w:rPr>
        <w:br/>
      </w:r>
      <w:r>
        <w:rPr>
          <w:lang w:eastAsia="zh-CN"/>
        </w:rPr>
        <w:t>　　乙方（盖章）：</w:t>
      </w:r>
      <w:r>
        <w:rPr>
          <w:lang w:eastAsia="zh-CN"/>
        </w:rPr>
        <w:br/>
      </w:r>
      <w:r>
        <w:rPr>
          <w:lang w:eastAsia="zh-CN"/>
        </w:rPr>
        <w:t>　　甲方代表人（签字）：</w:t>
      </w:r>
      <w:r>
        <w:rPr>
          <w:lang w:eastAsia="zh-CN"/>
        </w:rPr>
        <w:br/>
      </w:r>
      <w:r>
        <w:rPr>
          <w:lang w:eastAsia="zh-CN"/>
        </w:rPr>
        <w:t>　　乙方代表人（签字）：</w:t>
      </w:r>
      <w:r>
        <w:rPr>
          <w:lang w:eastAsia="zh-CN"/>
        </w:rPr>
        <w:br/>
      </w:r>
      <w:r>
        <w:rPr>
          <w:lang w:eastAsia="zh-CN"/>
        </w:rPr>
        <w:t>　　＿＿＿＿年＿＿月＿＿日</w:t>
      </w:r>
      <w:r>
        <w:rPr>
          <w:lang w:eastAsia="zh-CN"/>
        </w:rPr>
        <w:br/>
      </w:r>
      <w:r>
        <w:rPr>
          <w:lang w:eastAsia="zh-CN"/>
        </w:rPr>
        <w:t>　　＿＿＿＿年＿＿月＿＿日</w:t>
      </w:r>
      <w:r>
        <w:rPr>
          <w:lang w:eastAsia="zh-CN"/>
        </w:rPr>
        <w:br/>
      </w:r>
      <w:r>
        <w:rPr>
          <w:lang w:eastAsia="zh-CN"/>
        </w:rPr>
        <w:t xml:space="preserve">    2024年服装购销合同样本 篇4 </w:t>
      </w:r>
      <w:r>
        <w:rPr>
          <w:lang w:eastAsia="zh-CN"/>
        </w:rPr>
        <w:br/>
      </w:r>
      <w:r>
        <w:rPr>
          <w:lang w:eastAsia="zh-CN"/>
        </w:rPr>
        <w:t>　　甲方：</w:t>
      </w:r>
      <w:r>
        <w:rPr>
          <w:lang w:eastAsia="zh-CN"/>
        </w:rPr>
        <w:br/>
      </w:r>
      <w:r>
        <w:rPr>
          <w:lang w:eastAsia="zh-CN"/>
        </w:rPr>
        <w:t>　　乙方：</w:t>
      </w:r>
      <w:r>
        <w:rPr>
          <w:lang w:eastAsia="zh-CN"/>
        </w:rPr>
        <w:br/>
      </w:r>
      <w:r>
        <w:rPr>
          <w:lang w:eastAsia="zh-CN"/>
        </w:rPr>
        <w:t>　　双方依据《中华人民共和国合同法》等有关法规，本着平等自愿，互惠互利的原则，充分友好的协商如下协议：</w:t>
      </w:r>
      <w:r>
        <w:rPr>
          <w:lang w:eastAsia="zh-CN"/>
        </w:rPr>
        <w:br/>
      </w:r>
      <w:r>
        <w:rPr>
          <w:lang w:eastAsia="zh-CN"/>
        </w:rPr>
        <w:t>　　一、代理地区经营权限</w:t>
      </w:r>
      <w:r>
        <w:rPr>
          <w:lang w:eastAsia="zh-CN"/>
        </w:rPr>
        <w:br/>
      </w:r>
      <w:r>
        <w:rPr>
          <w:lang w:eastAsia="zh-CN"/>
        </w:rPr>
        <w:t>　　1)甲方同意将_____________品牌女装在_______经销权授予乙方。</w:t>
      </w:r>
      <w:r>
        <w:rPr>
          <w:lang w:eastAsia="zh-CN"/>
        </w:rPr>
        <w:br/>
      </w:r>
      <w:r>
        <w:rPr>
          <w:lang w:eastAsia="zh-CN"/>
        </w:rPr>
        <w:t>　　2)乙方不得擅自转让，乙方未经甲方授权同意不得跨越权限范围以外的地方销售____________品牌女装，甲方也不能在同地区授权他人经销同品牌产品。</w:t>
      </w:r>
      <w:r>
        <w:rPr>
          <w:lang w:eastAsia="zh-CN"/>
        </w:rPr>
        <w:br/>
      </w:r>
      <w:r>
        <w:rPr>
          <w:lang w:eastAsia="zh-CN"/>
        </w:rPr>
        <w:t>　　二、保证金(代理金)</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3"/>
          <w:cols w:space="425"/>
          <w:titlePg w:val="0"/>
          <w:docGrid w:type="lines" w:linePitch="312"/>
        </w:sectPr>
      </w:pPr>
      <w:r>
        <w:rPr>
          <w:lang w:eastAsia="zh-CN"/>
        </w:rPr>
        <w:t>　　1)甲乙双方于签约后，乙方必须七天内将保证金及货品预付款汇到甲方指定银行帐号，此合同方始生效，如七天内乙方款未到甲方指定的帐上，即作为乙方自动放弃，同时甲方有权取消本合同。代理经营应付保证金人民币_________元，货品预付款人民币__________元。</w:t>
      </w:r>
      <w:r>
        <w:rPr>
          <w:lang w:eastAsia="zh-CN"/>
        </w:rPr>
        <w:br/>
      </w:r>
      <w:r>
        <w:rPr>
          <w:lang w:eastAsia="zh-CN"/>
        </w:rPr>
        <w:t>　　2)甲乙双方于本合同到期时，乙方不再续签：依据本合同之第八款规定办理，在乙方无任何违约责任前提下，将无息退还乙方保证金，时间为30天。余款处理：以当季等值货品相抵之办法办理。</w:t>
      </w:r>
      <w:r>
        <w:rPr>
          <w:lang w:eastAsia="zh-CN"/>
        </w:rPr>
        <w:br/>
      </w:r>
      <w:r>
        <w:rPr>
          <w:lang w:eastAsia="zh-CN"/>
        </w:rPr>
        <w:t>　　三、甲方责仟</w:t>
      </w:r>
      <w:r>
        <w:rPr>
          <w:lang w:eastAsia="zh-CN"/>
        </w:rPr>
        <w:br/>
      </w:r>
      <w:r>
        <w:rPr>
          <w:lang w:eastAsia="zh-CN"/>
        </w:rPr>
        <w:t>　　1)负责设计，提供装修图纸(设计费用以每平方米_________元计算)。</w:t>
      </w:r>
      <w:r>
        <w:rPr>
          <w:lang w:eastAsia="zh-CN"/>
        </w:rPr>
        <w:br/>
      </w:r>
      <w:r>
        <w:rPr>
          <w:lang w:eastAsia="zh-CN"/>
        </w:rPr>
        <w:t>　　2)甲方有义务协助乙方为其营业人员安排培训指导，相关费用由乙方承担。</w:t>
      </w:r>
      <w:r>
        <w:rPr>
          <w:lang w:eastAsia="zh-CN"/>
        </w:rPr>
        <w:br/>
      </w:r>
      <w:r>
        <w:rPr>
          <w:lang w:eastAsia="zh-CN"/>
        </w:rPr>
        <w:t>　　四、乙方责任</w:t>
      </w:r>
      <w:r>
        <w:rPr>
          <w:lang w:eastAsia="zh-CN"/>
        </w:rPr>
        <w:br/>
      </w:r>
      <w:r>
        <w:rPr>
          <w:lang w:eastAsia="zh-CN"/>
        </w:rPr>
        <w:t>　　1)装修：根据甲方提供设计方案及陈列规划，定制道具，对店铺或柜位进行全方位的装潢，并达到我方的要求(拍成相片快递至甲方公司)，费用乙方负责。</w:t>
      </w:r>
      <w:r>
        <w:rPr>
          <w:lang w:eastAsia="zh-CN"/>
        </w:rPr>
        <w:br/>
      </w:r>
      <w:r>
        <w:rPr>
          <w:lang w:eastAsia="zh-CN"/>
        </w:rPr>
        <w:t>　　2)通讯：乙方必须提供给甲方详细的通讯地址，本人身份证复印件，电话，传真，联系人，并提供专卖店与专柜的具体详细地址与联络电话。</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4"/>
          <w:cols w:space="425"/>
          <w:titlePg w:val="0"/>
          <w:docGrid w:type="lines" w:linePitch="312"/>
        </w:sectPr>
      </w:pPr>
      <w:r>
        <w:rPr>
          <w:lang w:eastAsia="zh-CN"/>
        </w:rPr>
        <w:t>　　3)有效证明：乙方必须提供甲方有效的营业执照，税务登记证明复印件。乙方经营地必须悬挂标示__________品牌于明显位置。乙方店铺内不得销售其他品牌服饰。</w:t>
      </w:r>
      <w:r>
        <w:rPr>
          <w:lang w:eastAsia="zh-CN"/>
        </w:rPr>
        <w:br/>
      </w:r>
      <w:r>
        <w:rPr>
          <w:lang w:eastAsia="zh-CN"/>
        </w:rPr>
        <w:t>　　4)每星期一乙方应将上个星期的销售情况报表传真至甲方，以便甲方了解市场信息销售动态。</w:t>
      </w:r>
      <w:r>
        <w:rPr>
          <w:lang w:eastAsia="zh-CN"/>
        </w:rPr>
        <w:br/>
      </w:r>
      <w:r>
        <w:rPr>
          <w:lang w:eastAsia="zh-CN"/>
        </w:rPr>
        <w:t>　　5)乙方销售须依照甲方商品之牌价为基准，不得更换或涂改甲方商品之标示牌标签。</w:t>
      </w:r>
      <w:r>
        <w:rPr>
          <w:lang w:eastAsia="zh-CN"/>
        </w:rPr>
        <w:br/>
      </w:r>
      <w:r>
        <w:rPr>
          <w:lang w:eastAsia="zh-CN"/>
        </w:rPr>
        <w:t>　　五、结算方式</w:t>
      </w:r>
      <w:r>
        <w:rPr>
          <w:lang w:eastAsia="zh-CN"/>
        </w:rPr>
        <w:br/>
      </w:r>
      <w:r>
        <w:rPr>
          <w:lang w:eastAsia="zh-CN"/>
        </w:rPr>
        <w:t>　　1)乙方要求出货与追加，必须款到发货，由甲方协助代为发货。甲方有权不接受电话等其他形式的口头追加或不符合要求的'追加单，追加有效期为：公司接到追加单之日起，二十天内有效，如需延长在截止日中指明。</w:t>
      </w:r>
      <w:r>
        <w:rPr>
          <w:lang w:eastAsia="zh-CN"/>
        </w:rPr>
        <w:br/>
      </w:r>
      <w:r>
        <w:rPr>
          <w:lang w:eastAsia="zh-CN"/>
        </w:rPr>
        <w:t>　　2)乙方供货折扣为相关商品零售价的__________%(以上价格为不含税价格)。是我公司驻河南办事处的财务主管，同意将保证金及货款汇到签约代表的帐号上。</w:t>
      </w:r>
      <w:r>
        <w:rPr>
          <w:lang w:eastAsia="zh-CN"/>
        </w:rPr>
        <w:br/>
      </w:r>
      <w:r>
        <w:rPr>
          <w:lang w:eastAsia="zh-CN"/>
        </w:rPr>
        <w:t>　　户名：</w:t>
      </w:r>
      <w:r>
        <w:rPr>
          <w:lang w:eastAsia="zh-CN"/>
        </w:rPr>
        <w:br/>
      </w:r>
      <w:r>
        <w:rPr>
          <w:lang w:eastAsia="zh-CN"/>
        </w:rPr>
        <w:t>　　帐号：</w:t>
      </w:r>
      <w:r>
        <w:rPr>
          <w:lang w:eastAsia="zh-CN"/>
        </w:rPr>
        <w:br/>
      </w:r>
      <w:r>
        <w:rPr>
          <w:lang w:eastAsia="zh-CN"/>
        </w:rPr>
        <w:t>　　开户行：</w:t>
      </w:r>
      <w:r>
        <w:rPr>
          <w:lang w:eastAsia="zh-CN"/>
        </w:rPr>
        <w:br/>
      </w:r>
      <w:r>
        <w:rPr>
          <w:lang w:eastAsia="zh-CN"/>
        </w:rPr>
        <w:t>　　六、退换货方式</w:t>
      </w:r>
      <w:r>
        <w:rPr>
          <w:lang w:eastAsia="zh-CN"/>
        </w:rPr>
        <w:br/>
      </w:r>
      <w:r>
        <w:rPr>
          <w:lang w:eastAsia="zh-CN"/>
        </w:rPr>
        <w:t>　　1)质量问题：乙方收货后，如发现质量问题，以传真格式三天内通知公司业务部，如当时不通知则视为正品，如有损坏公司概不负责。并在10天内返回(日期以收发货品的包裹票为准)，甲方应予无条件换货。</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5"/>
          <w:cols w:space="425"/>
          <w:titlePg w:val="0"/>
          <w:docGrid w:type="lines" w:linePitch="312"/>
        </w:sectPr>
      </w:pPr>
      <w:r>
        <w:rPr>
          <w:lang w:eastAsia="zh-CN"/>
        </w:rPr>
        <w:t>　　2)串号问题：乙方收货后在三天内提出异议，逾期甲方有权不受理。</w:t>
      </w:r>
      <w:r>
        <w:rPr>
          <w:lang w:eastAsia="zh-CN"/>
        </w:rPr>
        <w:br/>
      </w:r>
      <w:r>
        <w:rPr>
          <w:lang w:eastAsia="zh-CN"/>
        </w:rPr>
        <w:t>　　甲方：</w:t>
      </w:r>
      <w:r>
        <w:rPr>
          <w:lang w:eastAsia="zh-CN"/>
        </w:rPr>
        <w:br/>
      </w:r>
      <w:r>
        <w:rPr>
          <w:lang w:eastAsia="zh-CN"/>
        </w:rPr>
        <w:t>　　乙方：</w:t>
      </w:r>
      <w:r>
        <w:rPr>
          <w:lang w:eastAsia="zh-CN"/>
        </w:rPr>
        <w:br/>
      </w:r>
      <w:r>
        <w:rPr>
          <w:lang w:eastAsia="zh-CN"/>
        </w:rPr>
        <w:t>　　日期：</w:t>
      </w:r>
      <w:r>
        <w:rPr>
          <w:lang w:eastAsia="zh-CN"/>
        </w:rPr>
        <w:br/>
      </w:r>
      <w:r>
        <w:rPr>
          <w:lang w:eastAsia="zh-CN"/>
        </w:rPr>
        <w:t xml:space="preserve">    2024年服装购销合同样本 篇5 </w:t>
      </w:r>
      <w:r>
        <w:rPr>
          <w:lang w:eastAsia="zh-CN"/>
        </w:rPr>
        <w:br/>
      </w:r>
      <w:r>
        <w:rPr>
          <w:lang w:eastAsia="zh-CN"/>
        </w:rPr>
        <w:t>　　甲方：</w:t>
      </w:r>
      <w:r>
        <w:rPr>
          <w:lang w:eastAsia="zh-CN"/>
        </w:rPr>
        <w:br/>
      </w:r>
      <w:r>
        <w:rPr>
          <w:lang w:eastAsia="zh-CN"/>
        </w:rPr>
        <w:t>　　乙方：</w:t>
      </w:r>
      <w:r>
        <w:rPr>
          <w:lang w:eastAsia="zh-CN"/>
        </w:rPr>
        <w:br/>
      </w:r>
      <w:r>
        <w:rPr>
          <w:lang w:eastAsia="zh-CN"/>
        </w:rPr>
        <w:t>　　双方依据《中华人民共和国合同法》等有关法规，本着平等自愿，互惠互利的原则，充分友好的协商如下协议：</w:t>
      </w:r>
      <w:r>
        <w:rPr>
          <w:lang w:eastAsia="zh-CN"/>
        </w:rPr>
        <w:br/>
      </w:r>
      <w:r>
        <w:rPr>
          <w:lang w:eastAsia="zh-CN"/>
        </w:rPr>
        <w:t>　　一、代理地区经营权限</w:t>
      </w:r>
      <w:r>
        <w:rPr>
          <w:lang w:eastAsia="zh-CN"/>
        </w:rPr>
        <w:br/>
      </w:r>
      <w:r>
        <w:rPr>
          <w:lang w:eastAsia="zh-CN"/>
        </w:rPr>
        <w:t>　　1)甲方同意将_____________品牌女装在_______经销权授予乙方。</w:t>
      </w:r>
      <w:r>
        <w:rPr>
          <w:lang w:eastAsia="zh-CN"/>
        </w:rPr>
        <w:br/>
      </w:r>
      <w:r>
        <w:rPr>
          <w:lang w:eastAsia="zh-CN"/>
        </w:rPr>
        <w:t>　　2)乙方不得擅自转让，乙方未经甲方授权同意不得跨越权限范围以外的地方销售____________品牌女装，甲方也不能在同地区授权他人经销同品牌产品。</w:t>
      </w:r>
      <w:r>
        <w:rPr>
          <w:lang w:eastAsia="zh-CN"/>
        </w:rPr>
        <w:br/>
      </w:r>
      <w:r>
        <w:rPr>
          <w:lang w:eastAsia="zh-CN"/>
        </w:rPr>
        <w:t>　　二、保证金(代理金)</w:t>
      </w:r>
      <w:r>
        <w:rPr>
          <w:lang w:eastAsia="zh-CN"/>
        </w:rPr>
        <w:br/>
      </w:r>
      <w:r>
        <w:rPr>
          <w:lang w:eastAsia="zh-CN"/>
        </w:rPr>
        <w:t>　　1)甲乙双方于签约后，乙方必须七天内将保证金及货品预付款汇到甲方指定银行帐号，此合同方始生效，如七天内乙方款未到甲方指定的帐上，即作为乙方自动放弃，同时甲方有权取消本合同。代理经营应付保证金人民币_________元，货品预付款人民币__________元。</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6"/>
          <w:cols w:space="425"/>
          <w:titlePg w:val="0"/>
          <w:docGrid w:type="lines" w:linePitch="312"/>
        </w:sectPr>
      </w:pPr>
      <w:r>
        <w:rPr>
          <w:lang w:eastAsia="zh-CN"/>
        </w:rPr>
        <w:t>　　2)甲乙双方于本合同到期时，乙方不再续签：依据本合同之第八款规定办理，在乙方无任何违约责任前提下，将无息退还乙方保证金，时间为30天。余款处理：以当季等值货品相抵之办法办理。</w:t>
      </w:r>
      <w:r>
        <w:rPr>
          <w:lang w:eastAsia="zh-CN"/>
        </w:rPr>
        <w:br/>
      </w:r>
      <w:r>
        <w:rPr>
          <w:lang w:eastAsia="zh-CN"/>
        </w:rPr>
        <w:t>　　三、甲方责仟</w:t>
      </w:r>
      <w:r>
        <w:rPr>
          <w:lang w:eastAsia="zh-CN"/>
        </w:rPr>
        <w:br/>
      </w:r>
      <w:r>
        <w:rPr>
          <w:lang w:eastAsia="zh-CN"/>
        </w:rPr>
        <w:t>　　1)负责设计，提供装修图纸(设计费用以每平方米_________元计算)。</w:t>
      </w:r>
      <w:r>
        <w:rPr>
          <w:lang w:eastAsia="zh-CN"/>
        </w:rPr>
        <w:br/>
      </w:r>
      <w:r>
        <w:rPr>
          <w:lang w:eastAsia="zh-CN"/>
        </w:rPr>
        <w:t>　　2)甲方有义务协助乙方为其营业人员安排培训指导，相关费用由</w:t>
      </w:r>
      <w:r>
        <w:rPr>
          <w:lang w:eastAsia="zh-CN"/>
        </w:rPr>
        <w:br/>
      </w:r>
      <w:r>
        <w:rPr>
          <w:lang w:eastAsia="zh-CN"/>
        </w:rPr>
        <w:t>　　乙方承担。</w:t>
      </w:r>
      <w:r>
        <w:rPr>
          <w:lang w:eastAsia="zh-CN"/>
        </w:rPr>
        <w:br/>
      </w:r>
      <w:r>
        <w:rPr>
          <w:lang w:eastAsia="zh-CN"/>
        </w:rPr>
        <w:t>　　四、乙方责任</w:t>
      </w:r>
      <w:r>
        <w:rPr>
          <w:lang w:eastAsia="zh-CN"/>
        </w:rPr>
        <w:br/>
      </w:r>
      <w:r>
        <w:rPr>
          <w:lang w:eastAsia="zh-CN"/>
        </w:rPr>
        <w:t>　　1)装修：根据甲方提供设计方案及陈列规划，定制道具，对店铺或柜位进行全方位的装潢，并达到我方的要求(拍成相片快递至甲方公司)，费用乙方负责。</w:t>
      </w:r>
      <w:r>
        <w:rPr>
          <w:lang w:eastAsia="zh-CN"/>
        </w:rPr>
        <w:br/>
      </w:r>
      <w:r>
        <w:rPr>
          <w:lang w:eastAsia="zh-CN"/>
        </w:rPr>
        <w:t>　　2)通讯：乙方必须提供给甲方详细的通讯地址，本人身份证复印件，电话，传真，联系人，并提供专卖店与专柜的具体详细地址与联络电话。</w:t>
      </w:r>
      <w:r>
        <w:rPr>
          <w:lang w:eastAsia="zh-CN"/>
        </w:rPr>
        <w:br/>
      </w:r>
      <w:r>
        <w:rPr>
          <w:lang w:eastAsia="zh-CN"/>
        </w:rPr>
        <w:t>　　3)有效证明：乙方必须提供甲方有效的营业执照，税务登记证明复印件。乙方经营地必须悬挂标示__________品牌于明显位置。乙方店铺内不得销售其他品牌服饰。</w:t>
      </w:r>
      <w:r>
        <w:rPr>
          <w:lang w:eastAsia="zh-CN"/>
        </w:rPr>
        <w:br/>
      </w:r>
      <w:r>
        <w:rPr>
          <w:lang w:eastAsia="zh-CN"/>
        </w:rPr>
        <w:t>　　4)每星期一乙方应将上个星期的销售情况报表传真至甲方，以便甲方了解市场信息销售动态。</w:t>
      </w:r>
      <w:r>
        <w:rPr>
          <w:lang w:eastAsia="zh-CN"/>
        </w:rPr>
        <w:br/>
      </w:r>
      <w:r>
        <w:rPr>
          <w:lang w:eastAsia="zh-CN"/>
        </w:rPr>
        <w:t>　　5)乙方销售须依照甲方商品之牌价为基准，不得更换或涂改甲方商品之标示牌标签。</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7"/>
          <w:cols w:space="425"/>
          <w:titlePg w:val="0"/>
          <w:docGrid w:type="lines" w:linePitch="312"/>
        </w:sectPr>
      </w:pPr>
      <w:r>
        <w:rPr>
          <w:lang w:eastAsia="zh-CN"/>
        </w:rPr>
        <w:t>　　五、结算方式</w:t>
      </w:r>
      <w:r>
        <w:rPr>
          <w:lang w:eastAsia="zh-CN"/>
        </w:rPr>
        <w:br/>
      </w:r>
      <w:r>
        <w:rPr>
          <w:lang w:eastAsia="zh-CN"/>
        </w:rPr>
        <w:t>　　1)乙方要求出货与追加，必须款到发货，由甲方协助代为发货。甲方有权不接受电话等其他形式的口头追加或不符合要求的追加单，追加有效期为：公司接到追加单之日起，二十天内有效，如需延长在截止日中指明。</w:t>
      </w:r>
      <w:r>
        <w:rPr>
          <w:lang w:eastAsia="zh-CN"/>
        </w:rPr>
        <w:br/>
      </w:r>
      <w:r>
        <w:rPr>
          <w:lang w:eastAsia="zh-CN"/>
        </w:rPr>
        <w:t>　　2)乙方供货折扣为相关商品零售价的__________%(以上价格为不含税价格)。是我公司驻河南办事处的财务主管，同意将保证金及货款汇到签约代表的帐号上。</w:t>
      </w:r>
      <w:r>
        <w:rPr>
          <w:lang w:eastAsia="zh-CN"/>
        </w:rPr>
        <w:br/>
      </w:r>
      <w:r>
        <w:rPr>
          <w:lang w:eastAsia="zh-CN"/>
        </w:rPr>
        <w:t>　　户名：</w:t>
      </w:r>
      <w:r>
        <w:rPr>
          <w:lang w:eastAsia="zh-CN"/>
        </w:rPr>
        <w:br/>
      </w:r>
      <w:r>
        <w:rPr>
          <w:lang w:eastAsia="zh-CN"/>
        </w:rPr>
        <w:t>　　帐号：</w:t>
      </w:r>
      <w:r>
        <w:rPr>
          <w:lang w:eastAsia="zh-CN"/>
        </w:rPr>
        <w:br/>
      </w:r>
      <w:r>
        <w:rPr>
          <w:lang w:eastAsia="zh-CN"/>
        </w:rPr>
        <w:t>　　开户行：</w:t>
      </w:r>
      <w:r>
        <w:rPr>
          <w:lang w:eastAsia="zh-CN"/>
        </w:rPr>
        <w:br/>
      </w:r>
      <w:r>
        <w:rPr>
          <w:lang w:eastAsia="zh-CN"/>
        </w:rPr>
        <w:t>　　六、退换货方式</w:t>
      </w:r>
      <w:r>
        <w:rPr>
          <w:lang w:eastAsia="zh-CN"/>
        </w:rPr>
        <w:br/>
      </w:r>
      <w:r>
        <w:rPr>
          <w:lang w:eastAsia="zh-CN"/>
        </w:rPr>
        <w:t>　　1)质量问题：乙方收货后，如发现质#from 最新服装购销合同样本合同范本来自第一范文网 end#量问题，以传真格式三天内通知公司业务部，如当时不通知则视为正品，如有损坏公司概不负责。并在10天内返回(日期以收发货品的包裹票为准)，甲方应予无条件换货。</w:t>
      </w:r>
      <w:r>
        <w:rPr>
          <w:lang w:eastAsia="zh-CN"/>
        </w:rPr>
        <w:br/>
      </w:r>
      <w:r>
        <w:rPr>
          <w:lang w:eastAsia="zh-CN"/>
        </w:rPr>
        <w:t>　　2)串号问题：乙方收货后在三天内提出异议，逾期甲方有权不受理。</w:t>
      </w:r>
      <w:r>
        <w:rPr>
          <w:lang w:eastAsia="zh-CN"/>
        </w:rPr>
        <w:br/>
      </w:r>
      <w:r>
        <w:rPr>
          <w:lang w:eastAsia="zh-CN"/>
        </w:rPr>
        <w:t xml:space="preserve">    2024年服装购销合同样本 篇6 </w:t>
      </w:r>
      <w:r>
        <w:rPr>
          <w:lang w:eastAsia="zh-CN"/>
        </w:rPr>
        <w:br/>
      </w:r>
      <w:r>
        <w:rPr>
          <w:lang w:eastAsia="zh-CN"/>
        </w:rPr>
        <w:t>　　甲方：</w:t>
      </w:r>
      <w:r>
        <w:rPr>
          <w:lang w:eastAsia="zh-CN"/>
        </w:rPr>
        <w:br/>
      </w:r>
      <w:r>
        <w:rPr>
          <w:lang w:eastAsia="zh-CN"/>
        </w:rPr>
        <w:t>　　乙方：</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8"/>
          <w:cols w:space="425"/>
          <w:titlePg w:val="0"/>
          <w:docGrid w:type="lines" w:linePitch="312"/>
        </w:sectPr>
      </w:pPr>
      <w:r>
        <w:rPr>
          <w:lang w:eastAsia="zh-CN"/>
        </w:rPr>
        <w:t>　　双方通过友好协商就服装销售达成以下协议：</w:t>
      </w:r>
      <w:r>
        <w:rPr>
          <w:lang w:eastAsia="zh-CN"/>
        </w:rPr>
        <w:br/>
      </w:r>
      <w:r>
        <w:rPr>
          <w:lang w:eastAsia="zh-CN"/>
        </w:rPr>
        <w:t>　　服装名称：</w:t>
      </w:r>
      <w:r>
        <w:rPr>
          <w:lang w:eastAsia="zh-CN"/>
        </w:rPr>
        <w:br/>
      </w:r>
      <w:r>
        <w:rPr>
          <w:lang w:eastAsia="zh-CN"/>
        </w:rPr>
        <w:t>　　商标或品牌：</w:t>
      </w:r>
      <w:r>
        <w:rPr>
          <w:lang w:eastAsia="zh-CN"/>
        </w:rPr>
        <w:br/>
      </w:r>
      <w:r>
        <w:rPr>
          <w:lang w:eastAsia="zh-CN"/>
        </w:rPr>
        <w:t>　　服装型号：</w:t>
      </w:r>
      <w:r>
        <w:rPr>
          <w:lang w:eastAsia="zh-CN"/>
        </w:rPr>
        <w:br/>
      </w:r>
      <w:r>
        <w:rPr>
          <w:lang w:eastAsia="zh-CN"/>
        </w:rPr>
        <w:t>　　生产厂家：</w:t>
      </w:r>
      <w:r>
        <w:rPr>
          <w:lang w:eastAsia="zh-CN"/>
        </w:rPr>
        <w:br/>
      </w:r>
      <w:r>
        <w:rPr>
          <w:lang w:eastAsia="zh-CN"/>
        </w:rPr>
        <w:t>　　数量：</w:t>
      </w:r>
      <w:r>
        <w:rPr>
          <w:lang w:eastAsia="zh-CN"/>
        </w:rPr>
        <w:br/>
      </w:r>
      <w:r>
        <w:rPr>
          <w:lang w:eastAsia="zh-CN"/>
        </w:rPr>
        <w:t>　　单价：</w:t>
      </w:r>
      <w:r>
        <w:rPr>
          <w:lang w:eastAsia="zh-CN"/>
        </w:rPr>
        <w:br/>
      </w:r>
      <w:r>
        <w:rPr>
          <w:lang w:eastAsia="zh-CN"/>
        </w:rPr>
        <w:t>　　总价： 大写</w:t>
      </w:r>
      <w:r>
        <w:rPr>
          <w:lang w:eastAsia="zh-CN"/>
        </w:rPr>
        <w:br/>
      </w:r>
      <w:r>
        <w:rPr>
          <w:lang w:eastAsia="zh-CN"/>
        </w:rPr>
        <w:t>　　第一条 甲方保证提供的服装符合国家的相关质量要求或双方当事人约定标准。</w:t>
      </w:r>
      <w:r>
        <w:rPr>
          <w:lang w:eastAsia="zh-CN"/>
        </w:rPr>
        <w:br/>
      </w:r>
      <w:r>
        <w:rPr>
          <w:lang w:eastAsia="zh-CN"/>
        </w:rPr>
        <w:t>　　第二条 A甲方应在合同签订后 日内向乙方提供符合要求的货物。</w:t>
      </w:r>
      <w:r>
        <w:rPr>
          <w:lang w:eastAsia="zh-CN"/>
        </w:rPr>
        <w:br/>
      </w:r>
      <w:r>
        <w:rPr>
          <w:lang w:eastAsia="zh-CN"/>
        </w:rPr>
        <w:t>　　B乙方应在合同签订后 日内向甲方支付全部货款的. %;乙方在收到货物后 日内向甲方付清剩余货款。</w:t>
      </w:r>
      <w:r>
        <w:rPr>
          <w:lang w:eastAsia="zh-CN"/>
        </w:rPr>
        <w:br/>
      </w:r>
      <w:r>
        <w:rPr>
          <w:lang w:eastAsia="zh-CN"/>
        </w:rPr>
        <w:t>　　第三条 货物的交付采用乙方上门提货的方式。运输费用由乙方承担。</w:t>
      </w:r>
      <w:r>
        <w:rPr>
          <w:lang w:eastAsia="zh-CN"/>
        </w:rPr>
        <w:br/>
      </w:r>
      <w:r>
        <w:rPr>
          <w:lang w:eastAsia="zh-CN"/>
        </w:rPr>
        <w:t>　　第四条 如乙方没有尽本合同第二条B规定的义务，超过一个月的，按同期银行利率支付违约金。超过三个月的，乙方需按合同金额的20%为违约，甲方并有权解除合同。</w:t>
      </w:r>
      <w:r>
        <w:rPr>
          <w:lang w:eastAsia="zh-CN"/>
        </w:rPr>
        <w:br/>
      </w:r>
      <w:r>
        <w:rPr>
          <w:lang w:eastAsia="zh-CN"/>
        </w:rPr>
        <w:t>　　第五条 乙方如对甲方提供的货物有异议的，应当在一个月内向甲方提出书面异议，异议期从乙方提货时开始起算。否则构成甲方货物符合法定或约定质量的证据。</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9"/>
          <w:cols w:space="425"/>
          <w:titlePg w:val="0"/>
          <w:docGrid w:type="lines" w:linePitch="312"/>
        </w:sectPr>
      </w:pPr>
      <w:r>
        <w:rPr>
          <w:lang w:eastAsia="zh-CN"/>
        </w:rPr>
        <w:t>　　第六条 合同争议的解决方式：本合同在履行过程中发生的争议，由双方当事人协商解决;也可由当地工商行政管理部门调解;协商或调解不成的，双方可以依法向甲方所在地人民法院起诉。</w:t>
      </w:r>
      <w:r>
        <w:rPr>
          <w:lang w:eastAsia="zh-CN"/>
        </w:rPr>
        <w:br/>
      </w:r>
      <w:r>
        <w:rPr>
          <w:lang w:eastAsia="zh-CN"/>
        </w:rPr>
        <w:t>　　第七条 本合同自签订日起生效。</w:t>
      </w:r>
      <w:r>
        <w:rPr>
          <w:lang w:eastAsia="zh-CN"/>
        </w:rPr>
        <w:br/>
      </w:r>
      <w:r>
        <w:rPr>
          <w:lang w:eastAsia="zh-CN"/>
        </w:rPr>
        <w:t>　　第八条 双方就本合同达成的补充协议与本合同在同等的法律效力。二者有冲突的，以补充协议为准。</w:t>
      </w:r>
      <w:r>
        <w:rPr>
          <w:lang w:eastAsia="zh-CN"/>
        </w:rPr>
        <w:br/>
      </w:r>
      <w:r>
        <w:rPr>
          <w:lang w:eastAsia="zh-CN"/>
        </w:rPr>
        <w:t xml:space="preserve">    2024年服装购销合同样本 篇7 </w:t>
      </w:r>
      <w:r>
        <w:rPr>
          <w:lang w:eastAsia="zh-CN"/>
        </w:rPr>
        <w:br/>
      </w:r>
      <w:r>
        <w:rPr>
          <w:lang w:eastAsia="zh-CN"/>
        </w:rPr>
        <w:t>　　甲方：</w:t>
      </w:r>
      <w:r>
        <w:rPr>
          <w:lang w:eastAsia="zh-CN"/>
        </w:rPr>
        <w:br/>
      </w:r>
      <w:r>
        <w:rPr>
          <w:lang w:eastAsia="zh-CN"/>
        </w:rPr>
        <w:t>　　乙方：</w:t>
      </w:r>
      <w:r>
        <w:rPr>
          <w:lang w:eastAsia="zh-CN"/>
        </w:rPr>
        <w:br/>
      </w:r>
      <w:r>
        <w:rPr>
          <w:lang w:eastAsia="zh-CN"/>
        </w:rPr>
        <w:t>　　甲乙双方在平等互利的基础上，经友好协商一致达成纺织品买卖协议，订立本合同，供双方共同遵守：</w:t>
      </w:r>
      <w:r>
        <w:rPr>
          <w:lang w:eastAsia="zh-CN"/>
        </w:rPr>
        <w:br/>
      </w:r>
      <w:r>
        <w:rPr>
          <w:lang w:eastAsia="zh-CN"/>
        </w:rPr>
        <w:t>　　第一条 产品名称、价格及数量</w:t>
      </w:r>
      <w:r>
        <w:rPr>
          <w:lang w:eastAsia="zh-CN"/>
        </w:rPr>
        <w:br/>
      </w:r>
      <w:r>
        <w:rPr>
          <w:lang w:eastAsia="zh-CN"/>
        </w:rPr>
        <w:t>　　第二条 合同金额</w:t>
      </w:r>
      <w:r>
        <w:rPr>
          <w:lang w:eastAsia="zh-CN"/>
        </w:rPr>
        <w:br/>
      </w:r>
      <w:r>
        <w:rPr>
          <w:lang w:eastAsia="zh-CN"/>
        </w:rPr>
        <w:t>　　货物总值： 631200元大写：陆拾叁万壹仟贰佰元整</w:t>
      </w:r>
      <w:r>
        <w:rPr>
          <w:lang w:eastAsia="zh-CN"/>
        </w:rPr>
        <w:br/>
      </w:r>
      <w:r>
        <w:rPr>
          <w:lang w:eastAsia="zh-CN"/>
        </w:rPr>
        <w:t>　　第三条：付款方式</w:t>
      </w:r>
      <w:r>
        <w:rPr>
          <w:lang w:eastAsia="zh-CN"/>
        </w:rPr>
        <w:br/>
      </w:r>
      <w:r>
        <w:rPr>
          <w:lang w:eastAsia="zh-CN"/>
        </w:rPr>
        <w:t>　　样品确认后，甲方支付合同金额30%计 壹拾玖万壹贰佰元作为定金;乙方出货后15天内甲方将合同款剩余金额 肆拾肆万元划入乙方负责人开立的帐户上(帐号为 );</w:t>
      </w:r>
      <w:r>
        <w:rPr>
          <w:lang w:eastAsia="zh-CN"/>
        </w:rPr>
        <w:br/>
      </w:r>
      <w:r>
        <w:rPr>
          <w:lang w:eastAsia="zh-CN"/>
        </w:rPr>
        <w:t>　　第四条 交货地点及时间</w:t>
      </w:r>
      <w:r>
        <w:rPr>
          <w:lang w:eastAsia="zh-CN"/>
        </w:rPr>
        <w:br/>
      </w:r>
      <w:r>
        <w:rPr>
          <w:lang w:eastAsia="zh-CN"/>
        </w:rPr>
        <w:t>　　1、地点：乙方负责把货物送到甲方指定地点，产生的费用由乙方负责，职业服装购销合同。</w:t>
      </w:r>
      <w:r>
        <w:rPr>
          <w:lang w:eastAsia="zh-CN"/>
        </w:rPr>
        <w:br/>
      </w:r>
      <w:r>
        <w:rPr>
          <w:lang w:eastAsia="zh-CN"/>
        </w:rPr>
        <w:t>　　2、时间：自本合同签订且乙方收到预付款后日内。</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0"/>
          <w:cols w:space="425"/>
          <w:titlePg w:val="0"/>
          <w:docGrid w:type="lines" w:linePitch="312"/>
        </w:sectPr>
      </w:pPr>
      <w:r>
        <w:rPr>
          <w:lang w:eastAsia="zh-CN"/>
        </w:rPr>
        <w:t>　　第五条 交货条件</w:t>
      </w:r>
      <w:r>
        <w:rPr>
          <w:lang w:eastAsia="zh-CN"/>
        </w:rPr>
        <w:br/>
      </w:r>
      <w:r>
        <w:rPr>
          <w:lang w:eastAsia="zh-CN"/>
        </w:rPr>
        <w:t>　　如在交货过程中遇到问题，双方应本着互惠互利，精诚合作的态度协商解决。 逾期交货：未经甲方允许逾期交货的，乙方逾期交货一天扣除除乙方逾期产品货款总额5%的违约金;乙方逾期10天未交货的，甲方可以拒收，同时有权解除合同。并按预付款的两倍要求乙方支付违约金。逾期取货：如甲方暂缓要货，乙方将收取按暂缓要货金额1%的仓储费用。若甲方暂缓要货超过15天应事先以书面形式重复乙方同意。</w:t>
      </w:r>
      <w:r>
        <w:rPr>
          <w:lang w:eastAsia="zh-CN"/>
        </w:rPr>
        <w:br/>
      </w:r>
      <w:r>
        <w:rPr>
          <w:lang w:eastAsia="zh-CN"/>
        </w:rPr>
        <w:t>　　第六条 甲方责任</w:t>
      </w:r>
      <w:r>
        <w:rPr>
          <w:lang w:eastAsia="zh-CN"/>
        </w:rPr>
        <w:br/>
      </w:r>
      <w:r>
        <w:rPr>
          <w:lang w:eastAsia="zh-CN"/>
        </w:rPr>
        <w:t>　　1、甲方通过款式，在合同生效及执行过程中不得擅自更改。</w:t>
      </w:r>
      <w:r>
        <w:rPr>
          <w:lang w:eastAsia="zh-CN"/>
        </w:rPr>
        <w:br/>
      </w:r>
      <w:r>
        <w:rPr>
          <w:lang w:eastAsia="zh-CN"/>
        </w:rPr>
        <w:t>　　2、按此合同付款日期，按时付款。</w:t>
      </w:r>
      <w:r>
        <w:rPr>
          <w:lang w:eastAsia="zh-CN"/>
        </w:rPr>
        <w:br/>
      </w:r>
      <w:r>
        <w:rPr>
          <w:lang w:eastAsia="zh-CN"/>
        </w:rPr>
        <w:t>　　3、及时验货，甲方应在收到货物10天内验货完毕。</w:t>
      </w:r>
      <w:r>
        <w:rPr>
          <w:lang w:eastAsia="zh-CN"/>
        </w:rPr>
        <w:br/>
      </w:r>
      <w:r>
        <w:rPr>
          <w:lang w:eastAsia="zh-CN"/>
        </w:rPr>
        <w:t>　　第七条 乙方责任</w:t>
      </w:r>
      <w:r>
        <w:rPr>
          <w:lang w:eastAsia="zh-CN"/>
        </w:rPr>
        <w:br/>
      </w:r>
      <w:r>
        <w:rPr>
          <w:lang w:eastAsia="zh-CN"/>
        </w:rPr>
        <w:t>　　1、乙方须保证产品质量，有质量问题的产品，乙方须负责更换或退货。</w:t>
      </w:r>
      <w:r>
        <w:rPr>
          <w:lang w:eastAsia="zh-CN"/>
        </w:rPr>
        <w:br/>
      </w:r>
      <w:r>
        <w:rPr>
          <w:lang w:eastAsia="zh-CN"/>
        </w:rPr>
        <w:t>　　2、按此合同交货日期，按时交货。</w:t>
      </w:r>
      <w:r>
        <w:rPr>
          <w:lang w:eastAsia="zh-CN"/>
        </w:rPr>
        <w:br/>
      </w:r>
      <w:r>
        <w:rPr>
          <w:lang w:eastAsia="zh-CN"/>
        </w:rPr>
        <w:t>　　第八条 本合同有效期自签订之日起生效，到全部货款结清之日为止。</w:t>
      </w:r>
      <w:r>
        <w:rPr>
          <w:lang w:eastAsia="zh-CN"/>
        </w:rPr>
        <w:br/>
      </w:r>
      <w:r>
        <w:rPr>
          <w:lang w:eastAsia="zh-CN"/>
        </w:rPr>
        <w:t>　　第九条 此合同经双方签字盖章后生效。如有一方在有效期内欲终止合同。本合同一式两份，双方各执一份。</w:t>
      </w:r>
      <w:r>
        <w:rPr>
          <w:lang w:eastAsia="zh-CN"/>
        </w:rPr>
        <w:br/>
      </w:r>
      <w:r>
        <w:rPr>
          <w:lang w:eastAsia="zh-CN"/>
        </w:rPr>
        <w:t>　　甲方(公章)：_________乙方(公章)：_________</w:t>
      </w:r>
      <w:r>
        <w:rPr>
          <w:lang w:eastAsia="zh-CN"/>
        </w:rPr>
        <w:br/>
      </w:r>
      <w:r>
        <w:rPr>
          <w:lang w:eastAsia="zh-CN"/>
        </w:rPr>
        <w:t>　　法定代表人(签字)：_________法定代表人(签字)：_________</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1"/>
          <w:cols w:space="425"/>
          <w:titlePg w:val="0"/>
          <w:docGrid w:type="lines" w:linePitch="312"/>
        </w:sectPr>
      </w:pPr>
      <w:r>
        <w:rPr>
          <w:lang w:eastAsia="zh-CN"/>
        </w:rPr>
        <w:t>　　_________年____月____日_________年____月____日</w:t>
      </w:r>
      <w:r>
        <w:rPr>
          <w:lang w:eastAsia="zh-CN"/>
        </w:rPr>
        <w:br/>
      </w:r>
      <w:r>
        <w:rPr>
          <w:lang w:eastAsia="zh-CN"/>
        </w:rPr>
        <w:t>　　供方：(以下简称甲方)</w:t>
      </w:r>
      <w:r>
        <w:rPr>
          <w:lang w:eastAsia="zh-CN"/>
        </w:rPr>
        <w:br/>
      </w:r>
      <w:r>
        <w:rPr>
          <w:lang w:eastAsia="zh-CN"/>
        </w:rPr>
        <w:t>　　需方：(以下简称乙方)</w:t>
      </w:r>
      <w:r>
        <w:rPr>
          <w:lang w:eastAsia="zh-CN"/>
        </w:rPr>
        <w:br/>
      </w:r>
      <w:r>
        <w:rPr>
          <w:lang w:eastAsia="zh-CN"/>
        </w:rPr>
        <w:t>　　1.本合同是依照《中华人民共和国合同法》订立的，经双方签字盖章后，即发生法律效力，双方必须严格履行，合同范本《职业服装购销合同》。</w:t>
      </w:r>
      <w:r>
        <w:rPr>
          <w:lang w:eastAsia="zh-CN"/>
        </w:rPr>
        <w:br/>
      </w:r>
      <w:r>
        <w:rPr>
          <w:lang w:eastAsia="zh-CN"/>
        </w:rPr>
        <w:t>　　2.合同条款及付款方式：</w:t>
      </w:r>
      <w:r>
        <w:rPr>
          <w:lang w:eastAsia="zh-CN"/>
        </w:rPr>
        <w:br/>
      </w:r>
      <w:r>
        <w:rPr>
          <w:lang w:eastAsia="zh-CN"/>
        </w:rPr>
        <w:t>　　签订双方商妥订货产品总值人民币 694410 元。其产品名称的规格、数量、单价、总值如下：样品确认后，需方支付合同金额20%作为订金。供方出货后1天内需方将合同剩余金额划入供方帐户上，确认货款到后，供方向需方提供等额发票。</w:t>
      </w:r>
      <w:r>
        <w:rPr>
          <w:lang w:eastAsia="zh-CN"/>
        </w:rPr>
        <w:br/>
      </w:r>
      <w:r>
        <w:rPr>
          <w:lang w:eastAsia="zh-CN"/>
        </w:rPr>
        <w:t>　　3.经济责任：</w:t>
      </w:r>
      <w:r>
        <w:rPr>
          <w:lang w:eastAsia="zh-CN"/>
        </w:rPr>
        <w:br/>
      </w:r>
      <w:r>
        <w:rPr>
          <w:lang w:eastAsia="zh-CN"/>
        </w:rPr>
        <w:t>　　(1)供方如未能履行合同，须负下列责任：</w:t>
      </w:r>
      <w:r>
        <w:rPr>
          <w:lang w:eastAsia="zh-CN"/>
        </w:rPr>
        <w:br/>
      </w:r>
      <w:r>
        <w:rPr>
          <w:lang w:eastAsia="zh-CN"/>
        </w:rPr>
        <w:t>　　①产品规格、质量不符合合同规定：需方同意利用的，按质论价，退货贬值总值价款;不能利用的，应负责保退、保换。由于延误交货时间，每天应偿付需方千分之一的罚金。 ②产品数量不符合规定：少交需方仍有需要的照数补交;因延期而不要的，可以退货，并承担因此而造成的损失;不能交货的，应偿付需方以不能交货的货款总值的百分之一的罚金。</w:t>
      </w:r>
      <w:r>
        <w:rPr>
          <w:lang w:eastAsia="zh-CN"/>
        </w:rPr>
        <w:br/>
      </w:r>
      <w:r>
        <w:rPr>
          <w:lang w:eastAsia="zh-CN"/>
        </w:rPr>
        <w:t>　　(2)需方未能履行合同时，须负以下责任：</w:t>
      </w:r>
      <w:r>
        <w:rPr>
          <w:lang w:eastAsia="zh-CN"/>
        </w:rPr>
        <w:br/>
      </w:r>
      <w:r>
        <w:rPr>
          <w:lang w:eastAsia="zh-CN"/>
        </w:rPr>
        <w:t>　　①中途变更产品花色、品种、规格、质量或包装的规格，应偿付变更部分货款(或包装价值)总值百分之一罚金。</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2"/>
          <w:cols w:space="425"/>
          <w:titlePg w:val="0"/>
          <w:docGrid w:type="lines" w:linePitch="312"/>
        </w:sectPr>
      </w:pPr>
      <w:r>
        <w:rPr>
          <w:lang w:eastAsia="zh-CN"/>
        </w:rPr>
        <w:t>　　②中途退货，由双方根据实际情况商定，同意退货的偿付退货部分货款总值百分之一的罚金。</w:t>
      </w:r>
      <w:r>
        <w:rPr>
          <w:lang w:eastAsia="zh-CN"/>
        </w:rPr>
        <w:br/>
      </w:r>
      <w:r>
        <w:rPr>
          <w:lang w:eastAsia="zh-CN"/>
        </w:rPr>
        <w:t>　　③自提产品未按规定日期提货，每延期一天，应偿付供方以延期提货部分货款总额千分之一罚金。</w:t>
      </w:r>
      <w:r>
        <w:rPr>
          <w:lang w:eastAsia="zh-CN"/>
        </w:rPr>
        <w:br/>
      </w:r>
      <w:r>
        <w:rPr>
          <w:lang w:eastAsia="zh-CN"/>
        </w:rPr>
        <w:t>　　④未按规定日期付款，每延期一天，应偿付以延期付款总额千分之一的罚金。</w:t>
      </w:r>
      <w:r>
        <w:rPr>
          <w:lang w:eastAsia="zh-CN"/>
        </w:rPr>
        <w:br/>
      </w:r>
      <w:r>
        <w:rPr>
          <w:lang w:eastAsia="zh-CN"/>
        </w:rPr>
        <w:t>　　(3)产品价格：如需要调整，必须经双方协商方能变更。</w:t>
      </w:r>
      <w:r>
        <w:rPr>
          <w:lang w:eastAsia="zh-CN"/>
        </w:rPr>
        <w:br/>
      </w:r>
      <w:r>
        <w:rPr>
          <w:lang w:eastAsia="zh-CN"/>
        </w:rPr>
        <w:t>　　(4)任何一方要求全部或部分解除合同，必须提出充分理由，经双方协商，并报请鉴证机关备案。</w:t>
      </w:r>
      <w:r>
        <w:rPr>
          <w:lang w:eastAsia="zh-CN"/>
        </w:rPr>
        <w:br/>
      </w:r>
      <w:r>
        <w:rPr>
          <w:lang w:eastAsia="zh-CN"/>
        </w:rPr>
        <w:t>　　(5)确因自然灾害等原因，影响执行合同或延期交货，需通知对方，经有关机构证明，可酌情减免罚金。</w:t>
      </w:r>
      <w:r>
        <w:rPr>
          <w:lang w:eastAsia="zh-CN"/>
        </w:rPr>
        <w:br/>
      </w:r>
      <w:r>
        <w:rPr>
          <w:lang w:eastAsia="zh-CN"/>
        </w:rPr>
        <w:t>　　4.执行合同中，发生争议和纠纷，签约双方协商不成，均可向法院提出诉讼或向仲裁机关申请仲裁(两者选一)</w:t>
      </w:r>
      <w:r>
        <w:rPr>
          <w:lang w:eastAsia="zh-CN"/>
        </w:rPr>
        <w:br/>
      </w:r>
      <w:r>
        <w:rPr>
          <w:lang w:eastAsia="zh-CN"/>
        </w:rPr>
        <w:t>　　5.本合同及附件一式两份，供需双方各执一份。</w:t>
      </w:r>
      <w:r>
        <w:rPr>
          <w:lang w:eastAsia="zh-CN"/>
        </w:rPr>
        <w:br/>
      </w:r>
      <w:r>
        <w:rPr>
          <w:lang w:eastAsia="zh-CN"/>
        </w:rPr>
        <w:t>　　甲方(公章)：_________乙方(公章)：_________</w:t>
      </w:r>
      <w:r>
        <w:rPr>
          <w:lang w:eastAsia="zh-CN"/>
        </w:rPr>
        <w:br/>
      </w:r>
      <w:r>
        <w:rPr>
          <w:lang w:eastAsia="zh-CN"/>
        </w:rPr>
        <w:t>　　法定代表人(签字)：_________法定代表人(签字)：_________</w:t>
      </w:r>
      <w:r>
        <w:rPr>
          <w:lang w:eastAsia="zh-CN"/>
        </w:rPr>
        <w:br/>
      </w:r>
      <w:r>
        <w:rPr>
          <w:lang w:eastAsia="zh-CN"/>
        </w:rPr>
        <w:t>　　_________年____月____日_________年____月____日</w:t>
      </w:r>
      <w:r>
        <w:rPr>
          <w:lang w:eastAsia="zh-CN"/>
        </w:rPr>
        <w:br/>
      </w:r>
      <w:r>
        <w:rPr>
          <w:lang w:eastAsia="zh-CN"/>
        </w:rPr>
        <w:t xml:space="preserve">    2024年服装购销合同样本 篇8 </w:t>
      </w:r>
      <w:r>
        <w:rPr>
          <w:lang w:eastAsia="zh-CN"/>
        </w:rPr>
        <w:br/>
      </w:r>
      <w:r>
        <w:rPr>
          <w:lang w:eastAsia="zh-CN"/>
        </w:rPr>
        <w:t>　　甲方：______________</w:t>
      </w:r>
      <w:r>
        <w:rPr>
          <w:lang w:eastAsia="zh-CN"/>
        </w:rPr>
        <w:br/>
      </w:r>
      <w:r>
        <w:rPr>
          <w:lang w:eastAsia="zh-CN"/>
        </w:rPr>
        <w:t>　　乙方：______________</w:t>
      </w:r>
      <w:r>
        <w:rPr>
          <w:lang w:eastAsia="zh-CN"/>
        </w:rPr>
        <w:br/>
      </w:r>
      <w:r>
        <w:rPr>
          <w:lang w:eastAsia="zh-CN"/>
        </w:rPr>
        <w:t>　　经甲乙双方共同友好协商，就坐落于天津市装厂经营权转包一事达成如下协议：</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3"/>
          <w:cols w:space="425"/>
          <w:titlePg w:val="0"/>
          <w:docGrid w:type="lines" w:linePitch="312"/>
        </w:sectPr>
      </w:pPr>
      <w:r>
        <w:rPr>
          <w:lang w:eastAsia="zh-CN"/>
        </w:rPr>
        <w:t>　　一、甲方现有正在运行经营的服装厂经营权转包给乙方经营，乙方同意接受承包该服装厂的经营权。</w:t>
      </w:r>
      <w:r>
        <w:rPr>
          <w:lang w:eastAsia="zh-CN"/>
        </w:rPr>
        <w:br/>
      </w:r>
      <w:r>
        <w:rPr>
          <w:lang w:eastAsia="zh-CN"/>
        </w:rPr>
        <w:t>　　二、服装厂厂房、设备：有厂房一座、服装厂内有平盘机17台，双针机4台，带刀2台，包缝机2台，打结机1台，订扣机3台，平眼机1台，幌针机1台，大烫机1台，共计32台，以上厂房、场地及上述设备全部转包给乙方王伟使用。乙方在经营期间使用设备时负责保养及维修，其费用由乙方承担，承包期满后乙方必须将上述设备完好无损如数交还给甲方，并保证所有设备能够正常运行使用。乙方在承包期间的水、电、税、（给村委会贰仟元承包费）等各项费用归乙方负责缴纳。</w:t>
      </w:r>
      <w:r>
        <w:rPr>
          <w:lang w:eastAsia="zh-CN"/>
        </w:rPr>
        <w:br/>
      </w:r>
      <w:r>
        <w:rPr>
          <w:lang w:eastAsia="zh-CN"/>
        </w:rPr>
        <w:t>　　三、承包期限叁年，自______年______月______日起至______年______月______日止，共计三年，每年承包费甲乙双方签字之日起乙方交清当年承包费，余下承包费乙方于每年月日前交清当年承包费，乙方逾期不交清承包费，甲方有权终止协议，并将服装厂转包给他人使用。乙方在承包期间如需扩建厂房、建筑房屋、租赁或转让他人时必须先告之甲方，征求甲方同意的情况下，乙方可以扩建厂房、建筑房屋、租赁或转让他人。否则，甲方有权终止协议。</w:t>
      </w:r>
      <w:r>
        <w:rPr>
          <w:lang w:eastAsia="zh-CN"/>
        </w:rPr>
        <w:br/>
      </w:r>
      <w:r>
        <w:rPr>
          <w:lang w:eastAsia="zh-CN"/>
        </w:rPr>
        <w:t>　　四、乙方承包期间如遇国家、集体征占该服装厂场地时，所得国家补偿款由三人均分，与乙方无关。甲方不承担给乙方任何经济损失。</w:t>
      </w:r>
      <w:r>
        <w:rPr>
          <w:lang w:eastAsia="zh-CN"/>
        </w:rPr>
        <w:br/>
      </w:r>
      <w:r>
        <w:rPr>
          <w:lang w:eastAsia="zh-CN"/>
        </w:rPr>
        <w:t>　　五、此协议一式三份，双方各持一份，自双方签字之日起生效。</w:t>
      </w:r>
      <w:r>
        <w:rPr>
          <w:lang w:eastAsia="zh-CN"/>
        </w:rPr>
        <w:br/>
      </w:r>
      <w:r>
        <w:rPr>
          <w:lang w:eastAsia="zh-CN"/>
        </w:rPr>
        <w:t>　　甲方：______________乙方：______________</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4"/>
          <w:cols w:space="425"/>
          <w:titlePg w:val="0"/>
          <w:docGrid w:type="lines" w:linePitch="312"/>
        </w:sectPr>
      </w:pPr>
      <w:r>
        <w:rPr>
          <w:lang w:eastAsia="zh-CN"/>
        </w:rPr>
        <w:t>　　日期：______________日期：______________</w:t>
      </w:r>
      <w:r>
        <w:rPr>
          <w:lang w:eastAsia="zh-CN"/>
        </w:rPr>
        <w:br/>
      </w:r>
      <w:r>
        <w:rPr>
          <w:lang w:eastAsia="zh-CN"/>
        </w:rPr>
        <w:t xml:space="preserve">    2024年服装购销合同样本 篇9 </w:t>
      </w:r>
      <w:r>
        <w:rPr>
          <w:lang w:eastAsia="zh-CN"/>
        </w:rPr>
        <w:br/>
      </w:r>
      <w:r>
        <w:rPr>
          <w:lang w:eastAsia="zh-CN"/>
        </w:rPr>
        <w:t>　　甲方：</w:t>
      </w:r>
      <w:r>
        <w:rPr>
          <w:lang w:eastAsia="zh-CN"/>
        </w:rPr>
        <w:br/>
      </w:r>
      <w:r>
        <w:rPr>
          <w:lang w:eastAsia="zh-CN"/>
        </w:rPr>
        <w:t>　　乙方：</w:t>
      </w:r>
      <w:r>
        <w:rPr>
          <w:lang w:eastAsia="zh-CN"/>
        </w:rPr>
        <w:br/>
      </w:r>
      <w:r>
        <w:rPr>
          <w:lang w:eastAsia="zh-CN"/>
        </w:rPr>
        <w:t>　　双方依据《中华人民共和国合同法》等有关法规，本着平等自愿，互惠互利的原则，充分友好的协商如下协议：</w:t>
      </w:r>
      <w:r>
        <w:rPr>
          <w:lang w:eastAsia="zh-CN"/>
        </w:rPr>
        <w:br/>
      </w:r>
      <w:r>
        <w:rPr>
          <w:lang w:eastAsia="zh-CN"/>
        </w:rPr>
        <w:t>　　一、代理地区经营权限</w:t>
      </w:r>
      <w:r>
        <w:rPr>
          <w:lang w:eastAsia="zh-CN"/>
        </w:rPr>
        <w:br/>
      </w:r>
      <w:r>
        <w:rPr>
          <w:lang w:eastAsia="zh-CN"/>
        </w:rPr>
        <w:t>　　1）甲方同意将_____________品牌女装在_______经销权授予乙方。</w:t>
      </w:r>
      <w:r>
        <w:rPr>
          <w:lang w:eastAsia="zh-CN"/>
        </w:rPr>
        <w:br/>
      </w:r>
      <w:r>
        <w:rPr>
          <w:lang w:eastAsia="zh-CN"/>
        </w:rPr>
        <w:t>　　2）乙方不得擅自转让，乙方未经甲方授权同意不得跨越权限范围以外的地方销售____________品牌女装，甲方也不能在同地区授权他人经销同品牌产品。</w:t>
      </w:r>
      <w:r>
        <w:rPr>
          <w:lang w:eastAsia="zh-CN"/>
        </w:rPr>
        <w:br/>
      </w:r>
      <w:r>
        <w:rPr>
          <w:lang w:eastAsia="zh-CN"/>
        </w:rPr>
        <w:t>　　二、保证金（代理金）</w:t>
      </w:r>
      <w:r>
        <w:rPr>
          <w:lang w:eastAsia="zh-CN"/>
        </w:rPr>
        <w:br/>
      </w:r>
      <w:r>
        <w:rPr>
          <w:lang w:eastAsia="zh-CN"/>
        </w:rPr>
        <w:t>　　1）甲乙双方于签约后，乙方必须七天内将保证金及货品预付款汇到甲方指定银行帐号，此合同方始生效，如七天内乙方款未到甲方指定的帐上，即作为乙方自动放弃，同时甲方有权取消本合同。代理经营应付保证金人民币_________元，货品预付款人民币__________元。</w:t>
      </w:r>
      <w:r>
        <w:rPr>
          <w:lang w:eastAsia="zh-CN"/>
        </w:rPr>
        <w:br/>
      </w:r>
      <w:r>
        <w:rPr>
          <w:lang w:eastAsia="zh-CN"/>
        </w:rPr>
        <w:t>　　2）甲乙双方于本合同到期时，乙方不再续签：依据本合同之第八款规定办理，在乙方无任何违约责任前提下，将无息退还乙方保证金，时间为30天。余款处理：以当季等值货品相抵之办法办理。</w:t>
      </w:r>
      <w:r>
        <w:rPr>
          <w:lang w:eastAsia="zh-CN"/>
        </w:rPr>
        <w:br/>
      </w:r>
      <w:r>
        <w:rPr>
          <w:lang w:eastAsia="zh-CN"/>
        </w:rPr>
        <w:t>　　三、甲方责任</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5"/>
          <w:cols w:space="425"/>
          <w:titlePg w:val="0"/>
          <w:docGrid w:type="lines" w:linePitch="312"/>
        </w:sectPr>
      </w:pPr>
      <w:r>
        <w:rPr>
          <w:lang w:eastAsia="zh-CN"/>
        </w:rPr>
        <w:t>　　1）负责设计，提供装修图纸（设计费用以每平方米_________元计算）。</w:t>
      </w:r>
      <w:r>
        <w:rPr>
          <w:lang w:eastAsia="zh-CN"/>
        </w:rPr>
        <w:br/>
      </w:r>
      <w:r>
        <w:rPr>
          <w:lang w:eastAsia="zh-CN"/>
        </w:rPr>
        <w:t>　　2）甲方有义务协助乙方为其营业人员安排培训指导，相关费用由</w:t>
      </w:r>
      <w:r>
        <w:rPr>
          <w:lang w:eastAsia="zh-CN"/>
        </w:rPr>
        <w:br/>
      </w:r>
      <w:r>
        <w:rPr>
          <w:lang w:eastAsia="zh-CN"/>
        </w:rPr>
        <w:t>　　乙方承担。</w:t>
      </w:r>
      <w:r>
        <w:rPr>
          <w:lang w:eastAsia="zh-CN"/>
        </w:rPr>
        <w:br/>
      </w:r>
      <w:r>
        <w:rPr>
          <w:lang w:eastAsia="zh-CN"/>
        </w:rPr>
        <w:t>　　四、乙方责任</w:t>
      </w:r>
      <w:r>
        <w:rPr>
          <w:lang w:eastAsia="zh-CN"/>
        </w:rPr>
        <w:br/>
      </w:r>
      <w:r>
        <w:rPr>
          <w:lang w:eastAsia="zh-CN"/>
        </w:rPr>
        <w:t>　　1）装修：根据甲方提供设计方案及陈列规划，定制道具，对店铺或柜位进行全方位的装潢，并达到我方的要求（拍成相片快递至甲方公司），费用乙方负责。</w:t>
      </w:r>
      <w:r>
        <w:rPr>
          <w:lang w:eastAsia="zh-CN"/>
        </w:rPr>
        <w:br/>
      </w:r>
      <w:r>
        <w:rPr>
          <w:lang w:eastAsia="zh-CN"/>
        </w:rPr>
        <w:t>　　2）通讯：乙方必须提供给甲方详细的通讯地址，本人身份证复印件，电话，传真，联系人，并提供专卖店与专柜的具体详细地址与联络电话。</w:t>
      </w:r>
      <w:r>
        <w:rPr>
          <w:lang w:eastAsia="zh-CN"/>
        </w:rPr>
        <w:br/>
      </w:r>
      <w:r>
        <w:rPr>
          <w:lang w:eastAsia="zh-CN"/>
        </w:rPr>
        <w:t>　　3）有效证明：乙方必须提供甲方有效的营业执照，税务登记证明复印件。乙方经营地必须悬挂标示__________品牌于明显位置。乙方店铺内不得销售其他品牌服饰。</w:t>
      </w:r>
      <w:r>
        <w:rPr>
          <w:lang w:eastAsia="zh-CN"/>
        </w:rPr>
        <w:br/>
      </w:r>
      <w:r>
        <w:rPr>
          <w:lang w:eastAsia="zh-CN"/>
        </w:rPr>
        <w:t>　　4）每星期一乙方应将上个星期的销售情况报表传真至甲方，以便甲方了解市场信息销售动态。</w:t>
      </w:r>
      <w:r>
        <w:rPr>
          <w:lang w:eastAsia="zh-CN"/>
        </w:rPr>
        <w:br/>
      </w:r>
      <w:r>
        <w:rPr>
          <w:lang w:eastAsia="zh-CN"/>
        </w:rPr>
        <w:t>　　5）乙方销售须依照甲方商品之牌价为基准，不得更换或涂改甲方商品之标示牌标签。</w:t>
      </w:r>
      <w:r>
        <w:rPr>
          <w:lang w:eastAsia="zh-CN"/>
        </w:rPr>
        <w:br/>
      </w:r>
      <w:r>
        <w:rPr>
          <w:lang w:eastAsia="zh-CN"/>
        </w:rPr>
        <w:t>　　五、结算方式</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6"/>
          <w:cols w:space="425"/>
          <w:titlePg w:val="0"/>
          <w:docGrid w:type="lines" w:linePitch="312"/>
        </w:sectPr>
      </w:pPr>
      <w:r>
        <w:rPr>
          <w:lang w:eastAsia="zh-CN"/>
        </w:rPr>
        <w:t>　　1）乙方要求出货与追加，必须款到发货，由甲方协助代为发货。甲方有权不接受电话等其他形式的口头追加或不符合要求的'追加单，追加有效期为：公司接到追加单之日起，二十天内有效，如需延长在截止日中指明。</w:t>
      </w:r>
      <w:r>
        <w:rPr>
          <w:lang w:eastAsia="zh-CN"/>
        </w:rPr>
        <w:br/>
      </w:r>
      <w:r>
        <w:rPr>
          <w:lang w:eastAsia="zh-CN"/>
        </w:rPr>
        <w:t>　　2）乙方供货折扣为相关商品零售价的__________％（以上价格为不含税价格）。是我公司驻河南办事处的财务主管，同意将保证金及货款汇到签约代表的帐号上。</w:t>
      </w:r>
      <w:r>
        <w:rPr>
          <w:lang w:eastAsia="zh-CN"/>
        </w:rPr>
        <w:br/>
      </w:r>
      <w:r>
        <w:rPr>
          <w:lang w:eastAsia="zh-CN"/>
        </w:rPr>
        <w:t>　　户名：</w:t>
      </w:r>
      <w:r>
        <w:rPr>
          <w:lang w:eastAsia="zh-CN"/>
        </w:rPr>
        <w:br/>
      </w:r>
      <w:r>
        <w:rPr>
          <w:lang w:eastAsia="zh-CN"/>
        </w:rPr>
        <w:t>　　帐号：</w:t>
      </w:r>
      <w:r>
        <w:rPr>
          <w:lang w:eastAsia="zh-CN"/>
        </w:rPr>
        <w:br/>
      </w:r>
      <w:r>
        <w:rPr>
          <w:lang w:eastAsia="zh-CN"/>
        </w:rPr>
        <w:t>　　开户行：</w:t>
      </w:r>
      <w:r>
        <w:rPr>
          <w:lang w:eastAsia="zh-CN"/>
        </w:rPr>
        <w:br/>
      </w:r>
      <w:r>
        <w:rPr>
          <w:lang w:eastAsia="zh-CN"/>
        </w:rPr>
        <w:t>　　六、退换货方式</w:t>
      </w:r>
      <w:r>
        <w:rPr>
          <w:lang w:eastAsia="zh-CN"/>
        </w:rPr>
        <w:br/>
      </w:r>
      <w:r>
        <w:rPr>
          <w:lang w:eastAsia="zh-CN"/>
        </w:rPr>
        <w:t>　　1）质量问题：乙方收货后，如发现质量问题，以传真格式三天内通知公司业务部，如当时不通知则视为正品，如有损坏公司概不负责。并在10天内返回（日期以收发货品的包裹票为准），甲方应予无条件换货。</w:t>
      </w:r>
      <w:r>
        <w:rPr>
          <w:lang w:eastAsia="zh-CN"/>
        </w:rPr>
        <w:br/>
      </w:r>
      <w:r>
        <w:rPr>
          <w:lang w:eastAsia="zh-CN"/>
        </w:rPr>
        <w:t>　　2）串号问题：乙方收货后在三天内提出异议，逾期甲方有权不受理。</w:t>
      </w:r>
      <w:r>
        <w:rPr>
          <w:lang w:eastAsia="zh-CN"/>
        </w:rPr>
        <w:br/>
      </w:r>
      <w:r>
        <w:rPr>
          <w:lang w:eastAsia="zh-CN"/>
        </w:rPr>
        <w:t>　　3）退换：乙方可以在合同约定的退还率内调货（在非质量原因前提下，每季同款，同色，同码累积不得超过5件）。期限一个月（日期以收发货品的包裹票为准）返回的货品必须完好无损（含吊牌）无污渍，不影响货品的再销售否则甲方有权不受理。</w:t>
      </w:r>
      <w:r>
        <w:rPr>
          <w:lang w:eastAsia="zh-CN"/>
        </w:rPr>
        <w:br/>
      </w:r>
      <w:r>
        <w:rPr>
          <w:lang w:eastAsia="zh-CN"/>
        </w:rPr>
        <w:t>　　七、违约条款</w:t>
      </w:r>
      <w:r>
        <w:rPr>
          <w:lang w:eastAsia="zh-CN"/>
        </w:rPr>
        <w:br/>
      </w:r>
      <w:r>
        <w:rPr>
          <w:lang w:eastAsia="zh-CN"/>
        </w:rPr>
        <w:t>　　1）甲乙双方必须严格遵守合同中的每一条款，如任何一方违约，则违约方必须赔付另一方保证金的全额作为违约款。</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7"/>
          <w:cols w:space="425"/>
          <w:titlePg w:val="0"/>
          <w:docGrid w:type="lines" w:linePitch="312"/>
        </w:sectPr>
      </w:pPr>
      <w:r>
        <w:rPr>
          <w:lang w:eastAsia="zh-CN"/>
        </w:rPr>
        <w:t>　　2）除合同中有关合同终止条款外，任何一方若无正当理由而任意终址合同时，则违约方得向另一方支付保证金款的全额违约金。</w:t>
      </w:r>
      <w:r>
        <w:rPr>
          <w:lang w:eastAsia="zh-CN"/>
        </w:rPr>
        <w:br/>
      </w:r>
      <w:r>
        <w:rPr>
          <w:lang w:eastAsia="zh-CN"/>
        </w:rPr>
        <w:t>　　八、合同终止</w:t>
      </w:r>
      <w:r>
        <w:rPr>
          <w:lang w:eastAsia="zh-CN"/>
        </w:rPr>
        <w:br/>
      </w:r>
      <w:r>
        <w:rPr>
          <w:lang w:eastAsia="zh-CN"/>
        </w:rPr>
        <w:t>　　乙方如有下述条件之一者，甲方有权解除本合同：</w:t>
      </w:r>
      <w:r>
        <w:rPr>
          <w:lang w:eastAsia="zh-CN"/>
        </w:rPr>
        <w:br/>
      </w:r>
      <w:r>
        <w:rPr>
          <w:lang w:eastAsia="zh-CN"/>
        </w:rPr>
        <w:t>　　1）乙方于经营期中，有损甲方名誉，信用与经济等行为者。</w:t>
      </w:r>
      <w:r>
        <w:rPr>
          <w:lang w:eastAsia="zh-CN"/>
        </w:rPr>
        <w:br/>
      </w:r>
      <w:r>
        <w:rPr>
          <w:lang w:eastAsia="zh-CN"/>
        </w:rPr>
        <w:t>　　2）乙方未经甲方同意，擅自跨区域经营。</w:t>
      </w:r>
      <w:r>
        <w:rPr>
          <w:lang w:eastAsia="zh-CN"/>
        </w:rPr>
        <w:br/>
      </w:r>
      <w:r>
        <w:rPr>
          <w:lang w:eastAsia="zh-CN"/>
        </w:rPr>
        <w:t>　　3）乙方因经营不善，导致歇业，停业，合并与转让等行为者。</w:t>
      </w:r>
      <w:r>
        <w:rPr>
          <w:lang w:eastAsia="zh-CN"/>
        </w:rPr>
        <w:br/>
      </w:r>
      <w:r>
        <w:rPr>
          <w:lang w:eastAsia="zh-CN"/>
        </w:rPr>
        <w:t>　　4）合同期届满或甲乙任何一方提出希望中止本合同，必须提前一个月以书面形式通知另一方。</w:t>
      </w:r>
      <w:r>
        <w:rPr>
          <w:lang w:eastAsia="zh-CN"/>
        </w:rPr>
        <w:br/>
      </w:r>
      <w:r>
        <w:rPr>
          <w:lang w:eastAsia="zh-CN"/>
        </w:rPr>
        <w:t>　　九、争议解决</w:t>
      </w:r>
      <w:r>
        <w:rPr>
          <w:lang w:eastAsia="zh-CN"/>
        </w:rPr>
        <w:br/>
      </w:r>
      <w:r>
        <w:rPr>
          <w:lang w:eastAsia="zh-CN"/>
        </w:rPr>
        <w:t>　　1）本合同未尽事宜，由甲乙双方协商解决。</w:t>
      </w:r>
      <w:r>
        <w:rPr>
          <w:lang w:eastAsia="zh-CN"/>
        </w:rPr>
        <w:br/>
      </w:r>
      <w:r>
        <w:rPr>
          <w:lang w:eastAsia="zh-CN"/>
        </w:rPr>
        <w:t>　　2）本合同如涉及诉讼，双方同意以甲方所在地人民法院作为第一管辖法院审理。</w:t>
      </w:r>
      <w:r>
        <w:rPr>
          <w:lang w:eastAsia="zh-CN"/>
        </w:rPr>
        <w:br/>
      </w:r>
      <w:r>
        <w:rPr>
          <w:lang w:eastAsia="zh-CN"/>
        </w:rPr>
        <w:t>　　十、本合同自签字之日起生效，从_______年______月______日至_______年______月_______日，有效期为______年，期满自动消失。</w:t>
      </w:r>
      <w:r>
        <w:rPr>
          <w:lang w:eastAsia="zh-CN"/>
        </w:rPr>
        <w:br/>
      </w:r>
      <w:r>
        <w:rPr>
          <w:lang w:eastAsia="zh-CN"/>
        </w:rPr>
        <w:t>　　十一、本合同一式贰份，甲乙双方各执壹份，经双方签字，公司盖章后方始生效。</w:t>
      </w:r>
      <w:r>
        <w:rPr>
          <w:lang w:eastAsia="zh-CN"/>
        </w:rPr>
        <w:br/>
      </w:r>
      <w:r>
        <w:rPr>
          <w:lang w:eastAsia="zh-CN"/>
        </w:rPr>
        <w:t>　　甲方：_______________________</w:t>
      </w:r>
      <w:r>
        <w:rPr>
          <w:lang w:eastAsia="zh-CN"/>
        </w:rPr>
        <w:br/>
      </w:r>
      <w:r>
        <w:rPr>
          <w:lang w:eastAsia="zh-CN"/>
        </w:rPr>
        <w:t>　　乙方：________________________</w:t>
      </w:r>
      <w:r>
        <w:rPr>
          <w:lang w:eastAsia="zh-CN"/>
        </w:rPr>
        <w:br/>
      </w:r>
      <w:r>
        <w:rPr>
          <w:lang w:eastAsia="zh-CN"/>
        </w:rPr>
        <w:t>　　_________年______月______日</w:t>
      </w:r>
      <w:r>
        <w:rPr>
          <w:lang w:eastAsia="zh-CN"/>
        </w:rPr>
        <w:br/>
      </w:r>
      <w:r>
        <w:rPr>
          <w:lang w:eastAsia="zh-CN"/>
        </w:rPr>
        <w:t xml:space="preserve">    2024年服装购销合同样本 篇10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8"/>
          <w:cols w:space="425"/>
          <w:titlePg w:val="0"/>
          <w:docGrid w:type="lines" w:linePitch="312"/>
        </w:sectPr>
      </w:pPr>
      <w:r>
        <w:rPr>
          <w:lang w:eastAsia="zh-CN"/>
        </w:rPr>
        <w:t>　　甲方：</w:t>
      </w:r>
      <w:r>
        <w:rPr>
          <w:lang w:eastAsia="zh-CN"/>
        </w:rPr>
        <w:br/>
      </w:r>
      <w:r>
        <w:rPr>
          <w:lang w:eastAsia="zh-CN"/>
        </w:rPr>
        <w:t>　　乙方：</w:t>
      </w:r>
      <w:r>
        <w:rPr>
          <w:lang w:eastAsia="zh-CN"/>
        </w:rPr>
        <w:br/>
      </w:r>
      <w:r>
        <w:rPr>
          <w:lang w:eastAsia="zh-CN"/>
        </w:rPr>
        <w:t>　　双方依据《中华人民共和国合同法》等有关法规，本着平等自愿，互惠互利的原则，充分友好的协商如下协议：</w:t>
      </w:r>
      <w:r>
        <w:rPr>
          <w:lang w:eastAsia="zh-CN"/>
        </w:rPr>
        <w:br/>
      </w:r>
      <w:r>
        <w:rPr>
          <w:lang w:eastAsia="zh-CN"/>
        </w:rPr>
        <w:t>　　一、代理地区经营权限</w:t>
      </w:r>
      <w:r>
        <w:rPr>
          <w:lang w:eastAsia="zh-CN"/>
        </w:rPr>
        <w:br/>
      </w:r>
      <w:r>
        <w:rPr>
          <w:lang w:eastAsia="zh-CN"/>
        </w:rPr>
        <w:t>　　1）甲方同意将_____________品牌女装在_______经销权授予乙方。</w:t>
      </w:r>
      <w:r>
        <w:rPr>
          <w:lang w:eastAsia="zh-CN"/>
        </w:rPr>
        <w:br/>
      </w:r>
      <w:r>
        <w:rPr>
          <w:lang w:eastAsia="zh-CN"/>
        </w:rPr>
        <w:t>　　2）乙方不得擅自转让，乙方未经甲方授权同意不得跨越权限范围以外的地方销售____________品牌女装，甲方也不能在同地区授权他人经销同品牌产品。</w:t>
      </w:r>
      <w:r>
        <w:rPr>
          <w:lang w:eastAsia="zh-CN"/>
        </w:rPr>
        <w:br/>
      </w:r>
      <w:r>
        <w:rPr>
          <w:lang w:eastAsia="zh-CN"/>
        </w:rPr>
        <w:t>　　二、保证金（代理金）</w:t>
      </w:r>
      <w:r>
        <w:rPr>
          <w:lang w:eastAsia="zh-CN"/>
        </w:rPr>
        <w:br/>
      </w:r>
      <w:r>
        <w:rPr>
          <w:lang w:eastAsia="zh-CN"/>
        </w:rPr>
        <w:t>　　1）甲乙双方于签约后，乙方必须七天内将保证金及货品预付款汇到甲方指定银行帐号，此合同方始生效，如七天内乙方款未到甲方指定的帐上，即作为乙方自动放弃，同时甲方有权取消本合同。代理经营应付保证金人民币_________元，货品预付款人民币__________元。</w:t>
      </w:r>
      <w:r>
        <w:rPr>
          <w:lang w:eastAsia="zh-CN"/>
        </w:rPr>
        <w:br/>
      </w:r>
      <w:r>
        <w:rPr>
          <w:lang w:eastAsia="zh-CN"/>
        </w:rPr>
        <w:t>　　2）甲乙双方于本合同到期时，乙方不再续签：依据本合同之第八款规定办理，在乙方无任何违约责任前提下，将无息退还乙方保证金，时间为30天。余款处理：以当季等值货品相抵之办法办理。</w:t>
      </w:r>
      <w:r>
        <w:rPr>
          <w:lang w:eastAsia="zh-CN"/>
        </w:rPr>
        <w:br/>
      </w:r>
      <w:r>
        <w:rPr>
          <w:lang w:eastAsia="zh-CN"/>
        </w:rPr>
        <w:t>　　三、甲方责仟</w:t>
      </w:r>
      <w:r>
        <w:rPr>
          <w:lang w:eastAsia="zh-CN"/>
        </w:rPr>
        <w:br/>
      </w:r>
      <w:r>
        <w:rPr>
          <w:lang w:eastAsia="zh-CN"/>
        </w:rPr>
        <w:t>　　1）负责设计，提供装修图纸（设计费用以每平方米_________元计算）。</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9"/>
          <w:cols w:space="425"/>
          <w:titlePg w:val="0"/>
          <w:docGrid w:type="lines" w:linePitch="312"/>
        </w:sectPr>
      </w:pPr>
      <w:r>
        <w:rPr>
          <w:lang w:eastAsia="zh-CN"/>
        </w:rPr>
        <w:t>　　2）甲方有义务协助乙方为其营业人员安排培训指导，相关费用由</w:t>
      </w:r>
      <w:r>
        <w:rPr>
          <w:lang w:eastAsia="zh-CN"/>
        </w:rPr>
        <w:br/>
      </w:r>
      <w:r>
        <w:rPr>
          <w:lang w:eastAsia="zh-CN"/>
        </w:rPr>
        <w:t>　　乙方承担。</w:t>
      </w:r>
      <w:r>
        <w:rPr>
          <w:lang w:eastAsia="zh-CN"/>
        </w:rPr>
        <w:br/>
      </w:r>
      <w:r>
        <w:rPr>
          <w:lang w:eastAsia="zh-CN"/>
        </w:rPr>
        <w:t>　　四、乙方责任</w:t>
      </w:r>
      <w:r>
        <w:rPr>
          <w:lang w:eastAsia="zh-CN"/>
        </w:rPr>
        <w:br/>
      </w:r>
      <w:r>
        <w:rPr>
          <w:lang w:eastAsia="zh-CN"/>
        </w:rPr>
        <w:t>　　1）装修：根据甲方提供设计方案及陈列规划，定制道具，对店铺或柜位进行全方位的装潢，并达到我方的要求（拍成相片快递至甲方公司），费用乙方负责。</w:t>
      </w:r>
      <w:r>
        <w:rPr>
          <w:lang w:eastAsia="zh-CN"/>
        </w:rPr>
        <w:br/>
      </w:r>
      <w:r>
        <w:rPr>
          <w:lang w:eastAsia="zh-CN"/>
        </w:rPr>
        <w:t>　　2）通讯：乙方必须提供给甲方详细的通讯地址，本人身份证复印件，电话，传真，联系人，并提供专卖店与专柜的具体详细地址与联络电话。</w:t>
      </w:r>
      <w:r>
        <w:rPr>
          <w:lang w:eastAsia="zh-CN"/>
        </w:rPr>
        <w:br/>
      </w:r>
      <w:r>
        <w:rPr>
          <w:lang w:eastAsia="zh-CN"/>
        </w:rPr>
        <w:t>　　3）有效证明：乙方必须提供甲方有效的'营业执照，税务登记证明复印件。乙方经营地必须悬挂标示__________品牌于明显位置。乙方店铺内不得销售其他品牌服饰。</w:t>
      </w:r>
      <w:r>
        <w:rPr>
          <w:lang w:eastAsia="zh-CN"/>
        </w:rPr>
        <w:br/>
      </w:r>
      <w:r>
        <w:rPr>
          <w:lang w:eastAsia="zh-CN"/>
        </w:rPr>
        <w:t>　　4）每星期一乙方应将上个星期的销售情况报表传真至甲方，以便甲方了解市场信息销售动态。</w:t>
      </w:r>
      <w:r>
        <w:rPr>
          <w:lang w:eastAsia="zh-CN"/>
        </w:rPr>
        <w:br/>
      </w:r>
      <w:r>
        <w:rPr>
          <w:lang w:eastAsia="zh-CN"/>
        </w:rPr>
        <w:t>　　5）乙方销售须依照甲方商品之牌价为基准，不得更换或涂改甲方商品之标示牌标签。</w:t>
      </w:r>
      <w:r>
        <w:rPr>
          <w:lang w:eastAsia="zh-CN"/>
        </w:rPr>
        <w:br/>
      </w:r>
      <w:r>
        <w:rPr>
          <w:lang w:eastAsia="zh-CN"/>
        </w:rPr>
        <w:t>　　五、结算方式</w:t>
      </w:r>
      <w:r>
        <w:rPr>
          <w:lang w:eastAsia="zh-CN"/>
        </w:rPr>
        <w:br/>
      </w:r>
      <w:r>
        <w:rPr>
          <w:lang w:eastAsia="zh-CN"/>
        </w:rPr>
        <w:t>　　1）乙方要求出货与追加，必须款到发货，由甲方协助代为发货。甲方有权不接受电话等其他形式的口头追加或不符合要求的追加单，追加有效期为：公司接到追加单之日起，二十天内有效，如需延长在截止日中指明。</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0"/>
          <w:cols w:space="425"/>
          <w:titlePg w:val="0"/>
          <w:docGrid w:type="lines" w:linePitch="312"/>
        </w:sectPr>
      </w:pPr>
      <w:r>
        <w:rPr>
          <w:lang w:eastAsia="zh-CN"/>
        </w:rPr>
        <w:t>　　2）乙方供货折扣为相关商品零售价的__________％（以上价格为不含税价格）。是我公司驻河南办事处的财务主管，同意将保证金及货款汇到签约代表的帐号上。</w:t>
      </w:r>
      <w:r>
        <w:rPr>
          <w:lang w:eastAsia="zh-CN"/>
        </w:rPr>
        <w:br/>
      </w:r>
      <w:r>
        <w:rPr>
          <w:lang w:eastAsia="zh-CN"/>
        </w:rPr>
        <w:t>　　户名：</w:t>
      </w:r>
      <w:r>
        <w:rPr>
          <w:lang w:eastAsia="zh-CN"/>
        </w:rPr>
        <w:br/>
      </w:r>
      <w:r>
        <w:rPr>
          <w:lang w:eastAsia="zh-CN"/>
        </w:rPr>
        <w:t>　　帐号：</w:t>
      </w:r>
      <w:r>
        <w:rPr>
          <w:lang w:eastAsia="zh-CN"/>
        </w:rPr>
        <w:br/>
      </w:r>
      <w:r>
        <w:rPr>
          <w:lang w:eastAsia="zh-CN"/>
        </w:rPr>
        <w:t>　　开户行：</w:t>
      </w:r>
      <w:r>
        <w:rPr>
          <w:lang w:eastAsia="zh-CN"/>
        </w:rPr>
        <w:br/>
      </w:r>
      <w:r>
        <w:rPr>
          <w:lang w:eastAsia="zh-CN"/>
        </w:rPr>
        <w:t>　　六、退换货方式</w:t>
      </w:r>
      <w:r>
        <w:rPr>
          <w:lang w:eastAsia="zh-CN"/>
        </w:rPr>
        <w:br/>
      </w:r>
      <w:r>
        <w:rPr>
          <w:lang w:eastAsia="zh-CN"/>
        </w:rPr>
        <w:t>　　1）质量问题：乙方收货后，如发现质量问题，以传真格式三天内通知公司业务部，如当时不通知则视为正品，如有损坏公司概不负责。并在10天内返回（日期以收发货品的包裹票为准），甲方应予无条件换货。</w:t>
      </w:r>
      <w:r>
        <w:rPr>
          <w:lang w:eastAsia="zh-CN"/>
        </w:rPr>
        <w:br/>
      </w:r>
      <w:r>
        <w:rPr>
          <w:lang w:eastAsia="zh-CN"/>
        </w:rPr>
        <w:t>　　2）串号问题：乙方收货后在三天内提出异议，逾期甲方有权不受理。</w:t>
      </w:r>
      <w:r>
        <w:rPr>
          <w:lang w:eastAsia="zh-CN"/>
        </w:rPr>
        <w:br/>
      </w:r>
      <w:r>
        <w:rPr>
          <w:lang w:eastAsia="zh-CN"/>
        </w:rPr>
        <w:t>　　3）退换：乙方可以在合同约定的退还率内调货（在非质量原因前提下，每季同款，同色，同码累积不得超过5件）。期限一个月（日期以收发货品的包裹票为准）返回的货品必须完好无损（含吊牌）无污渍，不影响货品的再销售否则甲方有权不受理。</w:t>
      </w:r>
      <w:r>
        <w:rPr>
          <w:lang w:eastAsia="zh-CN"/>
        </w:rPr>
        <w:br/>
      </w:r>
      <w:r>
        <w:rPr>
          <w:lang w:eastAsia="zh-CN"/>
        </w:rPr>
        <w:t>　　七、违约条款</w:t>
      </w:r>
      <w:r>
        <w:rPr>
          <w:lang w:eastAsia="zh-CN"/>
        </w:rPr>
        <w:br/>
      </w:r>
      <w:r>
        <w:rPr>
          <w:lang w:eastAsia="zh-CN"/>
        </w:rPr>
        <w:t>　　1）甲乙双方必须严格遵守合同中的每一条款，如任何一方违约，则违约方必须赔付另一方保证金的全额作为违约款。</w:t>
      </w:r>
      <w:r>
        <w:rPr>
          <w:lang w:eastAsia="zh-CN"/>
        </w:rPr>
        <w:br/>
      </w:r>
      <w:r>
        <w:rPr>
          <w:lang w:eastAsia="zh-CN"/>
        </w:rPr>
        <w:t>　　2）除合同中有关合同终止条款外，任何一方若无正当理由而任意终址合同时，则违约方得向另一方支付保证金款的全额违约金。</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1"/>
          <w:cols w:space="425"/>
          <w:titlePg w:val="0"/>
          <w:docGrid w:type="lines" w:linePitch="312"/>
        </w:sectPr>
      </w:pPr>
      <w:r>
        <w:rPr>
          <w:lang w:eastAsia="zh-CN"/>
        </w:rPr>
        <w:t>　　八、合同终止</w:t>
      </w:r>
      <w:r>
        <w:rPr>
          <w:lang w:eastAsia="zh-CN"/>
        </w:rPr>
        <w:br/>
      </w:r>
      <w:r>
        <w:rPr>
          <w:lang w:eastAsia="zh-CN"/>
        </w:rPr>
        <w:t>　　乙方如有下述条件之一者，甲方有权解除本合同：</w:t>
      </w:r>
      <w:r>
        <w:rPr>
          <w:lang w:eastAsia="zh-CN"/>
        </w:rPr>
        <w:br/>
      </w:r>
      <w:r>
        <w:rPr>
          <w:lang w:eastAsia="zh-CN"/>
        </w:rPr>
        <w:t>　　1）乙方于经营期中，有损甲方名誉，信用与经济等行为者。</w:t>
      </w:r>
      <w:r>
        <w:rPr>
          <w:lang w:eastAsia="zh-CN"/>
        </w:rPr>
        <w:br/>
      </w:r>
      <w:r>
        <w:rPr>
          <w:lang w:eastAsia="zh-CN"/>
        </w:rPr>
        <w:t>　　2）乙方未经甲方同意，擅自跨区域经营。</w:t>
      </w:r>
      <w:r>
        <w:rPr>
          <w:lang w:eastAsia="zh-CN"/>
        </w:rPr>
        <w:br/>
      </w:r>
      <w:r>
        <w:rPr>
          <w:lang w:eastAsia="zh-CN"/>
        </w:rPr>
        <w:t>　　3）乙方因经营不善，导致歇业，停业，合并与转让等行为者。</w:t>
      </w:r>
      <w:r>
        <w:rPr>
          <w:lang w:eastAsia="zh-CN"/>
        </w:rPr>
        <w:br/>
      </w:r>
      <w:r>
        <w:rPr>
          <w:lang w:eastAsia="zh-CN"/>
        </w:rPr>
        <w:t>　　4）合同期届满或甲乙任何一方提出希望中止本合同，必须提前一个月以书面形式通知另一方。</w:t>
      </w:r>
      <w:r>
        <w:rPr>
          <w:lang w:eastAsia="zh-CN"/>
        </w:rPr>
        <w:br/>
      </w:r>
      <w:r>
        <w:rPr>
          <w:lang w:eastAsia="zh-CN"/>
        </w:rPr>
        <w:t>　　九、争议解决</w:t>
      </w:r>
      <w:r>
        <w:rPr>
          <w:lang w:eastAsia="zh-CN"/>
        </w:rPr>
        <w:br/>
      </w:r>
      <w:r>
        <w:rPr>
          <w:lang w:eastAsia="zh-CN"/>
        </w:rPr>
        <w:t>　　1）本合同未尽事宜，由甲乙双方协商解决。</w:t>
      </w:r>
      <w:r>
        <w:rPr>
          <w:lang w:eastAsia="zh-CN"/>
        </w:rPr>
        <w:br/>
      </w:r>
      <w:r>
        <w:rPr>
          <w:lang w:eastAsia="zh-CN"/>
        </w:rPr>
        <w:t>　　2）本合同如涉及诉讼，双方同意以甲方所在地人民法院作为第一管辖法院审理。</w:t>
      </w:r>
      <w:r>
        <w:rPr>
          <w:lang w:eastAsia="zh-CN"/>
        </w:rPr>
        <w:br/>
      </w:r>
      <w:r>
        <w:rPr>
          <w:lang w:eastAsia="zh-CN"/>
        </w:rPr>
        <w:t>　　十、本合同自签字之日起生效，从_______年______月______日至_______年______月_______日，有效期为______年，期满自动消失。</w:t>
      </w:r>
      <w:r>
        <w:rPr>
          <w:lang w:eastAsia="zh-CN"/>
        </w:rPr>
        <w:br/>
      </w:r>
      <w:r>
        <w:rPr>
          <w:lang w:eastAsia="zh-CN"/>
        </w:rPr>
        <w:t>　　十一、本合同一式贰份，甲乙双方各执壹份，经双方签字，公司盖章后方始生效。</w:t>
      </w:r>
      <w:r>
        <w:rPr>
          <w:lang w:eastAsia="zh-CN"/>
        </w:rPr>
        <w:br/>
      </w:r>
      <w:r>
        <w:rPr>
          <w:lang w:eastAsia="zh-CN"/>
        </w:rPr>
        <w:t>　　甲方：_______________________</w:t>
      </w:r>
      <w:r>
        <w:rPr>
          <w:lang w:eastAsia="zh-CN"/>
        </w:rPr>
        <w:br/>
      </w:r>
      <w:r>
        <w:rPr>
          <w:lang w:eastAsia="zh-CN"/>
        </w:rPr>
        <w:t>　　代理人：_____________________</w:t>
      </w:r>
      <w:r>
        <w:rPr>
          <w:lang w:eastAsia="zh-CN"/>
        </w:rPr>
        <w:br/>
      </w:r>
      <w:r>
        <w:rPr>
          <w:lang w:eastAsia="zh-CN"/>
        </w:rPr>
        <w:t>　　电话：_______________________</w:t>
      </w:r>
      <w:r>
        <w:rPr>
          <w:lang w:eastAsia="zh-CN"/>
        </w:rPr>
        <w:br/>
      </w:r>
      <w:r>
        <w:rPr>
          <w:lang w:eastAsia="zh-CN"/>
        </w:rPr>
        <w:t>　　乙方：________________________</w:t>
      </w:r>
      <w:r>
        <w:rPr>
          <w:lang w:eastAsia="zh-CN"/>
        </w:rPr>
        <w:br/>
      </w:r>
      <w:r>
        <w:rPr>
          <w:lang w:eastAsia="zh-CN"/>
        </w:rPr>
        <w:t>　　地址：________________________</w:t>
      </w:r>
      <w:r>
        <w:rPr>
          <w:lang w:eastAsia="zh-CN"/>
        </w:rPr>
        <w:br/>
      </w:r>
      <w:r>
        <w:rPr>
          <w:lang w:eastAsia="zh-CN"/>
        </w:rPr>
        <w:t>　　电话：________________________</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2"/>
          <w:cols w:space="425"/>
          <w:titlePg w:val="0"/>
          <w:docGrid w:type="lines" w:linePitch="312"/>
        </w:sectPr>
      </w:pPr>
      <w:r>
        <w:rPr>
          <w:lang w:eastAsia="zh-CN"/>
        </w:rPr>
        <w:t>　　_________年______月______日</w:t>
      </w:r>
      <w:r>
        <w:rPr>
          <w:lang w:eastAsia="zh-CN"/>
        </w:rPr>
        <w:br/>
      </w:r>
      <w:r>
        <w:rPr>
          <w:lang w:eastAsia="zh-CN"/>
        </w:rPr>
        <w:t xml:space="preserve">    2024年服装购销合同样本 篇11 </w:t>
      </w:r>
      <w:r>
        <w:rPr>
          <w:lang w:eastAsia="zh-CN"/>
        </w:rPr>
        <w:br/>
      </w:r>
      <w:r>
        <w:rPr>
          <w:lang w:eastAsia="zh-CN"/>
        </w:rPr>
        <w:t>　　甲方：（以下简称甲方）</w:t>
      </w:r>
      <w:r>
        <w:rPr>
          <w:lang w:eastAsia="zh-CN"/>
        </w:rPr>
        <w:br/>
      </w:r>
      <w:r>
        <w:rPr>
          <w:lang w:eastAsia="zh-CN"/>
        </w:rPr>
        <w:t>　　乙方：（以下简称乙方）</w:t>
      </w:r>
      <w:r>
        <w:rPr>
          <w:lang w:eastAsia="zh-CN"/>
        </w:rPr>
        <w:br/>
      </w:r>
      <w:r>
        <w:rPr>
          <w:lang w:eastAsia="zh-CN"/>
        </w:rPr>
        <w:t>　　经甲乙双方共同友好协商，就坐落于天津市装厂经营权转包一事达成如下协议：</w:t>
      </w:r>
      <w:r>
        <w:rPr>
          <w:lang w:eastAsia="zh-CN"/>
        </w:rPr>
        <w:br/>
      </w:r>
      <w:r>
        <w:rPr>
          <w:lang w:eastAsia="zh-CN"/>
        </w:rPr>
        <w:t>　　一、甲方现有正在运行经营的服装厂经营权转包给乙方经营，乙方同意接受承包该服装厂的经营权。</w:t>
      </w:r>
      <w:r>
        <w:rPr>
          <w:lang w:eastAsia="zh-CN"/>
        </w:rPr>
        <w:br/>
      </w:r>
      <w:r>
        <w:rPr>
          <w:lang w:eastAsia="zh-CN"/>
        </w:rPr>
        <w:t>　　二、服装厂厂房、设备：有厂房一座、服装厂内有平盘机17台，双针机4台，带刀2台，包缝机2台，打结机1台，订扣机3台，平眼机1台，幌针机1台，大烫机1台，共计32台，以上厂房、场地及上述设备全部转包给乙方王伟使用。乙方在经营期间使用设备时负责保养及维修，其费用由乙方承担，承包期满后乙方必须将上述设备完好无损如数交还给甲方，并保证所有设备能够正常运行使用。乙方在承包期间的水、电、税、（给村委会贰仟元承包费）等各项费用归乙方负责缴纳。</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3"/>
          <w:cols w:space="425"/>
          <w:titlePg w:val="0"/>
          <w:docGrid w:type="lines" w:linePitch="312"/>
        </w:sectPr>
      </w:pPr>
      <w:r>
        <w:rPr>
          <w:lang w:eastAsia="zh-CN"/>
        </w:rPr>
        <w:t>　　三、承包期限叁年，自20__年月日起至20年月日止，共计三年，每年承包费甲乙双方签字之日起乙方交清当年承包费，余下承包费乙方于每年月日前交清当年承包费，乙方逾期不交清承包费，甲方有权终止协议，并将服装厂转包给他人使用。乙方在承包期间如需扩建厂房、建筑房屋、租赁或转让他人时必须先告之甲方，征求甲方同意的情况下，乙方可以扩建厂房、建筑房屋、租赁或转让他人。否则，甲方有权终止协议。</w:t>
      </w:r>
      <w:r>
        <w:rPr>
          <w:lang w:eastAsia="zh-CN"/>
        </w:rPr>
        <w:br/>
      </w:r>
      <w:r>
        <w:rPr>
          <w:lang w:eastAsia="zh-CN"/>
        </w:rPr>
        <w:t>　　四、乙方承包期间如遇国家、集体征占该服装厂场地时，所得国家补偿款由三人均分，与乙方无关。甲方不承担给乙方任何经济损失。</w:t>
      </w:r>
      <w:r>
        <w:rPr>
          <w:lang w:eastAsia="zh-CN"/>
        </w:rPr>
        <w:br/>
      </w:r>
      <w:r>
        <w:rPr>
          <w:lang w:eastAsia="zh-CN"/>
        </w:rPr>
        <w:t>　　五、此协议一式三份，双方各持一份，自双方签字之日起生效。</w:t>
      </w:r>
      <w:r>
        <w:rPr>
          <w:lang w:eastAsia="zh-CN"/>
        </w:rPr>
        <w:br/>
      </w:r>
      <w:r>
        <w:rPr>
          <w:lang w:eastAsia="zh-CN"/>
        </w:rPr>
        <w:t>　　甲方：</w:t>
      </w:r>
      <w:r>
        <w:rPr>
          <w:lang w:eastAsia="zh-CN"/>
        </w:rPr>
        <w:br/>
      </w:r>
      <w:r>
        <w:rPr>
          <w:lang w:eastAsia="zh-CN"/>
        </w:rPr>
        <w:t>　　乙方：</w:t>
      </w:r>
      <w:r>
        <w:rPr>
          <w:lang w:eastAsia="zh-CN"/>
        </w:rPr>
        <w:br/>
      </w:r>
      <w:r>
        <w:rPr>
          <w:lang w:eastAsia="zh-CN"/>
        </w:rPr>
        <w:t>　　日期：</w:t>
      </w:r>
      <w:r>
        <w:rPr>
          <w:lang w:eastAsia="zh-CN"/>
        </w:rPr>
        <w:br/>
      </w:r>
      <w:r>
        <w:rPr>
          <w:lang w:eastAsia="zh-CN"/>
        </w:rPr>
        <w:t xml:space="preserve">    2024年服装购销合同样本 篇12 </w:t>
      </w:r>
      <w:r>
        <w:rPr>
          <w:lang w:eastAsia="zh-CN"/>
        </w:rPr>
        <w:br/>
      </w:r>
      <w:r>
        <w:rPr>
          <w:lang w:eastAsia="zh-CN"/>
        </w:rPr>
        <w:t>　　甲方：________________</w:t>
      </w:r>
      <w:r>
        <w:rPr>
          <w:lang w:eastAsia="zh-CN"/>
        </w:rPr>
        <w:br/>
      </w:r>
      <w:r>
        <w:rPr>
          <w:lang w:eastAsia="zh-CN"/>
        </w:rPr>
        <w:t>　　乙方：________________</w:t>
      </w:r>
      <w:r>
        <w:rPr>
          <w:lang w:eastAsia="zh-CN"/>
        </w:rPr>
        <w:br/>
      </w:r>
      <w:r>
        <w:rPr>
          <w:lang w:eastAsia="zh-CN"/>
        </w:rPr>
        <w:t>　　________________管理有限公司（ 以下简称甲方 ） 与___________服装服饰有限公司 （以下简称乙方） 就工服制作业务签订以下合同，共同遵守。</w:t>
      </w:r>
      <w:r>
        <w:rPr>
          <w:lang w:eastAsia="zh-CN"/>
        </w:rPr>
        <w:br/>
      </w:r>
      <w:r>
        <w:rPr>
          <w:lang w:eastAsia="zh-CN"/>
        </w:rPr>
        <w:t>　　第一条 产品名称、价格、数量。</w:t>
      </w:r>
      <w:r>
        <w:rPr>
          <w:lang w:eastAsia="zh-CN"/>
        </w:rPr>
        <w:br/>
      </w:r>
      <w:r>
        <w:rPr>
          <w:lang w:eastAsia="zh-CN"/>
        </w:rPr>
        <w:t>　　后附详细报价单。此价格经双方认可，作为本合同的附件。</w:t>
      </w:r>
      <w:r>
        <w:rPr>
          <w:lang w:eastAsia="zh-CN"/>
        </w:rPr>
        <w:br/>
      </w:r>
      <w:r>
        <w:rPr>
          <w:lang w:eastAsia="zh-CN"/>
        </w:rPr>
        <w:t>　　第二条 交货地点及时间</w:t>
      </w:r>
      <w:r>
        <w:rPr>
          <w:lang w:eastAsia="zh-CN"/>
        </w:rPr>
        <w:br/>
      </w:r>
      <w:r>
        <w:rPr>
          <w:lang w:eastAsia="zh-CN"/>
        </w:rPr>
        <w:t>　　1、地点：__________________________________________</w:t>
      </w:r>
      <w:r>
        <w:rPr>
          <w:lang w:eastAsia="zh-CN"/>
        </w:rPr>
        <w:br/>
      </w:r>
      <w:r>
        <w:rPr>
          <w:lang w:eastAsia="zh-CN"/>
        </w:rPr>
        <w:t>　　2、时间：自本合同签订且乙方收到预付款后______日内。</w:t>
      </w:r>
      <w:r>
        <w:rPr>
          <w:lang w:eastAsia="zh-CN"/>
        </w:rPr>
        <w:br/>
      </w:r>
      <w:r>
        <w:rPr>
          <w:lang w:eastAsia="zh-CN"/>
        </w:rPr>
        <w:t>　　第三条 加工形式</w:t>
      </w:r>
      <w:r>
        <w:rPr>
          <w:lang w:eastAsia="zh-CN"/>
        </w:rPr>
        <w:br/>
      </w:r>
      <w:r>
        <w:rPr>
          <w:lang w:eastAsia="zh-CN"/>
        </w:rPr>
        <w:t>　　1、乙方根据甲方要求提供服装款式及面料样品，经双方确认后，再进行批量生产。</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4"/>
          <w:cols w:space="425"/>
          <w:titlePg w:val="0"/>
          <w:docGrid w:type="lines" w:linePitch="312"/>
        </w:sectPr>
      </w:pPr>
      <w:r>
        <w:rPr>
          <w:lang w:eastAsia="zh-CN"/>
        </w:rPr>
        <w:t>　　2、采取乙方包工包料并提供全部辅料的方式。</w:t>
      </w:r>
      <w:r>
        <w:rPr>
          <w:lang w:eastAsia="zh-CN"/>
        </w:rPr>
        <w:br/>
      </w:r>
      <w:r>
        <w:rPr>
          <w:lang w:eastAsia="zh-CN"/>
        </w:rPr>
        <w:t>　　3、货物到达甲方指定地点后，甲乙双方依据订货清单进行清点验收，并办理交接签字手续。</w:t>
      </w:r>
      <w:r>
        <w:rPr>
          <w:lang w:eastAsia="zh-CN"/>
        </w:rPr>
        <w:br/>
      </w:r>
      <w:r>
        <w:rPr>
          <w:lang w:eastAsia="zh-CN"/>
        </w:rPr>
        <w:t>　　第四条 甲方责任</w:t>
      </w:r>
      <w:r>
        <w:rPr>
          <w:lang w:eastAsia="zh-CN"/>
        </w:rPr>
        <w:br/>
      </w:r>
      <w:r>
        <w:rPr>
          <w:lang w:eastAsia="zh-CN"/>
        </w:rPr>
        <w:t>　　1、甲方通过服装款式及面料后，在合同生效及执行过程中不得擅自更改。</w:t>
      </w:r>
      <w:r>
        <w:rPr>
          <w:lang w:eastAsia="zh-CN"/>
        </w:rPr>
        <w:br/>
      </w:r>
      <w:r>
        <w:rPr>
          <w:lang w:eastAsia="zh-CN"/>
        </w:rPr>
        <w:t>　　2、甲方定好量体时间，保证人员齐全。</w:t>
      </w:r>
      <w:r>
        <w:rPr>
          <w:lang w:eastAsia="zh-CN"/>
        </w:rPr>
        <w:br/>
      </w:r>
      <w:r>
        <w:rPr>
          <w:lang w:eastAsia="zh-CN"/>
        </w:rPr>
        <w:t>　　3、按此合同付款日期，按时付款。</w:t>
      </w:r>
      <w:r>
        <w:rPr>
          <w:lang w:eastAsia="zh-CN"/>
        </w:rPr>
        <w:br/>
      </w:r>
      <w:r>
        <w:rPr>
          <w:lang w:eastAsia="zh-CN"/>
        </w:rPr>
        <w:t>　　第五条 乙方责任</w:t>
      </w:r>
      <w:r>
        <w:rPr>
          <w:lang w:eastAsia="zh-CN"/>
        </w:rPr>
        <w:br/>
      </w:r>
      <w:r>
        <w:rPr>
          <w:lang w:eastAsia="zh-CN"/>
        </w:rPr>
        <w:t>　　1、乙方须保证产品质量，如有制作问题，乙方须负责修改。</w:t>
      </w:r>
      <w:r>
        <w:rPr>
          <w:lang w:eastAsia="zh-CN"/>
        </w:rPr>
        <w:br/>
      </w:r>
      <w:r>
        <w:rPr>
          <w:lang w:eastAsia="zh-CN"/>
        </w:rPr>
        <w:t>　　2、按此合同交货日期，按时交货。如未按时交货，甲方将扣除乙方______________的货款作为违约金。</w:t>
      </w:r>
      <w:r>
        <w:rPr>
          <w:lang w:eastAsia="zh-CN"/>
        </w:rPr>
        <w:br/>
      </w:r>
      <w:r>
        <w:rPr>
          <w:lang w:eastAsia="zh-CN"/>
        </w:rPr>
        <w:t>　　第六条 结算方式</w:t>
      </w:r>
      <w:r>
        <w:rPr>
          <w:lang w:eastAsia="zh-CN"/>
        </w:rPr>
        <w:br/>
      </w:r>
      <w:r>
        <w:rPr>
          <w:lang w:eastAsia="zh-CN"/>
        </w:rPr>
        <w:t>　　1、支票结算。此合同签订后____日内，甲方须预付_____________的货款给乙方。</w:t>
      </w:r>
      <w:r>
        <w:rPr>
          <w:lang w:eastAsia="zh-CN"/>
        </w:rPr>
        <w:br/>
      </w:r>
      <w:r>
        <w:rPr>
          <w:lang w:eastAsia="zh-CN"/>
        </w:rPr>
        <w:t>　　2、终结付款额，依据实际制衣件数，经双方认可后的款额支付。</w:t>
      </w:r>
      <w:r>
        <w:rPr>
          <w:lang w:eastAsia="zh-CN"/>
        </w:rPr>
        <w:br/>
      </w:r>
      <w:r>
        <w:rPr>
          <w:lang w:eastAsia="zh-CN"/>
        </w:rPr>
        <w:t>　　3、甲方收到乙方全部货物并验收合格后，须在_____________内付清乙方全部货款。如有延误，每日须加付_____________的滞纳金。</w:t>
      </w:r>
      <w:r>
        <w:rPr>
          <w:lang w:eastAsia="zh-CN"/>
        </w:rPr>
        <w:br/>
      </w:r>
      <w:r>
        <w:rPr>
          <w:lang w:eastAsia="zh-CN"/>
        </w:rPr>
        <w:t>　　第七条 本合同有效期自签订之日起生效，到全部货款结清之日为止。</w:t>
      </w:r>
      <w:r>
        <w:rPr>
          <w:lang w:eastAsia="zh-CN"/>
        </w:rPr>
        <w:br/>
      </w:r>
      <w:r>
        <w:rPr>
          <w:lang w:eastAsia="zh-CN"/>
        </w:rPr>
        <w:t>　　第八条</w:t>
      </w:r>
    </w:p>
    <w:p w:rsidR="001B1F19" w14:textId="27C3F48A">
      <w:pPr>
        <w:rPr>
          <w:rFonts w:hint="eastAsia"/>
          <w:lang w:eastAsia="zh-CN"/>
        </w:rPr>
        <w:sectPr>
          <w:type w:val="nextPage"/>
          <w:pgSz w:w="11906" w:h="16838"/>
          <w:pgMar w:top="1440" w:right="1800" w:bottom="1440" w:left="1800" w:header="851" w:footer="992" w:gutter="0"/>
          <w:pgNumType w:start="35"/>
          <w:cols w:space="425"/>
          <w:titlePg w:val="0"/>
          <w:docGrid w:type="lines" w:linePitch="312"/>
        </w:sectPr>
      </w:pPr>
      <w:r>
        <w:rPr>
          <w:lang w:eastAsia="zh-CN"/>
        </w:rPr>
        <w:t xml:space="preserve"> 此合同经双方签字盖章后生效。如有一方在有效期内欲终止合同，需赔偿对方______________的货款作为违约金。本合同一式两份，双方各执一份。</w:t>
      </w:r>
      <w:r>
        <w:rPr>
          <w:lang w:eastAsia="zh-CN"/>
        </w:rPr>
        <w:br/>
      </w:r>
      <w:r>
        <w:rPr>
          <w:lang w:eastAsia="zh-CN"/>
        </w:rPr>
        <w:t>　　甲方业务代表：__________</w:t>
      </w:r>
      <w:r>
        <w:rPr>
          <w:lang w:eastAsia="zh-CN"/>
        </w:rPr>
        <w:br/>
      </w:r>
      <w:r>
        <w:rPr>
          <w:lang w:eastAsia="zh-CN"/>
        </w:rPr>
        <w:t>　　乙方业务代表：____________</w:t>
      </w:r>
      <w:r>
        <w:rPr>
          <w:lang w:eastAsia="zh-CN"/>
        </w:rPr>
        <w:br/>
      </w:r>
      <w:r>
        <w:rPr>
          <w:lang w:eastAsia="zh-CN"/>
        </w:rPr>
        <w:t>　　日期：____________________</w:t>
      </w:r>
      <w:r>
        <w:rPr>
          <w:lang w:eastAsia="zh-CN"/>
        </w:rPr>
        <w:br/>
      </w:r>
      <w:r>
        <w:rPr>
          <w:lang w:eastAsia="zh-CN"/>
        </w:rPr>
        <w:t xml:space="preserve">    2024年服装购销合同样本 篇13 </w:t>
      </w:r>
      <w:r>
        <w:rPr>
          <w:lang w:eastAsia="zh-CN"/>
        </w:rPr>
        <w:br/>
      </w:r>
      <w:r>
        <w:rPr>
          <w:lang w:eastAsia="zh-CN"/>
        </w:rPr>
        <w:t>　　销货方：____(以下简称甲方)</w:t>
      </w:r>
      <w:r>
        <w:rPr>
          <w:lang w:eastAsia="zh-CN"/>
        </w:rPr>
        <w:br/>
      </w:r>
      <w:r>
        <w:rPr>
          <w:lang w:eastAsia="zh-CN"/>
        </w:rPr>
        <w:t>　　购货方：____(以下简称乙方)</w:t>
      </w:r>
      <w:r>
        <w:rPr>
          <w:lang w:eastAsia="zh-CN"/>
        </w:rPr>
        <w:br/>
      </w:r>
      <w:r>
        <w:rPr>
          <w:lang w:eastAsia="zh-CN"/>
        </w:rPr>
        <w:t>　　第一条 经购销双方协商交易活动，必须履行本合同条款。具体品类(种)，需签订要货成交单，并作为本购销合同的附件;本合同中的未尽事宜经双方协商需补充的条款可另附协议书，亦视为合同附件。合同附件与本合同具有同等效力。经双方确认的往来信函、传真、电子邮件等，将作为本合同的组成部分，具有合同的效力。</w:t>
      </w:r>
      <w:r>
        <w:rPr>
          <w:lang w:eastAsia="zh-CN"/>
        </w:rPr>
        <w:br/>
      </w:r>
      <w:r>
        <w:rPr>
          <w:lang w:eastAsia="zh-CN"/>
        </w:rPr>
        <w:t>　　签订成交单，除上级规定按计划分配成交外，其余商品一律采取自由选购，看样成交的方式。</w:t>
      </w:r>
      <w:r>
        <w:rPr>
          <w:lang w:eastAsia="zh-CN"/>
        </w:rPr>
        <w:br/>
      </w:r>
      <w:r>
        <w:rPr>
          <w:lang w:eastAsia="zh-CN"/>
        </w:rPr>
        <w:t>　　第二条 合同签订后，不得擅自变更和解除。如甲方遇不可抗拒的原因，确实无法履行合同;乙方因市场发生骤变或不能防止的原因，经双方协商同意后，可予变更或解除合同。但提出方应提前通知对方，并将“合同变更通知单”寄给对方，办理变更或解除合同的手续。</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6"/>
          <w:cols w:space="425"/>
          <w:titlePg w:val="0"/>
          <w:docGrid w:type="lines" w:linePitch="312"/>
        </w:sectPr>
      </w:pPr>
      <w:r>
        <w:rPr>
          <w:lang w:eastAsia="zh-CN"/>
        </w:rPr>
        <w:t>　　按乙方指定花色、品种、规格生产的.商品，在安排生产后，双方都需严格执行合同。如需变更，由此而产生的损失，乙方负担;如甲方不能按期、按质、按量按指定要求履行合同，其损失，甲方负担。</w:t>
      </w:r>
      <w:r>
        <w:rPr>
          <w:lang w:eastAsia="zh-CN"/>
        </w:rPr>
        <w:br/>
      </w:r>
      <w:r>
        <w:rPr>
          <w:lang w:eastAsia="zh-CN"/>
        </w:rPr>
        <w:t>　　第三条 成交单中的商品价格，由双方当事人商议决定，或以国家定价决定。</w:t>
      </w:r>
      <w:r>
        <w:rPr>
          <w:lang w:eastAsia="zh-CN"/>
        </w:rPr>
        <w:br/>
      </w:r>
      <w:r>
        <w:rPr>
          <w:lang w:eastAsia="zh-CN"/>
        </w:rPr>
        <w:t>　　在签订合同时，确定价格有困难，可以暂定价格成交，上下幅度双方商定。</w:t>
      </w:r>
      <w:r>
        <w:rPr>
          <w:lang w:eastAsia="zh-CN"/>
        </w:rPr>
        <w:br/>
      </w:r>
      <w:r>
        <w:rPr>
          <w:lang w:eastAsia="zh-CN"/>
        </w:rPr>
        <w:t>　　国家定价的商品，在合同规定的交(提)货期限内，如遇国家或地方行政部门调整价格，按交货(指运出)时的价格执行。</w:t>
      </w:r>
      <w:r>
        <w:rPr>
          <w:lang w:eastAsia="zh-CN"/>
        </w:rPr>
        <w:br/>
      </w:r>
      <w:r>
        <w:rPr>
          <w:lang w:eastAsia="zh-CN"/>
        </w:rPr>
        <w:t>　　逾期交货的，如遇价格上调时，按原价执行;遇价格下调时，按新价执行。逾期提货的，遇价格上调时，按新价执行，遇价格下调时，按原价执行。由于调整价格而发生的差价，购销双方另行结算。</w:t>
      </w:r>
      <w:r>
        <w:rPr>
          <w:lang w:eastAsia="zh-CN"/>
        </w:rPr>
        <w:br/>
      </w:r>
      <w:r>
        <w:rPr>
          <w:lang w:eastAsia="zh-CN"/>
        </w:rPr>
        <w:t>　　第四条 运输方式及运输费用等费用，由双方当事人协商决定。</w:t>
      </w:r>
      <w:r>
        <w:rPr>
          <w:lang w:eastAsia="zh-CN"/>
        </w:rPr>
        <w:br/>
      </w:r>
      <w:r>
        <w:rPr>
          <w:lang w:eastAsia="zh-CN"/>
        </w:rPr>
        <w:t>　　第五条 各类商品质量标准，甲方严格执行合同规定的质量标准，保证商品质量。</w:t>
      </w:r>
      <w:r>
        <w:rPr>
          <w:lang w:eastAsia="zh-CN"/>
        </w:rPr>
        <w:br/>
      </w:r>
      <w:r>
        <w:rPr>
          <w:lang w:eastAsia="zh-CN"/>
        </w:rPr>
        <w:t>　　第六条 商品包装，必须牢固，甲方应保障商品在运输途中的安全。乙方对商品包装有特殊要求，双方应具体合同中注明，增加的包装费用，由乙方负担。</w:t>
      </w:r>
      <w:r>
        <w:rPr>
          <w:lang w:eastAsia="zh-CN"/>
        </w:rPr>
        <w:br/>
      </w:r>
      <w:r>
        <w:rPr>
          <w:lang w:eastAsia="zh-CN"/>
        </w:rPr>
        <w:t>　　第七条 商品调拨，应做到均衡、及时。对合同期内的商品可考虑按3 ∶3 ∶4 的比例分批发货;季节性商品按承运部门所规定的最迟、最早日期一次发货;当令商品，零配件和数量较少的品种，可一次发货。</w:t>
      </w:r>
      <w:r>
        <w:rPr>
          <w:lang w:eastAsia="zh-CN"/>
        </w:rPr>
        <w:br/>
      </w:r>
      <w:r>
        <w:rPr>
          <w:lang w:eastAsia="zh-CN"/>
        </w:rPr>
        <w:t>　　第八条</w:t>
      </w:r>
      <w:r>
        <w:rPr>
          <w:lang w:eastAsia="zh-CN"/>
        </w:rPr>
        <w:t xml:space="preserve"> 对有有效期限的商品，其有效期在2</w:t>
      </w:r>
      <w:r>
        <w:rPr>
          <w:lang w:eastAsia="zh-CN"/>
        </w:rPr>
        <w:t xml:space="preserve"> /3</w:t>
      </w:r>
    </w:p>
    <w:p w:rsidR="001B1F19" w14:textId="27C3F48A">
      <w:pPr>
        <w:rPr>
          <w:rFonts w:hint="eastAsia"/>
          <w:lang w:eastAsia="zh-CN"/>
        </w:rPr>
        <w:sectPr>
          <w:type w:val="nextPage"/>
          <w:pgSz w:w="11906" w:h="16838"/>
          <w:pgMar w:top="1440" w:right="1800" w:bottom="1440" w:left="1800" w:header="851" w:footer="992" w:gutter="0"/>
          <w:pgNumType w:start="37"/>
          <w:cols w:space="425"/>
          <w:titlePg w:val="0"/>
          <w:docGrid w:type="lines" w:linePitch="312"/>
        </w:sectPr>
      </w:pPr>
      <w:r>
        <w:rPr>
          <w:lang w:eastAsia="zh-CN"/>
        </w:rPr>
        <w:t xml:space="preserve"> 以上的，甲方可以发货;有效期在2</w:t>
      </w:r>
      <w:r>
        <w:rPr>
          <w:lang w:eastAsia="zh-CN"/>
        </w:rPr>
        <w:t xml:space="preserve"> /3</w:t>
      </w:r>
      <w:r>
        <w:rPr>
          <w:lang w:eastAsia="zh-CN"/>
        </w:rPr>
        <w:t xml:space="preserve"> 以下的，甲方应征得乙方同意后才能发货。</w:t>
      </w:r>
      <w:r>
        <w:rPr>
          <w:lang w:eastAsia="zh-CN"/>
        </w:rPr>
        <w:br/>
      </w:r>
      <w:r>
        <w:rPr>
          <w:lang w:eastAsia="zh-CN"/>
        </w:rPr>
        <w:t>　　第九条 甲方应按乙方确定的合理运输路线、工具、到达站(港)委托承运单位发运，力求装足容量或吨位，以节约费用。</w:t>
      </w:r>
      <w:r>
        <w:rPr>
          <w:lang w:eastAsia="zh-CN"/>
        </w:rPr>
        <w:br/>
      </w:r>
      <w:r>
        <w:rPr>
          <w:lang w:eastAsia="zh-CN"/>
        </w:rPr>
        <w:t>　　如一方需要变更运输路线、工具、到达站时，应及时通知对方，并进行协商，取得一致意见后，再办理发运，由此而影响合同期限，不以违约处理。</w:t>
      </w:r>
      <w:r>
        <w:rPr>
          <w:lang w:eastAsia="zh-CN"/>
        </w:rPr>
        <w:br/>
      </w:r>
      <w:r>
        <w:rPr>
          <w:lang w:eastAsia="zh-CN"/>
        </w:rPr>
        <w:t>　　第十条 商品从到达承运部门时起，所有权即属乙方。在运输途中发生的丢失、缺少、残损等责任事故，由乙方负责向承运部门交涉赔偿，需要甲方协助时，甲方应积极提供有关资料。乙方在接收商品时发现问题，应及时向承运部门索取规定的记录和证明并立即详细检查，及时向有关责任方提出索赔;若因有关单据未能随货同行，货到后，乙方可先向承运部门具结接收，同时立即通知甲方，甲方在接到通知后5 日内答复;属于多发、错运商品，乙方应做好详细记录，妥为保管，收货后10日内通知甲方，不能自行动用，因此而发生的一切费用由甲方负担。</w:t>
      </w:r>
      <w:r>
        <w:rPr>
          <w:lang w:eastAsia="zh-CN"/>
        </w:rPr>
        <w:br/>
      </w:r>
      <w:r>
        <w:rPr>
          <w:lang w:eastAsia="zh-CN"/>
        </w:rPr>
        <w:t>　　第十一条 商品的外包装完整，发现溢缺、残损串错和商品质量等问题，在货到半年内(贵重商品在7 天内)，责任确属甲方的，乙方可向甲方提出查询。</w:t>
      </w:r>
      <w:r>
        <w:rPr>
          <w:lang w:eastAsia="zh-CN"/>
        </w:rPr>
        <w:br/>
      </w:r>
      <w:r>
        <w:rPr>
          <w:lang w:eastAsia="zh-CN"/>
        </w:rPr>
        <w:t>　　发现商品霉烂变质，应在30天内通知甲方，经双方共同研究，明确责任，损失由责任方负担。</w:t>
      </w:r>
      <w:r>
        <w:rPr>
          <w:lang w:eastAsia="zh-CN"/>
        </w:rPr>
        <w:br/>
      </w:r>
      <w:r>
        <w:rPr>
          <w:lang w:eastAsia="zh-CN"/>
        </w:rPr>
        <w:t>　　接收进口商品和外贸库存转内销的商品，因关系到外贸查询，查询期为乙方收货后的60天，逾期甲方不再受理。</w:t>
      </w:r>
      <w:r>
        <w:rPr>
          <w:lang w:eastAsia="zh-CN"/>
        </w:rPr>
        <w:br/>
      </w:r>
    </w:p>
    <w:p w:rsidR="001B1F19" w14:textId="27C3F48A">
      <w:pPr>
        <w:rPr>
          <w:rFonts w:hint="eastAsia"/>
          <w:lang w:eastAsia="zh-CN"/>
        </w:rPr>
      </w:pPr>
      <w:r>
        <w:rPr>
          <w:lang w:eastAsia="zh-CN"/>
        </w:rPr>
        <w:t>　　乙方向甲方提出查询时，应填写“查询单”，一货一单，不要混列。查询单的内容应包括唛头、品名、规格、单价、装箱单、开单日期、到货日期、溢缺数量、残损程度、合同号码、生产厂名、调拨单号等资料，并保留实物;甲方接到“查询单”后，10日内作出答复，要在30天内处理完毕。</w:t>
      </w:r>
      <w:r>
        <w:rPr>
          <w:lang w:eastAsia="zh-CN"/>
        </w:rPr>
        <w:br/>
      </w:r>
      <w:r>
        <w:rPr>
          <w:lang w:eastAsia="zh-CN"/>
        </w:rPr>
        <w:t>　　为减少部分查询业务，凡一张调拨单所列一个品种损溢在2 元以下、残损在5 元以下均不做查询处理(零件除外)。对笨重商品的查询(如缝纫机头、部件等的残品)乙方将残品直接寄运工厂，查询单寄交甲方并在单上注明寄运日期。</w:t>
      </w:r>
      <w:r>
        <w:rPr>
          <w:lang w:eastAsia="zh-CN"/>
        </w:rPr>
        <w:br/>
      </w:r>
      <w:r>
        <w:rPr>
          <w:lang w:eastAsia="zh-CN"/>
        </w:rPr>
        <w:t>　　第十二条 商品货款、运杂费等款项的结算，购销双方应按中国人民银行结算办法的规定，商定适宜的结算方式，及时妥善办理。</w:t>
      </w:r>
      <w:r>
        <w:rPr>
          <w:lang w:eastAsia="zh-CN"/>
        </w:rPr>
        <w:br/>
      </w:r>
      <w:r>
        <w:rPr>
          <w:lang w:eastAsia="zh-CN"/>
        </w:rPr>
        <w:t>　　货款结算中，要遵守结算纪律，坚持“钱货两清”原则，分期付款应在成交单上注明。有固定购销关系的国营、供销合作社商业企业，异地货款结算可采用“托收承付”结算方式;对情况不明的交易单位，可采用信用证结算方式，或先收款后付货。</w:t>
      </w:r>
      <w:r>
        <w:rPr>
          <w:lang w:eastAsia="zh-CN"/>
        </w:rPr>
        <w:br/>
      </w:r>
      <w:r>
        <w:rPr>
          <w:lang w:eastAsia="zh-CN"/>
        </w:rPr>
        <w:t>　　第十三条 甲、乙双方的任何一方有违约行为的，应负违约责任并向对方支付违约金。因违约使对方遭受损失</w:t>
      </w:r>
      <w:r>
        <w:rPr>
          <w:lang w:eastAsia="zh-CN"/>
        </w:rPr>
        <w:br/>
      </w:r>
      <w:r>
        <w:rPr>
          <w:lang w:eastAsia="zh-CN"/>
        </w:rPr>
        <w:t xml:space="preserve">    2024年服装购销合同样本 篇14 </w:t>
      </w:r>
      <w:r>
        <w:rPr>
          <w:lang w:eastAsia="zh-CN"/>
        </w:rPr>
        <w:br/>
      </w:r>
      <w:r>
        <w:rPr>
          <w:lang w:eastAsia="zh-CN"/>
        </w:rPr>
        <w:t>　　甲方：（以下简称甲方）</w:t>
      </w:r>
      <w:r>
        <w:rPr>
          <w:lang w:eastAsia="zh-CN"/>
        </w:rPr>
        <w:br/>
      </w:r>
      <w:r>
        <w:rPr>
          <w:lang w:eastAsia="zh-CN"/>
        </w:rPr>
        <w:t>　　乙方：（以下简称乙方）</w:t>
      </w:r>
      <w:r>
        <w:rPr>
          <w:lang w:eastAsia="zh-CN"/>
        </w:rPr>
        <w:br/>
      </w:r>
      <w:r>
        <w:rPr>
          <w:lang w:eastAsia="zh-CN"/>
        </w:rPr>
        <w:t>　　经甲乙双方共同友好协商，就坐落于天津市装厂经营权转包一事达成如下协议：</w:t>
      </w:r>
      <w:r>
        <w:rPr>
          <w:lang w:eastAsia="zh-CN"/>
        </w:rPr>
        <w:br/>
      </w:r>
      <w:r>
        <w:rPr>
          <w:rFonts w:hint="eastAsia"/>
          <w:lang w:eastAsia="zh-CN"/>
        </w:rPr>
        <w:br/>
      </w:r>
      <w:r>
        <w:rPr>
          <w:rFonts w:hint="eastAsia"/>
          <w:lang w:eastAsia="zh-CN"/>
        </w:rP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4" w:history="1">
        <w:r>
          <w:rPr>
            <w:rFonts w:ascii="SimSun" w:eastAsia="SimSun" w:hAnsi="SimSun" w:cs="SimSun"/>
            <w:b/>
            <w:bCs/>
            <w:color w:val="0000EE"/>
            <w:sz w:val="30"/>
            <w:szCs w:val="30"/>
            <w:u w:val="single" w:color="0000EE"/>
          </w:rPr>
          <w:t>https://d.book118.com/078101016074006036</w:t>
        </w:r>
      </w:hyperlink>
    </w:p>
    <w:p w:rsidR="001B1F19">
      <w:pPr>
        <w:rPr>
          <w:rFonts w:hint="eastAsia"/>
          <w:lang w:eastAsia="zh-CN"/>
        </w:rPr>
      </w:pPr>
    </w:p>
    <w:sectPr>
      <w:type w:val="nextPage"/>
      <w:pgSz w:w="11906" w:h="16838"/>
      <w:pgMar w:top="1440" w:right="1800" w:bottom="1440" w:left="1800" w:header="851" w:footer="992" w:gutter="0"/>
      <w:pgNumType w:start="38"/>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ourier">
    <w:panose1 w:val="02070409020205020404"/>
    <w:charset w:val="00"/>
    <w:family w:val="modern"/>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49D07D03"/>
    <w:multiLevelType w:val="multilevel"/>
    <w:tmpl w:val="3AE4B26C"/>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820273113">
    <w:abstractNumId w:val="0"/>
  </w:num>
  <w:num w:numId="2" w16cid:durableId="14996911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022227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250009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484274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23348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F19"/>
    <w:rsid w:val="00012D24"/>
    <w:rsid w:val="000B76DB"/>
    <w:rsid w:val="001B1F19"/>
    <w:rsid w:val="002E2E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08D8A34"/>
  <w15:docId w15:val="{83B6B1C2-FF47-43CC-85A6-22B37870D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1"/>
    <w:uiPriority w:val="9"/>
    <w:qFormat/>
    <w:rsid w:val="00FC693F"/>
    <w:pPr>
      <w:keepNext/>
      <w:keepLines/>
      <w:spacing w:before="480" w:after="0"/>
      <w:outlineLvl w:val="0"/>
    </w:pPr>
    <w:rPr>
      <w:rFonts w:asciiTheme="majorHAnsi" w:eastAsiaTheme="majorEastAsia" w:hAnsiTheme="majorHAnsi" w:cstheme="majorBidi"/>
      <w:b/>
      <w:bCs/>
      <w:color w:val="2F5496" w:themeColor="accent1" w:themeShade="BF"/>
      <w:szCs w:val="28"/>
    </w:rPr>
  </w:style>
  <w:style w:type="paragraph" w:styleId="Heading2">
    <w:name w:val="heading 2"/>
    <w:basedOn w:val="Normal"/>
    <w:next w:val="Normal"/>
    <w:link w:val="2"/>
    <w:uiPriority w:val="9"/>
    <w:unhideWhenUsed/>
    <w:qFormat/>
    <w:rsid w:val="00FC693F"/>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3"/>
    <w:uiPriority w:val="9"/>
    <w:unhideWhenUsed/>
    <w:qFormat/>
    <w:rsid w:val="00FC693F"/>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4"/>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5"/>
    <w:uiPriority w:val="9"/>
    <w:semiHidden/>
    <w:unhideWhenUsed/>
    <w:qFormat/>
    <w:rsid w:val="00FC693F"/>
    <w:pPr>
      <w:keepNext/>
      <w:keepLines/>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6"/>
    <w:uiPriority w:val="9"/>
    <w:semiHidden/>
    <w:unhideWhenUsed/>
    <w:qFormat/>
    <w:rsid w:val="00FC693F"/>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7"/>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8"/>
    <w:uiPriority w:val="9"/>
    <w:semiHidden/>
    <w:unhideWhenUsed/>
    <w:qFormat/>
    <w:rsid w:val="00FC693F"/>
    <w:pPr>
      <w:keepNext/>
      <w:keepLines/>
      <w:spacing w:before="200" w:after="0"/>
      <w:outlineLvl w:val="7"/>
    </w:pPr>
    <w:rPr>
      <w:rFonts w:asciiTheme="majorHAnsi" w:eastAsiaTheme="majorEastAsia" w:hAnsiTheme="majorHAnsi" w:cstheme="majorBidi"/>
      <w:color w:val="4472C4" w:themeColor="accent1"/>
      <w:sz w:val="20"/>
      <w:szCs w:val="20"/>
    </w:rPr>
  </w:style>
  <w:style w:type="paragraph" w:styleId="Heading9">
    <w:name w:val="heading 9"/>
    <w:basedOn w:val="Normal"/>
    <w:next w:val="Normal"/>
    <w:link w:val="9"/>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E618BF"/>
    <w:pPr>
      <w:tabs>
        <w:tab w:val="center" w:pos="4680"/>
        <w:tab w:val="right" w:pos="9360"/>
      </w:tabs>
      <w:spacing w:after="0" w:line="240" w:lineRule="auto"/>
    </w:pPr>
  </w:style>
  <w:style w:type="character" w:customStyle="1" w:styleId="a">
    <w:name w:val="页眉 字符"/>
    <w:basedOn w:val="DefaultParagraphFont"/>
    <w:link w:val="Header"/>
    <w:uiPriority w:val="99"/>
    <w:rsid w:val="00E618BF"/>
  </w:style>
  <w:style w:type="paragraph" w:styleId="Footer">
    <w:name w:val="footer"/>
    <w:basedOn w:val="Normal"/>
    <w:link w:val="a0"/>
    <w:uiPriority w:val="99"/>
    <w:unhideWhenUsed/>
    <w:rsid w:val="00E618BF"/>
    <w:pPr>
      <w:tabs>
        <w:tab w:val="center" w:pos="4680"/>
        <w:tab w:val="right" w:pos="9360"/>
      </w:tabs>
      <w:spacing w:after="0" w:line="240" w:lineRule="auto"/>
    </w:pPr>
  </w:style>
  <w:style w:type="character" w:customStyle="1" w:styleId="a0">
    <w:name w:val="页脚 字符"/>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1">
    <w:name w:val="标题 1 字符"/>
    <w:basedOn w:val="DefaultParagraphFont"/>
    <w:link w:val="Heading1"/>
    <w:uiPriority w:val="9"/>
    <w:rsid w:val="00FC693F"/>
    <w:rPr>
      <w:rFonts w:asciiTheme="majorHAnsi" w:eastAsiaTheme="majorEastAsia" w:hAnsiTheme="majorHAnsi" w:cstheme="majorBidi"/>
      <w:b/>
      <w:bCs/>
      <w:color w:val="2F5496" w:themeColor="accent1" w:themeShade="BF"/>
      <w:sz w:val="28"/>
      <w:szCs w:val="28"/>
    </w:rPr>
  </w:style>
  <w:style w:type="character" w:customStyle="1" w:styleId="2">
    <w:name w:val="标题 2 字符"/>
    <w:basedOn w:val="DefaultParagraphFont"/>
    <w:link w:val="Heading2"/>
    <w:uiPriority w:val="9"/>
    <w:rsid w:val="00FC693F"/>
    <w:rPr>
      <w:rFonts w:asciiTheme="majorHAnsi" w:eastAsiaTheme="majorEastAsia" w:hAnsiTheme="majorHAnsi" w:cstheme="majorBidi"/>
      <w:b/>
      <w:bCs/>
      <w:color w:val="4472C4" w:themeColor="accent1"/>
      <w:sz w:val="26"/>
      <w:szCs w:val="26"/>
    </w:rPr>
  </w:style>
  <w:style w:type="character" w:customStyle="1" w:styleId="3">
    <w:name w:val="标题 3 字符"/>
    <w:basedOn w:val="DefaultParagraphFont"/>
    <w:link w:val="Heading3"/>
    <w:uiPriority w:val="9"/>
    <w:rsid w:val="00FC693F"/>
    <w:rPr>
      <w:rFonts w:asciiTheme="majorHAnsi" w:eastAsiaTheme="majorEastAsia" w:hAnsiTheme="majorHAnsi" w:cstheme="majorBidi"/>
      <w:b/>
      <w:bCs/>
      <w:color w:val="4472C4" w:themeColor="accent1"/>
    </w:rPr>
  </w:style>
  <w:style w:type="paragraph" w:styleId="Title">
    <w:name w:val="Title"/>
    <w:basedOn w:val="Normal"/>
    <w:next w:val="Normal"/>
    <w:link w:val="a1"/>
    <w:uiPriority w:val="10"/>
    <w:qFormat/>
    <w:rsid w:val="00FC693F"/>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1">
    <w:name w:val="标题 字符"/>
    <w:basedOn w:val="DefaultParagraphFont"/>
    <w:link w:val="Title"/>
    <w:uiPriority w:val="10"/>
    <w:rsid w:val="00FC693F"/>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next w:val="Normal"/>
    <w:link w:val="a2"/>
    <w:uiPriority w:val="11"/>
    <w:qFormat/>
    <w:rsid w:val="00FC693F"/>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a2">
    <w:name w:val="副标题 字符"/>
    <w:basedOn w:val="DefaultParagraphFont"/>
    <w:link w:val="Subtitle"/>
    <w:uiPriority w:val="11"/>
    <w:rsid w:val="00FC693F"/>
    <w:rPr>
      <w:rFonts w:asciiTheme="majorHAnsi" w:eastAsiaTheme="majorEastAsia" w:hAnsiTheme="majorHAnsi" w:cstheme="majorBidi"/>
      <w:i/>
      <w:iCs/>
      <w:color w:val="4472C4"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a3"/>
    <w:uiPriority w:val="99"/>
    <w:unhideWhenUsed/>
    <w:rsid w:val="00AA1D8D"/>
    <w:pPr>
      <w:spacing w:after="120"/>
    </w:pPr>
  </w:style>
  <w:style w:type="character" w:customStyle="1" w:styleId="a3">
    <w:name w:val="正文文本 字符"/>
    <w:basedOn w:val="DefaultParagraphFont"/>
    <w:link w:val="BodyText"/>
    <w:uiPriority w:val="99"/>
    <w:rsid w:val="00AA1D8D"/>
  </w:style>
  <w:style w:type="paragraph" w:styleId="BodyText2">
    <w:name w:val="Body Text 2"/>
    <w:basedOn w:val="Normal"/>
    <w:link w:val="20"/>
    <w:uiPriority w:val="99"/>
    <w:unhideWhenUsed/>
    <w:rsid w:val="00AA1D8D"/>
    <w:pPr>
      <w:spacing w:after="120" w:line="480" w:lineRule="auto"/>
    </w:pPr>
  </w:style>
  <w:style w:type="character" w:customStyle="1" w:styleId="20">
    <w:name w:val="正文文本 2 字符"/>
    <w:basedOn w:val="DefaultParagraphFont"/>
    <w:link w:val="BodyText2"/>
    <w:uiPriority w:val="99"/>
    <w:rsid w:val="00AA1D8D"/>
  </w:style>
  <w:style w:type="paragraph" w:styleId="BodyText3">
    <w:name w:val="Body Text 3"/>
    <w:basedOn w:val="Normal"/>
    <w:link w:val="30"/>
    <w:uiPriority w:val="99"/>
    <w:unhideWhenUsed/>
    <w:rsid w:val="00AA1D8D"/>
    <w:pPr>
      <w:spacing w:after="120"/>
    </w:pPr>
    <w:rPr>
      <w:sz w:val="16"/>
      <w:szCs w:val="16"/>
    </w:rPr>
  </w:style>
  <w:style w:type="character" w:customStyle="1" w:styleId="30">
    <w:name w:val="正文文本 3 字符"/>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tabs>
        <w:tab w:val="num" w:pos="720"/>
      </w:tabs>
      <w:ind w:left="720" w:hanging="720"/>
      <w:contextualSpacing/>
    </w:pPr>
  </w:style>
  <w:style w:type="paragraph" w:styleId="ListBullet3">
    <w:name w:val="List Bullet 3"/>
    <w:basedOn w:val="Normal"/>
    <w:uiPriority w:val="99"/>
    <w:unhideWhenUsed/>
    <w:rsid w:val="00326F90"/>
    <w:pPr>
      <w:tabs>
        <w:tab w:val="num" w:pos="720"/>
      </w:tabs>
      <w:ind w:left="720" w:hanging="720"/>
      <w:contextualSpacing/>
    </w:pPr>
  </w:style>
  <w:style w:type="paragraph" w:styleId="ListNumber">
    <w:name w:val="List Number"/>
    <w:basedOn w:val="Normal"/>
    <w:uiPriority w:val="99"/>
    <w:unhideWhenUsed/>
    <w:rsid w:val="00326F90"/>
    <w:pPr>
      <w:tabs>
        <w:tab w:val="num" w:pos="720"/>
      </w:tabs>
      <w:ind w:left="720" w:hanging="720"/>
      <w:contextualSpacing/>
    </w:pPr>
  </w:style>
  <w:style w:type="paragraph" w:styleId="ListNumber2">
    <w:name w:val="List Number 2"/>
    <w:basedOn w:val="Normal"/>
    <w:uiPriority w:val="99"/>
    <w:unhideWhenUsed/>
    <w:rsid w:val="0029639D"/>
    <w:pPr>
      <w:tabs>
        <w:tab w:val="num" w:pos="720"/>
      </w:tabs>
      <w:ind w:left="720" w:hanging="720"/>
      <w:contextualSpacing/>
    </w:pPr>
  </w:style>
  <w:style w:type="paragraph" w:styleId="ListNumber3">
    <w:name w:val="List Number 3"/>
    <w:basedOn w:val="Normal"/>
    <w:uiPriority w:val="99"/>
    <w:unhideWhenUsed/>
    <w:rsid w:val="0029639D"/>
    <w:pPr>
      <w:tabs>
        <w:tab w:val="num" w:pos="720"/>
      </w:tabs>
      <w:ind w:left="720" w:hanging="720"/>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a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4">
    <w:name w:val="宏文本 字符"/>
    <w:basedOn w:val="DefaultParagraphFont"/>
    <w:link w:val="Macro"/>
    <w:uiPriority w:val="99"/>
    <w:rsid w:val="0029639D"/>
    <w:rPr>
      <w:rFonts w:ascii="Courier" w:hAnsi="Courier"/>
      <w:sz w:val="20"/>
      <w:szCs w:val="20"/>
    </w:rPr>
  </w:style>
  <w:style w:type="paragraph" w:styleId="Quote">
    <w:name w:val="Quote"/>
    <w:basedOn w:val="Normal"/>
    <w:next w:val="Normal"/>
    <w:link w:val="a5"/>
    <w:uiPriority w:val="29"/>
    <w:qFormat/>
    <w:rsid w:val="00FC693F"/>
    <w:rPr>
      <w:i/>
      <w:iCs/>
      <w:color w:val="000000" w:themeColor="text1"/>
    </w:rPr>
  </w:style>
  <w:style w:type="character" w:customStyle="1" w:styleId="a5">
    <w:name w:val="引用 字符"/>
    <w:basedOn w:val="DefaultParagraphFont"/>
    <w:link w:val="Quote"/>
    <w:uiPriority w:val="29"/>
    <w:rsid w:val="00FC693F"/>
    <w:rPr>
      <w:i/>
      <w:iCs/>
      <w:color w:val="000000" w:themeColor="text1"/>
    </w:rPr>
  </w:style>
  <w:style w:type="character" w:customStyle="1" w:styleId="4">
    <w:name w:val="标题 4 字符"/>
    <w:basedOn w:val="DefaultParagraphFont"/>
    <w:link w:val="Heading4"/>
    <w:uiPriority w:val="9"/>
    <w:semiHidden/>
    <w:rsid w:val="00FC693F"/>
    <w:rPr>
      <w:rFonts w:asciiTheme="majorHAnsi" w:eastAsiaTheme="majorEastAsia" w:hAnsiTheme="majorHAnsi" w:cstheme="majorBidi"/>
      <w:b/>
      <w:bCs/>
      <w:i/>
      <w:iCs/>
      <w:color w:val="4472C4" w:themeColor="accent1"/>
    </w:rPr>
  </w:style>
  <w:style w:type="character" w:customStyle="1" w:styleId="5">
    <w:name w:val="标题 5 字符"/>
    <w:basedOn w:val="DefaultParagraphFont"/>
    <w:link w:val="Heading5"/>
    <w:uiPriority w:val="9"/>
    <w:semiHidden/>
    <w:rsid w:val="00FC693F"/>
    <w:rPr>
      <w:rFonts w:asciiTheme="majorHAnsi" w:eastAsiaTheme="majorEastAsia" w:hAnsiTheme="majorHAnsi" w:cstheme="majorBidi"/>
      <w:color w:val="1F3763" w:themeColor="accent1" w:themeShade="7F"/>
    </w:rPr>
  </w:style>
  <w:style w:type="character" w:customStyle="1" w:styleId="6">
    <w:name w:val="标题 6 字符"/>
    <w:basedOn w:val="DefaultParagraphFont"/>
    <w:link w:val="Heading6"/>
    <w:uiPriority w:val="9"/>
    <w:semiHidden/>
    <w:rsid w:val="00FC693F"/>
    <w:rPr>
      <w:rFonts w:asciiTheme="majorHAnsi" w:eastAsiaTheme="majorEastAsia" w:hAnsiTheme="majorHAnsi" w:cstheme="majorBidi"/>
      <w:i/>
      <w:iCs/>
      <w:color w:val="1F3763" w:themeColor="accent1" w:themeShade="7F"/>
    </w:rPr>
  </w:style>
  <w:style w:type="character" w:customStyle="1" w:styleId="7">
    <w:name w:val="标题 7 字符"/>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8">
    <w:name w:val="标题 8 字符"/>
    <w:basedOn w:val="DefaultParagraphFont"/>
    <w:link w:val="Heading8"/>
    <w:uiPriority w:val="9"/>
    <w:semiHidden/>
    <w:rsid w:val="00FC693F"/>
    <w:rPr>
      <w:rFonts w:asciiTheme="majorHAnsi" w:eastAsiaTheme="majorEastAsia" w:hAnsiTheme="majorHAnsi" w:cstheme="majorBidi"/>
      <w:color w:val="4472C4" w:themeColor="accent1"/>
      <w:sz w:val="20"/>
      <w:szCs w:val="20"/>
    </w:rPr>
  </w:style>
  <w:style w:type="character" w:customStyle="1" w:styleId="9">
    <w:name w:val="标题 9 字符"/>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472C4"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a6"/>
    <w:uiPriority w:val="30"/>
    <w:qFormat/>
    <w:rsid w:val="00FC693F"/>
    <w:pPr>
      <w:pBdr>
        <w:bottom w:val="single" w:sz="4" w:space="4" w:color="4472C4" w:themeColor="accent1"/>
      </w:pBdr>
      <w:spacing w:before="200" w:after="280"/>
      <w:ind w:left="936" w:right="936"/>
    </w:pPr>
    <w:rPr>
      <w:b/>
      <w:bCs/>
      <w:i/>
      <w:iCs/>
      <w:color w:val="4472C4" w:themeColor="accent1"/>
    </w:rPr>
  </w:style>
  <w:style w:type="character" w:customStyle="1" w:styleId="a6">
    <w:name w:val="明显引用 字符"/>
    <w:basedOn w:val="DefaultParagraphFont"/>
    <w:link w:val="IntenseQuote"/>
    <w:uiPriority w:val="30"/>
    <w:rsid w:val="00FC693F"/>
    <w:rPr>
      <w:b/>
      <w:bCs/>
      <w:i/>
      <w:iCs/>
      <w:color w:val="4472C4"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472C4" w:themeColor="accent1"/>
    </w:rPr>
  </w:style>
  <w:style w:type="character" w:styleId="SubtleReference">
    <w:name w:val="Subtle Reference"/>
    <w:basedOn w:val="DefaultParagraphFont"/>
    <w:uiPriority w:val="31"/>
    <w:qFormat/>
    <w:rsid w:val="00FC693F"/>
    <w:rPr>
      <w:smallCaps/>
      <w:color w:val="ED7D31" w:themeColor="accent2"/>
      <w:u w:val="single"/>
    </w:rPr>
  </w:style>
  <w:style w:type="character" w:styleId="IntenseReference">
    <w:name w:val="Intense Reference"/>
    <w:basedOn w:val="DefaultParagraphFont"/>
    <w:uiPriority w:val="32"/>
    <w:qFormat/>
    <w:rsid w:val="00FC693F"/>
    <w:rPr>
      <w:b/>
      <w:bCs/>
      <w:smallCaps/>
      <w:color w:val="ED7D31"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rsid w:val="00FC693F"/>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rsid w:val="00FC693F"/>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rsid w:val="00FC693F"/>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rsid w:val="00FC693F"/>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rsid w:val="00FC693F"/>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078101016074006036" TargetMode="Externa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48</Pages>
  <Words>2</Words>
  <Characters>15</Characters>
  <Application>Microsoft Office Word</Application>
  <DocSecurity>0</DocSecurity>
  <Lines>1</Lines>
  <Paragraphs>1</Paragraphs>
  <ScaleCrop>false</ScaleCrop>
  <Company/>
  <LinksUpToDate>false</LinksUpToDate>
  <CharactersWithSpaces>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Leslie Kang</cp:lastModifiedBy>
  <cp:revision>5</cp:revision>
  <dcterms:created xsi:type="dcterms:W3CDTF">2024-01-11T00:28:00Z</dcterms:created>
  <dcterms:modified xsi:type="dcterms:W3CDTF">2024-01-11T07:22:00Z</dcterms:modified>
</cp:coreProperties>
</file>