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安全生产的优秀演讲稿范文（33篇）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安全生产的优秀演讲稿范文（精选33篇）</w:t>
      </w:r>
      <w:r>
        <w:rPr>
          <w:lang w:eastAsia="zh-CN"/>
        </w:rPr>
        <w:br/>
      </w:r>
      <w:r>
        <w:rPr>
          <w:lang w:eastAsia="zh-CN"/>
        </w:rPr>
        <w:t xml:space="preserve">    安全生产的优秀演讲稿范文 篇1 </w:t>
      </w:r>
      <w:r>
        <w:rPr>
          <w:lang w:eastAsia="zh-CN"/>
        </w:rPr>
        <w:br/>
      </w:r>
      <w:r>
        <w:rPr>
          <w:lang w:eastAsia="zh-CN"/>
        </w:rPr>
        <w:t>　　尊敬的各位，各位评委：</w:t>
      </w:r>
      <w:r>
        <w:rPr>
          <w:lang w:eastAsia="zh-CN"/>
        </w:rPr>
        <w:br/>
      </w:r>
      <w:r>
        <w:rPr>
          <w:lang w:eastAsia="zh-CN"/>
        </w:rPr>
        <w:t>　　今天，我演讲的题目是：《关注安全、拥抱平安》。</w:t>
      </w:r>
      <w:r>
        <w:rPr>
          <w:lang w:eastAsia="zh-CN"/>
        </w:rPr>
        <w:br/>
      </w:r>
      <w:r>
        <w:rPr>
          <w:lang w:eastAsia="zh-CN"/>
        </w:rPr>
        <w:t>　　请大家先听听下面这一组组触目惊心的数字吧：据不完全统计，仅今年上半年，全国共发生各类安全事故483829起，死亡61519人，其中，工矿企业共发生伤亡事故6692起，死亡7244人，火灾事故140178起，死亡1334人，交通事故336907起，死亡52717人。</w:t>
      </w:r>
      <w:r>
        <w:rPr>
          <w:lang w:eastAsia="zh-CN"/>
        </w:rPr>
        <w:br/>
      </w:r>
      <w:r>
        <w:rPr>
          <w:lang w:eastAsia="zh-CN"/>
        </w:rPr>
        <w:t>　　这一组组无情的数字，不是无关疼痒的数字游戏，而是国民经济的巨大损失，更是我六万多骨肉同胞的鲜血和生命啊!它使我们每个活着的人，非凡是各级干部必须清醒地熟悉到：安全问题重于泰山!</w:t>
      </w:r>
      <w:r>
        <w:rPr>
          <w:lang w:eastAsia="zh-CN"/>
        </w:rPr>
        <w:br/>
      </w:r>
      <w:r>
        <w:rPr>
          <w:lang w:eastAsia="zh-CN"/>
        </w:rPr>
        <w:t>　　各位、各位朋友，无数血的事实告诫我们：安全生产问题不是简单的技术问题，而是重大的政治问题、经济问题和社会问题;是关系到人民群众根本利益，关系到国家财产安全，关系到社会稳定的“天字号”大事。在任何情况下都绝对不能放松对安全生产的治理和监督，安全生产问题要“警钟常鸣”。</w:t>
      </w:r>
      <w:r>
        <w:rPr>
          <w:lang w:eastAsia="zh-CN"/>
        </w:rPr>
        <w:br/>
      </w:r>
    </w:p>
    <w:p w:rsidR="001B1F19" w14:textId="0AE8485B">
      <w:pPr>
        <w:pStyle w:val="Heading1"/>
        <w:jc w:val="center"/>
        <w:rPr>
          <w:rFonts w:hint="eastAsia"/>
          <w:lang w:eastAsia="zh-CN"/>
        </w:rPr>
      </w:pPr>
      <w:r>
        <w:rPr>
          <w:sz w:val="44"/>
          <w:lang w:eastAsia="zh-CN"/>
        </w:rPr>
        <w:t>安全生产的优秀演讲稿范文（33篇）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安全生产的优秀演讲稿范文（精选33篇）</w:t>
      </w:r>
      <w:r>
        <w:rPr>
          <w:lang w:eastAsia="zh-CN"/>
        </w:rPr>
        <w:br/>
      </w:r>
      <w:r>
        <w:rPr>
          <w:lang w:eastAsia="zh-CN"/>
        </w:rPr>
        <w:t xml:space="preserve">    安全生产的优秀演讲稿范文 篇1 </w:t>
      </w:r>
      <w:r>
        <w:rPr>
          <w:lang w:eastAsia="zh-CN"/>
        </w:rPr>
        <w:br/>
      </w:r>
      <w:r>
        <w:rPr>
          <w:lang w:eastAsia="zh-CN"/>
        </w:rPr>
        <w:t>　　尊敬的各位，各位评委：</w:t>
      </w:r>
      <w:r>
        <w:rPr>
          <w:lang w:eastAsia="zh-CN"/>
        </w:rPr>
        <w:br/>
      </w:r>
      <w:r>
        <w:rPr>
          <w:lang w:eastAsia="zh-CN"/>
        </w:rPr>
        <w:t>　　今天，我演讲的题目是：《关注安全、拥抱平安》。</w:t>
      </w:r>
      <w:r>
        <w:rPr>
          <w:lang w:eastAsia="zh-CN"/>
        </w:rPr>
        <w:br/>
      </w:r>
      <w:r>
        <w:rPr>
          <w:lang w:eastAsia="zh-CN"/>
        </w:rPr>
        <w:t>　　请大家先听听下面这一组组触目惊心的数字吧：据不完全统计，仅今年上半年，全国共发生各类安全事故483829起，死亡61519人，其中，工矿企业共发生伤亡事故6692起，死亡7244人，火灾事故140178起，死亡1334人，交通事故336907起，死亡52717人。</w:t>
      </w:r>
      <w:r>
        <w:rPr>
          <w:lang w:eastAsia="zh-CN"/>
        </w:rPr>
        <w:br/>
      </w:r>
      <w:r>
        <w:rPr>
          <w:lang w:eastAsia="zh-CN"/>
        </w:rPr>
        <w:t>　　这一组组无情的数字，不是无关疼痒的数字游戏，而是国民经济的巨大损失，更是我六万多骨肉同胞的鲜血和生命啊!它使我们每个活着的人，非凡是各级干部必须清醒地熟悉到：安全问题重于泰山!</w:t>
      </w:r>
      <w:r>
        <w:rPr>
          <w:lang w:eastAsia="zh-CN"/>
        </w:rPr>
        <w:br/>
      </w:r>
      <w:r>
        <w:rPr>
          <w:lang w:eastAsia="zh-CN"/>
        </w:rPr>
        <w:t>　　各位、各位朋友，无数血的事实告诫我们：安全生产问题不是简单的技术问题，而是重大的政治问题、经济问题和社会问题;是关系到人民群众根本利益，关系到国家财产安全，关系到社会稳定的“天字号”大事。在任何情况下都绝对不能放松对安全生产的治理和监督，安全生产问题要“警钟常鸣”。</w:t>
      </w:r>
      <w:r>
        <w:rPr>
          <w:lang w:eastAsia="zh-CN"/>
        </w:rPr>
        <w:br/>
      </w:r>
    </w:p>
    <w:p w:rsidR="001B1F19" w14:textId="0AE8485B">
      <w:pPr>
        <w:pStyle w:val="Heading1"/>
        <w:jc w:val="center"/>
        <w:rPr>
          <w:rFonts w:hint="eastAsia"/>
          <w:lang w:eastAsia="zh-CN"/>
        </w:rPr>
      </w:pPr>
      <w:r>
        <w:rPr>
          <w:sz w:val="44"/>
          <w:lang w:eastAsia="zh-CN"/>
        </w:rPr>
        <w:t>安全生产的优秀演讲稿范文（33篇）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安全生产的优秀演讲稿范文（精选33篇）</w:t>
      </w:r>
      <w:r>
        <w:rPr>
          <w:lang w:eastAsia="zh-CN"/>
        </w:rPr>
        <w:br/>
      </w:r>
      <w:r>
        <w:rPr>
          <w:lang w:eastAsia="zh-CN"/>
        </w:rPr>
        <w:t xml:space="preserve">    安全生产的优秀演讲稿范文 篇1 </w:t>
      </w:r>
      <w:r>
        <w:rPr>
          <w:lang w:eastAsia="zh-CN"/>
        </w:rPr>
        <w:br/>
      </w:r>
      <w:r>
        <w:rPr>
          <w:lang w:eastAsia="zh-CN"/>
        </w:rPr>
        <w:t>　　尊敬的各位，各位评委：</w:t>
      </w:r>
      <w:r>
        <w:rPr>
          <w:lang w:eastAsia="zh-CN"/>
        </w:rPr>
        <w:br/>
      </w:r>
      <w:r>
        <w:rPr>
          <w:lang w:eastAsia="zh-CN"/>
        </w:rPr>
        <w:t>　　今天，我演讲的题目是：《关注安全、拥抱平安》。</w:t>
      </w:r>
      <w:r>
        <w:rPr>
          <w:lang w:eastAsia="zh-CN"/>
        </w:rPr>
        <w:br/>
      </w:r>
      <w:r>
        <w:rPr>
          <w:lang w:eastAsia="zh-CN"/>
        </w:rPr>
        <w:t>　　请大家先听听下面这一组组触目惊心的数字吧：据不完全统计，仅今年上半年，全国共发生各类安全事故483829起，死亡61519人，其中，工矿企业共发生伤亡事故6692起，死亡7244人，火灾事故140178起，死亡1334人，交通事故336907起，死亡52717人。</w:t>
      </w:r>
      <w:r>
        <w:rPr>
          <w:lang w:eastAsia="zh-CN"/>
        </w:rPr>
        <w:br/>
      </w:r>
      <w:r>
        <w:rPr>
          <w:lang w:eastAsia="zh-CN"/>
        </w:rPr>
        <w:t>　　这一组组无情的数字，不是无关疼痒的数字游戏，而是国民经济的巨大损失，更是我六万多骨肉同胞的鲜血和生命啊!它使我们每个活着的人，非凡是各级干部必须清醒地熟悉到：安全问题重于泰山!</w:t>
      </w:r>
      <w:r>
        <w:rPr>
          <w:lang w:eastAsia="zh-CN"/>
        </w:rPr>
        <w:br/>
      </w:r>
      <w:r>
        <w:rPr>
          <w:lang w:eastAsia="zh-CN"/>
        </w:rPr>
        <w:t>　　各位、各位朋友，无数血的事实告诫我们：安全生产问题不是简单的技术问题，而是重大的政治问题、经济问题和社会问题;是关系到人民群众根本利益，关系到国家财产安全，关系到社会稳定的“天字号”大事。在任何情况下都绝对不能放松对安全生产的治理和监督，安全生产问题要“警钟常鸣”。</w:t>
      </w:r>
      <w:r>
        <w:rPr>
          <w:lang w:eastAsia="zh-CN"/>
        </w:rPr>
        <w:br/>
      </w:r>
    </w:p>
    <w:p w:rsidR="001B1F19" w14:textId="0AE8485B">
      <w:pPr>
        <w:pStyle w:val="Heading1"/>
        <w:jc w:val="center"/>
        <w:rPr>
          <w:rFonts w:hint="eastAsia"/>
          <w:lang w:eastAsia="zh-CN"/>
        </w:rPr>
      </w:pPr>
      <w:r>
        <w:rPr>
          <w:sz w:val="44"/>
          <w:lang w:eastAsia="zh-CN"/>
        </w:rPr>
        <w:t>安全生产的优秀演讲稿范文（33篇）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安全生产的优秀演讲稿范文（精选33篇）</w:t>
      </w:r>
      <w:r>
        <w:rPr>
          <w:lang w:eastAsia="zh-CN"/>
        </w:rPr>
        <w:br/>
      </w:r>
      <w:r>
        <w:rPr>
          <w:lang w:eastAsia="zh-CN"/>
        </w:rPr>
        <w:t xml:space="preserve">    安全生产的优秀演讲稿范文 篇1 </w:t>
      </w:r>
      <w:r>
        <w:rPr>
          <w:lang w:eastAsia="zh-CN"/>
        </w:rPr>
        <w:br/>
      </w:r>
      <w:r>
        <w:rPr>
          <w:lang w:eastAsia="zh-CN"/>
        </w:rPr>
        <w:t>　　尊敬的各位，各位评委：</w:t>
      </w:r>
      <w:r>
        <w:rPr>
          <w:lang w:eastAsia="zh-CN"/>
        </w:rPr>
        <w:br/>
      </w:r>
      <w:r>
        <w:rPr>
          <w:lang w:eastAsia="zh-CN"/>
        </w:rPr>
        <w:t>　　今天，我演讲的题目是：《关注安全、拥抱平安》。</w:t>
      </w:r>
      <w:r>
        <w:rPr>
          <w:lang w:eastAsia="zh-CN"/>
        </w:rPr>
        <w:br/>
      </w:r>
      <w:r>
        <w:rPr>
          <w:lang w:eastAsia="zh-CN"/>
        </w:rPr>
        <w:t>　　请大家先听听下面这一组组触目惊心的数字吧：据不完全统计，仅今年上半年，全国共发生各类安全事故483829起，死亡61519人，其中，工矿企业共发生伤亡事故6692起，死亡7244人，火灾事故140178起，死亡1334人，交通事故336907起，死亡52717人。</w:t>
      </w:r>
      <w:r>
        <w:rPr>
          <w:lang w:eastAsia="zh-CN"/>
        </w:rPr>
        <w:br/>
      </w:r>
      <w:r>
        <w:rPr>
          <w:lang w:eastAsia="zh-CN"/>
        </w:rPr>
        <w:t>　　这一组组无情的数字，不是无关疼痒的数字游戏，而是国民经济的巨大损失，更是我六万多骨肉同胞的鲜血和生命啊!它使我们每个活着的人，非凡是各级干部必须清醒地熟悉到：安全问题重于泰山!</w:t>
      </w:r>
      <w:r>
        <w:rPr>
          <w:lang w:eastAsia="zh-CN"/>
        </w:rPr>
        <w:br/>
      </w:r>
      <w:r>
        <w:rPr>
          <w:lang w:eastAsia="zh-CN"/>
        </w:rPr>
        <w:t>　　各位、各位朋友，无数血的事实告诫我们：安全生产问题不是简单的技术问题，而是重大的政治问题、经济问题和社会问题;是关系到人民群众根本利益，关系到国家财产安全，关系到社会稳定的“天字号”大事。在任何情况下都绝对不能放松对安全生产的治理和监督，安全生产问题要“警钟常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首先，我们应该充分熟悉到，抓好安全工作是实践“三个代表”重要的具体体现，“三个代表”重要要求我们始终代表最广大人民群众的根本利益，而保护人民群众生命财产的安全应该是一个最起码的要求。假如我们麻痹大意，置人民群众的生命安危于不顾，对广大老百姓的财产安全漠然视之，这必然会造成不可估量的损失，将会严重影响在群众中的形象，削弱的威信，破坏群关系、干群关系，无疑，这不管是对各单位的具体工作，还是对我们的社会主义现代化建设，都是极为不利的。从讲政治的高度熟悉安全工作的重要意义，以对职工高度负责的态度真正把安全工作当作人命关天的大事儿，放在我局工作的突出位置，集中力量来抓。</w:t>
      </w:r>
      <w:r>
        <w:rPr>
          <w:lang w:eastAsia="zh-CN"/>
        </w:rPr>
        <w:br/>
      </w:r>
      <w:r>
        <w:rPr>
          <w:lang w:eastAsia="zh-CN"/>
        </w:rPr>
        <w:t>　　其次，我们必须认清生产与安全的关系，安全与生产是相互依存的。安全是伴随着生产而言的，生产是在保证安全的前提下进行的，生产过程中必须保证安全，不安全不能生产，人们常说的“安全促进生产，生产必须安全”也就是这个道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就工程施工而言，毋庸质疑，经济效益是中心，是企业全部工作的目的和归宿，但不能把经济效益与安全生产对立起来，绝对不能做为了经济效益而不顾生产安全的错事、傻事。假如我们单纯的为了追求经济效益而不顾生产的安全，肯定会发生事故，从而造成经济损失和人身伤亡，不言而喻，由于发生伤亡事故必然造成职工人心不稳，出勤难以保证，施工难以进行，这也是无法估量的损失。如此这般，就会直接影响到我单位的生存和发展。今年元月份，浙江台州的一家大企业发生火灾，初步估计经济损失高达六百多万元，使得这家公司举步维艰，几乎濒临倒闭。由此可见，安全生产是提高经济效益的前提和基础，没有安全就没有效益。</w:t>
      </w:r>
      <w:r>
        <w:rPr>
          <w:lang w:eastAsia="zh-CN"/>
        </w:rPr>
        <w:br/>
      </w:r>
      <w:r>
        <w:rPr>
          <w:lang w:eastAsia="zh-CN"/>
        </w:rPr>
        <w:t>　　在当前市场经济的新形势下，必须克服安全工作“说起来重要，做起来次要，忙起来不要”的错误，树立“一切为安全工作让路，一切为安全工作服务”的观念，坚持“安全为天、安全至上”的理念，切实把“安全第一”的方针落到实处。</w:t>
      </w:r>
      <w:r>
        <w:rPr>
          <w:lang w:eastAsia="zh-CN"/>
        </w:rPr>
        <w:br/>
      </w:r>
      <w:r>
        <w:rPr>
          <w:lang w:eastAsia="zh-CN"/>
        </w:rPr>
        <w:t>　　最后，安全生产事关社会的稳定。社会科学家、全国政协委员邓伟志曾说过：“民以食为天，民以安为地。这个‘安’字，在许多情况下，比‘食’还重要，吃的问题解决了，也吃得好了，但生产不安全，甚至导致生命的丧失，‘食’得再好又有什么意义呢?”</w:t>
      </w:r>
      <w:r>
        <w:rPr>
          <w:lang w:eastAsia="zh-CN"/>
        </w:rPr>
        <w:br/>
      </w:r>
      <w:r>
        <w:rPr>
          <w:lang w:eastAsia="zh-CN"/>
        </w:rPr>
        <w:t>　　我们知道，安全离不开稳定，稳定能促进安全，稳定是搞好安全生产的基础，没有稳定的政治局面就不会有长久的安全生产。但另一方面，没有安全就不会有稳定，安全生产关系着千家万户的安危，牵动着广大职工家属的心，每一次事故的发生都会给职工家属稳定的生活秩序蒙上一层阴影，在一定时期内造成职工紧张和情绪波动，在一定范围内增加不稳定因素，一旦发生特大事故，除了国家经济、百姓生命安全受到威胁之外，更为严重的恐怕还是加剧了部分公众的恐怖心理，破坏了社会的安定气氛。试想，一个不能给职工安全感的单位，一个经常发生事故的单位，怎样生产?谈何效益?因此，我们要在单位的稳定中促进安全生产健康发展，在实现安全生产、长治久安中保持单位的稳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朋友，当您每天上下班的时候，您的心中是否惦记着安全呢?当您即将坐在人力车上奔往工作面的时候，您是否想到了今天我要安全生产呢?当您在工作岗位上违章的一刹那，您是否会想到因为我的一个小小的、小小的违章，会导致事故的发生而使自己或者工友的生命受到伤害呢?如果，您还没有，那请让我提醒您，时刻牢记“安全为天，生命至尊”。</w:t>
      </w:r>
      <w:r>
        <w:rPr>
          <w:lang w:eastAsia="zh-CN"/>
        </w:rPr>
        <w:br/>
      </w:r>
      <w:r>
        <w:rPr>
          <w:lang w:eastAsia="zh-CN"/>
        </w:rPr>
        <w:t>　　人的生命只有一次，每一个人都想笑语长在，每一个家庭都愿幸福美满，每一个企业都愿兴旺发达，然而这一切都离不开安全，安全是企业发展的永恒主题，是我们煤矿企业的天字号大事，更是我们矿工的生命。没有了安全就谈不上我们企业的稳定发展，没有了安全也就更谈不上我们职工的幸福生活。然而由于我们安全理念没有深入人心，部分干群不重视安全、不讲安全、不懂安全、不要安全;由于我们少数干群安全意识淡薄，对安全工作，说起来重要、干起来次要、忙起来不要，违章指挥、违章操作;由于我们的作业规程和安全规程不能在现场真正的落实等等，等等的一些原因，安全事故就象苞米花一样接二连三，一起又一起的发生，吞噬着我们的生命，毁坏着我们的幸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前车之鉴，后事之师”，安全工作永远是‘从零开始，向零进军’。曾经的苦难和屈辱，更加坚定了我们对安全工作的决心，在艰难而又曲折的道路中，我们从积极建设企业的安全文化建设、提高职工安全意识入手，从争做本质安全型矿工做起;我们从精细化管理、落实安全生产责任制着手，从创建标准化区队、标准化班组、标准化岗位做起，我们用“猛药”治“三违”，用“重锤”砸“隐患”，我们要用行动告诉大家：杜绝三违，远离事故。我们的目标是：让安全成为一种习惯，让行为变得更安全。我们脚踏实地，我们信心百倍，因为我们心中永远有一个不变的理念“安全为天、生命”。</w:t>
      </w:r>
      <w:r>
        <w:rPr>
          <w:lang w:eastAsia="zh-CN"/>
        </w:rPr>
        <w:br/>
      </w:r>
      <w:r>
        <w:rPr>
          <w:lang w:eastAsia="zh-CN"/>
        </w:rPr>
        <w:t>　　安全伴随着家庭的稳定，社会的繁荣、发展和进步，安全是人民生存和发展最基本的条件，一个企业如果连起码的安全生产都不能保障，还谈什么效益，一个人如果没有生命，就谈不上生活，对自己、对家人更谈得上什么生活幸福。朋友，生命对于每个人来说只有仅仅的一次，我们没有理由不珍爱自己的生命呀?难道你真的就愿意愧对那日夜翘首盼你平安归来的老父老母?难道你真的就忍心撇下那爱你、疼你、想你的妻儿洒手西去吗?</w:t>
      </w:r>
      <w:r>
        <w:rPr>
          <w:lang w:eastAsia="zh-CN"/>
        </w:rPr>
        <w:br/>
      </w:r>
      <w:r>
        <w:rPr>
          <w:lang w:eastAsia="zh-CN"/>
        </w:rPr>
        <w:t>　　“生命诚可贵，安全责任大”。与大自然做斗争的工友们，每天都是一个新开始，每天都是一个新的起点，为了矿井安全生产的长治久安，为了最终实现本质安全化矿井，为了自己和家人的幸福安康，让我们每天从零开始，向零进军，让我们一起牢住：安全为天，生命!</w:t>
      </w:r>
      <w:r>
        <w:rPr>
          <w:lang w:eastAsia="zh-CN"/>
        </w:rPr>
        <w:br/>
      </w:r>
      <w:r>
        <w:rPr>
          <w:lang w:eastAsia="zh-CN"/>
        </w:rPr>
        <w:t xml:space="preserve">    安全生产的优秀演讲稿范文 篇2 </w:t>
      </w:r>
      <w:r>
        <w:rPr>
          <w:lang w:eastAsia="zh-CN"/>
        </w:rPr>
        <w:br/>
      </w:r>
      <w:r>
        <w:rPr>
          <w:lang w:eastAsia="zh-CN"/>
        </w:rPr>
        <w:t>　　各位领导、各位来宾：</w:t>
      </w:r>
      <w:r>
        <w:rPr>
          <w:lang w:eastAsia="zh-CN"/>
        </w:rPr>
        <w:br/>
      </w:r>
      <w:r>
        <w:rPr>
          <w:lang w:eastAsia="zh-CN"/>
        </w:rPr>
        <w:t>　　大家好!</w:t>
      </w:r>
      <w:r>
        <w:rPr>
          <w:lang w:eastAsia="zh-CN"/>
        </w:rPr>
        <w:br/>
      </w:r>
      <w:r>
        <w:rPr>
          <w:lang w:eastAsia="zh-CN"/>
        </w:rPr>
        <w:t>　　我叫__，来自热电三车间CFB。今天我演讲的题目是《安全是藏在心中的责任》。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前不久，公司组织学习了乙烯分部“12.23”事故的文件，在这起事故中造成了两死一伤。这突如其来的噩耗让我们还没来得及对事故的思考，就要面对两个生命的离别和一个残缺的生命如何继续今后的生活。也许就在事故发生那一刻，逝去的员工还憧憬着美好的未来，也许被火烧伤的员工都还勾画着家的蓝图，可是这一切随着一场事故成为了过去，生命就这样静静地流逝了!</w:t>
      </w:r>
      <w:r>
        <w:rPr>
          <w:lang w:eastAsia="zh-CN"/>
        </w:rPr>
        <w:br/>
      </w:r>
      <w:r>
        <w:rPr>
          <w:lang w:eastAsia="zh-CN"/>
        </w:rPr>
        <w:t>　　小时候，母亲在我蹒跚学步时就会对我说：“走路小心点，别摔着了。”上学后，父亲会在每次我出门的时候叮嘱我：“骑车时留意路上的车辆。”现在，进入茂石化企业上班后的我，听得最多的就是“安全第一预防为主”。接触和操作的设备仪器和安全教育天天无时无刻不在提醒着我安全生产的重要性。</w:t>
      </w:r>
      <w:r>
        <w:rPr>
          <w:lang w:eastAsia="zh-CN"/>
        </w:rPr>
        <w:br/>
      </w:r>
      <w:r>
        <w:rPr>
          <w:lang w:eastAsia="zh-CN"/>
        </w:rPr>
        <w:t>　　有人曾经说过：企业是一首美妙的乐曲，安全就是这曲中的音符，不管乐曲如何动听，一旦音符不全乐曲就会走调。在石化企业工作的每一个员工安全教育一定少不了，各类企业安全事故案例也充斥着我们的每一天的工作，但是种种事故案例中，总能找到麻木、粗心、大意等等词语，难道是因为他们不知道安全生产的重要性和生命到宝贵吗?</w:t>
      </w:r>
      <w:r>
        <w:rPr>
          <w:lang w:eastAsia="zh-CN"/>
        </w:rPr>
        <w:br/>
      </w:r>
      <w:r>
        <w:rPr>
          <w:lang w:eastAsia="zh-CN"/>
        </w:rPr>
        <w:t>　　假如有人问我：安全意味什么?我一定会回答安全是幸福、是快乐、是健康和生命!假如有人问我：安全是什么?我一定会说：是责任!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每一个事故都不是偶然的，它背后是由一系列的行为最终导致的必然结果。每一个环节里，只要有一个细节能及时发现或制止，事故就绝对不会发生。发现和制止这个环节的细节，靠的就是一个人的责任心。郭志燕说过：生命拽在自己手里，责任展现自己能力，企业发展假如没有安全作为前提就无从发展，安全生产需要每一个人的高度负责的心态，明白每一个人都是安全员，就是要将责任深藏心中，时刻提醒自己要对安全生产负责。这不仅是指对企业发展的负责，更多的是对生命的一种尊重。</w:t>
      </w:r>
      <w:r>
        <w:rPr>
          <w:lang w:eastAsia="zh-CN"/>
        </w:rPr>
        <w:br/>
      </w:r>
      <w:r>
        <w:rPr>
          <w:lang w:eastAsia="zh-CN"/>
        </w:rPr>
        <w:t>　　永远不要给责任找借口，安全永远不会让人有后悔的药买，也不会让生命重新再来一次。让警钟的声音牢记脑海，时刻牢记我是一名安全员，而安全就是藏在心中的责任!</w:t>
      </w:r>
      <w:r>
        <w:rPr>
          <w:lang w:eastAsia="zh-CN"/>
        </w:rPr>
        <w:br/>
      </w:r>
      <w:r>
        <w:rPr>
          <w:lang w:eastAsia="zh-CN"/>
        </w:rPr>
        <w:t xml:space="preserve">    安全生产的优秀演讲稿范文 篇3 </w:t>
      </w:r>
      <w:r>
        <w:rPr>
          <w:lang w:eastAsia="zh-CN"/>
        </w:rPr>
        <w:br/>
      </w:r>
      <w:r>
        <w:rPr>
          <w:lang w:eastAsia="zh-CN"/>
        </w:rPr>
        <w:t>　　尊敬的领导，同事们：</w:t>
      </w:r>
      <w:r>
        <w:rPr>
          <w:lang w:eastAsia="zh-CN"/>
        </w:rPr>
        <w:br/>
      </w:r>
      <w:r>
        <w:rPr>
          <w:lang w:eastAsia="zh-CN"/>
        </w:rPr>
        <w:t>　　大家好!今天我演讲的题目是《安全与幸福相伴》。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演讲之前,请同志们先听一下发生在我童年的一个真实的故事:上小学四年级时,我对电产生了无限的好奇.一个星期天的上午,我瞒着家人和一个小伙伴想偷偷地改装家中的电灯线路,但当时的我们还不知道改装线路前应该先把闸刀拉下来切断电源,只好利用停电的机会冒险进行.当我用小刀把电线的绝缘层割破正要连接导线时,我的伙伴一下子把我拽了回来,一抬头我才发现头顶的灯泡亮了当时我的心嘣嘣地跳着,好险啊,幸亏他发现的及时,才使我免受了一次被电击倒的危险,这件事后来被家人狠狠地训斥了一顿,但当时的我还未意识到什么是真正的冒险.参加工作以后,亲眼见过因违章操作而被电死的人和旁边哭得死去活来的亲属时,我才真正意识到,违章冒险就是在拿自己的生命开玩笑.现在那刻骨铭心的一刻还深深地印在我的脑海中,如今我的一生都在感谢那位曾救过我一命的小伙伴,感谢他在关键时刻拽了我一把,那一把把我从死神的边缘拉了回来,也把我从无知幼稚的冒险中拉了出来.</w:t>
      </w:r>
      <w:r>
        <w:rPr>
          <w:lang w:eastAsia="zh-CN"/>
        </w:rPr>
        <w:br/>
      </w:r>
      <w:r>
        <w:rPr>
          <w:lang w:eastAsia="zh-CN"/>
        </w:rPr>
        <w:t>　　从此,不管干什么事,我都首先考虑安全.因为安全不是一句空洞的口号,而是关系一个人的生与死,一个家庭的圆满与残破,关系到一个社会的温馨与悲切的大事.从我童年时的那次冒险可以看出,事故的发生是因为人的不安全行为和物的不安全状态同时存在且通过加害物体导致的,如果把人的不安全行为称为违章,把物的不安全状态称为隐患,那么违章一旦遇到隐患,必然会导致事故的发生,但如果消除事故链中的任何一个因素,就能防止事故的发生.美国的海因里希统计分析55万起事故结果表明,每发生一起重大事故前,平均发生过29起轻伤和300起无伤害事故,这就表明造成人身伤害事故之前,有多起轻伤和未遂事故是最普遍的,因此预防事故的着眼点不是伤害事故,更不是死亡事故,而是无伤害事故,即事故前兆.只有尽早尽多地发现事故前兆,并加以控制,未雨绸缪,防患于未然,才能最大限度地减少事故的发生.</w:t>
      </w:r>
      <w:r>
        <w:rPr>
          <w:lang w:eastAsia="zh-CN"/>
        </w:rPr>
        <w:br/>
      </w:r>
      <w:r>
        <w:rPr>
          <w:lang w:eastAsia="zh-CN"/>
        </w:rPr>
        <w:t>　　当然,企业用于安全和劳动保护方面的投资,多数不能取得立竿见影的效果,但安全不存在亡羊补牢之说,更不存在幸运之论.同志们,讲安全没有过头,因为一个小小的隐患常常就是成千上万元的损失;讲安全也没有终点,因为一次小小的违章操作就会导致一个血淋淋的事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们中国有一个非常吉祥也非常诱人的成语叫做五福临门,到底什么是五福呢第一福是长寿,第二福是富贵,第三福是康宁,第四福是好德,第五福是善终.这五福加起来呀,就是我们每个老百姓心中永远向往的最美好境界.然而这一切都是由生命的安全作为载体的.四分场的一个电工师傅在退休前爱惜地抚摸着用了近十年的安全带说:这根安全带呀很结实,它的一头系着我,另一头系着一个幸福的家.所以安全是一个永恒的话题,谁看重它,幸福就会与谁相伴;谁鄙视它,谁就会跌进痛苦的深渊.我们__厂曾经编写过一部叫做《伤亡事故警示录》的小册子,虽然只有薄薄的一小本,却记载了__厂历史上所有的重大伤亡事故.时间从建场初期因条件简陋中暑死亡到现在因电击致死,死亡事故的性质从自然雷击到违章操作,死亡的人员从临近退休的老人到风华正茂的青年,这本小册子是__厂建场四十多年来,人与自然艰苦抗争的一部血泪史.厂现在所使用的几十种安全管理制度,如《__厂防雷电安全管理制度》,《安全例会制度》,《特工种管理制度》等就是从以前这些血淋淋的事故中凝炼出来的.过去人们的鲜血都已经流了,今天的我们还有什么理由不去好好地珍惜呢有一句话说得好:既然你想幸福地活着,就没有理由漠视安全..创千日安全生产不易,造长久万家灯火更难.为了创造一个和谐安全的工作环境,厂坚持用系统的思路,创新的观点来对待安全工作,努力在企业内塑造安全文化.从去年开始,发动了安全生产正计时活动,提出了安全生产是条射线,只有起点没有终点的口号,把别人的事故当成自己的教训,把过去的事故当成现在的隐患,构筑了全员,全方位的安全思想防线.截止今天,__厂己经实现安全生产511天,保持了长期安全生产的最好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今年春天以来,在我们国家流行的非典型性肺炎给我们带来了不少恐慌,SARS病毒是隐蔽的,我们用肉眼看不见它,但它的对手&amp;&amp;我们却是光明的,我们所组成的是一个曾经遭受过多次温疫灾难的民族,是一个产生过张仲景和华佗的民族,是一个从千百万个汉字中提炼出万众一心,众志成城的民族.如今的非典再也不像以前那么肆虐了.安全事故也像SARS病毒一样,我们无法判断它发生的准确地点和时刻,而且很多伤亡事故从发生到结束的速度很快,人们不可能在很短的时间内作出反应,但这并不是说事故是不能预防的,因为我们的国家有对人民的安危时时感到揪心的新一代领导集体,有去年刚刚颁布的《安全生产法》,有千千万万个向往平安和幸福的人民,我们的国家正在一天天变得富足和安宁.</w:t>
      </w:r>
      <w:r>
        <w:rPr>
          <w:lang w:eastAsia="zh-CN"/>
        </w:rPr>
        <w:br/>
      </w:r>
      <w:r>
        <w:rPr>
          <w:lang w:eastAsia="zh-CN"/>
        </w:rPr>
        <w:t>　　同志们,朋友们,从泰坦尼克号沉船到印度博帕尔农药厂泄毒,从大兴安岭火灾到海军361号潜艇失事,安全无时无刻不在影响着人们.虽然这次安全生产月活动只有短短30天的时间,但安全在我们的意识中永远不能松懈,让我们把增强安全意识看成一种信仰,看成一次圣洁的精神洗礼,看成一次艰苦的思想修炼.在我的演讲即将结束的时候,我衷心地祝愿在座的各位都能够健康,平安,幸福!</w:t>
      </w:r>
      <w:r>
        <w:rPr>
          <w:lang w:eastAsia="zh-CN"/>
        </w:rPr>
        <w:br/>
      </w:r>
      <w:r>
        <w:rPr>
          <w:lang w:eastAsia="zh-CN"/>
        </w:rPr>
        <w:t xml:space="preserve">    安全生产的优秀演讲稿范文 篇4 </w:t>
      </w:r>
      <w:r>
        <w:rPr>
          <w:lang w:eastAsia="zh-CN"/>
        </w:rPr>
        <w:br/>
      </w:r>
      <w:r>
        <w:rPr>
          <w:lang w:eastAsia="zh-CN"/>
        </w:rPr>
        <w:t>　　尊敬的领导，同事们：</w:t>
      </w:r>
      <w:r>
        <w:rPr>
          <w:lang w:eastAsia="zh-CN"/>
        </w:rPr>
        <w:br/>
      </w:r>
      <w:r>
        <w:rPr>
          <w:lang w:eastAsia="zh-CN"/>
        </w:rPr>
        <w:t>　　大家好!我叫，今天，我演讲的题目是：用责任筑起生命的钢铁长城!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人们常说，生命如花，在阳光雨露的培育下总是那么璀璨、鲜艳。然而，20__年5月12日，那场突如其来的汶川大地震，短短的几十秒中，无数个像你我们一样拥有妻儿老小父母兄弟的鲜活的生命永远地撒手而去了，一时间，多少壮志豪情;有多少放飞的梦想、多少美丽的依恋，多少还没有来得及的报恩!一切都不复存在了。生命，就在我们不经意之间，她用一种悲状、惨烈、不屈诠释着她的脆弱与珍贵。</w:t>
      </w:r>
      <w:r>
        <w:rPr>
          <w:lang w:eastAsia="zh-CN"/>
        </w:rPr>
        <w:br/>
      </w:r>
      <w:r>
        <w:rPr>
          <w:lang w:eastAsia="zh-CN"/>
        </w:rPr>
        <w:t>　　天灾，或许我们任何人都无法抗拒，可是，对于生命，我们唯一能做的只有珍惜、珍惜、再珍惜!相信每一个煤矿人记忆深处，每年每月每天，那一起又一起瓦斯、顶板、透水、爆破事故的重演，又曾让多少个鲜活的生命在痛苦中的结束。不是吗陕西铜川陈家山11.28特大矿难，166条鲜活矿工的生命瞬间消失;辽宁阜新孙家弯2.14矿难让214位矿工丧失了生命;再看看今年的2月22日，山西屯南煤矿瓦斯爆炸事故78位矿工遇难，5月30日重庆綦江同里煤矿煤与瓦斯突出事故，30人与这个美丽的世界告别，等等。每当这一连串的数字符号不停地在我们脑海里翻滚，我们总在问自己，这是我为什么呀，这是为什么呀!而当我们静下心来，仔细分析每件事故的背后，哪一起不是因为我们肩扛的安全责任不到位而成为事故的罪魁祸首哪一起事故又不是因为侥幸麻痹而让我们家破人亡、妻离子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是啊，人们常说，安全责任重于泰山，因为这责任扛的是每位矿工的生命，扛的是每个家庭的幸福，扛的是企业的兴旺发达，扛的是国富民强，然而，一起起令人心惊肉跳的事故背后，又有多少人会把这份责任牢记心间，而将它化作遏制事故发生的原动力。事故是一面镜子，教训是明灯。身为煤矿人，难道我们就不能仔细想想，我们不也在铺天盖地安全大检查，可是事故为什么老是频频发生是隐患未排除是安全措施不到位是安全监管走过场还是出事者本人自身侥幸麻痹为什么我们每天要在担惊受怕中过活可悲啊，难道那一起起安全事故就真的不能控制在这里可能有人会说，你那是杞人忧天，别人出了事故关我什么事，我们现在还安全着呢!可是，朋友请你想想，当有一天灾难落到你头上，你又是什么感想这样的事在我们矿不是没出现过，看吧!去年7月8日，我矿采煤二队龙书平违章站在皮带上攉煤，被瞬间运转的皮带带进下煤口，当即被掩埋，幸好被工友们及时掏出，才捡了一条性命;今年2月19日，掘进二队宋小明因为注意力不集中，在推车时被机车撞倒，生命在死亡的边缘挣扎，好在及时进行救治，才幸免遇难;还有很多，在这里我不想一一列举，试想哪一起事故不是因为我们自己安全意识不强，对家庭对企业不负责任而酿成的啊!每当目睹那惊心动魄的一幕幕，在生命与死神擦肩而过之间，是我们就真的忘却了母亲那沧桑的脸、妻子那惨烈的的哭声、孩子们那张失望的脸，还是我们在真正地把生命视同儿戏我想在座的可能您是一位矿工，可能您是一位矿嫂，也可能您是一位煤炭行业的管理者、建设者。我们都应该清楚地知道安全对于一个人生命的意义：如果你藐视它的存在，那么它就藐视你的生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前车之签，后事之师。在这里，我想说，今天，当我们矿在安全生产六周年征程上阔步前进，俗话说，创业难，守业更难，世上没有一帆风顺的事。我们永远都不能忘记建矿来曾经有68位遇难矿工的双眼时刻在窥视着我们，我们再也不能在铺满鲜花的道路上让一幕暮悲剧重演。那么，如何确保企业安全生产，首先我们要牢固树立安全第一、预防为主的思想，提高安全意识，增强安全责任感，从我做起，从我们身边的每一件小事做起，时时刻刻绷紧安全这根弦，克服侥幸心里，消除麻痹大意的松懈思想。其次，我们要加强安全学习，通过学习，增强安全知识，在实际工作中，严格坚持安全生产法，恪守企业的规章制度，时刻以如临深渊如履薄冰的心态来抓安全，以三铁精神管安全，那么，我们的企业一定会在追求本质安全型矿井的道路上越走越远!</w:t>
      </w:r>
      <w:r>
        <w:rPr>
          <w:lang w:eastAsia="zh-CN"/>
        </w:rPr>
        <w:br/>
      </w:r>
      <w:r>
        <w:rPr>
          <w:lang w:eastAsia="zh-CN"/>
        </w:rPr>
        <w:t>　　朋友们：安全生产人人有责。让我们时刻牢记安全重于一切，高于一切，先于一切的安全理念，肩负起自己那份沉重的安全责任，上下一心，众志成城，攻艰克难，为开创企业辉煌而灿烂的明天而做出应有的贡献吧。</w:t>
      </w:r>
      <w:r>
        <w:rPr>
          <w:lang w:eastAsia="zh-CN"/>
        </w:rPr>
        <w:br/>
      </w:r>
      <w:r>
        <w:rPr>
          <w:lang w:eastAsia="zh-CN"/>
        </w:rPr>
        <w:t xml:space="preserve">    安全生产的优秀演讲稿范文 篇5 </w:t>
      </w:r>
      <w:r>
        <w:rPr>
          <w:lang w:eastAsia="zh-CN"/>
        </w:rPr>
        <w:br/>
      </w:r>
      <w:r>
        <w:rPr>
          <w:lang w:eastAsia="zh-CN"/>
        </w:rPr>
        <w:t>　　各位评委、同事们：</w:t>
      </w:r>
      <w:r>
        <w:rPr>
          <w:lang w:eastAsia="zh-CN"/>
        </w:rPr>
        <w:br/>
      </w:r>
      <w:r>
        <w:rPr>
          <w:lang w:eastAsia="zh-CN"/>
        </w:rPr>
        <w:t>　　大家好！</w:t>
      </w:r>
      <w:r>
        <w:rPr>
          <w:lang w:eastAsia="zh-CN"/>
        </w:rPr>
        <w:br/>
      </w:r>
      <w:r>
        <w:rPr>
          <w:lang w:eastAsia="zh-CN"/>
        </w:rPr>
        <w:t>　　我今天演讲的题目是《落实做细，从安全做起》。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安全是什么？安全是涉及生命最直观的词语。安全无时不在我们身边，但千万不要轻视安全，安全是我们企业的生命命脉，安全更是我们人生生命的代言。安全不是挂在嘴边的口号，更不是悬于醒目处的标语，安全是企业实实在在的效益，与个人生活、工作的每个细节紧密联系。</w:t>
      </w:r>
      <w:r>
        <w:rPr>
          <w:lang w:eastAsia="zh-CN"/>
        </w:rPr>
        <w:br/>
      </w:r>
      <w:r>
        <w:rPr>
          <w:lang w:eastAsia="zh-CN"/>
        </w:rPr>
        <w:t>　　人的生命只有一次，每一个人都想笑语长在，每一个家庭都愿幸福美满，每一个企业都愿兴旺发达，然而这一切都离不开安全，安全是企业发展的永恒主题，是我们路桥企业的天字号大事。</w:t>
      </w:r>
      <w:r>
        <w:rPr>
          <w:lang w:eastAsia="zh-CN"/>
        </w:rPr>
        <w:br/>
      </w:r>
      <w:r>
        <w:rPr>
          <w:lang w:eastAsia="zh-CN"/>
        </w:rPr>
        <w:t>　　责任重于山，许多安全事故的发生，并不在于制度的缺失，而是在于责任意识的淡薄，在于管理安全工作的不到位，将责任落实到工作，可谓是切中要害。多数施工工人对没有进行安全生产培训及没有签订用工合同不以为然；不少民工在没有采取任何保护措施下进行高空作业；还有一些人们无视工地外围的警示牌，径直走进施工区…。这一幕幕令人心惊肉跳的场面，他们自己却早已习以为常。他们也许觉得戴安全帽、系安全带这类小事没有必要，殊不知正因为这些细节上的省事，最终让他们悔憾终生。</w:t>
      </w:r>
      <w:r>
        <w:rPr>
          <w:lang w:eastAsia="zh-CN"/>
        </w:rPr>
        <w:br/>
      </w:r>
      <w:r>
        <w:rPr>
          <w:lang w:eastAsia="zh-CN"/>
        </w:rPr>
        <w:t>　　针对存在责任真空的问题，我们要做到安全生产，落实为主。要将责任落实全方位融入安全生产在中，以责任落实推动安全生产工作落实，以安全生产落实、风险控制到位体现责任制的落实，通过责任落实保安全，确保企业安全稳定的局面。安全责任重在落实，应着力完善安全生产责任制，保障安全生产责任传递到岗、落实到每一个人，同时，努力提高人员的安全意识和技能，深化安全生产思想保障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落实好安全生产的各项工作，必须要有严谨细致务实的工作作风。“天下大事必做于细”，落实在于细节、细节决定成败。安全生产是人命关天的“天”字号工程，更要我们工作中细致入微。要居安思“微”，在细微之处，在每一个细小的环节，多想多查，看还有没有“漏洞”、还有没有不到位的地方，哪怕是员工的一个意念。绝不能大而化之、粗枝大叶。这就要求我们一定要大处着眼，小处着手，抓到生产中每一个细小的环节，抓到员工头脑中。</w:t>
      </w:r>
      <w:r>
        <w:rPr>
          <w:lang w:eastAsia="zh-CN"/>
        </w:rPr>
        <w:br/>
      </w:r>
      <w:r>
        <w:rPr>
          <w:lang w:eastAsia="zh-CN"/>
        </w:rPr>
        <w:t>　　在各个建筑单位单位随处可见“安全生产大于天”的标语口号，由此可见安全发展对于一个项目的重要性，然而在生产中仍有许多都是人为的责任事故，究其原因是由于麻痹大意思想的泛滥，不把细小环节当回事。一个小小违规操作行为表面上看微不足道，但实际上却蕴藏着巨大的危机。</w:t>
      </w:r>
      <w:r>
        <w:rPr>
          <w:lang w:eastAsia="zh-CN"/>
        </w:rPr>
        <w:br/>
      </w:r>
      <w:r>
        <w:rPr>
          <w:lang w:eastAsia="zh-CN"/>
        </w:rPr>
        <w:t>　　千里之堤毁于蚁穴。一点疏忽，一点大意往往是一起重特大安全生产事故的起因。黑龙江哈五公路扩建工程“八死两伤”事故还在人们的议论中，京沪高铁坠落“三死一伤”事故还在刺激着人们的神经……这每一启安全事故的发生对于我们来说都是一个预警和提醒。</w:t>
      </w:r>
      <w:r>
        <w:rPr>
          <w:lang w:eastAsia="zh-CN"/>
        </w:rPr>
        <w:br/>
      </w:r>
      <w:r>
        <w:rPr>
          <w:lang w:eastAsia="zh-CN"/>
        </w:rPr>
        <w:t>　　生命只有一次，不能自欺欺人的在铺满火药的鲜花草坪上过那侥幸的生活。安全工作无小事，安全工作只有起点没有终点。让我们抓好安全生产工作的落实，来扼杀百分之一的大意，千分之一的侥幸，万分之一的偶然。</w:t>
      </w:r>
      <w:r>
        <w:rPr>
          <w:lang w:eastAsia="zh-CN"/>
        </w:rPr>
        <w:br/>
      </w:r>
      <w:r>
        <w:rPr>
          <w:lang w:eastAsia="zh-CN"/>
        </w:rPr>
        <w:t xml:space="preserve">    安全生产的优秀演讲稿范文 篇6 </w:t>
      </w:r>
      <w:r>
        <w:rPr>
          <w:lang w:eastAsia="zh-CN"/>
        </w:rPr>
        <w:br/>
      </w:r>
      <w:r>
        <w:rPr>
          <w:lang w:eastAsia="zh-CN"/>
        </w:rPr>
        <w:t>　　各位领导、各位评委、同事们：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安全——生命永恒的旗帜，_年的“安全生产月”的主题为“_”。长期以来，国家三令五申地强调安全工作的重要性，并出台了一系列政策、法律法规，还把每年的六月定为“全国安全生产月”，今年又定为“安全年”。在“安全生产月”中，开展一系列的安全生产活动并大张旗鼓地进行宣传，目的就是推动各项安全防范措施的落实，以活动促工作，以月促年。</w:t>
      </w:r>
      <w:r>
        <w:rPr>
          <w:lang w:eastAsia="zh-CN"/>
        </w:rPr>
        <w:br/>
      </w:r>
      <w:r>
        <w:rPr>
          <w:lang w:eastAsia="zh-CN"/>
        </w:rPr>
        <w:t>　　对我们化工企业来说，安全生产是企业的生命线，抓安全生产是企业永恒的主题，丝毫不能忽视。可以说，安全是生产的保证，安全是巩固企业的基石，是发展企业的根本，是企业效益的保障，安全是一切工作的重中之重。唯有安全生产这个环节不出差错，企业才能去争取更好的成绩，我们每一个人员自踏入企业大门的那一刻起，就开始接受安全教育，“安全第一，预防为主”，我们牢记在心。当我们看到绵长的高压线、轰鸣的机器设备、纵横的交叉线及管道……脑海中就要时刻长鸣“安全”的警钟，常敲“安全”的警钟，做到“安全”一词入眼、入耳、入脑、入心。安全是开展一切工作的前提，确保安全生产是一项长期不懈艰苦的工作，安全工作我们任重而道远，因此，我们要从思想深处来增强安全意识，深刻理解安全的重要性，全员、全过程、全方位的抓好安全生产工作。</w:t>
      </w:r>
      <w:r>
        <w:rPr>
          <w:lang w:eastAsia="zh-CN"/>
        </w:rPr>
        <w:br/>
      </w:r>
      <w:r>
        <w:rPr>
          <w:lang w:eastAsia="zh-CN"/>
        </w:rPr>
        <w:t>　　安全工作，贵在坚持，难在坚持，成在坚持，不怕千日紧，就怕一时松。保证一时一刻的安全并不难，难的是安全生产的长治久安。安全工作不是搞搞活动，抓一阵，松一阵，而是长期不懈的抓。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安全”是一个年年讲，月月讲，天天讲，常讲常新，永不过时的话题，因为只有在保证安全的前提下，我们才可以尽情挥洒生命的精彩;因为有了安全，我们的企业才能蒸蒸日上;有了安全，我们才能高高兴兴上班来，平平安安回家去，让每个幸福的家庭更加幸福，让我们的企业更加红火。</w:t>
      </w:r>
      <w:r>
        <w:rPr>
          <w:lang w:eastAsia="zh-CN"/>
        </w:rPr>
        <w:br/>
      </w:r>
      <w:r>
        <w:rPr>
          <w:lang w:eastAsia="zh-CN"/>
        </w:rPr>
        <w:t xml:space="preserve">    安全生产的优秀演讲稿范文 篇7 </w:t>
      </w:r>
      <w:r>
        <w:rPr>
          <w:lang w:eastAsia="zh-CN"/>
        </w:rPr>
        <w:br/>
      </w:r>
      <w:r>
        <w:rPr>
          <w:lang w:eastAsia="zh-CN"/>
        </w:rPr>
        <w:t>　　让我们把安全放在心间随着岁月的流逝，当我经历着一些事情，感悟着生活带给我的一切时，我开始越来越清楚地看到尘世中最重要的东西莫过于是生命。而保证我们生命存在的又是什么?</w:t>
      </w:r>
      <w:r>
        <w:rPr>
          <w:lang w:eastAsia="zh-CN"/>
        </w:rPr>
        <w:br/>
      </w:r>
      <w:r>
        <w:rPr>
          <w:lang w:eastAsia="zh-CN"/>
        </w:rPr>
        <w:t>　　从第一声啼哭到蹒跚学步，我们离开母亲的搀扶，在亲人的叮咛下摇摇晃晃地开始在自己的人生道路上行走。生命的成长历程里，我们不难发现，正是因为一直凭借“安全”这个拐杖我们才平安地走在充满阳光的生活中。</w:t>
      </w:r>
      <w:r>
        <w:rPr>
          <w:lang w:eastAsia="zh-CN"/>
        </w:rPr>
        <w:br/>
      </w:r>
      <w:r>
        <w:rPr>
          <w:lang w:eastAsia="zh-CN"/>
        </w:rPr>
        <w:t>　　“安全”是重要的，对在企业中工作的我们就更为重要。我作为一名普通的一线工人，以前却并不能很好地认识到这一点。我和大多数职工一样，只是被动地接受安全知识教育，被动地学习一些文件、计划，被动地记录每次安全活动的内容。总认为安全管理工作是领导和安全员的事情，那些“安全事故通报”由于工作环境的不同，好象跟自己没什么关系，在思想中根本引不起我足够地重视，所以在脑子里也没有留下“警钟长鸣、举一反三”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而真正触动我的是我们单位自己拍摄的安全事故教育片。当我看着一起起发生在我公司的生产事故，面对着那真实而清晰的记录时，我的心震撼了：原来那些血的教训就存在于我工作的周围!而我的安全意识竟然那样麻木……时间的流逝带走的是昨日事故留下的痕迹但却不应带走事故留下的教训。从那时起我知道，安全不是写在纸上的，而是应该写在心间的。</w:t>
      </w:r>
      <w:r>
        <w:rPr>
          <w:lang w:eastAsia="zh-CN"/>
        </w:rPr>
        <w:br/>
      </w:r>
      <w:r>
        <w:rPr>
          <w:lang w:eastAsia="zh-CN"/>
        </w:rPr>
        <w:t>　　“低标准、～病、坏习惯”、“违章操作、违章指挥、违反劳动纪律”已严重威胁到了我们的安全生产，已经给我们的安全生产带来严重后果和惨痛教训。像“低、老、坏”和“三违”这些讲了千遍万遍的东西，怎么还会重蹈覆辙让本该避免的悲剧再次发生呢?究其根本原因是他们没有从根本上树立“安全第一”的意识，没有将安全真正放在心上，安全教育没有真正触及到他们的灵魂。要杜绝此类事故的发生，就要让职工从思想上真正认识到消除不安全因素的重要性，认识到安全与生命财产息息相关的道理，从“要我注意安全”转化到“我要注意安全”。</w:t>
      </w:r>
      <w:r>
        <w:rPr>
          <w:lang w:eastAsia="zh-CN"/>
        </w:rPr>
        <w:br/>
      </w:r>
      <w:r>
        <w:rPr>
          <w:lang w:eastAsia="zh-CN"/>
        </w:rPr>
        <w:t>　　生命对于每个人来说仅仅只有的一次，我们没有理由不珍爱自己的生命。我们要彻底清除“凭老经验、老办法办事，认为几年甚至几十年都这样过来了，事故不一定降落在我的头上”的心理，牢固树立“安全第一，预防为主”的思想?熏杜绝“三违”现象的发生，提高安全意识，增强安全责任心，时时刻刻绷紧“安全”这根弦，克服侥幸心理，消除麻痹大意的松懈思想，把好自己的安全关。</w:t>
      </w:r>
      <w:r>
        <w:rPr>
          <w:lang w:eastAsia="zh-CN"/>
        </w:rPr>
        <w:br/>
      </w:r>
      <w:r>
        <w:rPr>
          <w:lang w:eastAsia="zh-CN"/>
        </w:rPr>
        <w:t>　　“安全责任，重于泰山!”这个责任，不仅仅关乎着我们的企业，更与我们自己息息相关!因为没有安全，就谈不上企业的发展;没有安全，就谈不上我们个人的生存;没有安全，我们的幸福，我们的未来就无从谈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为了你，为了我，为了我们企业美好的明天，让我们关注安全，关爱生命，把安全真正写在我们每个人的心间!</w:t>
      </w:r>
      <w:r>
        <w:rPr>
          <w:lang w:eastAsia="zh-CN"/>
        </w:rPr>
        <w:br/>
      </w:r>
      <w:r>
        <w:rPr>
          <w:lang w:eastAsia="zh-CN"/>
        </w:rPr>
        <w:t xml:space="preserve">    安全生产的优秀演讲稿范文 篇8 </w:t>
      </w:r>
      <w:r>
        <w:rPr>
          <w:lang w:eastAsia="zh-CN"/>
        </w:rPr>
        <w:br/>
      </w:r>
      <w:r>
        <w:rPr>
          <w:lang w:eastAsia="zh-CN"/>
        </w:rPr>
        <w:t>　　大家都知道，11月29日集团公司专门召开了冬季安全生产领导干部视频会议，我们在家的班子成员、各生产厂的党政一把手都参加了这次会议。会议内容，除了通报_石化10月28日事故外，蒋总做了重要讲话，其中，蒋总讲话的一个部分，就是强调“要突出抓好冬季的安全生产，坚决扭转被动局面”。在这部分讲话中，蒋总强调了几项重点工作，我在这里和大家重新温习一下。一是要继续以反“三违”为重点，引导广大职工进一步树立“违章就是事故”的观念，深刻认识“三违”的严重危害，克服侥幸心理，自觉查找习惯性“三违”，狠抓各项制度和规程的落实，努力做到个人无违章，岗位无隐患。二是对调研检查中发现的问题，要深入分析原因，及时制定整改方案，明确责任人，限期整改落实。三是切实抓好重点环节和要害部位的安全管理，包括炼化检维修、装置开停工、以及动火、用电、高处和进入有限空间作业等。四是全面加强冬季交通安全，重点加强对外雇车辆、非生产用车、以及运送危险化学品车辆的管理，杜绝重大交通事故。蒋总的讲话我们已挂在公司网页上，我们要很好的学习、领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冬季安全生产对我们大庆炼化公司意义尤为重大，因为我们是我们国家最北方的炼化企业，严寒对炼油化工企业的安全平稳生产威胁最大，这方面的案例和事故教训有很多。12月5日凌晨，我公司二套argg空冷器由于冻凝发生泄漏着了一把火，由于发现及时，补救措施得当，才没有造成较大影响和重大损失。现在气温已进入严冬，对我们平稳生产要带来多大的影响啊。所以冬季的安全生产，对我们炼化公司来讲，尤为重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集团公司党组非常重视地区公司的安全生产。除专题召开冬季安全生产领导干部会议外，马上由党组成员亲自带队到各地区公司进行安全工作调研。12月1日，段总带队到我们公司进行的检查，并开大会对我们公司的安全生产现状进行了讲评。这次检查我们不是没有问题，给我们指出多少问题啊。上级领导对我们企业的冬季安全生产非常重视，不能不说下的决心非常大，在年底各项工作非常繁忙的情况下，由党组成员带队一个单位一个单位的检查，而且这次检查就是集中时间查两三个单位，每个党组成员就查那一两个单位，目的就要查深、查透、查实，我们应该能感受到上级领导对安全的重视和关心。但是就是在这样的情况下，安全形势依然严峻：12月11日，兰化公司助剂厂2万吨的顺酐装置常压冷凝水罐又爆炸了，刚才安全处已进行了通报。我们不能说兰化公司不重视安全工作，因为他们5月29日已经出了一次事故了，领导能不重视能不抓安全吗？那么为什么还要发生亡人事故，还不是个别人仍然在麻痹大意吗！仍然在掉以轻心吗！这是人家，回头说说我们自己，公司安全监督站12日、13日、14日连续三天，发现集体睡岗事件，刚才照片都给大家看了，看的时候有些人还在笑！我就不理解你们怎么能笑得出声，这是别人吗？这不是我们炼化公司的员工吗？12日，是炼油二厂主控室中二套argg的当班操作工在睡岗，除班长一个人清醒外，都在睡。13日，聚合物一厂硫铵车间班长带着全班一起睡岗，把脚都放到桌子上了。14日是腈纶厂回收装置，班长跟着睡，清醒的那个是谁，是我们的市场化用工人员，多么有讽刺意味。老职工大睡特睡，新职工不敢睡，这不正反映出我们的用工机制问题吗，新职工为什么不敢睡啊，他不困吗？因为他有半年的实习期，我们有明确规定，半年内发现违纪的，一概不得录用，所以他就不敢睡。这起集体睡岗事件使我感到很震惊，也很后怕。我是笑不出来，因为这些问题发生在我公司8月14日出现重大安全生产事故以后不到半年，在集团公司党组成员带队对我公司检查不到半个月。从他们睡觉的姿势看，决不是第一次睡觉，我们都倒过班，明知道睡觉是违纪的，决不敢大睡，打盹都胆战心惊，这种大睡特睡是第一次吗？非常熟练啊！另外我认为，绝对不是这三个车间，睡岗带有普遍性，这使我很震惊啊。我总觉得劳动纪律是我们炼化企业中常抓不懈的一件事，违纪现象会有的，但不可能发展到这种程度啊，不让人震惊吗。二套argg班长还有点责任心，他不敢睡，一个人在那盯着盘，而硫铵车间当班的班长带着睡，和回收车间当班的班长跟着大家一起睡，你不后怕吗？我们这么大的生产装置，交给这些人，你能放心？今天参加会议的都是我们各部门的主要负责人，你怎能笑出声？你还能把这些现象看成是正常？我是百思不得其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我刚才讲了，事故是我们公司建厂以来出现的最大一次事故，应该使我们警醒了，这个警种应该时刻在我们的头脑中鸣响啊！可为什么事故车间的当班人员还这样？今天参加会议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的都是领导干部，你们琢磨琢磨，为什么会这样？是别人的事故吗？另外，我们公司今年出了这么大的事故，按惯例，应该扣除我们员工奖金的，你是出现重大安全生产事故啊，上级今年给我们核定工资总额的时候，就给我们扣了400万工资指标，目的是让我们吸取这个教训。但公司领导考虑到我们绝大多数员工工作还是努力的，是付出辛勤劳动的，到现在为止，没有扣大家一分钱的奖金，包括二套argg车间，不但没扣钱，还努力做工作，增加大家的收入。今年，我们工资总额较__年增长17％，炼化企业平均是15％，我们拿到17％！我们的增涨幅度是炼化企业中上游的，还有什么不满意的？我们都要扪心自问，我们在拿奖金拿工资的时候，拍拍良心，与我们的付出相辅不相辅；我们在要求增加工资增加奖金的时候，你想一想，你有没有资格说这个话。如果谁不承认工资增加了奖金增加了，你拿工资单回去自己算算。17%的增涨幅度，我们公司领导一个都没有享受到，我们的奖金由总部发，不占工资总额，17%都涨给大家了。我们有些员工心态太差，我们每个人都应该有一颗感恩之心，你的所作所为，能不能对起大庆炼化这个衣食父母，没有炼化公司，你到哪就业啊！发生了这些事，我很上火，也想了很多，想来想去，问题还是出在我身上，我是认认真真地进行反思，一是虽然集团公司蒋总反反复复强调要抓好冬季的安全生产，并有了具体明确的指示要求，但是我在思想上，重视的程度就是不够。上级来检查，更多的是想如何应付过去，没有把抓好冬季安全生产落实在具体行动上，或者说落实的不够，这是思想认识不足的问题。二是我对我们公司员工队伍的现状认识不足，我们是大庆炼化公司，我们生活大庆地区，都是在铁人精神培育下成长起来的，在座的各位，你们的前辈都是铁人的战友，同事，铁人的精神在你们前辈身上都会得到体现，受家庭的传染，受地区文化的熏陶，我们大庆炼化公司的员工，应该能够很好的继承和发扬铁人精神。我来大庆炼化公司工作，我是虚心向铁人学习的，向大庆炼化公司的员工学习的，“三老四严”我们谁都能说出来，我是充分相信我们的员工，但事实情况怎么样呢，怎么查一个有问题再查一个还有问题呢，是个别现象吗？只能说明，我们虽然是铁人身边的人，我们虽然身在大庆地区，但我们把“铁人”的精神给忘了。三是我还太心慈手软，事故我们没进行处理，相信我们员工能吸取教训，能够认真履行自己的责任，强调人性化管理，就把制度扔了，所以就出现了“严格不起来，落实不下去”，这是大忌，再这样下去，队伍要散，谁能保证不再出事故，上班睡大觉，谁能保证安全没事。问题在我这，我不埋怨大家，从现在开始我们严肃起来，认真起来，从我做起，扎扎实实地，一步一个脚印地把蒋总的四点要求落实好，落实在我们的行动上。从现在开始到三月末，利用100天的时间，开展一个冬季安全生产百日会战，强化管理，加大安全生产的检查和处罚的力度。这个活动我们公司也不作宣传，也没有方案，就是要踏踏实实做点事，把工作具体化，细致化，为此我提几点要求。</w:t>
      </w:r>
      <w:r>
        <w:rPr>
          <w:lang w:eastAsia="zh-CN"/>
        </w:rPr>
        <w:br/>
      </w:r>
      <w:r>
        <w:rPr>
          <w:lang w:eastAsia="zh-CN"/>
        </w:rPr>
        <w:t xml:space="preserve">    安全生产的优秀演讲稿范文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各位领导，同志们：</w:t>
      </w:r>
      <w:r>
        <w:rPr>
          <w:lang w:eastAsia="zh-CN"/>
        </w:rPr>
        <w:br/>
      </w:r>
      <w:r>
        <w:rPr>
          <w:lang w:eastAsia="zh-CN"/>
        </w:rPr>
        <w:t>　　“安全”这个词，在我儿时便印象深刻。父亲是一名电力工人，在他们单位门口，立着一个大牌子，上面画着一位妇女拉着孩子向前方挥手致意，并有一句话：“妻儿盼你平安归来”。</w:t>
      </w:r>
      <w:r>
        <w:rPr>
          <w:lang w:eastAsia="zh-CN"/>
        </w:rPr>
        <w:br/>
      </w:r>
      <w:r>
        <w:rPr>
          <w:lang w:eastAsia="zh-CN"/>
        </w:rPr>
        <w:t>　　父亲说，每次出班前，他们都不由得要看一眼。这一看便是几十年过去了，他和他的同事由此受到警示，从未发生过任何事故。因为对妻儿沉甸甸的责任是他们对“安全”二字最朴实的诠释。</w:t>
      </w:r>
      <w:r>
        <w:rPr>
          <w:lang w:eastAsia="zh-CN"/>
        </w:rPr>
        <w:br/>
      </w:r>
      <w:r>
        <w:rPr>
          <w:lang w:eastAsia="zh-CN"/>
        </w:rPr>
        <w:t>　　参加工作以来，每次收看有关安全生产录像片或听取兄弟单位的事故通报，心里便久久不能平静，深深感到，放松安全管理，不严格执行规章制度，业务素质差，监护不到位，宝贵的生命就会在自己或他人的疏忽中失去，不能不令人痛心。可痛定思痛，也给人们以警示，保证安全要从我做起，从点点滴滴细节做起。</w:t>
      </w:r>
      <w:r>
        <w:rPr>
          <w:lang w:eastAsia="zh-CN"/>
        </w:rPr>
        <w:br/>
      </w:r>
      <w:r>
        <w:rPr>
          <w:lang w:eastAsia="zh-CN"/>
        </w:rPr>
        <w:t>　　作为一名电力工人，首先必须接受正规的安全培训，掌握必要的专业技术知识，提高业务素质，多看、细问、勤学习，不懂不会不轻易动设备，在实践中努力掌握技术才能上岗操作。其次，要严格执行各项规章制度，把《安规》、“两票”、“三制”作为一切工作的依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第三，要有高度的责任心，明确自己的责任，增强安全意识，做到“三不伤害”，严把安全关，坚决杜绝和严厉制止违章操作，也要拒绝执行违章命令，积极消除隐患，把事故苗头消灭在萌芽状态。第四，掌握用户的用电规律及气候环境变化对送电的影响，及时采取相应的安全措施。总之，“以不变的高素质应对万变的事故”。</w:t>
      </w:r>
      <w:r>
        <w:rPr>
          <w:lang w:eastAsia="zh-CN"/>
        </w:rPr>
        <w:br/>
      </w:r>
      <w:r>
        <w:rPr>
          <w:lang w:eastAsia="zh-CN"/>
        </w:rPr>
        <w:t>　　只要我们每个职工真正做到从我做起，始终把安全放在第一位，把安全时刻装在心中，才能保证不出事故。不要忘了，家人盼你平安归来。</w:t>
      </w:r>
      <w:r>
        <w:rPr>
          <w:lang w:eastAsia="zh-CN"/>
        </w:rPr>
        <w:br/>
      </w:r>
      <w:r>
        <w:rPr>
          <w:lang w:eastAsia="zh-CN"/>
        </w:rPr>
        <w:t xml:space="preserve">    安全生产的优秀演讲稿范文 篇10 </w:t>
      </w:r>
      <w:r>
        <w:rPr>
          <w:lang w:eastAsia="zh-CN"/>
        </w:rPr>
        <w:br/>
      </w:r>
      <w:r>
        <w:rPr>
          <w:lang w:eastAsia="zh-CN"/>
        </w:rPr>
        <w:t>　　尊敬的各位领导、各位评委：</w:t>
      </w:r>
      <w:r>
        <w:rPr>
          <w:lang w:eastAsia="zh-CN"/>
        </w:rPr>
        <w:br/>
      </w:r>
      <w:r>
        <w:rPr>
          <w:lang w:eastAsia="zh-CN"/>
        </w:rPr>
        <w:t>　　大家好！</w:t>
      </w:r>
      <w:r>
        <w:rPr>
          <w:lang w:eastAsia="zh-CN"/>
        </w:rPr>
        <w:br/>
      </w:r>
      <w:r>
        <w:rPr>
          <w:lang w:eastAsia="zh-CN"/>
        </w:rPr>
        <w:t>　　生命是完美的，更是幸福的，但前提是必须有安全的呵护。没有安全，生命得不到保障，幸福又在哪里呢？我们需要职责，我们选择安全！</w:t>
      </w:r>
      <w:r>
        <w:rPr>
          <w:lang w:eastAsia="zh-CN"/>
        </w:rPr>
        <w:br/>
      </w:r>
      <w:r>
        <w:rPr>
          <w:lang w:eastAsia="zh-CN"/>
        </w:rPr>
        <w:t>　　今日我演讲的题目是：安全与职责。</w:t>
      </w:r>
      <w:r>
        <w:rPr>
          <w:lang w:eastAsia="zh-CN"/>
        </w:rPr>
        <w:br/>
      </w:r>
      <w:r>
        <w:rPr>
          <w:lang w:eastAsia="zh-CN"/>
        </w:rPr>
        <w:t>　　安全是个永恒的话题，安全是什么？对于我们来讲，安全就是立足本职，尽忠尽责。职责是什么？职责是一种使命、一种义务、更是一种力量。在隐患危及安全的关键时刻，它激励我们在危难面前挺身而出，用行动去阻止事故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关注安全，关爱生命，要从我们工友们的日常生活和日常工作中的点点滴滴做起，无论我们在干着什么，心中都要时刻想着安全，心中都要时刻注意着安全，任何时候都要遵章守纪，按章作业，牢记安全第一，真正做到不伤害自我，不伤害他人，不被他人伤害。仅有把安全“印”在心中，加强我们的安全职责。把安全生产工作切实落到实处，从身边的小事抓起，把一切隐患消灭在萌芽状态。每出一个事故，都能总结一二三条教训，日积月累，就成了我们的规章。换一种说法，血的教训换来了我们的规章制度，我们靠规章制度来保证我们的安全。</w:t>
      </w:r>
      <w:r>
        <w:rPr>
          <w:lang w:eastAsia="zh-CN"/>
        </w:rPr>
        <w:br/>
      </w:r>
      <w:r>
        <w:rPr>
          <w:lang w:eastAsia="zh-CN"/>
        </w:rPr>
        <w:t>　　企业有着很完善的安规制度，我们不缺少各类管理制度，缺少的是精益求精的执行者，安全才有保障。安全不仅仅是制度，它更需要我们每一个人强化安全意识，增强职责心。</w:t>
      </w:r>
      <w:r>
        <w:rPr>
          <w:lang w:eastAsia="zh-CN"/>
        </w:rPr>
        <w:br/>
      </w:r>
      <w:r>
        <w:rPr>
          <w:lang w:eastAsia="zh-CN"/>
        </w:rPr>
        <w:t>　　职责心是做好安全工作的前提。有一句话说得好，“在本位，尽本分”，这应当是每个人对自我工作最基本的要求。要想把安全工作做好，提高职责心是至关重要的，职责心是工作无差错的重要保证。如果一个人没有了职责心，那么再安全的岗位也会出现险情。拥有强烈的职责心，再大的安全隐患也能够处理。如果职责心差，那么很小的问题也可能酿成大祸。无差错是我们工作的重中之重。</w:t>
      </w:r>
      <w:r>
        <w:rPr>
          <w:lang w:eastAsia="zh-CN"/>
        </w:rPr>
        <w:br/>
      </w:r>
      <w:r>
        <w:rPr>
          <w:lang w:eastAsia="zh-CN"/>
        </w:rPr>
        <w:t>　　安全工作是一项复杂的系统工程，需要全员动手，综合治理，常抓不懈，只要我们真正把安全装在我们心中，强化安全意识，增强安全职责心，安全生产才不受威胁，安全才有保障，生命才会美丽。</w:t>
      </w:r>
      <w:r>
        <w:rPr>
          <w:lang w:eastAsia="zh-CN"/>
        </w:rPr>
        <w:br/>
      </w:r>
      <w:r>
        <w:rPr>
          <w:lang w:eastAsia="zh-CN"/>
        </w:rPr>
        <w:t>　　有了对安全的职责心，就有了做好工作的动力，做起工作来就会进取、主动、用心。没有对安全的职责，就不敢承担职责，必然造成工作上敷衍了事、庸碌无为，麻痹大意。由此可见，工作有难易之分，本事有高低之别，但关键的还是职责心。无论做什么事情，都要记住自我的职责，无论在什么样的工作岗位，都要对自我的工作负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职责是安全生产赖以生存的源源动力；因为有职责，我们才足以从微小的细节中发现事故的隐患；因为有职责，我们才能够从不断变换的安全问题上积累提高的经验。安全生产需要我们的职责，安全生产更加依靠我们的职责。</w:t>
      </w:r>
      <w:r>
        <w:rPr>
          <w:lang w:eastAsia="zh-CN"/>
        </w:rPr>
        <w:br/>
      </w:r>
      <w:r>
        <w:rPr>
          <w:lang w:eastAsia="zh-CN"/>
        </w:rPr>
        <w:t>　　我们需要职责，我们选择安全！前车之鉴，后事之师。</w:t>
      </w:r>
      <w:r>
        <w:rPr>
          <w:lang w:eastAsia="zh-CN"/>
        </w:rPr>
        <w:br/>
      </w:r>
      <w:r>
        <w:rPr>
          <w:lang w:eastAsia="zh-CN"/>
        </w:rPr>
        <w:t>　　在安全问题上，我们必须警钟长鸣，肩负起职责使命。在生活中，安全是把双刃剑，你遵守它的规则，他就会保护你，违背它的规则，你就会付出血的代价。安全生产是我们工作的基石，更是我们生活的保障。许多时候，像“安全生产、预防为主”等不少警句我们往往耳熟能详，但我们需要的并不仅仅是口号和形式，更重要的是把慎密的思想落实到严谨的行为中，谨于思、慎于行，才是我们做好安全工作的根本。</w:t>
      </w:r>
      <w:r>
        <w:rPr>
          <w:lang w:eastAsia="zh-CN"/>
        </w:rPr>
        <w:br/>
      </w:r>
      <w:r>
        <w:rPr>
          <w:lang w:eastAsia="zh-CN"/>
        </w:rPr>
        <w:t>　　安全是春天里的花朵，美丽但需要呵护；安全是生活中的一抹抹阳光，明媚而温暖。</w:t>
      </w:r>
      <w:r>
        <w:rPr>
          <w:lang w:eastAsia="zh-CN"/>
        </w:rPr>
        <w:br/>
      </w:r>
      <w:r>
        <w:rPr>
          <w:lang w:eastAsia="zh-CN"/>
        </w:rPr>
        <w:t>　　“安全第一、警钟长鸣”，仅有抓住安全，我们的企业才能蒸蒸日上，兴旺发达；仅有守着安全，我们的千种累，万种苦，才能结出美丽的硕果。</w:t>
      </w:r>
      <w:r>
        <w:rPr>
          <w:lang w:eastAsia="zh-CN"/>
        </w:rPr>
        <w:br/>
      </w:r>
      <w:r>
        <w:rPr>
          <w:lang w:eastAsia="zh-CN"/>
        </w:rPr>
        <w:t>　　让我们共同努力，践行职责，保障安全。安全职责永远在我心中！</w:t>
      </w:r>
      <w:r>
        <w:rPr>
          <w:lang w:eastAsia="zh-CN"/>
        </w:rPr>
        <w:br/>
      </w:r>
      <w:r>
        <w:rPr>
          <w:lang w:eastAsia="zh-CN"/>
        </w:rPr>
        <w:t>　　谢谢大家！</w:t>
      </w:r>
      <w:r>
        <w:rPr>
          <w:lang w:eastAsia="zh-CN"/>
        </w:rPr>
        <w:br/>
      </w:r>
      <w:r>
        <w:rPr>
          <w:lang w:eastAsia="zh-CN"/>
        </w:rPr>
        <w:t xml:space="preserve">    安全生产的优秀演讲稿范文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六月是全国上下轰轰烈烈学习安全的主题月，人人参与，共同学习安全知识。我们每个人的一生，从学着走路的那一瞬间，“注意安全”这一字眼就会一直萦绕在耳边，我们的脑海和内心就深深地种下了“安全”的种子，根深蒂固地伴随着我们的生活。</w:t>
      </w:r>
      <w:r>
        <w:rPr>
          <w:lang w:eastAsia="zh-CN"/>
        </w:rPr>
        <w:br/>
      </w:r>
      <w:r>
        <w:rPr>
          <w:lang w:eastAsia="zh-CN"/>
        </w:rPr>
        <w:t>　　我们都是处在一线的工作人员，在铁路两边都写着安全标语，它们时时刻刻警醒着我们要注意安全，这一条条引人注目的安全标语为我们提供了安全信号，让我们大家要自觉遵守，珍惜自己的生命。</w:t>
      </w:r>
      <w:r>
        <w:rPr>
          <w:lang w:eastAsia="zh-CN"/>
        </w:rPr>
        <w:br/>
      </w:r>
      <w:r>
        <w:rPr>
          <w:lang w:eastAsia="zh-CN"/>
        </w:rPr>
        <w:t>　　安全系于责任，责任重于泰山。失去了责任，随之而来的就是哭声、是血泪，是家庭的破碎，是企业的泥潭，是社会无法承受之重。责任多一分，隐患少十分。让我们一起，担起责任，守护健康，呵护生命，在我们项目部墙面上挂着我们每一个工作岗位的工作职责，这些工作职责不仅仅是让我们按要求完成每一项任务，更重要的是要求我们按照项目部的规章制度安全作业，避免损失。上工地，着工装，带安全帽，做好安全防护，虽然都是些简单的事情，但是却为我们的安全提供了极大地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安全责任，重在落实。这八个字，除了带给我沉甸甸的感觉之外，再无其它。纵观历往，因为这样或那样的原因导致的安全事故，事后分析原因、总结经验、取得教训，大多都是因为人的安全意识未到位、物的隐患未消除等系列问题所致。事故发生的原因不管是什么，但都不是大家所愿的。既然发现问题，就要想办法解决问题，而不是放任问题而不顾，一味地追究责任，急于惩处责任人。对于已经存在的事实，我们不能推诿卸责，相反地，应该理性面对，有所担当，敢于担负责任；遇到问题迎难而上解决问题，尽可能的将伤害减至最小范围内，尽最大努力将伤害和损失减至最小范围内。</w:t>
      </w:r>
      <w:r>
        <w:rPr>
          <w:lang w:eastAsia="zh-CN"/>
        </w:rPr>
        <w:br/>
      </w:r>
      <w:r>
        <w:rPr>
          <w:lang w:eastAsia="zh-CN"/>
        </w:rPr>
        <w:t>　　无危则安，无损则全。安全就是人们生产和生存的基础，安全使生命得到保障，身体免于伤害，财产免于损失。安全生产是企业管理的重点，是企业发展的根本保障，安全就是效益，总之，一切事故都可以预防，只要我们有强烈的安全意识，自觉地遵守各项规章制度，强化责任落实，对自己的安全责任做到心中有数，实时掌控，那么安全就一定有保证。</w:t>
      </w:r>
      <w:r>
        <w:rPr>
          <w:lang w:eastAsia="zh-CN"/>
        </w:rPr>
        <w:br/>
      </w:r>
      <w:r>
        <w:rPr>
          <w:lang w:eastAsia="zh-CN"/>
        </w:rPr>
        <w:t xml:space="preserve">    安全生产的优秀演讲稿范文 篇12 </w:t>
      </w:r>
      <w:r>
        <w:rPr>
          <w:lang w:eastAsia="zh-CN"/>
        </w:rPr>
        <w:br/>
      </w:r>
      <w:r>
        <w:rPr>
          <w:lang w:eastAsia="zh-CN"/>
        </w:rPr>
        <w:t>　　各位领导、同志们：大家好!今天我演讲的题目是《安全与幸福相伴》。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在演讲之前，请同志们先听一下发生在我童年的一个真实的故事：上小学四年级时，我对电产生了无限的好奇。一个星期天的上午，我瞒着家人和一个小伙伴想偷偷地改装家中的电灯线路，但当时的我们还不知道改装线路前应该先把闸刀拉下来切断电源，只好利用停电的机会冒险进行。当我用小刀把电线的绝缘层割破正要连接导线时，我的伙伴一下子把我拽了回来，一抬头我才发现头顶的灯泡亮了;当时我的心嘣嘣地跳着，好险啊，幸亏他发现的及时，才使我免受了一次被电击倒的危险，这件事后来被家人狠狠地训斥了一顿，但当时的我还未意识到什么是真正的冒险。参加工作以后，亲眼见过因违章操作而被电死的人和旁边哭得死去活来的亲属时，我才真正意识到，违章冒险就是在拿自己的生命开玩笑。现在那刻骨铭心的一刻还深深地印在我的脑海中，如今我的一生都在感谢那位曾救过我一命的小伙伴，感谢他在关键时刻拽了我一把，那一把把我从死神的边缘拉了回来，也把我从无知幼稚的冒险中拉了出来。从此，不管干什么事，我都首先考虑安全。因为安全不是一句空洞的口号，而是关系一个人的生与死，一个家庭的圆满与残破，关系到一个社会的温馨与悲切的大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从我童年时的那次冒险可以看出，事故的发生是因为人的不安全行为和物的不安全状态同时存在且通过加害物体导致的，如果把人的不安全行为称为违章，把物的不安全状态称为隐患，那么违章一旦遇到隐患，必然会导致事故的发生，但如果消除事故链中的任何一个因素，就能防止事故的发生。美国的海因里希统计分析55万起事故结果表明，每发生一起重大事故前，平均发生过29起轻伤和300起无伤害事故，这就表明造成人身伤害事故之前，有多起轻伤和未遂事故是最普遍的，因此预防事故的着眼点不是伤害事故，更不是死亡事故，而是无伤害事故，即事故前兆。只有尽早尽多地发现事故前兆，并加以控制，未雨绸缪，防患于未然，才能最大限度地减少事故的发生。当然，企业用于安全和劳动保护方面的投资，多数不能取得立竿见影的效果，但安全不存在亡羊补牢之说，更不存在幸运之论。同志们，讲安全没有过头，因为一个小小的隐患常常就是成千上万元的损失;讲安全也没有终点，因为一次小小的违章操作就会导致一个血淋淋的事故。在我们中国有一个非常吉祥也非常诱人的成语叫做五福临门，到底什么是五福呢?第一福是长寿，第二福是富贵，第三福是康宁，第四福是好德，第五福是善终。这五福加起来呀，就是我们每个老百姓心中永远向往的最美好境界。然而这一切都是由生命的安全作为载体的。四分场的一个电工师傅在退休前爱惜地抚摸着用了近十年的安全带说：这根安全带呀很结实，它的一头系着我，另一头系着一个幸福的家。所以安全是一个永恒的话题，谁看重它，幸福就会与谁相伴;谁鄙视它，谁就会跌进痛苦的深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我们厂曾经编写过一部叫做《伤亡事故警示录》的小册子，虽然只有薄薄的一小本，却记载了__厂历史上所有的重大伤亡事故。时间从建场初期因条件简陋中暑死亡到现在因电击致死，死亡事故的性质从自然雷击到违章操作，死亡的人员从临近退休的老人到风华正茂的青年，这本小册子是__厂建场四十多年来，人与自然艰苦抗争的一部血泪史。厂现在所使用的几十种安全管理制度，如《__厂防雷电安全管理制度》、《安全例会制度》、《特工种管理制度》等就是从以前这些血淋淋的事故中凝炼出来的。过去人们的鲜血都已经流了，今天的我们还有什么理由不去好好地珍惜呢?有一句话说得好：既然你想幸福地活着，就没有理由漠视安全。创千日安全生产不易，造长久万家灯火更难。为了创造一个和谐安全的工作环境，厂坚持用系统的思路、创新的观点来对待安全工作，努力在企业内塑造安全文化。从去年开始，发动了安全生产正计时活动，提出了安全生产是条射线，只有起点没有终点的口号，把别人的事故当成自己的教训，把过去的事故当成现在的隐患，构筑了全员、全方位的安全思想防线。截止今天，我们厂己经实现安全生产511天，保持了长期安全生产的最好记录。</w:t>
      </w:r>
      <w:r>
        <w:rPr>
          <w:lang w:eastAsia="zh-CN"/>
        </w:rPr>
        <w:br/>
      </w:r>
      <w:r>
        <w:rPr>
          <w:lang w:eastAsia="zh-CN"/>
        </w:rPr>
        <w:t>　　今年春天以来，在我们国家流行的非典型性肺炎给我们带来了不少恐慌，SARS病毒是隐蔽的，我们用肉眼看不见它，但它的对手&amp;&amp;我们却是光明的，我们所组成的是一个曾经遭受过多次温疫灾难的民族，是一个产生过张仲景和华佗的民族，是一个从千百万个汉字中提炼出万众一心，众志成城的民族。如今的非典再也不像以前那么肆虐了。安全事故也像SARS病毒一样，我们无法判断它发生的准确地点和时刻，而且很多伤亡事故从发生到结束的速度很快，人们不可能在很短的时间内作出反应，但这并不是说事故是不能预防的，因为我们的国家有对人民的安危时时感到揪心的新一代领导集体，有去年刚刚颁布的《安全生产法》，有千千万万个向往平安和幸福的人民，我们的国家正在一天天变得富足和安宁。</w:t>
      </w:r>
      <w:r>
        <w:rPr>
          <w:lang w:eastAsia="zh-CN"/>
        </w:rPr>
        <w:br/>
      </w:r>
      <w:r>
        <w:rPr>
          <w:lang w:eastAsia="zh-CN"/>
        </w:rPr>
        <w:t>　　同志们，朋友们，从泰坦尼克号沉船到印度博帕尔农药厂泄毒，从大兴安岭火灾到海军361号潜艇失事，安全无时无刻不在影响着人们。虽然这次安全生产月活动只有短短30天的时间，但安全在我们的意识中永远不能松懈，让我们把增强安全意识看成一种信仰，看成一次圣洁的精神洗礼，看成一次艰苦的思想修炼。</w:t>
      </w:r>
      <w:r>
        <w:rPr>
          <w:lang w:eastAsia="zh-CN"/>
        </w:rPr>
        <w:br/>
      </w:r>
      <w:r>
        <w:rPr>
          <w:lang w:eastAsia="zh-CN"/>
        </w:rPr>
        <w:t>　　在我的演讲即将结束的时候，我衷心地祝愿在座的各位都能够健康、平安、幸福!</w:t>
      </w:r>
      <w:r>
        <w:rPr>
          <w:lang w:eastAsia="zh-CN"/>
        </w:rPr>
        <w:br/>
      </w:r>
      <w:r>
        <w:rPr>
          <w:lang w:eastAsia="zh-CN"/>
        </w:rPr>
        <w:t xml:space="preserve">    安全生产的优秀演讲稿范文 篇13 </w:t>
      </w:r>
      <w:r>
        <w:rPr>
          <w:lang w:eastAsia="zh-CN"/>
        </w:rPr>
        <w:br/>
      </w:r>
      <w:r>
        <w:rPr>
          <w:lang w:eastAsia="zh-CN"/>
        </w:rPr>
        <w:t>　　同志们：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今年六月是全国第__个“安全生产月”。这个主题的确定，充分体现了党和政府对人民生命财产安全的高度重视，旨在通过活动的开展，动员全社会广泛参与和积极监督安全生产工作，营造遵章守法、关注安全、关爱生命的良好氛围。</w:t>
      </w:r>
      <w:r>
        <w:rPr>
          <w:lang w:eastAsia="zh-CN"/>
        </w:rPr>
        <w:br/>
      </w:r>
      <w:r>
        <w:rPr>
          <w:lang w:eastAsia="zh-CN"/>
        </w:rPr>
        <w:t>　　多年来，市委、市政府高度重视安全生产工作，通过落实党政领导责任、健全规章制度、创新管理机制，我市安全生产总体形势持续保持稳定。但从当前形势看，我市安全生产基础仍较薄弱，在一些行业、领域还存在安全隐患，各类事故时有发生。因此，深入开展群众性、社会性的安全生产宣传活动，对于坚持安全第一、预防为主、综合治理的方针，增强全社会安全生产法制观念，巩固全市安全生产的良好局面，促进全市经济社会平稳较快发展具有重要的意义。</w:t>
      </w:r>
      <w:r>
        <w:rPr>
          <w:lang w:eastAsia="zh-CN"/>
        </w:rPr>
        <w:br/>
      </w:r>
      <w:r>
        <w:rPr>
          <w:lang w:eastAsia="zh-CN"/>
        </w:rPr>
        <w:t>　　开展“安全生产月”活动，可以普及安全知识，提高安全防范意识，提升安全防范能力，防止和减少各类安全事故发生，遏制事故多发势头。因此，各单位、各部门要紧紧围绕“加强安全法治、保障安全生产”这一主题，以深入开展新《安全生产法》学习宣传为主线，深入开展好“安全生产月”活动，积极营造安全生产的良好氛围。全市广大人民群众要积极参与到活动中来，从现在做起，从自身做起，从本职岗位做起，依法守纪，不违章操作，不冒险蛮干，掌握安全知识和常识，提高自我防护能力，做到不伤害自己、不伤害他人、不被他人伤害。</w:t>
      </w:r>
      <w:r>
        <w:rPr>
          <w:lang w:eastAsia="zh-CN"/>
        </w:rPr>
        <w:br/>
      </w:r>
    </w:p>
    <w:p w:rsidR="001B1F19" w14:textId="27C3F48A">
      <w:pPr>
        <w:rPr>
          <w:rFonts w:hint="eastAsia"/>
          <w:lang w:eastAsia="zh-CN"/>
        </w:rPr>
      </w:pPr>
      <w:r>
        <w:rPr>
          <w:lang w:eastAsia="zh-CN"/>
        </w:rPr>
        <w:t>　　各级各部门要坚持“管行业必须管安全，管业务必须管安全，管生产经营必须管安全”的原则，切实将“安全生产月”同安全生产隐患大排查大整治“百日攻坚”专项行动、安全生产“打非治违”等工作结合起来，使“安全生产月”成为安全生产工作的“落实月”。生产经营单位是安全生产的责任主体，要结合实际，开展形式多样的安全生产宣传教育和安全知识的普及活动，增强职工参与安全管理的主动性和积极性。新闻媒体要充分发挥宣传和监督作用，集中开展安全生产宣传报道，唱响“安全发展”主旋律。要普及安全文化理念，强化人们的安全观念，提高人们的安全意识，规范人们的安全行为，倡导安全生活方式。</w:t>
      </w:r>
      <w:r>
        <w:rPr>
          <w:lang w:eastAsia="zh-CN"/>
        </w:rPr>
        <w:br/>
      </w:r>
      <w:r>
        <w:rPr>
          <w:lang w:eastAsia="zh-CN"/>
        </w:rPr>
        <w:t>　　同志们，安全生产关系千家万户，安全生产责任重于泰山。市委、市政府号召全市各级干部及广大人民群众，积极投身到安全生产月宣传活动中来，进一步统一思想，提高认识，尽职尽责，扎实工作，为促进全市经济社会健康发展创造一个安全、有序、和谐的生产生活环境。</w:t>
      </w:r>
      <w:r>
        <w:rPr>
          <w:lang w:eastAsia="zh-CN"/>
        </w:rPr>
        <w:br/>
      </w:r>
      <w:r>
        <w:rPr>
          <w:lang w:eastAsia="zh-CN"/>
        </w:rPr>
        <w:t>　　最后，祝全市人民身体健康，家庭幸福，工作顺利，万事如意。</w:t>
      </w:r>
      <w:r>
        <w:rPr>
          <w:lang w:eastAsia="zh-CN"/>
        </w:rPr>
        <w:br/>
      </w:r>
      <w:r>
        <w:rPr>
          <w:lang w:eastAsia="zh-CN"/>
        </w:rPr>
        <w:t xml:space="preserve">    安全生产的优秀演讲稿范文 篇14 </w:t>
      </w:r>
      <w:r>
        <w:rPr>
          <w:lang w:eastAsia="zh-CN"/>
        </w:rPr>
        <w:br/>
      </w:r>
      <w:r>
        <w:rPr>
          <w:lang w:eastAsia="zh-CN"/>
        </w:rPr>
        <w:t>　　尊敬的各位，亲爱的同事们：</w:t>
      </w:r>
      <w:r>
        <w:rPr>
          <w:lang w:eastAsia="zh-CN"/>
        </w:rPr>
        <w:br/>
      </w:r>
      <w:r>
        <w:rPr>
          <w:lang w:eastAsia="zh-CN"/>
        </w:rPr>
        <w:t>　　大家，下午好！</w:t>
      </w:r>
      <w:r>
        <w:rPr>
          <w:lang w:eastAsia="zh-CN"/>
        </w:rPr>
        <w:br/>
      </w:r>
      <w:r>
        <w:rPr>
          <w:lang w:eastAsia="zh-CN"/>
        </w:rPr>
        <w:t>　　我演讲的题目是《防微杜渐，保安全》。</w:t>
      </w:r>
      <w:r>
        <w:rPr>
          <w:lang w:eastAsia="zh-CN"/>
        </w:rPr>
        <w:br/>
      </w:r>
      <w:r>
        <w:rPr>
          <w:lang w:eastAsia="zh-CN"/>
        </w:rPr>
        <w:t>　　众所周之，每一起事故的发生，不仅带来了一定的财产损失，更是给我们的身体健康甚至生命也带来了极大的威胁。“安全生产”绝对不是一句简单的警语，安全生产的本质是珍惜生命，关爱生命，是社会文明的进步。安全是和谐企业的需要，是对和谐社会的贡献。</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https://d.book118.com/085201243243011102</w:t>
        </w:r>
      </w:hyperlink>
    </w:p>
    <w:p w:rsidR="001B1F19">
      <w:pPr>
        <w:rPr>
          <w:rFonts w:hint="eastAsia"/>
          <w:lang w:eastAsia="zh-CN"/>
        </w:rPr>
      </w:pPr>
    </w:p>
    <w:sectPr>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85201243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