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爱读书的演讲稿范文（35篇）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爱读书的演讲稿范文（通用35篇）</w:t>
      </w:r>
      <w:r>
        <w:rPr>
          <w:lang w:eastAsia="zh-CN"/>
        </w:rPr>
        <w:br/>
      </w:r>
      <w:r>
        <w:rPr>
          <w:lang w:eastAsia="zh-CN"/>
        </w:rPr>
        <w:t xml:space="preserve">    爱读书的演讲稿范文 篇1 </w:t>
      </w:r>
      <w:r>
        <w:rPr>
          <w:lang w:eastAsia="zh-CN"/>
        </w:rPr>
        <w:br/>
      </w:r>
      <w:r>
        <w:rPr>
          <w:lang w:eastAsia="zh-CN"/>
        </w:rPr>
        <w:t>　　尊敬的各位老师:大家好.</w:t>
      </w:r>
      <w:r>
        <w:rPr>
          <w:lang w:eastAsia="zh-CN"/>
        </w:rPr>
        <w:br/>
      </w:r>
      <w:r>
        <w:rPr>
          <w:lang w:eastAsia="zh-CN"/>
        </w:rPr>
        <w:t>　　今天我演讲的题目是《国学之孝》。首先我来解释一下什么叫国学，国学，一国所固有之学术也。国学和文学数学的意思不同，并非是国家之学或者治国之学。国学之名，始之清末。当时欧美学术进入中国，号为新学、西学等，与之相对，人们便把中国固有的学问统称为旧学、中学或国学等。对于几乎每个人都能说上Hello，Goodbye等简单英文的今天，我们来发掘一下国学的魅力所在，国学的魅力在于对我们的一言一行都有正确的指引，今天我们对于行孝在国学中寻找一下答案，而国学中重点之一就是孝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自古就有小孝治家，中孝治企，大孝治国之说法，我国古代选拔官吏的手段很多，除了我们知道的门第和科举制度以外，还有一种手段就是举孝廉，所谓孝廉就是讲孝道，且廉洁之人，这是古人看中的品质，认为这样的人才能做好官，百善孝为先，孝是中华民族的传统美德，也是做人的基本准则。凡事都可从小事做起，最重要的是要有一颗孝心。东汉的黄香9岁时，母亲去世，他对父亲格外孝敬，夏天他将床枕扇凉，冬天用身体把被褥温暖后，才让父亲安睡，看看我们今天，能做到者有几人，别说温床，就连铺床都很难做得到，甚至把父母当成了不花钱的俑人，来给你铺床，一个美丽的借口就是我忙呀，没时间。孔子曰：孝悌也者，其为仁之本欤。就我们中华民族今天而言依然重视孝道，我们国家把清明节列为法定节假日之一，就是我了让我们能够有时间，回家扫墓，祭奠祖先，有一首歌曲唱出了心声，没有天，哪有地，没有地哪有家，没有家，哪有你，没有你，哪有我，没有我们的父母，我们根本就不存在，哪能有今天的成就。然恰恰是我们一些中华儿女，津津乐道的过着圣诞节，平安夜，情人节，甚至愚人节，居然不知道母亲节、父亲节、清明节是哪一天，悲哀呀!</w:t>
      </w:r>
      <w:r>
        <w:rPr>
          <w:lang w:eastAsia="zh-CN"/>
        </w:rPr>
        <w:br/>
      </w:r>
      <w:r>
        <w:rPr>
          <w:lang w:eastAsia="zh-CN"/>
        </w:rPr>
        <w:t>　　春秋著名刺客之一专诸也是同样以孝闻名，一次，专诸与一大汉厮打，众人力劝不止，其母一唤，他便束手而回。在刺杀王缭之前，公子光问其有何牵挂，专诸答曰：上有老母在堂，不能以身报答。恰恰我们今天在五十六个民族以外，又多了一个啃老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世界首富比尔&amp;盖茨有一次在飞机上接受意大利《机会》杂志记者采访，在回答最不能等待的事情是什么时说：Theworldcannotwaitforthingsthanmosthonortheirparents(天下最不能等待的事情莫过于孝敬父母!)，看来对于行孝，不仅我们国家重视，外国人一样重视，作为一个世界成功的商人，回答不能等待的事情，不是时间，也不是赚钱，更不是机会，而是行孝，这不得不让我们深思，在我们的论语中也明确指出我应该如何的为人处世弟子入则孝，出则悌，谨而信，范爱众，而亲仁，行有余力，则以学文，同样把行孝放在了首位，学习文化知识放在了最后，在我们今天有多少人把行孝放在了第一位，有时间打麻将，没有时间给父母捶背，有时间卡拉ok，没有时间陪父母聊天，有时间在网上QQ，没时间给父母打个电话问候一声。</w:t>
      </w:r>
      <w:r>
        <w:rPr>
          <w:lang w:eastAsia="zh-CN"/>
        </w:rPr>
        <w:br/>
      </w:r>
      <w:r>
        <w:rPr>
          <w:lang w:eastAsia="zh-CN"/>
        </w:rPr>
        <w:t>　　下边是一段父亲的话，我们都老了，不再是原来的我们，请你们做儿女的理解我们，对我们要有一点耐心，不要嫌我们终日唠唠叨叨，前沿不搭后语，其实还不都是为你们好，常言道：不听老人言，吃亏在眼前。当我们吃饭漏嘴的时候，把饭菜留在衣服上时，千万不要责怪我们，请你想一想，当初是如何我们把着手给你们喂饭的;当我们大小便失禁的时候，弄脏了衣服，不要埋怨我们迟钝，请你们想一想，你们小的时候，我们是如何为你们擦屎擦尿的;当我们说话忘了主题，请给我们一点回想的时间，让我们想一想再说，其实谈什么并不重要，只要有你们在旁边听我们说下去，我们就心满意足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在上面一段话我们有什么感受，老人需要的是什么，老人渴望的是什么，老人需要的是我们的理解，渴望是我们能多陪陪他们，孝是我们中华民族的传统，如何孝，怎么孝，也是值得我们深思的问题，有人会说养老就是就是多给父母一些钱，所谓的行孝就是养老，父母真的需要很多钱吗，今之孝者，是谓能养。至于犬马，皆能有养。不敬，何以别乎?要做到孝首先做到敬，如果离开了敬，孝也就成了空谈，孝敬并不一定是物质和金钱不可，在力所能及的范围内，时常牵挂着父母，饭后给父母端杯热茶;阳光灿烂的日子，陪父母出去散散心和邻居聊聊天，等我们结了婚，生了孩子，带回家常让父母看看，老人就很开心了。对于老人不但要孝敬，而且还要及时，从比尔盖茨的回答中我们不难看出最不能等待的就是孝敬父母，光阴不待人，等到我们的父母去世的那一天，我们在谈行孝，为时已晚，树欲静而风不止，子欲养而亲不待。</w:t>
      </w:r>
      <w:r>
        <w:rPr>
          <w:lang w:eastAsia="zh-CN"/>
        </w:rPr>
        <w:br/>
      </w:r>
      <w:r>
        <w:rPr>
          <w:lang w:eastAsia="zh-CN"/>
        </w:rPr>
        <w:t>　　最后以一句歌词来结束我的演讲，无论你多富有，无论你官多大，无论你在哪里，无论你在干啥到什么时候也不能忘，咱的妈。</w:t>
      </w:r>
      <w:r>
        <w:rPr>
          <w:lang w:eastAsia="zh-CN"/>
        </w:rPr>
        <w:br/>
      </w:r>
      <w:r>
        <w:rPr>
          <w:lang w:eastAsia="zh-CN"/>
        </w:rPr>
        <w:t xml:space="preserve">    爱读书的演讲稿范文 篇2 </w:t>
      </w:r>
      <w:r>
        <w:rPr>
          <w:lang w:eastAsia="zh-CN"/>
        </w:rPr>
        <w:br/>
      </w:r>
      <w:r>
        <w:rPr>
          <w:lang w:eastAsia="zh-CN"/>
        </w:rPr>
        <w:t>　　尊敬的领导、老师、亲爱的同学们：</w:t>
      </w:r>
      <w:r>
        <w:rPr>
          <w:lang w:eastAsia="zh-CN"/>
        </w:rPr>
        <w:br/>
      </w:r>
      <w:r>
        <w:rPr>
          <w:lang w:eastAsia="zh-CN"/>
        </w:rPr>
        <w:t>　　大家好！</w:t>
      </w:r>
      <w:r>
        <w:rPr>
          <w:lang w:eastAsia="zh-CN"/>
        </w:rPr>
        <w:br/>
      </w:r>
      <w:r>
        <w:rPr>
          <w:lang w:eastAsia="zh-CN"/>
        </w:rPr>
        <w:t>　　我今天演讲的题目是“我爱读书”。</w:t>
      </w:r>
      <w:r>
        <w:rPr>
          <w:lang w:eastAsia="zh-CN"/>
        </w:rPr>
        <w:br/>
      </w:r>
      <w:r>
        <w:rPr>
          <w:lang w:eastAsia="zh-CN"/>
        </w:rPr>
        <w:t>　　蓝天里谁最幸福？它是一只鸟，因为蓝天给了鸟一双坚硬的翅膀；茫茫大海中，谁最幸福？它是一条鱼，因为大海给鱼一个广阔的世界；如果你问我最幸福的事情是什么，我会毫不犹豫的回答：读书！因为书给了我无限的知识，智慧的头脑，广阔的世界。我觉得世界上最幸福的事就是读书。书读起来贵，拿在手里珍贵，打开来虔诚。读书的时候，思想在书中游走，情绪在书中起伏。这就是书的魅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小时候在妈妈的故事里长大。每天晚上，在柔和的灯光下，妈妈开始给我讲书中有趣的故事。听完之后，我慢慢地、不自觉地进入了甜蜜的梦境——在深蓝色的夜空中，我仿佛就是故事中的斑比、善良的侏儒、可怜的流浪狗、流浪猫。听着妈妈神奇美丽的故事，盯着妈妈的书，我开始知道原来书里有那么多。从此我开始爱书！</w:t>
      </w:r>
      <w:r>
        <w:rPr>
          <w:lang w:eastAsia="zh-CN"/>
        </w:rPr>
        <w:br/>
      </w:r>
      <w:r>
        <w:rPr>
          <w:lang w:eastAsia="zh-CN"/>
        </w:rPr>
        <w:t>　　闲暇时，我喜欢沉浸在书的海洋中，静静地品味书中的故事。我曾经为那个卖火柴的小女孩流下同情的眼泪；我还在《皇帝新装》里为愚蠢的皇帝笑过；更让居里夫人和诺贝尔感动的是他们对科学的追求和坚强执着的精神。我从书上学到了无限的智慧和力量，我逐渐发现一本好书可以给我们精神上的力量。书中的故事教会了我辨别善恶，行善和恶。我从书上学到了欣赏，真善美。我从书中体会到了爱，也了解到了恶的后果。</w:t>
      </w:r>
      <w:r>
        <w:rPr>
          <w:lang w:eastAsia="zh-CN"/>
        </w:rPr>
        <w:br/>
      </w:r>
      <w:r>
        <w:rPr>
          <w:lang w:eastAsia="zh-CN"/>
        </w:rPr>
        <w:t>　　在阅读的过程中，我也遇到了各种各样的困难。在我不太懂阅读并咽下去的时候，老师教我：读书不思考就是吃饭不消化；我妈建议，读一本好书就像和很多贵人说话，反之亦然，不如不读。渐渐的我明白了，读书要好，多积累，多思考！</w:t>
      </w:r>
      <w:r>
        <w:rPr>
          <w:lang w:eastAsia="zh-CN"/>
        </w:rPr>
        <w:br/>
      </w:r>
      <w:r>
        <w:rPr>
          <w:lang w:eastAsia="zh-CN"/>
        </w:rPr>
        <w:t>　　我爱看书。书籍是知识的宝库，开阔了我的视野，丰富了我的生活。书籍是人类进步的阶梯，它帮助我进步和进步。书籍是幸福的源泉。是她给我带来了快乐和满足。读书，多好！</w:t>
      </w:r>
      <w:r>
        <w:rPr>
          <w:lang w:eastAsia="zh-CN"/>
        </w:rPr>
        <w:br/>
      </w:r>
      <w:r>
        <w:rPr>
          <w:lang w:eastAsia="zh-CN"/>
        </w:rPr>
        <w:t>　　“问运河这么清楚，这样才有活水的来源。”同学们，让我们喝下这“源头活水”，爬上人类进步的这个阶梯，成为知识的丰富者，精神的巨人！有了书，我们就有了全世界；有了书，我们会有美好的未来！同学们，和我一起爱读书！让书香书籍陪伴我们快乐成长，让书籍滋润我们的生活！</w:t>
      </w:r>
      <w:r>
        <w:rPr>
          <w:lang w:eastAsia="zh-CN"/>
        </w:rPr>
        <w:br/>
      </w:r>
      <w:r>
        <w:rPr>
          <w:lang w:eastAsia="zh-CN"/>
        </w:rPr>
        <w:t xml:space="preserve">    爱读书的演讲稿范文 篇3 </w:t>
      </w:r>
      <w:r>
        <w:rPr>
          <w:lang w:eastAsia="zh-CN"/>
        </w:rPr>
        <w:br/>
      </w:r>
      <w:r>
        <w:rPr>
          <w:lang w:eastAsia="zh-CN"/>
        </w:rPr>
        <w:t>　　尊敬的老师，亲爱的同学们：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大家好！</w:t>
      </w:r>
      <w:r>
        <w:rPr>
          <w:lang w:eastAsia="zh-CN"/>
        </w:rPr>
        <w:br/>
      </w:r>
      <w:r>
        <w:rPr>
          <w:lang w:eastAsia="zh-CN"/>
        </w:rPr>
        <w:t>　　今天我给大家演讲的题目叫《我爱读书》。</w:t>
      </w:r>
      <w:r>
        <w:rPr>
          <w:lang w:eastAsia="zh-CN"/>
        </w:rPr>
        <w:br/>
      </w:r>
      <w:r>
        <w:rPr>
          <w:lang w:eastAsia="zh-CN"/>
        </w:rPr>
        <w:t>　　我爱读书，因为读一本好书可以让我们分清美丑，识别善恶，明辨是非，让我们渐渐地高尚起来纯洁起来坚强起来。读一本好书使我们可以从圣贤和智者的叮咛中顿悟人生的真谛，从伟人的人生记录中感悟崇高的境界和高尚的`情怀，从科学家奋斗的文字里体会攀登的艰 辛和执着，从英雄可歌可泣的故事中找到和命运抗争和搏击的无穷力量和坚强意志。</w:t>
      </w:r>
      <w:r>
        <w:rPr>
          <w:lang w:eastAsia="zh-CN"/>
        </w:rPr>
        <w:br/>
      </w:r>
      <w:r>
        <w:rPr>
          <w:lang w:eastAsia="zh-CN"/>
        </w:rPr>
        <w:t>　　虽然我还不太明白古人说的“书中自有黄金屋，书中自有颜如玉”的真实意蕴，也还没有达到“三更有梦书作伴”和“无书消得人憔悴”的程度，但现在看书的的确确成了我生活中不可或缺的重要部分，没事总是找本书看看，就连睡觉前也手不释卷，完全沉浸在知识编织的美丽世界中。</w:t>
      </w:r>
      <w:r>
        <w:rPr>
          <w:lang w:eastAsia="zh-CN"/>
        </w:rPr>
        <w:br/>
      </w:r>
      <w:r>
        <w:rPr>
          <w:lang w:eastAsia="zh-CN"/>
        </w:rPr>
        <w:t>　　是书，陪伴我度过了一个又一个春华秋实的美好岁月；是书，给我带来了智慧和力量；是书，在我苦恼徘徊的时候给我点亮前进的航标是的，书给予了我太多太多，“我爱书，爱看书，就像老鼠爱大米。我是一条小书虫，每天钻在书堆里”也许，这就是我读书历程最好的写照。我爱书，它就像我青梅竹马的儿时玩伴，与我心心相通，息息相连，因为它已完全融入我的身体，成为我生命中永远跳动的细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“半亩方塘一鉴开，天光云影共徘徊。问渠哪得清如许，为有源头活水来。”同学们，让我们畅饮这“源头活水”，攀登这人类进步的阶梯，成为知识的富翁，精神的巨人，成为祖国21世纪的高素质建设者！</w:t>
      </w:r>
      <w:r>
        <w:rPr>
          <w:lang w:eastAsia="zh-CN"/>
        </w:rPr>
        <w:br/>
      </w:r>
      <w:r>
        <w:rPr>
          <w:lang w:eastAsia="zh-CN"/>
        </w:rPr>
        <w:t xml:space="preserve">    爱读书的演讲稿范文 篇4 </w:t>
      </w:r>
      <w:r>
        <w:rPr>
          <w:lang w:eastAsia="zh-CN"/>
        </w:rPr>
        <w:br/>
      </w:r>
      <w:r>
        <w:rPr>
          <w:lang w:eastAsia="zh-CN"/>
        </w:rPr>
        <w:t>　　年复一年，日复一日，我们每天都会唱响读书曲;说到读书，有人会摇头：读书苦啊!是的，读书并不是一件轻松的事，它需要动脑、用心，还要有毅力。可我觉得读书很有乐趣，读一本好书，就像交了一个好朋友。</w:t>
      </w:r>
      <w:r>
        <w:rPr>
          <w:lang w:eastAsia="zh-CN"/>
        </w:rPr>
        <w:br/>
      </w:r>
      <w:r>
        <w:rPr>
          <w:lang w:eastAsia="zh-CN"/>
        </w:rPr>
        <w:t>　　古人曾说过，布衣暖，菜根香，还是读书滋味长。一本好书，如美食佳酿，令人回味无穷，流连忘返。这让我感受到，快乐莫过于读书。</w:t>
      </w:r>
      <w:r>
        <w:rPr>
          <w:lang w:eastAsia="zh-CN"/>
        </w:rPr>
        <w:br/>
      </w:r>
      <w:r>
        <w:rPr>
          <w:lang w:eastAsia="zh-CN"/>
        </w:rPr>
        <w:t>　　读书之乐，乐在大开眼界。古今中外，皆浓缩于尺牍;千山万水，尽了然于卷帙。一卷在手，我们可以穿梭时空，尽情沐浴先贤智者思想的惠泽;我们可以遨游天下，悠然领略种种极致的风景。</w:t>
      </w:r>
      <w:r>
        <w:rPr>
          <w:lang w:eastAsia="zh-CN"/>
        </w:rPr>
        <w:br/>
      </w:r>
      <w:r>
        <w:rPr>
          <w:lang w:eastAsia="zh-CN"/>
        </w:rPr>
        <w:t>　　读书之乐，乐在悦心。读书，可以抒发纠结缠绕的情绪，可以拨开犹豫彷徨的迷雾，可以培养纯真高尚的情操。潜移默化之中，我们的心胸更加宽容豁达，有了战胜困难和挫折的勇气和力量。</w:t>
      </w:r>
      <w:r>
        <w:rPr>
          <w:lang w:eastAsia="zh-CN"/>
        </w:rPr>
        <w:br/>
      </w:r>
      <w:r>
        <w:rPr>
          <w:lang w:eastAsia="zh-CN"/>
        </w:rPr>
        <w:t>　　是啊!书，像繁星那样灿烂，像珍珠那样宝贵，像牡丹那样美丽，期盼有心人去精心采撷。书，可以让简单的人变得丰富，让喧嚣的人返璞归真。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读书，就是用心灵去感悟：星的灿烂，月的朦胧，花的嫣然，泪的晶莹，人类的进步，科技的腾飞，以及生命的沧桑与美丽。开启书的扉页，你可以发现缕缕墨香如春风杨柳，杏花细雨，在心田上萦绕，让心花悄然绽放，散发出无数感悟的诗行。透过字里行间，我们看见了青山绿水，经济腾飞，遨游太空，奥运凯旋。</w:t>
      </w:r>
      <w:r>
        <w:rPr>
          <w:lang w:eastAsia="zh-CN"/>
        </w:rPr>
        <w:br/>
      </w:r>
      <w:r>
        <w:rPr>
          <w:lang w:eastAsia="zh-CN"/>
        </w:rPr>
        <w:t>　　读书，是跨越时空的邂逅。在书中，我们可以和李白一起朝辞白帝，暮至江陵，梦游天姥;可以和李清照共赏绿肥红瘦，梅子黄时雨，荷花丛中争渡;也可以和孔子、孟子、司马迁、海伦、雨果、莫泊桑成为知心朋友，和鲁迅、巴金、冰心在书中畅谈;我们还可以亲身感悟神七问天的喜悦，汶川地震后交流的心胸。</w:t>
      </w:r>
      <w:r>
        <w:rPr>
          <w:lang w:eastAsia="zh-CN"/>
        </w:rPr>
        <w:br/>
      </w:r>
      <w:r>
        <w:rPr>
          <w:lang w:eastAsia="zh-CN"/>
        </w:rPr>
        <w:t>　　这里是万花筒，这里是大观园，这里的生活五彩缤纷，这里的世界色彩斑斓。来吧!同学们，让我们志存高远，只争朝夕，一起步入书的海洋!</w:t>
      </w:r>
      <w:r>
        <w:rPr>
          <w:lang w:eastAsia="zh-CN"/>
        </w:rPr>
        <w:br/>
      </w:r>
      <w:r>
        <w:rPr>
          <w:lang w:eastAsia="zh-CN"/>
        </w:rPr>
        <w:t>　　半亩方塘一鉴开，天光云影共徘徊。问渠哪得清如许，为有源头活水来。同学们，让我们畅饮这源头活水，攀登这人类进步的阶梯，成为知识的富翁，精神的巨人。</w:t>
      </w:r>
      <w:r>
        <w:rPr>
          <w:lang w:eastAsia="zh-CN"/>
        </w:rPr>
        <w:br/>
      </w:r>
      <w:r>
        <w:rPr>
          <w:lang w:eastAsia="zh-CN"/>
        </w:rPr>
        <w:t>　　今天读书，我们披星出征，戴月才回;</w:t>
      </w:r>
      <w:r>
        <w:rPr>
          <w:lang w:eastAsia="zh-CN"/>
        </w:rPr>
        <w:br/>
      </w:r>
      <w:r>
        <w:rPr>
          <w:lang w:eastAsia="zh-CN"/>
        </w:rPr>
        <w:t>　　明朝成才，我们学富五车，满载而归。</w:t>
      </w:r>
      <w:r>
        <w:rPr>
          <w:lang w:eastAsia="zh-CN"/>
        </w:rPr>
        <w:br/>
      </w:r>
      <w:r>
        <w:rPr>
          <w:lang w:eastAsia="zh-CN"/>
        </w:rPr>
        <w:t xml:space="preserve">    爱读书的演讲稿范文 篇5 </w:t>
      </w:r>
      <w:r>
        <w:rPr>
          <w:lang w:eastAsia="zh-CN"/>
        </w:rPr>
        <w:br/>
      </w:r>
      <w:r>
        <w:rPr>
          <w:lang w:eastAsia="zh-CN"/>
        </w:rPr>
        <w:t>　　亲爱的老师、同学们：</w:t>
      </w:r>
      <w:r>
        <w:rPr>
          <w:lang w:eastAsia="zh-CN"/>
        </w:rPr>
        <w:br/>
      </w:r>
      <w:r>
        <w:rPr>
          <w:lang w:eastAsia="zh-CN"/>
        </w:rPr>
        <w:t>　　“阅读伴我成长”，这句话说得真好，因为阅读始终陪伴着我成长，是我生活的一部分。书，是知识的源泉，是人类进步的阶梯。要跟上时代进步的.步伐，就必须不断读书，不断充实自己。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从小开始，我就和书结下了不解之缘。我的第一本书名叫《宝宝认知大全》，这本书的内容是教小朋友们认识蔬果、人物、各种交通工具、等等，虽然这本书现在已被我翻看的破旧了，但是这本书已成为我成长过程中的里程碑。</w:t>
      </w:r>
      <w:r>
        <w:rPr>
          <w:lang w:eastAsia="zh-CN"/>
        </w:rPr>
        <w:br/>
      </w:r>
      <w:r>
        <w:rPr>
          <w:lang w:eastAsia="zh-CN"/>
        </w:rPr>
        <w:t>　　随着年龄的增长我喜欢听故事了，妈妈买了好多故事书，《安徒生童话》、《灰姑娘》、《十万个为什么》，这些书又伴我走近了学无止境的校园，到了学校我感觉一切都是新鲜的，一切都充满了好奇，为了了解中华民族的悠久历史，妈妈还给我买了些科普书，《中华五千年》，这本书记录以“盘古开天辟地”的神话传说为源头，静静地流淌着。它流过炎黄二帝农田牧场，流过汉唐盛世的都会驿站，流过成吉思汗的金戈铁马，就这样一路流来，一刻也不曾停歇。最后，它流到我们面前，用瑰奇变幻的目光，打量着这个日渐繁忙的世界。书，给了我神奇的力量，这力量让我勇于去探索，去攀登，高尔基曾经说过：“书籍是人类进步的阶梯”，对我来说，书是智慧的结晶。“书山有路勤为径，学海无涯苦作舟”，读书要坚持不懈，必须活到老，学到老。</w:t>
      </w:r>
      <w:r>
        <w:rPr>
          <w:lang w:eastAsia="zh-CN"/>
        </w:rPr>
        <w:br/>
      </w:r>
      <w:r>
        <w:rPr>
          <w:lang w:eastAsia="zh-CN"/>
        </w:rPr>
        <w:t>　　“宝剑自磨砺出，梅花香自苦寒来”。现在，学习对我更加重要。读书、读很多有趣、有益的书是我最大的爱好：读书，增添了我的知识，开阔了我的视野，丰富了我的生活，教会了我做人的大道理：读书，使我得到启迪，将使我受益终生，伴随着我的成长。每当我徜徉在知识海洋中，我总会得到无穷的乐趣和智慧。</w:t>
      </w:r>
      <w:r>
        <w:rPr>
          <w:lang w:eastAsia="zh-CN"/>
        </w:rPr>
        <w:br/>
      </w:r>
      <w:r>
        <w:rPr>
          <w:lang w:eastAsia="zh-CN"/>
        </w:rPr>
        <w:t>　　我喜欢读书!书籍伴随着我成长!</w:t>
      </w:r>
      <w:r>
        <w:rPr>
          <w:lang w:eastAsia="zh-CN"/>
        </w:rPr>
        <w:br/>
      </w:r>
      <w:r>
        <w:rPr>
          <w:lang w:eastAsia="zh-CN"/>
        </w:rPr>
        <w:t xml:space="preserve">    爱读书的演讲稿范文 篇6 </w:t>
      </w:r>
      <w:r>
        <w:rPr>
          <w:lang w:eastAsia="zh-CN"/>
        </w:rPr>
        <w:br/>
      </w:r>
      <w:r>
        <w:rPr>
          <w:lang w:eastAsia="zh-CN"/>
        </w:rPr>
        <w:t>　　尊敬的各位领导、同志们，大家好：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今天，我演讲的题目是《书籍伴随我成长》，小的时候我奶奶就告诉我：万般皆下品，唯有读书高，长大了到学校里一定要好好读书，儿时的我虽不懂这句话的深刻内涵，但我却深深地记住了这句话。</w:t>
      </w:r>
      <w:r>
        <w:rPr>
          <w:lang w:eastAsia="zh-CN"/>
        </w:rPr>
        <w:br/>
      </w:r>
      <w:r>
        <w:rPr>
          <w:lang w:eastAsia="zh-CN"/>
        </w:rPr>
        <w:t>　　上学后我的老师曾用这样的句子教育我们：三更灯火五更鸡，正是少年读书时，黑发不知勤学早，白首方悔读书迟、用知识改变命运，用书籍点亮人生、书籍是人类进步的阶梯。随着年龄的增长，我无时不体会和感悟着奶奶说过的话和老师的谆谆教诲。十年的寒窗苦读，十年的努力学习，我踏进了大学的校门。毕业后，走上了税务机关的工作岗位，成为了一名光荣的税务工作者。要感谢我的奶奶，感谢我的恩师告诉我这些至理名言，是书籍让我一步步走向成熟，懂得了工作和生活。</w:t>
      </w:r>
      <w:r>
        <w:rPr>
          <w:lang w:eastAsia="zh-CN"/>
        </w:rPr>
        <w:br/>
      </w:r>
      <w:r>
        <w:rPr>
          <w:lang w:eastAsia="zh-CN"/>
        </w:rPr>
        <w:t>　　多读书，读好书。我的理解是：博览全书，多读一些精典名着、名人名篇;多读一些积极向上，有助于身心健康的书;多读一些有助于我们更好工作和生活的书。小时候，我爱读书。因为书籍给了我快乐和幸福;因为书籍给了我信心和勇气。不能忘记小时候课堂上偷看《西游记》连环画册的那种天真玩皮的情形;不能忘记老师没收自己心爱的《三国演义》小说后，泣不成声、三番五次找老师讨要的美好回忆;更不会能忘记在我受到坎坷和挫折心灰意冷的时候，是《钢铁是怎样炼成的》让我鼓起了冲过去前面是个天的勇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长大了，我爱读书。因为书籍让我懂得了怎样做人和做事;因为书籍让我懂得了爱岗敬业、恪尽职守;因为书籍让我懂得了作为一名税务人员怎样才能全心全意为纳税人提供最优质的服务。因为人生因读书会更美丽，生活因读书会更精彩!我国古代伟大诗人杜甫曾说过：读书破万卷，下笔如有神，事实一次次雄辩地证明了多读书，读好书的道理。从刚参加工作到现在，从不会写作到学习写作，通过读书和不断锻炼，有幸我的业务理论文章在省局《税收理论与实践》刊物上发表;有幸，我采写的信息被省局《山西地税党建信息》采用;更有幸，我那篇对地税事业充满热爱，流露着真情实感的散文，也曾被市局编辑印刷在建局十周年《感悟十年》一书中。</w:t>
      </w:r>
      <w:r>
        <w:rPr>
          <w:lang w:eastAsia="zh-CN"/>
        </w:rPr>
        <w:br/>
      </w:r>
      <w:r>
        <w:rPr>
          <w:lang w:eastAsia="zh-CN"/>
        </w:rPr>
        <w:t>　　回首走过的岁月，是书籍伴随我度过了快乐时光;是书籍给我带来了智慧和力量;是书籍陪伴我在地税工作的岗位上健康成长。</w:t>
      </w:r>
      <w:r>
        <w:rPr>
          <w:lang w:eastAsia="zh-CN"/>
        </w:rPr>
        <w:br/>
      </w:r>
      <w:r>
        <w:rPr>
          <w:lang w:eastAsia="zh-CN"/>
        </w:rPr>
        <w:t>　　英国文学家莎士比亚曾经这样说过：生活里没有书籍，就好象没有阳光;智慧里没有书籍，就好象没有翅膀。</w:t>
      </w:r>
      <w:r>
        <w:rPr>
          <w:lang w:eastAsia="zh-CN"/>
        </w:rPr>
        <w:br/>
      </w:r>
      <w:r>
        <w:rPr>
          <w:lang w:eastAsia="zh-CN"/>
        </w:rPr>
        <w:t>　　朋友们，为了我们的幸福生活，为了我们地税事业光辉灿烂的明天，让我们在书籍的海洋里享受那取之不尽的营养吧!书籍将伴随我们走向成功，走向辉煌!</w:t>
      </w:r>
      <w:r>
        <w:rPr>
          <w:lang w:eastAsia="zh-CN"/>
        </w:rPr>
        <w:br/>
      </w:r>
      <w:r>
        <w:rPr>
          <w:lang w:eastAsia="zh-CN"/>
        </w:rPr>
        <w:t xml:space="preserve">    爱读书的演讲稿范文 篇7 </w:t>
      </w:r>
      <w:r>
        <w:rPr>
          <w:lang w:eastAsia="zh-CN"/>
        </w:rPr>
        <w:br/>
      </w:r>
      <w:r>
        <w:rPr>
          <w:lang w:eastAsia="zh-CN"/>
        </w:rPr>
        <w:t>　　女士们，先生们，早上好。今天我很高兴在这里与你分享我的故事，关于阅读意见。我喜欢阅读从我的心底。而我也从书本中学习很多。我知道在历史上伟大的英雄，自然秘密，我们的宇宙奥秘和不明飞行物的精彩故事。对我来说，书像一个忠实的朋友，总是围绕着我，给我的享受和智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我记得当我在小学，10或11岁的时候，我父亲在他借用了学校图书馆的书籍。这些都是在世界最伟大的作品，包括abrabian夜，在神化，传说西方之旅，和三国演义。这些书都是写在古老的汉字，但我试图读出沉重的书籍，被深深吸引。从此，我每分钟的时间读完不遗余力我能得到什么。每当我得到一本新书，我一直在读书，直到我完成了，尽管它的时间和地点。甚至在课堂上我读到或只是在考试前几分钟的书籍。在我心目中，始终有一个令人难忘的一幕：在床上，紧张而兴奋，我的朋友说谎，我读了书一起在手电筒微弱的光与我们的被子上，为了不被父母责备。我所有的同学以为我疯了，给了我一个绰号书呆子。所以你可以理解为什么我得到了我的眼睛近视。直到现在，我仍然喜欢读书，因为我习惯了。</w:t>
      </w:r>
      <w:r>
        <w:rPr>
          <w:lang w:eastAsia="zh-CN"/>
        </w:rPr>
        <w:t xml:space="preserve"> ，我很高兴地看到，我十年岁的儿子和我一样喜欢阅读。我给他买了很多书。每当你走进我家来，你可以找到的每一个角落的书籍。但我儿子的地方，我最喜欢阅读的厕所。因此，它常常发生在早晨：一个是在读点轻松的厕所，而另一个走到外面，大叫。对于我这个年龄，我喜欢看杂志或短篇故事中得到放松和灵感。</w:t>
      </w:r>
      <w:r>
        <w:rPr>
          <w:lang w:eastAsia="zh-CN"/>
        </w:rPr>
        <w:br/>
      </w:r>
      <w:r>
        <w:rPr>
          <w:lang w:eastAsia="zh-CN"/>
        </w:rPr>
        <w:t>　　今天，我们生活在一个繁荣的世界。以前我们从未面临着来自外部世界如此多的诱惑。我们从未有过这么多的机会，享受生活。我们驱动器而不是走，我们去网上聊天，我们从来没有交谈之前，我们周围的朋友，而不是认识的人。但总有一些不可替代的，被遗忘。如书籍。所以，我会允许自己继续下去，直到我生命的最后一刻，在书海之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最后，我想结束我的一个伟大的哲学家，文学家和思想家，培根的一句名言演讲：读书使人充实。读书足以怡情，足以长才。</w:t>
      </w:r>
      <w:r>
        <w:rPr>
          <w:lang w:eastAsia="zh-CN"/>
        </w:rPr>
        <w:br/>
      </w:r>
      <w:r>
        <w:rPr>
          <w:lang w:eastAsia="zh-CN"/>
        </w:rPr>
        <w:t>　　非常感谢。</w:t>
      </w:r>
      <w:r>
        <w:rPr>
          <w:lang w:eastAsia="zh-CN"/>
        </w:rPr>
        <w:br/>
      </w:r>
      <w:r>
        <w:rPr>
          <w:lang w:eastAsia="zh-CN"/>
        </w:rPr>
        <w:t xml:space="preserve">    爱读书的演讲稿范文 篇8 </w:t>
      </w:r>
      <w:r>
        <w:rPr>
          <w:lang w:eastAsia="zh-CN"/>
        </w:rPr>
        <w:br/>
      </w:r>
      <w:r>
        <w:rPr>
          <w:lang w:eastAsia="zh-CN"/>
        </w:rPr>
        <w:t>　　尊敬的各位老师：</w:t>
      </w:r>
      <w:r>
        <w:rPr>
          <w:lang w:eastAsia="zh-CN"/>
        </w:rPr>
        <w:br/>
      </w:r>
      <w:r>
        <w:rPr>
          <w:lang w:eastAsia="zh-CN"/>
        </w:rPr>
        <w:t>　　大家好。</w:t>
      </w:r>
      <w:r>
        <w:rPr>
          <w:lang w:eastAsia="zh-CN"/>
        </w:rPr>
        <w:br/>
      </w:r>
      <w:r>
        <w:rPr>
          <w:lang w:eastAsia="zh-CN"/>
        </w:rPr>
        <w:t>　　今天我演讲的题目是《国学之孝》。“首先我来解释一下什么叫国学，国学，一国所固有之学术也。国学和文学数学的意思不同，并非是国家之学或者治国之学。“国学”之名，始之清末。当时欧美学术进入中国，号为“新学”、“西学”等，与之相对，人们便把中国固有的学问统称为“旧学”、“中学”或“国学”等。对于几乎每个人都能说上Hello，Goodbye等简单英文的今天，我们来发掘一下国学的魅力所在，国学的魅力在于对我们的一言一行都有正确的指引，今天我们对于行孝在国学中寻找一下答案，而国学中重点之一就是孝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自古就有小孝治家，中孝治企，大孝治国之说法，我国古代选拔官吏的手段很多，除了我们知道的门第和科举制度以外，还有一种手段就是举孝廉，所谓“孝廉”就是讲孝道，且廉洁之人，这是古人看中的品质，认为这样的人才能做好官，百善孝为先，孝是中华民族的传统美德，也是做人的基本准则。凡事都可从小事做起，最重要的是要有一颗孝心。东汉的黄香9岁时，母亲去世，他对父亲格外孝敬，夏天他将床枕扇凉，冬天用身体把被褥温暖后，才让父亲安睡，看看我们今天，能做到者有几人，别说温床，就连铺床都很难做得到，甚至把父母当成了不花钱的俑人，来给你铺床，一个美丽的借口就是我忙呀，没时间。孔子曰：“孝悌也者，其为仁之本欤”。就我们中华民族今天而言依然重视孝道，我们国家把清明节列为法定节假日之一，就是我了让我们能够有时间，回家扫墓，祭奠祖先，有一首歌曲唱出了心声，没有天，哪有地，没有地哪有家，没有家，哪有你，没有你，哪有我，没有我们的父母，我们根本就不存在，哪能有今天的成就。然恰恰是我们一些中华儿女，津津乐道的过着圣诞节，平安夜，情人节，甚至愚人节，居然不知道母亲节、父亲节、清明节是哪一天，悲哀呀！</w:t>
      </w:r>
      <w:r>
        <w:rPr>
          <w:lang w:eastAsia="zh-CN"/>
        </w:rPr>
        <w:br/>
      </w:r>
      <w:r>
        <w:rPr>
          <w:lang w:eastAsia="zh-CN"/>
        </w:rPr>
        <w:t>　　春秋著名刺客之一专诸也是同样以孝闻名，一次，专诸与一大汉厮打，众人力劝不止，其母一唤，他便束手而回。在刺杀王缭之前，公子光问其有何牵挂，专诸答曰：上有老母在堂，不能以身报答。恰恰我们今天在五十六个民族以外，又多了一个啃老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世界首富比尔·盖茨有一次在飞机上接受意大利《机会》杂志记者采访，在回答最不能等待的事情是什么时说：“Theworldcannotwaitforthingsthanmosthonortheirparents（天下最不能等待的事情莫过于孝敬父母！）”，看来对于行孝，不仅我们国家重视，外国人一样重视，作为一个世界成功的商人，回答不能等待的事情，不是时间，也不是赚钱，更不是机会，而是行孝，这不得不让我们深思，在我们的论语中也明确指出我应该如何的为人处世“弟子入则孝，出则悌，谨而信，范爱众，而亲仁，行有余力，则以学文”，同样把行孝放在了首位，学习文化知识放在了最后，在我们今天有多少人把行孝放在了第一位，有时间打麻将，没有时间给父母捶背，有时间卡拉ok，没有时间陪父母聊天，有时间在网上QQ，没时间给父母打个电话问候一声。</w:t>
      </w:r>
      <w:r>
        <w:rPr>
          <w:lang w:eastAsia="zh-CN"/>
        </w:rPr>
        <w:br/>
      </w:r>
      <w:r>
        <w:rPr>
          <w:lang w:eastAsia="zh-CN"/>
        </w:rPr>
        <w:t>　　下边是一段父亲的话，我们都老了，不再是原来的我们，请你们做儿女的理解我们，对我们要有一点耐心，不要嫌我们终日唠唠叨叨，前沿不搭后语，其实还不都是为你们好，常言道：“不听老人言，吃亏在眼前。”当我们吃饭漏嘴的时候，把饭菜留在衣服上时，千万不要责怪我们，请你想一想，当初是如何我们把着手给你们喂饭的；当我们大小便失禁的时候，弄脏了衣服，不要埋怨我们迟钝，请你们想一想，你们小的时候，我们是如何为你们擦屎擦尿的；当我们说话忘了主题，请给我们一点回想的时间，让我们想一想再说，其实谈什么并不重要，只要有你们在旁边听我们说下去，我们就心满意足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在上面一段话我们有什么感受，老人需要的是什么，老人渴望的是什么，老人需要的是我们的理解，渴望是我们能多陪陪他们，孝是我们中华民族的传统，如何孝，怎么孝，也是值得我们深思的问题，有人会说养老就是就是多给父母一些钱，所谓的行孝就是养老，父母真的需要很多钱吗，“今之孝者，是谓能养。至于犬马，皆能有养。不敬，何以别乎？”要做到孝首先做到敬，如果离开了敬，孝也就成了空谈，孝敬并不一定是物质和金钱不可，在力所能及的范围内，时常牵挂着父母，饭后给父母端杯热茶；阳光灿烂的日子，陪父母出去散散心和邻居聊聊天，等我们结了婚，生了孩子，带回家常让父母看看，老人就很开心了。对于老人不但要孝敬，而且还要及时，从比尔盖茨的回答中我们不难看出最不能等待的就是孝敬父母，光阴不待人，等到我们的父母去世的那一天，我们在谈行孝，为时已晚，树欲静而风不止，子欲养而亲不待。</w:t>
      </w:r>
      <w:r>
        <w:rPr>
          <w:lang w:eastAsia="zh-CN"/>
        </w:rPr>
        <w:br/>
      </w:r>
      <w:r>
        <w:rPr>
          <w:lang w:eastAsia="zh-CN"/>
        </w:rPr>
        <w:t>　　最后以一句歌词来结束我的演讲，无论你多富有，无论你官多大，无论你在哪里，无论你在干啥到什么时候也不能忘，咱的妈。</w:t>
      </w:r>
      <w:r>
        <w:rPr>
          <w:lang w:eastAsia="zh-CN"/>
        </w:rPr>
        <w:br/>
      </w:r>
      <w:r>
        <w:rPr>
          <w:lang w:eastAsia="zh-CN"/>
        </w:rPr>
        <w:t xml:space="preserve">    爱读书的演讲稿范文 篇9 </w:t>
      </w:r>
      <w:r>
        <w:rPr>
          <w:lang w:eastAsia="zh-CN"/>
        </w:rPr>
        <w:br/>
      </w:r>
      <w:r>
        <w:rPr>
          <w:lang w:eastAsia="zh-CN"/>
        </w:rPr>
        <w:t>　　亲爱的老师、同学们：</w:t>
      </w:r>
      <w:r>
        <w:rPr>
          <w:lang w:eastAsia="zh-CN"/>
        </w:rPr>
        <w:br/>
      </w:r>
      <w:r>
        <w:rPr>
          <w:lang w:eastAsia="zh-CN"/>
        </w:rPr>
        <w:t>　　读书，似乎是一件苦差事，要不怎么会有人头悬梁、锥刺骨呢?但是对我来说，读书似乎又是一件快乐的事。为什么呢?……嘿!来听一下我的读书故事吧!</w:t>
      </w:r>
      <w:r>
        <w:rPr>
          <w:lang w:eastAsia="zh-CN"/>
        </w:rPr>
        <w:br/>
      </w:r>
      <w:r>
        <w:rPr>
          <w:lang w:eastAsia="zh-CN"/>
        </w:rPr>
        <w:t>　　随心所欲</w:t>
      </w:r>
      <w:r>
        <w:rPr>
          <w:lang w:eastAsia="zh-CN"/>
        </w:rPr>
        <w:br/>
      </w:r>
      <w:r>
        <w:rPr>
          <w:lang w:eastAsia="zh-CN"/>
        </w:rPr>
        <w:t>　　小时候的我，最调皮，但在我面前，千万不要提到两个字：读书</w:t>
      </w:r>
      <w:r>
        <w:rPr>
          <w:lang w:eastAsia="zh-CN"/>
        </w:rPr>
        <w:br/>
      </w:r>
      <w:r>
        <w:rPr>
          <w:lang w:eastAsia="zh-CN"/>
        </w:rPr>
        <w:t>　　“张楷文!快去读书，读书可以……”</w:t>
      </w:r>
      <w:r>
        <w:rPr>
          <w:lang w:eastAsia="zh-CN"/>
        </w:rPr>
        <w:br/>
      </w:r>
      <w:r>
        <w:rPr>
          <w:lang w:eastAsia="zh-CN"/>
        </w:rPr>
        <w:t>　　“哎呀!”</w:t>
      </w:r>
      <w:r>
        <w:rPr>
          <w:lang w:eastAsia="zh-CN"/>
        </w:rPr>
        <w:br/>
      </w:r>
      <w:r>
        <w:rPr>
          <w:lang w:eastAsia="zh-CN"/>
        </w:rPr>
        <w:t>　　我可讨厌读书了，拿起一本书，眼前呈现一片密密麻麻的字体，看着都眼晕。</w:t>
      </w:r>
      <w:r>
        <w:rPr>
          <w:lang w:eastAsia="zh-CN"/>
        </w:rPr>
        <w:br/>
      </w:r>
      <w:r>
        <w:rPr>
          <w:lang w:eastAsia="zh-CN"/>
        </w:rPr>
        <w:t>　　不过，有一天，我却惊奇的发现，读书不全都枯燥乏味。妈妈毫不抱希望的从书店里买了一个绘本——《爱心树》。里面虽然有字，但因为有彩页的融合，看起来却非常有意思。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《爱心树》的内容后来我才知道它深刻的意思。而穿着小背心不懂事的我，却只会瞪着书上那诱人的大苹果流口水。却不知道妈妈为什么会买这本书。</w:t>
      </w:r>
      <w:r>
        <w:rPr>
          <w:lang w:eastAsia="zh-CN"/>
        </w:rPr>
        <w:br/>
      </w:r>
      <w:r>
        <w:rPr>
          <w:lang w:eastAsia="zh-CN"/>
        </w:rPr>
        <w:t>　　从那以后，我爱起了“读书”，爸爸妈妈也特别高兴，所以我就随心所欲的像爸爸妈妈所要我心爱的“书籍”。</w:t>
      </w:r>
      <w:r>
        <w:rPr>
          <w:lang w:eastAsia="zh-CN"/>
        </w:rPr>
        <w:br/>
      </w:r>
      <w:r>
        <w:rPr>
          <w:lang w:eastAsia="zh-CN"/>
        </w:rPr>
        <w:t>　　因为随心所欲的我发现了读书的好处。我成为“绘本”们的主人，绘本们被我招之即来挥之即去，妈妈不管我怎么“读书”，只要我喜欢上了读书，一切就慢慢来嘛。我喜欢上了这种感觉，这种随心所欲的感觉太爽了!</w:t>
      </w:r>
      <w:r>
        <w:rPr>
          <w:lang w:eastAsia="zh-CN"/>
        </w:rPr>
        <w:br/>
      </w:r>
      <w:r>
        <w:rPr>
          <w:lang w:eastAsia="zh-CN"/>
        </w:rPr>
        <w:t>　　《爱心树》让我喜欢上了随性所欲的感觉，也爱上了读书!我的读书故事开始了!</w:t>
      </w:r>
      <w:r>
        <w:rPr>
          <w:lang w:eastAsia="zh-CN"/>
        </w:rPr>
        <w:br/>
      </w:r>
      <w:r>
        <w:rPr>
          <w:lang w:eastAsia="zh-CN"/>
        </w:rPr>
        <w:t>　　大发议论</w:t>
      </w:r>
      <w:r>
        <w:rPr>
          <w:lang w:eastAsia="zh-CN"/>
        </w:rPr>
        <w:br/>
      </w:r>
      <w:r>
        <w:rPr>
          <w:lang w:eastAsia="zh-CN"/>
        </w:rPr>
        <w:t>　　随心所欲只能满足我幼时的感觉，而已经走进小学大门的我，却爱上了另一种读书的感觉——大发议论。</w:t>
      </w:r>
      <w:r>
        <w:rPr>
          <w:lang w:eastAsia="zh-CN"/>
        </w:rPr>
        <w:br/>
      </w:r>
      <w:r>
        <w:rPr>
          <w:lang w:eastAsia="zh-CN"/>
        </w:rPr>
        <w:t>　　不知是我的想象力太过丰富，还是作者写得实在是不合格。我开始对于读书时我不满意的地方，开始大发议论，从绘本到唐诗。我觉得，对于书的大发议论，又增加了我对读书的喜爱。</w:t>
      </w:r>
      <w:r>
        <w:rPr>
          <w:lang w:eastAsia="zh-CN"/>
        </w:rPr>
        <w:br/>
      </w:r>
      <w:r>
        <w:rPr>
          <w:lang w:eastAsia="zh-CN"/>
        </w:rPr>
        <w:t>　　于是，我那充满绘本的迷你书架换成了有着浓厚古典风味的古典书架，又增加了几本唐诗、宋词、元曲。嘿嘿!我的兴趣又升级了!</w:t>
      </w:r>
      <w:r>
        <w:rPr>
          <w:lang w:eastAsia="zh-CN"/>
        </w:rPr>
        <w:br/>
      </w:r>
      <w:r>
        <w:rPr>
          <w:lang w:eastAsia="zh-CN"/>
        </w:rPr>
        <w:t>　　有一次，妈妈再给我读唐诗的时候，读了一篇唐诗——《饮中八仙歌》，其中有两句是写李白的：天子呼来不上船，自称臣是酒中仙。嘿!我的脑子里马上浮现出这句古诗的更改版本：天子呼来不上船，自称爷是酒中仙。哎!我真是天才啊!哈哈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因为读多了“绘本”，所以说出来的似乎有些幼稚，妈妈笑了笑。《饮中八仙歌》让我喜欢上了大发议论的感觉，也爱上了读书!</w:t>
      </w:r>
      <w:r>
        <w:rPr>
          <w:lang w:eastAsia="zh-CN"/>
        </w:rPr>
        <w:br/>
      </w:r>
      <w:r>
        <w:rPr>
          <w:lang w:eastAsia="zh-CN"/>
        </w:rPr>
        <w:t>　　柳暗花明</w:t>
      </w:r>
      <w:r>
        <w:rPr>
          <w:lang w:eastAsia="zh-CN"/>
        </w:rPr>
        <w:br/>
      </w:r>
      <w:r>
        <w:rPr>
          <w:lang w:eastAsia="zh-CN"/>
        </w:rPr>
        <w:t>　　转眼间，我已经打开了初中的校门，上了初中级后，难题也开始多了起来。</w:t>
      </w:r>
      <w:r>
        <w:rPr>
          <w:lang w:eastAsia="zh-CN"/>
        </w:rPr>
        <w:br/>
      </w:r>
      <w:r>
        <w:rPr>
          <w:lang w:eastAsia="zh-CN"/>
        </w:rPr>
        <w:t>　　生日的时候，姑姑送了我四本《十万个为什么》，嘿!其实也蛮有趣的。</w:t>
      </w:r>
      <w:r>
        <w:rPr>
          <w:lang w:eastAsia="zh-CN"/>
        </w:rPr>
        <w:br/>
      </w:r>
      <w:r>
        <w:rPr>
          <w:lang w:eastAsia="zh-CN"/>
        </w:rPr>
        <w:t>　　当自己因为一道题百思而不得其解的时候，当你翻开一本《十万个为什么》，你会发现，早已经有人把这道题解出来了。嘿!喜乐不禁。这种柳暗花明又一村的感觉是什么也换不来的。</w:t>
      </w:r>
      <w:r>
        <w:rPr>
          <w:lang w:eastAsia="zh-CN"/>
        </w:rPr>
        <w:br/>
      </w:r>
      <w:r>
        <w:rPr>
          <w:lang w:eastAsia="zh-CN"/>
        </w:rPr>
        <w:t>　　在与朋友侃侃而谈时，把这道题讲给你的同学们，朋友们瞪着钦羡的目光：“士别三日，刮目相待啊!”只有你知道，这是看了书的缘故。小小的虚荣心再次被满足。你说读书好不好?</w:t>
      </w:r>
      <w:r>
        <w:rPr>
          <w:lang w:eastAsia="zh-CN"/>
        </w:rPr>
        <w:br/>
      </w:r>
      <w:r>
        <w:rPr>
          <w:lang w:eastAsia="zh-CN"/>
        </w:rPr>
        <w:t>　　好了，我的读书故事讲完了，怎么样?也去体会一下书带给你的感悟和快乐吧!</w:t>
      </w:r>
      <w:r>
        <w:rPr>
          <w:lang w:eastAsia="zh-CN"/>
        </w:rPr>
        <w:br/>
      </w:r>
      <w:r>
        <w:rPr>
          <w:lang w:eastAsia="zh-CN"/>
        </w:rPr>
        <w:t>　　书中悟，书中乐!</w:t>
      </w:r>
      <w:r>
        <w:rPr>
          <w:lang w:eastAsia="zh-CN"/>
        </w:rPr>
        <w:br/>
      </w:r>
      <w:r>
        <w:rPr>
          <w:lang w:eastAsia="zh-CN"/>
        </w:rPr>
        <w:t>　　我的生活，因学习而精彩，因充实而神圣，因读书而立足于那所希望的世界。生活，亦是读书，读书，亦是生活。</w:t>
      </w:r>
      <w:r>
        <w:rPr>
          <w:lang w:eastAsia="zh-CN"/>
        </w:rPr>
        <w:br/>
      </w:r>
      <w:r>
        <w:rPr>
          <w:lang w:eastAsia="zh-CN"/>
        </w:rPr>
        <w:t xml:space="preserve">    爱读书的演讲稿范文 篇10 </w:t>
      </w:r>
      <w:r>
        <w:rPr>
          <w:lang w:eastAsia="zh-CN"/>
        </w:rPr>
        <w:br/>
      </w:r>
      <w:r>
        <w:rPr>
          <w:lang w:eastAsia="zh-CN"/>
        </w:rPr>
        <w:t>　　我们是含苞待放的花朵，在生命旅途中，我们要好积蓄能量，好让那一天，绽放出美丽的花朵。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这个世界上不是每一朵花都能开的那么灿烂，正因为如此，我们更应该要珍惜这个开花的机会。风能决定蒲公英的方向，而读书能决定我们的方向。我们与蒲公英的最大区别就在与蒲公英完全依赖着风，我们则是我们自己。</w:t>
      </w:r>
      <w:r>
        <w:rPr>
          <w:lang w:eastAsia="zh-CN"/>
        </w:rPr>
        <w:br/>
      </w:r>
      <w:r>
        <w:rPr>
          <w:lang w:eastAsia="zh-CN"/>
        </w:rPr>
        <w:t>　　我们这个年纪，正是风华正茂的时候。应该趁着这个青春，趁着这活力，好好加油，为梦想奋斗，为未来打好基矗努力学习是我们现在的首要任务，不要因为青春期无聊的反逆而放弃了我们原本的路。读书学习居然不是唯一的出路，但却是唯一的捷径，未来是靠打拼的，而现在的社会反缺的就是人才，没有知识作为基础，如何去打拼呢?</w:t>
      </w:r>
      <w:r>
        <w:rPr>
          <w:lang w:eastAsia="zh-CN"/>
        </w:rPr>
        <w:br/>
      </w:r>
      <w:r>
        <w:rPr>
          <w:lang w:eastAsia="zh-CN"/>
        </w:rPr>
        <w:t>　　读书是件很享受的事情，它不仅可以丰富我们的知识，可还可以提高我们的素质修养。我们是新世纪、新一代。我们要有知识、有道德、有修养，我们不能让祖国为我们蒙羞，我们要好好读书、好好学习。</w:t>
      </w:r>
      <w:r>
        <w:rPr>
          <w:lang w:eastAsia="zh-CN"/>
        </w:rPr>
        <w:br/>
      </w:r>
      <w:r>
        <w:rPr>
          <w:lang w:eastAsia="zh-CN"/>
        </w:rPr>
        <w:t>　　其实学生也是一种职业，并且是所有职业当中最轻松的一种。我们不要辛苦劳力，就每天领薪水，我们只是来学校报到、读书学习，仅此而已，并且我们还有假期，又是那么充足。如果连最轻松的职业我们都无法驾驭的话，那还如何谈以后呢?</w:t>
      </w:r>
      <w:r>
        <w:rPr>
          <w:lang w:eastAsia="zh-CN"/>
        </w:rPr>
        <w:br/>
      </w:r>
      <w:r>
        <w:rPr>
          <w:lang w:eastAsia="zh-CN"/>
        </w:rPr>
        <w:t>　　同学们，不要再每天无所事事的虚度光阴。我们不是蒲公英，我们不用等待着冈赋予我们的方向，我们靠的是我们的努力。行动起来吧，让我们扬起努力的刚帆在书海中遨游，相信总有一天，我们都会凯旋归来。</w:t>
      </w:r>
      <w:r>
        <w:rPr>
          <w:lang w:eastAsia="zh-CN"/>
        </w:rPr>
        <w:br/>
      </w:r>
      <w:r>
        <w:rPr>
          <w:lang w:eastAsia="zh-CN"/>
        </w:rPr>
        <w:t xml:space="preserve">    爱读书的演讲稿范文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亲爱的老师、同学们：</w:t>
      </w:r>
      <w:r>
        <w:rPr>
          <w:lang w:eastAsia="zh-CN"/>
        </w:rPr>
        <w:br/>
      </w:r>
      <w:r>
        <w:rPr>
          <w:lang w:eastAsia="zh-CN"/>
        </w:rPr>
        <w:t>　　每个人都有一把属于自己的金钥匙。而我的金钥匙就是――书籍。阅读有益的课外书，能对学习起到很好的作用。</w:t>
      </w:r>
      <w:r>
        <w:rPr>
          <w:lang w:eastAsia="zh-CN"/>
        </w:rPr>
        <w:br/>
      </w:r>
      <w:r>
        <w:rPr>
          <w:lang w:eastAsia="zh-CN"/>
        </w:rPr>
        <w:t>　　小时候，我并不爱看书，甚至很讨厌看书。可自从在妈妈的引导下看过了四大名著的儿童版，我就深深的爱上了看书，看书便成了我每天必不可少的一件事，它更给我带来了意想不到的收获。</w:t>
      </w:r>
      <w:r>
        <w:rPr>
          <w:lang w:eastAsia="zh-CN"/>
        </w:rPr>
        <w:br/>
      </w:r>
      <w:r>
        <w:rPr>
          <w:lang w:eastAsia="zh-CN"/>
        </w:rPr>
        <w:t>　　那是一节语文公开课（在广州）。伴随着铃声，我们开始上课了，老师说：“今天，我们将学习十七课《长城》。请大家仔细阅读，并找出这段描写了长城的什么？”我们立刻开始看书，读了一会儿，同学们开始举手发言，但回答的都不对，看着老师失望的表情，突然，我的脑海里涌出一个词——构造，我又有些犹豫，迟迟不敢举手，生怕也说错了，后来，好不容易鼓足勇气举手发言了，老师听了我的回答后眼神一下充满了惊喜，表扬我说：“太棒了，很对，很对！”面对同学们投来羡慕的目光，我心里明白这是长时间的阅读，给我打下了一个好的知识基底。后面的回答，更给了我极大的鼓舞，老师问：“这篇课文体现了主人公的什么和什么？”“理想和抱负！”我脱口而出，老师再一次把赞许的目光投给了我，在这节课上，我大出风头，回答了很多同学们回答不上来的问题。从此，我更加明白了读书的好处，这些知识的积累都是书籍的功劳，是阅读给了我知识、给了我智慧、更是给我带来了深厚的词语根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这就是我的学习金钥匙——书籍。它不仅能在学习中帮助我，更会在生活中给我带来惊喜。</w:t>
      </w:r>
      <w:r>
        <w:rPr>
          <w:lang w:eastAsia="zh-CN"/>
        </w:rPr>
        <w:br/>
      </w:r>
      <w:r>
        <w:rPr>
          <w:lang w:eastAsia="zh-CN"/>
        </w:rPr>
        <w:t xml:space="preserve">    爱读书的演讲稿范文 篇12 </w:t>
      </w:r>
      <w:r>
        <w:rPr>
          <w:lang w:eastAsia="zh-CN"/>
        </w:rPr>
        <w:br/>
      </w:r>
      <w:r>
        <w:rPr>
          <w:lang w:eastAsia="zh-CN"/>
        </w:rPr>
        <w:t>　　亲爱的老师、同学们：</w:t>
      </w:r>
      <w:r>
        <w:rPr>
          <w:lang w:eastAsia="zh-CN"/>
        </w:rPr>
        <w:br/>
      </w:r>
      <w:r>
        <w:rPr>
          <w:lang w:eastAsia="zh-CN"/>
        </w:rPr>
        <w:t>　　书籍就像一片海洋，永远无边无尽，而好书，就是海洋上的一块贝壳。在书海中遨游并捡拾贝壳，无疑是最有乐趣的事情。</w:t>
      </w:r>
      <w:r>
        <w:rPr>
          <w:lang w:eastAsia="zh-CN"/>
        </w:rPr>
        <w:br/>
      </w:r>
      <w:r>
        <w:rPr>
          <w:lang w:eastAsia="zh-CN"/>
        </w:rPr>
        <w:t>　　读书是我们全家的爱好，上百册的藏书对我而言是取之不尽，用之不竭。从大约小学4年级起，我就开始一本接一本的看书，从不间断。从中我读到了《冰心儿童文集》中爱的哲学;《绿野仙踪》中的对于困难的顽强与挑战;《哈佛情商》中对于宇宙的解密;艾萨克·阿西莫夫在《机器人的故事》中对机器人三定律的完美诠释;我读到了《格列佛游记》中对当时英国官僚的鞭挞;读到了《简爱》里对于人性的深刻剖析……每一次的读书就像是与智者一次对话，从中可以身临其境地感受到作者的思想以及这个时代无法再出现的或自己没有经历过的事情，这些，只有文字才会给你答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在书海中执着地遨游的这几年里，我结识了许多作者，虽然不曾见面或早已逝去，但从文字中我依然可以感受到作者的面容，感受到其正在流淌的血液。从中，我最喜欢的是法国作家儒尔·凡尔纳，他的《地心游记》、《环游地球八十天》、《神秘岛》我认为是科学幻想中的典范。这三本中都是在一个漫长而又艰难的旅程中的旅程中，主人公运用自己的知识以及坚定的信念才最终获得成功。在《神秘岛》中，主人公运用了大量的天文学、化学、物理学、生物学、地质学、气象学中的知识，正是这样一群知识丰富的人才将一个荒芜人烟的孤岛变成一个繁荣富强的乐园。看完之后，我意识到在有困难或对自己不利的情况下，能够随机应变，运用知识来克服困难是非常重要的，而获取知识最好的途径还是读书。从此，我开始读各种各样的书，范围广，内容杂，并且养成了许多好的读书习惯，这让我终身受益。</w:t>
      </w:r>
      <w:r>
        <w:rPr>
          <w:lang w:eastAsia="zh-CN"/>
        </w:rPr>
        <w:br/>
      </w:r>
      <w:r>
        <w:rPr>
          <w:lang w:eastAsia="zh-CN"/>
        </w:rPr>
        <w:t>　　这就是我的读书故事，也是对世界和人性的认知过程!</w:t>
      </w:r>
      <w:r>
        <w:rPr>
          <w:lang w:eastAsia="zh-CN"/>
        </w:rPr>
        <w:br/>
      </w:r>
      <w:r>
        <w:rPr>
          <w:lang w:eastAsia="zh-CN"/>
        </w:rPr>
        <w:t xml:space="preserve">    爱读书的演讲稿范文 篇13 </w:t>
      </w:r>
      <w:r>
        <w:rPr>
          <w:lang w:eastAsia="zh-CN"/>
        </w:rPr>
        <w:br/>
      </w:r>
      <w:r>
        <w:rPr>
          <w:lang w:eastAsia="zh-CN"/>
        </w:rPr>
        <w:t>　　亲爱的老师、同学们：</w:t>
      </w:r>
      <w:r>
        <w:rPr>
          <w:lang w:eastAsia="zh-CN"/>
        </w:rPr>
        <w:br/>
      </w:r>
      <w:r>
        <w:rPr>
          <w:lang w:eastAsia="zh-CN"/>
        </w:rPr>
        <w:t>　　大家好，我是文三街小学三（3）班的赵，虚岁11岁，女。因为爸爸、妈妈希望我做个快乐的宝贝，所以给我取名为悦珂。</w:t>
      </w:r>
      <w:r>
        <w:rPr>
          <w:lang w:eastAsia="zh-CN"/>
        </w:rPr>
        <w:br/>
      </w:r>
      <w:r>
        <w:rPr>
          <w:lang w:eastAsia="zh-CN"/>
        </w:rPr>
        <w:t>　　许多人第一次看到我都以为我是个男孩，唉，谁叫妈妈一定要给我剪那么短的头发呢！</w:t>
      </w:r>
      <w:r>
        <w:rPr>
          <w:lang w:eastAsia="zh-CN"/>
        </w:rPr>
        <w:br/>
      </w:r>
      <w:r>
        <w:rPr>
          <w:lang w:eastAsia="zh-CN"/>
        </w:rPr>
        <w:t>　　我的眼睛不算大，鼻子很塌，嘴唇厚厚的，可组合起来还蛮可爱的。我最喜欢阅读了。听妈妈说我一岁时抓周，抓了两次，都是书，还蛮准的嘛！我记得我在读幼儿园时，一天，闲得无聊，就拿了一本童话书来看，我立即被书里面的内容吸引住了，哇，书真好看！我深深地爱上了阅读。开始，我有些担心阅读会被大人批评，没想到得到了老师的大力支持，于是我多了一把“尚方宝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我变本加厉地逼着爸爸给我买书，缠着妈妈给我借书。爸爸笑嘻嘻地说“你快变成一只小书虫了！”贪心的我因为太喜欢阅读了，所以最大的理想就是得到全世界所有的书。我的自我介绍完了，你有什么想跟我说的吗？快来和我交朋友，我会热烈欢迎你加入我的“朋友圈”！让我们一起分享阅读的乐趣吧！</w:t>
      </w:r>
      <w:r>
        <w:rPr>
          <w:lang w:eastAsia="zh-CN"/>
        </w:rPr>
        <w:br/>
      </w:r>
      <w:r>
        <w:rPr>
          <w:lang w:eastAsia="zh-CN"/>
        </w:rPr>
        <w:t xml:space="preserve">    爱读书的演讲稿范文 篇14 </w:t>
      </w:r>
      <w:r>
        <w:rPr>
          <w:lang w:eastAsia="zh-CN"/>
        </w:rPr>
        <w:br/>
      </w:r>
      <w:r>
        <w:rPr>
          <w:lang w:eastAsia="zh-CN"/>
        </w:rPr>
        <w:t>　　尊敬的各位领导、老师、亲爱的同学们：</w:t>
      </w:r>
      <w:r>
        <w:rPr>
          <w:lang w:eastAsia="zh-CN"/>
        </w:rPr>
        <w:br/>
      </w:r>
      <w:r>
        <w:rPr>
          <w:lang w:eastAsia="zh-CN"/>
        </w:rPr>
        <w:t>　　大家好！</w:t>
      </w:r>
      <w:r>
        <w:rPr>
          <w:lang w:eastAsia="zh-CN"/>
        </w:rPr>
        <w:br/>
      </w:r>
      <w:r>
        <w:rPr>
          <w:lang w:eastAsia="zh-CN"/>
        </w:rPr>
        <w:t>　　我是五六班的武靖尧，今天我演讲的题目是《我爱读书》</w:t>
      </w:r>
      <w:r>
        <w:rPr>
          <w:lang w:eastAsia="zh-CN"/>
        </w:rPr>
        <w:br/>
      </w:r>
      <w:r>
        <w:rPr>
          <w:lang w:eastAsia="zh-CN"/>
        </w:rPr>
        <w:t>　　小时候，我是在妈妈的故事中长大的。在每个夜晚，在柔和的灯光下，妈妈开始给我讲书上有趣的故事，把我引入了一个个神奇的世界：我想像不出皮诺曹的鼻子有多长，我羡慕孙悟空一个筋斗十万八千里，我想坐着雪橇和圣诞老人一起去给小朋友送礼物听着听着，不知不觉我就进入了甜美的梦乡——在悠蓝色的夜空中，我仿佛成了一颗长着翅膀的小星星，在宇宙中自由自在地翱翔忽然，我梦见自己又变成了故事中的小鹿斑比、善良的小矮人、可怜的流浪狗、流浪猫听着妈妈那些神奇美丽的故事，盯着妈妈手中的书，我开始知道，原来书中有那么多有趣的故事呢！从那时起我就开始喜爱上了书籍。</w:t>
      </w:r>
      <w:r>
        <w:rPr>
          <w:lang w:eastAsia="zh-CN"/>
        </w:rPr>
        <w:br/>
      </w:r>
      <w:r>
        <w:rPr>
          <w:lang w:eastAsia="zh-CN"/>
        </w:rPr>
        <w:t>　　读书，真好！</w:t>
      </w:r>
      <w:r>
        <w:rPr>
          <w:lang w:eastAsia="zh-CN"/>
        </w:rPr>
        <w:br/>
      </w:r>
      <w:r>
        <w:rPr>
          <w:lang w:eastAsia="zh-CN"/>
        </w:rPr>
        <w:t>　　我的演讲完毕，谢谢大家。</w:t>
      </w:r>
      <w:r>
        <w:rPr>
          <w:lang w:eastAsia="zh-CN"/>
        </w:rPr>
        <w:br/>
      </w:r>
      <w:r>
        <w:rPr>
          <w:lang w:eastAsia="zh-CN"/>
        </w:rPr>
        <w:t xml:space="preserve">    爱读书的演讲稿范文 篇15 </w:t>
      </w:r>
      <w:r>
        <w:rPr>
          <w:lang w:eastAsia="zh-CN"/>
        </w:rPr>
        <w:br/>
      </w:r>
      <w:r>
        <w:rPr>
          <w:lang w:eastAsia="zh-CN"/>
        </w:rPr>
        <w:t>　　亲爱的老师、同学们：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不同人眼中的书是不同的，有的人把它当作一种精神财富，有的人则把它当作一种生活上的累赘，有的人则把它当成打发时间的东西，利用完后便理所应当的变成了废纸。而我不同，我的生活是有阶段性的，不同阶段时读同一本书给我带来的往往不同。</w:t>
      </w:r>
      <w:r>
        <w:rPr>
          <w:lang w:eastAsia="zh-CN"/>
        </w:rPr>
        <w:br/>
      </w:r>
      <w:r>
        <w:rPr>
          <w:lang w:eastAsia="zh-CN"/>
        </w:rPr>
        <w:t>　　在清晨，即使是七月中旬蝉虫也不会打搅这万籁俱寂的时刻，我最喜欢在这时读优美散文。与其说读，不如说欣赏。在这时，我读书是极其细致的，一段话读一小时也不为过，一句话欣赏半天也不为奇。我喜欢用那略带睡意的眼神来映照书籍。心灵的平静，犹如未开发的处女地，平静而美丽。</w:t>
      </w:r>
      <w:r>
        <w:rPr>
          <w:lang w:eastAsia="zh-CN"/>
        </w:rPr>
        <w:br/>
      </w:r>
      <w:r>
        <w:rPr>
          <w:lang w:eastAsia="zh-CN"/>
        </w:rPr>
        <w:t>　　在上午，在寒冬腊月也止不住那火热的心，心中的渴望与对这一天的希望如奔腾的江水俯冲而下，一泄千里。读书亦是如此，闲杂小文一扫而过，长篇小说则置之不理。预习和复习也是如此，手中的书如那急速的钢琴曲一般。看时，不拿笔，翻过每一叶，洁净如新，不留痕迹。</w:t>
      </w:r>
      <w:r>
        <w:rPr>
          <w:lang w:eastAsia="zh-CN"/>
        </w:rPr>
        <w:br/>
      </w:r>
      <w:r>
        <w:rPr>
          <w:lang w:eastAsia="zh-CN"/>
        </w:rPr>
        <w:t>　　在中午，即使是天崩地裂也挡不住我那接连不停的哈欠，满脸的睡意在紧张一上午后展露无疑。书则是催眠曲，在考试前夕，被逼无奈下，只得放弃那舒服的床，一脸不情愿的坐在硬生生的板凳上。拿起一本书先是读一句打一个哈欠，看一页眯眯眼，再后来看着看着就睡着了，只有浪费宝贵的是间，读书根本毫无效率。</w:t>
      </w:r>
      <w:r>
        <w:rPr>
          <w:lang w:eastAsia="zh-CN"/>
        </w:rPr>
        <w:br/>
      </w:r>
      <w:r>
        <w:rPr>
          <w:lang w:eastAsia="zh-CN"/>
        </w:rPr>
        <w:t>　　好不容易到了下午，刚睡过的我活力四射，拿起书读也是翻倍效率，读书大有快、精、狠的感觉。那怕是很厚的书也如风卷残云一般读过。我也最喜欢在下午都长篇小说，感悟长篇名著的精华，以与古人的眼光共赏历史，转化中华古今的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晚上是一天最后的闪耀时刻，我最喜欢在这段时间去操场发泄一番。再回到班里时，心中一天的不爽尽数抛给了银月和星辰。拿起书本则立即切入正题，笔在指尖转动，书页在眼前跳跃，在充足心灵的时刻书给了我一天的慰藉，让我感慨万千。</w:t>
      </w:r>
      <w:r>
        <w:rPr>
          <w:lang w:eastAsia="zh-CN"/>
        </w:rPr>
        <w:br/>
      </w:r>
      <w:r>
        <w:rPr>
          <w:lang w:eastAsia="zh-CN"/>
        </w:rPr>
        <w:t>　　我喜欢书，因为它教我道理，给我知识。我爱书，因为它使我成功，立于巅峰。我曾异讶于书在我生命中的地位，我无时无刻不与它相伴，它用一种无形的方式成为了我生活中最好的朋友。</w:t>
      </w:r>
      <w:r>
        <w:rPr>
          <w:lang w:eastAsia="zh-CN"/>
        </w:rPr>
        <w:br/>
      </w:r>
      <w:r>
        <w:rPr>
          <w:lang w:eastAsia="zh-CN"/>
        </w:rPr>
        <w:t xml:space="preserve">    爱读书的演讲稿范文 篇16 </w:t>
      </w:r>
      <w:r>
        <w:rPr>
          <w:lang w:eastAsia="zh-CN"/>
        </w:rPr>
        <w:br/>
      </w:r>
      <w:r>
        <w:rPr>
          <w:lang w:eastAsia="zh-CN"/>
        </w:rPr>
        <w:t>　　尊敬的老师，亲爱的同学们：</w:t>
      </w:r>
      <w:r>
        <w:rPr>
          <w:lang w:eastAsia="zh-CN"/>
        </w:rPr>
        <w:br/>
      </w:r>
      <w:r>
        <w:rPr>
          <w:lang w:eastAsia="zh-CN"/>
        </w:rPr>
        <w:t>　　大家下午好!</w:t>
      </w:r>
      <w:r>
        <w:rPr>
          <w:lang w:eastAsia="zh-CN"/>
        </w:rPr>
        <w:br/>
      </w:r>
      <w:r>
        <w:rPr>
          <w:lang w:eastAsia="zh-CN"/>
        </w:rPr>
        <w:t>　　我是__班的。今天我演讲的题目是《书香伴我成长》。</w:t>
      </w:r>
      <w:r>
        <w:rPr>
          <w:lang w:eastAsia="zh-CN"/>
        </w:rPr>
        <w:br/>
      </w:r>
      <w:r>
        <w:rPr>
          <w:lang w:eastAsia="zh-CN"/>
        </w:rPr>
        <w:t>　　一本本好书就是一颗颗明星，任凭斗转星移，世事变迁，仍然闪着光熠熠生辉。</w:t>
      </w:r>
      <w:r>
        <w:rPr>
          <w:lang w:eastAsia="zh-CN"/>
        </w:rPr>
        <w:br/>
      </w:r>
      <w:r>
        <w:rPr>
          <w:lang w:eastAsia="zh-CN"/>
        </w:rPr>
        <w:t>　　一本本好书就是一坛坛美酒，虽经时间洗涤，岁月蹉跎，依旧散发出醉人芳香。</w:t>
      </w:r>
      <w:r>
        <w:rPr>
          <w:lang w:eastAsia="zh-CN"/>
        </w:rPr>
        <w:br/>
      </w:r>
      <w:r>
        <w:rPr>
          <w:lang w:eastAsia="zh-CN"/>
        </w:rPr>
        <w:t>　　一本本好书就是一个个贝壳，海潮汹涌过后，散落海滩，发出美丽动人的光泽。</w:t>
      </w:r>
      <w:r>
        <w:rPr>
          <w:lang w:eastAsia="zh-CN"/>
        </w:rPr>
        <w:br/>
      </w:r>
      <w:r>
        <w:rPr>
          <w:lang w:eastAsia="zh-CN"/>
        </w:rPr>
        <w:t>　　从古至今，有不少的爱书人士，他们都写出了家喻户晓的名言。周恩来的：“为中华之崛起而读书。”孟子的：“尽信书，则不如无书。”高尔基的：“书籍是人类进步的阶梯。”等等。都说明了书在我们生活当中的重要意义。书籍会使我们一生受益匪浅，它将伴我们一生，使我们的人生焕发光彩!</w:t>
      </w:r>
      <w:r>
        <w:rPr>
          <w:lang w:eastAsia="zh-CN"/>
        </w:rPr>
        <w:br/>
      </w:r>
      <w:r>
        <w:rPr>
          <w:lang w:eastAsia="zh-CN"/>
        </w:rPr>
        <w:t>　　记得小时候，每逢睡觉前，妈妈经常给我讲书中的有趣故事，听着听着，我就不知不觉进入了甜美的梦乡。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长大后，我在老师的帮助下学会了自己读书。只要一有时间，我便跑进书店。小一只快活的小鱼，尽情地在书的海洋里遨游。就连晚上睡觉，都要把书放在枕头底下。</w:t>
      </w:r>
      <w:r>
        <w:rPr>
          <w:lang w:eastAsia="zh-CN"/>
        </w:rPr>
        <w:br/>
      </w:r>
      <w:r>
        <w:rPr>
          <w:lang w:eastAsia="zh-CN"/>
        </w:rPr>
        <w:t>　　随着我年龄的增长书籍就成了我形影不离的伙伴，我的生活也就再也离不开它。我常常和他一起畅谈，在畅谈中，我了解了祖国的光</w:t>
      </w:r>
      <w:r>
        <w:rPr>
          <w:lang w:eastAsia="zh-CN"/>
        </w:rPr>
        <w:br/>
      </w:r>
      <w:r>
        <w:rPr>
          <w:lang w:eastAsia="zh-CN"/>
        </w:rPr>
        <w:t>　　辉历史;在畅谈中，我看见了那吹牛大王的滑稽模样;在畅谈中，我懂得了做人的道理啊!书是多么奇妙呀!在《三国演义》里，我认识了足智多谋的诸葛亮;在《钢铁是怎样炼成的》里，我看到了保尔的坚强意志;在《童年》中，我又为俄国沙皇时期的黑暗、残暴深感气愤</w:t>
      </w:r>
      <w:r>
        <w:rPr>
          <w:lang w:eastAsia="zh-CN"/>
        </w:rPr>
        <w:br/>
      </w:r>
      <w:r>
        <w:rPr>
          <w:lang w:eastAsia="zh-CN"/>
        </w:rPr>
        <w:t>　　当我感到迷茫时，书就像是指南针一般，帮助我坚定信心，辩出生活和学习的方向;当我遇到挫折时，书就会告诉我：人生的光荣不在于永不失败，而在于屡赴屡起。</w:t>
      </w:r>
      <w:r>
        <w:rPr>
          <w:lang w:eastAsia="zh-CN"/>
        </w:rPr>
        <w:br/>
      </w:r>
      <w:r>
        <w:rPr>
          <w:lang w:eastAsia="zh-CN"/>
        </w:rPr>
        <w:t>　　如果我是一棵小树，那么书籍就是照耀我快乐成长的阳光。拥有书，我们就拥有了美好的明天!拥有书，我们就拥有了整个的世界!同学们，让书香伴我们成长，让书籍滋润我们的人生吧!</w:t>
      </w:r>
      <w:r>
        <w:rPr>
          <w:lang w:eastAsia="zh-CN"/>
        </w:rPr>
        <w:br/>
      </w:r>
      <w:r>
        <w:rPr>
          <w:lang w:eastAsia="zh-CN"/>
        </w:rPr>
        <w:t>　　我的演讲完毕，谢谢大家!</w:t>
      </w:r>
      <w:r>
        <w:rPr>
          <w:lang w:eastAsia="zh-CN"/>
        </w:rPr>
        <w:br/>
      </w:r>
      <w:r>
        <w:rPr>
          <w:lang w:eastAsia="zh-CN"/>
        </w:rPr>
        <w:t xml:space="preserve">    爱读书的演讲稿范文 篇17 </w:t>
      </w:r>
      <w:r>
        <w:rPr>
          <w:lang w:eastAsia="zh-CN"/>
        </w:rPr>
        <w:br/>
      </w:r>
      <w:r>
        <w:rPr>
          <w:lang w:eastAsia="zh-CN"/>
        </w:rPr>
        <w:t>　　有一句名言：人人读好书，好书人人读。一本好书更能深得同学们的喜欢和信赖。我比较喜欢杨红樱写的校园小说，那是关于成长的。在生活中，它可帮了我不少的忙呢!</w:t>
      </w:r>
      <w:r>
        <w:rPr>
          <w:lang w:eastAsia="zh-CN"/>
        </w:rPr>
        <w:br/>
      </w:r>
    </w:p>
    <w:p w:rsidR="001B1F19" w14:textId="27C3F48A">
      <w:pPr>
        <w:rPr>
          <w:rFonts w:hint="eastAsia"/>
          <w:lang w:eastAsia="zh-CN"/>
        </w:rPr>
      </w:pPr>
      <w:r>
        <w:rPr>
          <w:lang w:eastAsia="zh-CN"/>
        </w:rPr>
        <w:t>　　在她写的每本小说中，几乎每个人都能在书中找到属于自己的角色。我也在书中找到了属于我的人物。我觉得自己就像《女生日记》中的冉东阳。她文静又活泼。她喜欢结交朋友，帮助朋友，她的很多方面都值得我学习。在班里我一行一动都在模仿她，同学们都说我越来越像冉东阳了。</w:t>
      </w:r>
      <w:r>
        <w:rPr>
          <w:lang w:eastAsia="zh-CN"/>
        </w:rPr>
        <w:br/>
      </w:r>
      <w:r>
        <w:rPr>
          <w:lang w:eastAsia="zh-CN"/>
        </w:rPr>
        <w:t>　　在生活中，在学习中，总是避免不了这样那样的烦恼与困惑，当我面对这些烦恼无能为力，为此苦恼，焦虑烦躁时，我选择了它&amp;杨红樱校园系列小说。当我在书中遨游，在书中寻找困难的解决方法时，我总能静下心来，仔细品味自己的人物面对困难时的心情与智慧，以及心理的变化。帮助我度过难关。</w:t>
      </w:r>
      <w:r>
        <w:rPr>
          <w:lang w:eastAsia="zh-CN"/>
        </w:rPr>
        <w:br/>
      </w:r>
      <w:r>
        <w:rPr>
          <w:lang w:eastAsia="zh-CN"/>
        </w:rPr>
        <w:t>　　一二年级时，我读她写的童话，再后来，我读她写的短篇小说，现在，我喜欢她写的校园小说。她写的书陪伴我一路走来。是她的书让我知道要感恩父母，一改以前顽皮的样子;是她的书告诉我猫、小狗等也是我的好朋友，只要用心与它们交流;是她的书指导我掌握学习的好方法;是她的书告诉我，用成绩回报老师的苦心教导。</w:t>
      </w:r>
      <w:r>
        <w:rPr>
          <w:lang w:eastAsia="zh-CN"/>
        </w:rPr>
        <w:br/>
      </w:r>
      <w:r>
        <w:rPr>
          <w:lang w:eastAsia="zh-CN"/>
        </w:rPr>
        <w:t>　　书中的故事让我明白了一个又一个人生的哲理，让我正确面对学习机生活中的困难和挫折。</w:t>
      </w:r>
      <w:r>
        <w:rPr>
          <w:lang w:eastAsia="zh-CN"/>
        </w:rPr>
        <w:br/>
      </w:r>
      <w:r>
        <w:rPr>
          <w:lang w:eastAsia="zh-CN"/>
        </w:rPr>
        <w:t>　　现在，我升入中学了，对书中故事的理解越来越深刻了，书中的</w:t>
      </w:r>
      <w:r>
        <w:rPr>
          <w:lang w:eastAsia="zh-CN"/>
        </w:rPr>
        <w:br/>
      </w:r>
      <w:r>
        <w:rPr>
          <w:lang w:eastAsia="zh-CN"/>
        </w:rPr>
        <w:t>　　很多知识也让我受益不浅。回想那一本本书和我一起度过的童年，陪我一起成长</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https://d.book118.com/086103150231010053</w:t>
        </w:r>
      </w:hyperlink>
    </w:p>
    <w:p w:rsidR="001B1F19">
      <w:pPr>
        <w:rPr>
          <w:rFonts w:hint="eastAsia"/>
          <w:lang w:eastAsia="zh-CN"/>
        </w:rPr>
      </w:pPr>
    </w:p>
    <w:sectPr>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8610315023101005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