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中学综合教研组工作计划范文（34篇）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中学综合教研组工作计划范文（通用34篇）</w:t>
      </w:r>
      <w:r>
        <w:rPr>
          <w:lang w:eastAsia="zh-CN"/>
        </w:rPr>
        <w:br/>
      </w:r>
      <w:r>
        <w:rPr>
          <w:lang w:eastAsia="zh-CN"/>
        </w:rPr>
        <w:t xml:space="preserve">    中学综合教研组工作计划范文 篇1 </w:t>
      </w:r>
      <w:r>
        <w:rPr>
          <w:lang w:eastAsia="zh-CN"/>
        </w:rPr>
        <w:br/>
      </w:r>
      <w:r>
        <w:rPr>
          <w:lang w:eastAsia="zh-CN"/>
        </w:rPr>
        <w:t>　　一、指导思想：</w:t>
      </w:r>
      <w:r>
        <w:rPr>
          <w:lang w:eastAsia="zh-CN"/>
        </w:rPr>
        <w:br/>
      </w:r>
      <w:r>
        <w:rPr>
          <w:lang w:eastAsia="zh-CN"/>
        </w:rPr>
        <w:t>　　贯彻执行__市二期课改有关精神，根据区教育局及我校201_年的工作计划，扎实推进新课程实施;认真以学科课程标准为依据，进一步推进学科课程统整，通过教学常规精细化、优化教学等手段，扎实有效的开展好“课堂教学有效性”研究，注重培养学生良好的学习习惯、全面提高教学质量。</w:t>
      </w:r>
      <w:r>
        <w:rPr>
          <w:lang w:eastAsia="zh-CN"/>
        </w:rPr>
        <w:br/>
      </w:r>
      <w:r>
        <w:rPr>
          <w:lang w:eastAsia="zh-CN"/>
        </w:rPr>
        <w:t>　　二、重点工作</w:t>
      </w:r>
      <w:r>
        <w:rPr>
          <w:lang w:eastAsia="zh-CN"/>
        </w:rPr>
        <w:br/>
      </w:r>
      <w:r>
        <w:rPr>
          <w:lang w:eastAsia="zh-CN"/>
        </w:rPr>
        <w:t>　　1、加强教研组、备课组建设，以作业布置的有效性研究为主题，开展围绕课堂有效性研究内容的作业布置的有效性研修活动。结合两次阶段性练习及期中期末考试的出题、考试及试卷分析过程，研修作业布置有的效性。</w:t>
      </w:r>
      <w:r>
        <w:rPr>
          <w:lang w:eastAsia="zh-CN"/>
        </w:rPr>
        <w:br/>
      </w:r>
      <w:r>
        <w:rPr>
          <w:lang w:eastAsia="zh-CN"/>
        </w:rPr>
        <w:t>　　2、以“师徒带教汇报课”、“骨干教师研讨课”等活动为载体，在教研组开展提升教学有效性的课例研讨活动。在充分开展说课、听课、评课的基础上，充分发挥教研组、备课组在学科教学研讨工作中的作用，提升教研组研修质量，从而提升教学质量。</w:t>
      </w:r>
      <w:r>
        <w:rPr>
          <w:lang w:eastAsia="zh-CN"/>
        </w:rPr>
        <w:br/>
      </w:r>
      <w:r>
        <w:rPr>
          <w:lang w:eastAsia="zh-CN"/>
        </w:rPr>
        <w:t>　　三、具体安排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周次重点工作活动时间</w:t>
      </w:r>
      <w:r>
        <w:rPr>
          <w:lang w:eastAsia="zh-CN"/>
        </w:rPr>
        <w:br/>
      </w:r>
      <w:r>
        <w:rPr>
          <w:lang w:eastAsia="zh-CN"/>
        </w:rPr>
        <w:t>　　第1周2月14-18日</w:t>
      </w:r>
      <w:r>
        <w:rPr>
          <w:lang w:eastAsia="zh-CN"/>
        </w:rPr>
        <w:br/>
      </w:r>
      <w:r>
        <w:rPr>
          <w:lang w:eastAsia="zh-CN"/>
        </w:rPr>
        <w:t>　　1、准备开学摸底考试卷</w:t>
      </w:r>
      <w:r>
        <w:rPr>
          <w:lang w:eastAsia="zh-CN"/>
        </w:rPr>
        <w:br/>
      </w:r>
      <w:r>
        <w:rPr>
          <w:lang w:eastAsia="zh-CN"/>
        </w:rPr>
        <w:t>　　2、各备课组制定计划</w:t>
      </w:r>
      <w:r>
        <w:rPr>
          <w:lang w:eastAsia="zh-CN"/>
        </w:rPr>
        <w:br/>
      </w:r>
      <w:r>
        <w:rPr>
          <w:lang w:eastAsia="zh-CN"/>
        </w:rPr>
        <w:t>　　教研活动</w:t>
      </w:r>
      <w:r>
        <w:rPr>
          <w:lang w:eastAsia="zh-CN"/>
        </w:rPr>
        <w:br/>
      </w:r>
      <w:r>
        <w:rPr>
          <w:lang w:eastAsia="zh-CN"/>
        </w:rPr>
        <w:t>　　第2周2月21-25日</w:t>
      </w:r>
      <w:r>
        <w:rPr>
          <w:lang w:eastAsia="zh-CN"/>
        </w:rPr>
        <w:br/>
      </w:r>
      <w:r>
        <w:rPr>
          <w:lang w:eastAsia="zh-CN"/>
        </w:rPr>
        <w:t>　　1.开学摸底考试分析</w:t>
      </w:r>
      <w:r>
        <w:rPr>
          <w:lang w:eastAsia="zh-CN"/>
        </w:rPr>
        <w:br/>
      </w:r>
      <w:r>
        <w:rPr>
          <w:lang w:eastAsia="zh-CN"/>
        </w:rPr>
        <w:t>　　2.备课组交课时计划和组内活动计划。</w:t>
      </w:r>
      <w:r>
        <w:rPr>
          <w:lang w:eastAsia="zh-CN"/>
        </w:rPr>
        <w:br/>
      </w:r>
      <w:r>
        <w:rPr>
          <w:lang w:eastAsia="zh-CN"/>
        </w:rPr>
        <w:t>　　第3周2月28-3月4日</w:t>
      </w:r>
      <w:r>
        <w:rPr>
          <w:lang w:eastAsia="zh-CN"/>
        </w:rPr>
        <w:br/>
      </w:r>
      <w:r>
        <w:rPr>
          <w:lang w:eastAsia="zh-CN"/>
        </w:rPr>
        <w:t>　　启动备课组作业有效性研修活动</w:t>
      </w:r>
      <w:r>
        <w:rPr>
          <w:lang w:eastAsia="zh-CN"/>
        </w:rPr>
        <w:br/>
      </w:r>
      <w:r>
        <w:rPr>
          <w:lang w:eastAsia="zh-CN"/>
        </w:rPr>
        <w:t>　　教研活动第4周3月7-11日</w:t>
      </w:r>
      <w:r>
        <w:rPr>
          <w:lang w:eastAsia="zh-CN"/>
        </w:rPr>
        <w:br/>
      </w:r>
      <w:r>
        <w:rPr>
          <w:lang w:eastAsia="zh-CN"/>
        </w:rPr>
        <w:t>　　1.“骨干教师研讨课”听评课活动</w:t>
      </w:r>
      <w:r>
        <w:rPr>
          <w:lang w:eastAsia="zh-CN"/>
        </w:rPr>
        <w:br/>
      </w:r>
      <w:r>
        <w:rPr>
          <w:lang w:eastAsia="zh-CN"/>
        </w:rPr>
        <w:t>　　2.备课组作业有效性研修活动</w:t>
      </w:r>
      <w:r>
        <w:rPr>
          <w:lang w:eastAsia="zh-CN"/>
        </w:rPr>
        <w:br/>
      </w:r>
      <w:r>
        <w:rPr>
          <w:lang w:eastAsia="zh-CN"/>
        </w:rPr>
        <w:t>　　第5周3月14-18日</w:t>
      </w:r>
      <w:r>
        <w:rPr>
          <w:lang w:eastAsia="zh-CN"/>
        </w:rPr>
        <w:br/>
      </w:r>
      <w:r>
        <w:rPr>
          <w:lang w:eastAsia="zh-CN"/>
        </w:rPr>
        <w:t>　　1.各备课组准备第一次阶段练习试卷</w:t>
      </w:r>
      <w:r>
        <w:rPr>
          <w:lang w:eastAsia="zh-CN"/>
        </w:rPr>
        <w:br/>
      </w:r>
      <w:r>
        <w:rPr>
          <w:lang w:eastAsia="zh-CN"/>
        </w:rPr>
        <w:t>　　2.备课组作业有效性研修活动</w:t>
      </w:r>
      <w:r>
        <w:rPr>
          <w:lang w:eastAsia="zh-CN"/>
        </w:rPr>
        <w:br/>
      </w:r>
      <w:r>
        <w:rPr>
          <w:lang w:eastAsia="zh-CN"/>
        </w:rPr>
        <w:t>　　教研活动</w:t>
      </w:r>
      <w:r>
        <w:rPr>
          <w:lang w:eastAsia="zh-CN"/>
        </w:rPr>
        <w:br/>
      </w:r>
      <w:r>
        <w:rPr>
          <w:lang w:eastAsia="zh-CN"/>
        </w:rPr>
        <w:t>　　第6周3月21-25日</w:t>
      </w:r>
      <w:r>
        <w:rPr>
          <w:lang w:eastAsia="zh-CN"/>
        </w:rPr>
        <w:br/>
      </w:r>
      <w:r>
        <w:rPr>
          <w:lang w:eastAsia="zh-CN"/>
        </w:rPr>
        <w:t>　　第一次阶段性练习</w:t>
      </w:r>
      <w:r>
        <w:rPr>
          <w:lang w:eastAsia="zh-CN"/>
        </w:rPr>
        <w:br/>
      </w:r>
      <w:r>
        <w:rPr>
          <w:lang w:eastAsia="zh-CN"/>
        </w:rPr>
        <w:t xml:space="preserve">    中学综合教研组工作计划范文 篇2 </w:t>
      </w:r>
      <w:r>
        <w:rPr>
          <w:lang w:eastAsia="zh-CN"/>
        </w:rPr>
        <w:br/>
      </w:r>
      <w:r>
        <w:rPr>
          <w:lang w:eastAsia="zh-CN"/>
        </w:rPr>
        <w:t>　　一、基本情况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综合教研组现由以下人员组成：(社会)、(社会)、(社会)、(美术)、(体育)、(体育)、(音乐)。综合组老师都有本科学历，老教师资历很深，经验丰富，工作态度严谨，教学质量平稳;年青教师思维活跃，领悟新思想的能力很强，有一股闯劲，敢于创新。总的来说，这是一支团结、进取的教师队伍。</w:t>
      </w:r>
      <w:r>
        <w:rPr>
          <w:lang w:eastAsia="zh-CN"/>
        </w:rPr>
        <w:br/>
      </w:r>
      <w:r>
        <w:rPr>
          <w:lang w:eastAsia="zh-CN"/>
        </w:rPr>
        <w:t>　　学生主要来源于孤山周围的村子。由于受家庭、环境等的影响，学生学习社会、音乐、英语、美术等学科，没有一个良好的学习氛围，学生基础较差。</w:t>
      </w:r>
      <w:r>
        <w:rPr>
          <w:lang w:eastAsia="zh-CN"/>
        </w:rPr>
        <w:br/>
      </w:r>
      <w:r>
        <w:rPr>
          <w:lang w:eastAsia="zh-CN"/>
        </w:rPr>
        <w:t>　　学校综合教研组按照上级要求，以新课标和新教学理念为依据进行教学、教研等活动。</w:t>
      </w:r>
      <w:r>
        <w:rPr>
          <w:lang w:eastAsia="zh-CN"/>
        </w:rPr>
        <w:br/>
      </w:r>
      <w:r>
        <w:rPr>
          <w:lang w:eastAsia="zh-CN"/>
        </w:rPr>
        <w:t>　　二、指导思想</w:t>
      </w:r>
      <w:r>
        <w:rPr>
          <w:lang w:eastAsia="zh-CN"/>
        </w:rPr>
        <w:br/>
      </w:r>
      <w:r>
        <w:rPr>
          <w:lang w:eastAsia="zh-CN"/>
        </w:rPr>
        <w:t>　　以科学发展观为指导方针，在教育局和学校的正确领导下，全面贯彻党的教育方针，认真学习先进的教育思想和新的课程标准、积极实践课改理念，全面深化素质教育以更新观念为前提，以提高师资整体素质为核心，以提高课堂教学效率为重点，加强教学研究，不断解决教学中的新问题，努力培养和提高学生的创新精神和实践能力，提升我组教师的教学能力和科研水平，使我组教师教学质量稳中求升。</w:t>
      </w:r>
      <w:r>
        <w:rPr>
          <w:lang w:eastAsia="zh-CN"/>
        </w:rPr>
        <w:br/>
      </w:r>
      <w:r>
        <w:rPr>
          <w:lang w:eastAsia="zh-CN"/>
        </w:rPr>
        <w:t>　　三、工作目标</w:t>
      </w:r>
      <w:r>
        <w:rPr>
          <w:lang w:eastAsia="zh-CN"/>
        </w:rPr>
        <w:br/>
      </w:r>
      <w:r>
        <w:rPr>
          <w:lang w:eastAsia="zh-CN"/>
        </w:rPr>
        <w:t>　　1、根据新课程标准的要求，认真完成本期各年级各学科的教学任务和教研活动。</w:t>
      </w:r>
      <w:r>
        <w:rPr>
          <w:lang w:eastAsia="zh-CN"/>
        </w:rPr>
        <w:br/>
      </w:r>
      <w:r>
        <w:rPr>
          <w:lang w:eastAsia="zh-CN"/>
        </w:rPr>
        <w:t>　　2、在完成教学任务的同时，认真开展教师业务培训，提高教师自身素质，学习他人教学经验，让每一位教师都积极进取。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3、积极组织并认真指导学生参加各级各类的竞赛，争取取得较好的成绩。</w:t>
      </w:r>
      <w:r>
        <w:rPr>
          <w:lang w:eastAsia="zh-CN"/>
        </w:rPr>
        <w:br/>
      </w:r>
      <w:r>
        <w:rPr>
          <w:lang w:eastAsia="zh-CN"/>
        </w:rPr>
        <w:t>　　四、具体措施</w:t>
      </w:r>
      <w:r>
        <w:rPr>
          <w:lang w:eastAsia="zh-CN"/>
        </w:rPr>
        <w:br/>
      </w:r>
      <w:r>
        <w:rPr>
          <w:lang w:eastAsia="zh-CN"/>
        </w:rPr>
        <w:t>　　组织教师定时学习各学科新课程标准，让教师明确本学期教学任务。组织教师学习业务知识，如：制作课件等，开展业务讲座，教师互相探讨、交流经验体会，并及时做好笔记，以此提高教师的业务水平，培养教师的创新意识。如：如何对学生进行多元评价等。</w:t>
      </w:r>
      <w:r>
        <w:rPr>
          <w:lang w:eastAsia="zh-CN"/>
        </w:rPr>
        <w:br/>
      </w:r>
      <w:r>
        <w:rPr>
          <w:lang w:eastAsia="zh-CN"/>
        </w:rPr>
        <w:t>　　重视对课程、教材的分析与研究，大胆革新教学方式，扎实推进课堂教学改革。如音乐、美术、社会、思想品德等学科，根据各学科的特点，在教学活动过程中，教师注重营造一种宽松，愉悦的教学氛围，使学生饱含情趣，愿学，乐学，提高学习的积极性和主动性。培养学生对这些学科的的兴趣、爱好，提高学生各方面的能力，让学生全面发展。</w:t>
      </w:r>
      <w:r>
        <w:rPr>
          <w:lang w:eastAsia="zh-CN"/>
        </w:rPr>
        <w:br/>
      </w:r>
      <w:r>
        <w:rPr>
          <w:lang w:eastAsia="zh-CN"/>
        </w:rPr>
        <w:t>　　认真组织本校教研活动，进行集体备课、听课、评课。教研组长不定时与教导主任下班听随堂课，并认真进行评课。严抓课堂教学，督促教师以学生为主体进行教学。</w:t>
      </w:r>
      <w:r>
        <w:rPr>
          <w:lang w:eastAsia="zh-CN"/>
        </w:rPr>
        <w:br/>
      </w:r>
      <w:r>
        <w:rPr>
          <w:lang w:eastAsia="zh-CN"/>
        </w:rPr>
        <w:t>　　鼓励教师积极参加各级教研活动，进行进修学习，并在回校后及时传达上级精神以及所学经验。</w:t>
      </w:r>
      <w:r>
        <w:rPr>
          <w:lang w:eastAsia="zh-CN"/>
        </w:rPr>
        <w:br/>
      </w:r>
      <w:r>
        <w:rPr>
          <w:lang w:eastAsia="zh-CN"/>
        </w:rPr>
        <w:t xml:space="preserve">    中学综合教研组工作计划范文 篇3 </w:t>
      </w:r>
      <w:r>
        <w:rPr>
          <w:lang w:eastAsia="zh-CN"/>
        </w:rPr>
        <w:br/>
      </w:r>
      <w:r>
        <w:rPr>
          <w:lang w:eastAsia="zh-CN"/>
        </w:rPr>
        <w:t>　　一、 综合学科生源及学情分析：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各年级学生来源主要是本村学生，少数学生从外地转进，整体素质还比较满意，学生对体育、音乐、美术、信息技术等课程有浓厚的学习兴趣。</w:t>
      </w:r>
      <w:r>
        <w:rPr>
          <w:lang w:eastAsia="zh-CN"/>
        </w:rPr>
        <w:br/>
      </w:r>
      <w:r>
        <w:rPr>
          <w:lang w:eastAsia="zh-CN"/>
        </w:rPr>
        <w:t>　　二、 工作目标与任务：</w:t>
      </w:r>
      <w:r>
        <w:rPr>
          <w:lang w:eastAsia="zh-CN"/>
        </w:rPr>
        <w:br/>
      </w:r>
      <w:r>
        <w:rPr>
          <w:lang w:eastAsia="zh-CN"/>
        </w:rPr>
        <w:t>　　1. 端正教学思想，改变教育观念，上好每门课程，教好每一节课。</w:t>
      </w:r>
      <w:r>
        <w:rPr>
          <w:lang w:eastAsia="zh-CN"/>
        </w:rPr>
        <w:br/>
      </w:r>
      <w:r>
        <w:rPr>
          <w:lang w:eastAsia="zh-CN"/>
        </w:rPr>
        <w:t>　　2. 科任教师认真研读本学科的课程标准与教材，联系学生实际，探索教法，编写好教案，上好每一节课。</w:t>
      </w:r>
      <w:r>
        <w:rPr>
          <w:lang w:eastAsia="zh-CN"/>
        </w:rPr>
        <w:br/>
      </w:r>
      <w:r>
        <w:rPr>
          <w:lang w:eastAsia="zh-CN"/>
        </w:rPr>
        <w:t>　　3. 编写教案，课堂教学必须重视实验操作指导，不仅要求学生会做实验，还要注意安全指导。</w:t>
      </w:r>
      <w:r>
        <w:rPr>
          <w:lang w:eastAsia="zh-CN"/>
        </w:rPr>
        <w:br/>
      </w:r>
      <w:r>
        <w:rPr>
          <w:lang w:eastAsia="zh-CN"/>
        </w:rPr>
        <w:t>　　4. 课堂教学要体现开放性，鼓励创造性，强调实用性。</w:t>
      </w:r>
      <w:r>
        <w:rPr>
          <w:lang w:eastAsia="zh-CN"/>
        </w:rPr>
        <w:br/>
      </w:r>
      <w:r>
        <w:rPr>
          <w:lang w:eastAsia="zh-CN"/>
        </w:rPr>
        <w:t>　　5. 每门课程的教学要落实养成教育，把养成教育贯穿到每一节课。</w:t>
      </w:r>
      <w:r>
        <w:rPr>
          <w:lang w:eastAsia="zh-CN"/>
        </w:rPr>
        <w:br/>
      </w:r>
      <w:r>
        <w:rPr>
          <w:lang w:eastAsia="zh-CN"/>
        </w:rPr>
        <w:t>　　三、 加强学习，提高教师自身素质：</w:t>
      </w:r>
      <w:r>
        <w:rPr>
          <w:lang w:eastAsia="zh-CN"/>
        </w:rPr>
        <w:br/>
      </w:r>
      <w:r>
        <w:rPr>
          <w:lang w:eastAsia="zh-CN"/>
        </w:rPr>
        <w:t>　　1. 各科任教师必须认真研读本学科课程标准，用新的教育理念武装自己的头脑。</w:t>
      </w:r>
      <w:r>
        <w:rPr>
          <w:lang w:eastAsia="zh-CN"/>
        </w:rPr>
        <w:br/>
      </w:r>
      <w:r>
        <w:rPr>
          <w:lang w:eastAsia="zh-CN"/>
        </w:rPr>
        <w:t>　　2. 自我检查反省，明白自己知识技能的工匠薄弱点，努力学习改进。</w:t>
      </w:r>
      <w:r>
        <w:rPr>
          <w:lang w:eastAsia="zh-CN"/>
        </w:rPr>
        <w:br/>
      </w:r>
      <w:r>
        <w:rPr>
          <w:lang w:eastAsia="zh-CN"/>
        </w:rPr>
        <w:t>　　3. 研读本学科系列教科书，了解本学科各年级知识点的纵向发展联系及向其他科目横向渗透情况。</w:t>
      </w:r>
      <w:r>
        <w:rPr>
          <w:lang w:eastAsia="zh-CN"/>
        </w:rPr>
        <w:br/>
      </w:r>
      <w:r>
        <w:rPr>
          <w:lang w:eastAsia="zh-CN"/>
        </w:rPr>
        <w:t>　　4. 教师之间相互学习，经常相互听课，评课，汲取新的教学经验，取长补短，共同提高。</w:t>
      </w:r>
      <w:r>
        <w:rPr>
          <w:lang w:eastAsia="zh-CN"/>
        </w:rPr>
        <w:br/>
      </w:r>
      <w:r>
        <w:rPr>
          <w:lang w:eastAsia="zh-CN"/>
        </w:rPr>
        <w:t>　　四、 实施办法：</w:t>
      </w:r>
      <w:r>
        <w:rPr>
          <w:lang w:eastAsia="zh-CN"/>
        </w:rPr>
        <w:br/>
      </w:r>
      <w:r>
        <w:rPr>
          <w:lang w:eastAsia="zh-CN"/>
        </w:rPr>
        <w:t>　　1.期初订好计划，切实按计划开展自修和教学活动。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2. 自学过程中，要认真写好读书笔记。</w:t>
      </w:r>
      <w:r>
        <w:rPr>
          <w:lang w:eastAsia="zh-CN"/>
        </w:rPr>
        <w:br/>
      </w:r>
      <w:r>
        <w:rPr>
          <w:lang w:eastAsia="zh-CN"/>
        </w:rPr>
        <w:t>　　3. 落实常规检查制度，重查课堂教学及方法。</w:t>
      </w:r>
      <w:r>
        <w:rPr>
          <w:lang w:eastAsia="zh-CN"/>
        </w:rPr>
        <w:br/>
      </w:r>
      <w:r>
        <w:rPr>
          <w:lang w:eastAsia="zh-CN"/>
        </w:rPr>
        <w:t>　　4. 在教导处指导下，开展好教研活动。</w:t>
      </w:r>
      <w:r>
        <w:rPr>
          <w:lang w:eastAsia="zh-CN"/>
        </w:rPr>
        <w:br/>
      </w:r>
      <w:r>
        <w:rPr>
          <w:lang w:eastAsia="zh-CN"/>
        </w:rPr>
        <w:t xml:space="preserve">    中学综合教研组工作计划范文 篇4 </w:t>
      </w:r>
      <w:r>
        <w:rPr>
          <w:lang w:eastAsia="zh-CN"/>
        </w:rPr>
        <w:br/>
      </w:r>
      <w:r>
        <w:rPr>
          <w:lang w:eastAsia="zh-CN"/>
        </w:rPr>
        <w:t>　　一、指导思想：</w:t>
      </w:r>
      <w:r>
        <w:rPr>
          <w:lang w:eastAsia="zh-CN"/>
        </w:rPr>
        <w:br/>
      </w:r>
      <w:r>
        <w:rPr>
          <w:lang w:eastAsia="zh-CN"/>
        </w:rPr>
        <w:t>　　20__年下学期，综合教研组在校教研处等上级的领导下，认真贯彻落实党的十九大报告关于教育工作的会议精神，进一步深化课堂变革。加强教研组建设，探索教研工作转型，多措并举，优化课堂教学，提高课堂效益，面向全体学生，本学期继续以落实教学常规和学习常规为核心，开展教学的实践与研究，努力提高教育教学质量。</w:t>
      </w:r>
      <w:r>
        <w:rPr>
          <w:lang w:eastAsia="zh-CN"/>
        </w:rPr>
        <w:br/>
      </w:r>
      <w:r>
        <w:rPr>
          <w:lang w:eastAsia="zh-CN"/>
        </w:rPr>
        <w:t>　　二、本学期主要工作：</w:t>
      </w:r>
      <w:r>
        <w:rPr>
          <w:lang w:eastAsia="zh-CN"/>
        </w:rPr>
        <w:br/>
      </w:r>
      <w:r>
        <w:rPr>
          <w:lang w:eastAsia="zh-CN"/>
        </w:rPr>
        <w:t>　　(一) 认真学习新课程标准，提高教师自身素质，促进课堂有效教学</w:t>
      </w:r>
      <w:r>
        <w:rPr>
          <w:lang w:eastAsia="zh-CN"/>
        </w:rPr>
        <w:br/>
      </w:r>
      <w:r>
        <w:rPr>
          <w:lang w:eastAsia="zh-CN"/>
        </w:rPr>
        <w:t>　　结合省、市、县课堂教学评比，疑难问题解决等活动，促进我组课堂教学效率的进一步提升，体现“学为中心”、“以生为本”的课堂教学理念。组织教师学习和研究《__市“有效学习”课改实验方案》，践行“学为中心，以学定教，教为学服务”的教学理念，提高学生学习有效性。</w:t>
      </w:r>
      <w:r>
        <w:rPr>
          <w:lang w:eastAsia="zh-CN"/>
        </w:rPr>
        <w:br/>
      </w:r>
      <w:r>
        <w:rPr>
          <w:lang w:eastAsia="zh-CN"/>
        </w:rPr>
        <w:t>　　(二) 研究《__市初中教学常规》和《学生学习常规》，加强教研组的常规管理。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按上级要求组织教师学习和研究《__市初中教学常规》(20__版)新常规，经常深入备课组，了解、检查本组的教学工作情况。开学初、期中以及期末对各教师的备课、听课、批改作业的情况进行检查一次，以便及时发现问题、解决问题。</w:t>
      </w:r>
      <w:r>
        <w:rPr>
          <w:lang w:eastAsia="zh-CN"/>
        </w:rPr>
        <w:br/>
      </w:r>
      <w:r>
        <w:rPr>
          <w:lang w:eastAsia="zh-CN"/>
        </w:rPr>
        <w:t>　　以市、县达标校样板校创建为契机，结合学校实际，对照学规要求，加强规范教师的备课、上课、作业布置与批改、学业评价等行为，突出重点，尤其要重视作业管理的改进与加强，重视教学常规检查与反馈的实效性，及时发现和矫正教学过程中的不当行为，形成校本化的教学常规管理制度，通过校本教研、教学调研等活动，践行新常规，完美新常规。</w:t>
      </w:r>
      <w:r>
        <w:rPr>
          <w:lang w:eastAsia="zh-CN"/>
        </w:rPr>
        <w:br/>
      </w:r>
      <w:r>
        <w:rPr>
          <w:lang w:eastAsia="zh-CN"/>
        </w:rPr>
        <w:t>　　(三)提高教研质量， 切实开展校本教研。</w:t>
      </w:r>
      <w:r>
        <w:rPr>
          <w:lang w:eastAsia="zh-CN"/>
        </w:rPr>
        <w:br/>
      </w:r>
      <w:r>
        <w:rPr>
          <w:lang w:eastAsia="zh-CN"/>
        </w:rPr>
        <w:t>　　以学校教研组、备课组为单位，切实组织好常规教研，理论学习，说、讲、评要有实效，各备课组要发挥备课组在教学活动中的作用，加强常规教学的研究。坚持集体备课，充分发挥教师的群体智慧，让每个教师的聪明才智融汇到教案和教学中。在常规教学中使全组达到统一进度，集体备课，根据各班不同情况编写教案，布置练习，统一考试。坚持两周一次的备课教研，重点研究教材，教法，备课，练习，考试和点评。按学校要求，每次教研会议，须有主讲并做好会议记录，以存资料，以备检查。提倡相互听课，相互学习，相互帮助。达到以老带新，以能带新，共同提高的目的。听课节数按学校要求。每位教师要上一堂公开课，听课后认真评议，就教学设计、教学方法、教学手段的使用，教学思想的渗透提出反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(四) 开展专项评比活动，促进教师素养提升</w:t>
      </w:r>
      <w:r>
        <w:rPr>
          <w:lang w:eastAsia="zh-CN"/>
        </w:rPr>
        <w:br/>
      </w:r>
      <w:r>
        <w:rPr>
          <w:lang w:eastAsia="zh-CN"/>
        </w:rPr>
        <w:t>　　结合上级会议精神和本组特点，积极开展各项评比活动，圆满完成优质课评比、新常规新设计评比活动、教师学科知识竞赛和“一师一优课，一课一名师”的选拔工作等，以各项评比活动为抓手，促进教师综合素养的提升。</w:t>
      </w:r>
      <w:r>
        <w:rPr>
          <w:lang w:eastAsia="zh-CN"/>
        </w:rPr>
        <w:br/>
      </w:r>
      <w:r>
        <w:rPr>
          <w:lang w:eastAsia="zh-CN"/>
        </w:rPr>
        <w:t>　　三、具体安排</w:t>
      </w:r>
      <w:r>
        <w:rPr>
          <w:lang w:eastAsia="zh-CN"/>
        </w:rPr>
        <w:br/>
      </w:r>
      <w:r>
        <w:rPr>
          <w:lang w:eastAsia="zh-CN"/>
        </w:rPr>
        <w:t>　　九月份：</w:t>
      </w:r>
      <w:r>
        <w:rPr>
          <w:lang w:eastAsia="zh-CN"/>
        </w:rPr>
        <w:br/>
      </w:r>
      <w:r>
        <w:rPr>
          <w:lang w:eastAsia="zh-CN"/>
        </w:rPr>
        <w:t>　　1、做好开学初的准备工作，讨论制定本学期我教研组的教研计划。</w:t>
      </w:r>
      <w:r>
        <w:rPr>
          <w:lang w:eastAsia="zh-CN"/>
        </w:rPr>
        <w:br/>
      </w:r>
      <w:r>
        <w:rPr>
          <w:lang w:eastAsia="zh-CN"/>
        </w:rPr>
        <w:t>　　2、中小学教师专业发展培训第一轮选课(9月5日截止)。</w:t>
      </w:r>
      <w:r>
        <w:rPr>
          <w:lang w:eastAsia="zh-CN"/>
        </w:rPr>
        <w:br/>
      </w:r>
      <w:r>
        <w:rPr>
          <w:lang w:eastAsia="zh-CN"/>
        </w:rPr>
        <w:t>　　3、参加县教研组长会议。</w:t>
      </w:r>
      <w:r>
        <w:rPr>
          <w:lang w:eastAsia="zh-CN"/>
        </w:rPr>
        <w:br/>
      </w:r>
      <w:r>
        <w:rPr>
          <w:lang w:eastAsia="zh-CN"/>
        </w:rPr>
        <w:t>　　4、第一、二次校本教研活动。</w:t>
      </w:r>
      <w:r>
        <w:rPr>
          <w:lang w:eastAsia="zh-CN"/>
        </w:rPr>
        <w:br/>
      </w:r>
      <w:r>
        <w:rPr>
          <w:lang w:eastAsia="zh-CN"/>
        </w:rPr>
        <w:t>　　5、迎接县乒乓球、羽毛球比赛的选拔与训练工作</w:t>
      </w:r>
      <w:r>
        <w:rPr>
          <w:lang w:eastAsia="zh-CN"/>
        </w:rPr>
        <w:br/>
      </w:r>
      <w:r>
        <w:rPr>
          <w:lang w:eastAsia="zh-CN"/>
        </w:rPr>
        <w:t>　　6、县体育骨干教师送教下乡活动</w:t>
      </w:r>
      <w:r>
        <w:rPr>
          <w:lang w:eastAsia="zh-CN"/>
        </w:rPr>
        <w:br/>
      </w:r>
      <w:r>
        <w:rPr>
          <w:lang w:eastAsia="zh-CN"/>
        </w:rPr>
        <w:t>　　十月份：</w:t>
      </w:r>
      <w:r>
        <w:rPr>
          <w:lang w:eastAsia="zh-CN"/>
        </w:rPr>
        <w:br/>
      </w:r>
      <w:r>
        <w:rPr>
          <w:lang w:eastAsia="zh-CN"/>
        </w:rPr>
        <w:t>　　1、筹备__中学第十九届校园运动会</w:t>
      </w:r>
      <w:r>
        <w:rPr>
          <w:lang w:eastAsia="zh-CN"/>
        </w:rPr>
        <w:br/>
      </w:r>
      <w:r>
        <w:rPr>
          <w:lang w:eastAsia="zh-CN"/>
        </w:rPr>
        <w:t>　　2、中学音乐欣赏教学专题研训活动</w:t>
      </w:r>
      <w:r>
        <w:rPr>
          <w:lang w:eastAsia="zh-CN"/>
        </w:rPr>
        <w:br/>
      </w:r>
      <w:r>
        <w:rPr>
          <w:lang w:eastAsia="zh-CN"/>
        </w:rPr>
        <w:t>　　3、20__级音乐新教师培训</w:t>
      </w:r>
      <w:r>
        <w:rPr>
          <w:lang w:eastAsia="zh-CN"/>
        </w:rPr>
        <w:br/>
      </w:r>
      <w:r>
        <w:rPr>
          <w:lang w:eastAsia="zh-CN"/>
        </w:rPr>
        <w:t>　　4、迎接县中小学生田径运动会的选拔与训练工作</w:t>
      </w:r>
      <w:r>
        <w:rPr>
          <w:lang w:eastAsia="zh-CN"/>
        </w:rPr>
        <w:br/>
      </w:r>
      <w:r>
        <w:rPr>
          <w:lang w:eastAsia="zh-CN"/>
        </w:rPr>
        <w:t>　　5、第三、四次校本教研活动。</w:t>
      </w:r>
      <w:r>
        <w:rPr>
          <w:lang w:eastAsia="zh-CN"/>
        </w:rPr>
        <w:br/>
      </w:r>
      <w:r>
        <w:rPr>
          <w:lang w:eastAsia="zh-CN"/>
        </w:rPr>
        <w:t>　　十一月份：</w:t>
      </w:r>
      <w:r>
        <w:rPr>
          <w:lang w:eastAsia="zh-CN"/>
        </w:rPr>
        <w:br/>
      </w:r>
      <w:r>
        <w:rPr>
          <w:lang w:eastAsia="zh-CN"/>
        </w:rPr>
        <w:t>　　1、__中学第十九届校园运动会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2、初中体育研训活动</w:t>
      </w:r>
      <w:r>
        <w:rPr>
          <w:lang w:eastAsia="zh-CN"/>
        </w:rPr>
        <w:br/>
      </w:r>
      <w:r>
        <w:rPr>
          <w:lang w:eastAsia="zh-CN"/>
        </w:rPr>
        <w:t>　　3、浙江省体育与健康教学评比</w:t>
      </w:r>
      <w:r>
        <w:rPr>
          <w:lang w:eastAsia="zh-CN"/>
        </w:rPr>
        <w:br/>
      </w:r>
      <w:r>
        <w:rPr>
          <w:lang w:eastAsia="zh-CN"/>
        </w:rPr>
        <w:t>　　4、参加县中小学生田径运动会</w:t>
      </w:r>
      <w:r>
        <w:rPr>
          <w:lang w:eastAsia="zh-CN"/>
        </w:rPr>
        <w:br/>
      </w:r>
      <w:r>
        <w:rPr>
          <w:lang w:eastAsia="zh-CN"/>
        </w:rPr>
        <w:t>　　5、第五、六、七次校本教研活动。</w:t>
      </w:r>
      <w:r>
        <w:rPr>
          <w:lang w:eastAsia="zh-CN"/>
        </w:rPr>
        <w:br/>
      </w:r>
      <w:r>
        <w:rPr>
          <w:lang w:eastAsia="zh-CN"/>
        </w:rPr>
        <w:t>　　十二月份：</w:t>
      </w:r>
      <w:r>
        <w:rPr>
          <w:lang w:eastAsia="zh-CN"/>
        </w:rPr>
        <w:br/>
      </w:r>
      <w:r>
        <w:rPr>
          <w:lang w:eastAsia="zh-CN"/>
        </w:rPr>
        <w:t>　　1、迎接县中学生篮球赛的选拔与训练工作</w:t>
      </w:r>
      <w:r>
        <w:rPr>
          <w:lang w:eastAsia="zh-CN"/>
        </w:rPr>
        <w:br/>
      </w:r>
      <w:r>
        <w:rPr>
          <w:lang w:eastAsia="zh-CN"/>
        </w:rPr>
        <w:t>　　2、县优质课评比</w:t>
      </w:r>
      <w:r>
        <w:rPr>
          <w:lang w:eastAsia="zh-CN"/>
        </w:rPr>
        <w:br/>
      </w:r>
      <w:r>
        <w:rPr>
          <w:lang w:eastAsia="zh-CN"/>
        </w:rPr>
        <w:t>　　3、20__年体质健康测试及数据上报工作</w:t>
      </w:r>
      <w:r>
        <w:rPr>
          <w:lang w:eastAsia="zh-CN"/>
        </w:rPr>
        <w:br/>
      </w:r>
      <w:r>
        <w:rPr>
          <w:lang w:eastAsia="zh-CN"/>
        </w:rPr>
        <w:t>　　4、音、体、美新常规新设计评比</w:t>
      </w:r>
      <w:r>
        <w:rPr>
          <w:lang w:eastAsia="zh-CN"/>
        </w:rPr>
        <w:br/>
      </w:r>
      <w:r>
        <w:rPr>
          <w:lang w:eastAsia="zh-CN"/>
        </w:rPr>
        <w:t>　　5、第八、九、十次校本教研活动。</w:t>
      </w:r>
      <w:r>
        <w:rPr>
          <w:lang w:eastAsia="zh-CN"/>
        </w:rPr>
        <w:br/>
      </w:r>
      <w:r>
        <w:rPr>
          <w:lang w:eastAsia="zh-CN"/>
        </w:rPr>
        <w:t>　　一月份：</w:t>
      </w:r>
      <w:r>
        <w:rPr>
          <w:lang w:eastAsia="zh-CN"/>
        </w:rPr>
        <w:br/>
      </w:r>
      <w:r>
        <w:rPr>
          <w:lang w:eastAsia="zh-CN"/>
        </w:rPr>
        <w:t>　　1、名优教师课堂展示活动</w:t>
      </w:r>
      <w:r>
        <w:rPr>
          <w:lang w:eastAsia="zh-CN"/>
        </w:rPr>
        <w:br/>
      </w:r>
      <w:r>
        <w:rPr>
          <w:lang w:eastAsia="zh-CN"/>
        </w:rPr>
        <w:t>　　2、组织期末考试</w:t>
      </w:r>
      <w:r>
        <w:rPr>
          <w:lang w:eastAsia="zh-CN"/>
        </w:rPr>
        <w:br/>
      </w:r>
      <w:r>
        <w:rPr>
          <w:lang w:eastAsia="zh-CN"/>
        </w:rPr>
        <w:t>　　3、总结积累校本研训要求：教学案例每人至少写一个教学后记，或整理一篇完整个案(含教案、实录、教学反思)或完成一个教学案例。</w:t>
      </w:r>
      <w:r>
        <w:rPr>
          <w:lang w:eastAsia="zh-CN"/>
        </w:rPr>
        <w:br/>
      </w:r>
      <w:r>
        <w:rPr>
          <w:lang w:eastAsia="zh-CN"/>
        </w:rPr>
        <w:t>　　4、做好期末各科资料归档。</w:t>
      </w:r>
      <w:r>
        <w:rPr>
          <w:lang w:eastAsia="zh-CN"/>
        </w:rPr>
        <w:br/>
      </w:r>
      <w:r>
        <w:rPr>
          <w:lang w:eastAsia="zh-CN"/>
        </w:rPr>
        <w:t xml:space="preserve">    中学综合教研组工作计划范文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为落实学校、教务处工作计划，认真搞好教研工作，保证教育教学质量稳步提高，在“面向全体学生，一切为了学生”的基础上，将以质量求生存，以改革促发展，以科研兴学校具体落实在教学中，并在当今课改的新形式下，根据本组文综具体情况，进行一些师生互动的教研活动，以本组教研课题“高中文综高考与教学整合”为核心，以学生为主体，根据学科特点拟定一些政、史、地的小组活动计划，为提高教学质量打基础，根据本组实际，特拟定以下计划：</w:t>
      </w:r>
      <w:r>
        <w:rPr>
          <w:lang w:eastAsia="zh-CN"/>
        </w:rPr>
        <w:br/>
      </w:r>
      <w:r>
        <w:rPr>
          <w:lang w:eastAsia="zh-CN"/>
        </w:rPr>
        <w:t>　　一、工作目标</w:t>
      </w:r>
      <w:r>
        <w:rPr>
          <w:lang w:eastAsia="zh-CN"/>
        </w:rPr>
        <w:br/>
      </w:r>
      <w:r>
        <w:rPr>
          <w:lang w:eastAsia="zh-CN"/>
        </w:rPr>
        <w:t>　　1、制定教学计划，遵循教育教学规律，授课具有科学性，寓学科教育于爱国主义教育和国情教育之中，将德育教育放在重要的地位。将新课程改革精神落到实处。</w:t>
      </w:r>
      <w:r>
        <w:rPr>
          <w:lang w:eastAsia="zh-CN"/>
        </w:rPr>
        <w:br/>
      </w:r>
      <w:r>
        <w:rPr>
          <w:lang w:eastAsia="zh-CN"/>
        </w:rPr>
        <w:t>　　2、钻研教材，改进教法，面向全体学生，因材施教，促进学生全面发展，以课题“高中文综高考与教学整合”为核心，培养学生动脑、动手，创新的能力，全面推进素质教育。</w:t>
      </w:r>
      <w:r>
        <w:rPr>
          <w:lang w:eastAsia="zh-CN"/>
        </w:rPr>
        <w:br/>
      </w:r>
      <w:r>
        <w:rPr>
          <w:lang w:eastAsia="zh-CN"/>
        </w:rPr>
        <w:t>　　3、认真学习新课程标准，加强师资培训，特别注重对年轻教师及新教师(任本学科时间短)的培养，以案例课模式进行培训，开展观摩教学，互相取长补短，每位教师在教学中摸索出一套行之有效、有特色的教学方法适用自己教学，每学期听课不少于8次。</w:t>
      </w:r>
      <w:r>
        <w:rPr>
          <w:lang w:eastAsia="zh-CN"/>
        </w:rPr>
        <w:br/>
      </w:r>
      <w:r>
        <w:rPr>
          <w:lang w:eastAsia="zh-CN"/>
        </w:rPr>
        <w:t>　　4、对常规工作应认真完成，做到认真备课、上课、制卷、批改作业及试卷，能接受教务处定时和不定时的检查。</w:t>
      </w:r>
      <w:r>
        <w:rPr>
          <w:lang w:eastAsia="zh-CN"/>
        </w:rPr>
        <w:br/>
      </w:r>
      <w:r>
        <w:rPr>
          <w:lang w:eastAsia="zh-CN"/>
        </w:rPr>
        <w:t>　　5、提高自身业务能力，掌握现代技术教育制作课件参与教学，提高课堂效率。</w:t>
      </w:r>
      <w:r>
        <w:rPr>
          <w:lang w:eastAsia="zh-CN"/>
        </w:rPr>
        <w:br/>
      </w:r>
      <w:r>
        <w:rPr>
          <w:lang w:eastAsia="zh-CN"/>
        </w:rPr>
        <w:t>　　6、在思想政治教育及其他方面，根据班级情况采取一定方法，必要时进行家长会及家访，与家长取得联系，便于更好管理学生。并积极参加政教处的课题研究.开展一次研讨会.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7、根据各学科特点，开展学科教研活动，并写出计划进行，期末总结活动的成果及改进的地方，并提出下一步的发展方向。</w:t>
      </w:r>
      <w:r>
        <w:rPr>
          <w:lang w:eastAsia="zh-CN"/>
        </w:rPr>
        <w:br/>
      </w:r>
      <w:r>
        <w:rPr>
          <w:lang w:eastAsia="zh-CN"/>
        </w:rPr>
        <w:t>　　8、学期结束，要认真进行学科教学质量分析，总结得失，以便在教学中不断完善。</w:t>
      </w:r>
      <w:r>
        <w:rPr>
          <w:lang w:eastAsia="zh-CN"/>
        </w:rPr>
        <w:br/>
      </w:r>
      <w:r>
        <w:rPr>
          <w:lang w:eastAsia="zh-CN"/>
        </w:rPr>
        <w:t>　　二、工作职责</w:t>
      </w:r>
      <w:r>
        <w:rPr>
          <w:lang w:eastAsia="zh-CN"/>
        </w:rPr>
        <w:br/>
      </w:r>
      <w:r>
        <w:rPr>
          <w:lang w:eastAsia="zh-CN"/>
        </w:rPr>
        <w:t>　　1、构建和谐，积极向上的教研组，倡导组内合作，组外竞争，讲师德、讲文明、讲奉献的良好组风。</w:t>
      </w:r>
      <w:r>
        <w:rPr>
          <w:lang w:eastAsia="zh-CN"/>
        </w:rPr>
        <w:br/>
      </w:r>
      <w:r>
        <w:rPr>
          <w:lang w:eastAsia="zh-CN"/>
        </w:rPr>
        <w:t>　　2、每学期开学，认真做好常规工作，完成计划，备课、上课批改作业、制卷、听课、测试等工作任务。</w:t>
      </w:r>
      <w:r>
        <w:rPr>
          <w:lang w:eastAsia="zh-CN"/>
        </w:rPr>
        <w:br/>
      </w:r>
      <w:r>
        <w:rPr>
          <w:lang w:eastAsia="zh-CN"/>
        </w:rPr>
        <w:t>　　3、根据学科特征，每小组确定一个教研小课题，目的是提高学科教学质量，使学生在实施过程中不断进步。并培养学生动手、动脑的能力，以学生为主体，各小组写出实施方案，期末并加以总结，将总结材料交组上一同上交教务处。</w:t>
      </w:r>
      <w:r>
        <w:rPr>
          <w:lang w:eastAsia="zh-CN"/>
        </w:rPr>
        <w:br/>
      </w:r>
      <w:r>
        <w:rPr>
          <w:lang w:eastAsia="zh-CN"/>
        </w:rPr>
        <w:t>　　4、开学时，每位教师根据自己的实际情况写出教学计划。每月交教案于教务处检查，并听公开课，在各小组内进行，互相取长补短，学期结束后写出教学总结上交教务处，并交听课记录本。</w:t>
      </w:r>
      <w:r>
        <w:rPr>
          <w:lang w:eastAsia="zh-CN"/>
        </w:rPr>
        <w:br/>
      </w:r>
      <w:r>
        <w:rPr>
          <w:lang w:eastAsia="zh-CN"/>
        </w:rPr>
        <w:t>　　5、为了使各学科组员有交流的时间，教研会议间周一次大会，各周都开小会，将各学科工作落实到位。</w:t>
      </w:r>
      <w:r>
        <w:rPr>
          <w:lang w:eastAsia="zh-CN"/>
        </w:rPr>
        <w:br/>
      </w:r>
      <w:r>
        <w:rPr>
          <w:lang w:eastAsia="zh-CN"/>
        </w:rPr>
        <w:t>　　三、本学期的公开课，重点放在培养新教师及年轻教师上，具体班级放在高一年级。具体安排如下：</w:t>
      </w:r>
      <w:r>
        <w:rPr>
          <w:lang w:eastAsia="zh-CN"/>
        </w:rPr>
        <w:br/>
      </w:r>
      <w:r>
        <w:rPr>
          <w:lang w:eastAsia="zh-CN"/>
        </w:rPr>
        <w:t>　　高一政治上公开课两节以上：教师由小组讨论确定</w:t>
      </w:r>
      <w:r>
        <w:rPr>
          <w:lang w:eastAsia="zh-CN"/>
        </w:rPr>
        <w:br/>
      </w:r>
      <w:r>
        <w:rPr>
          <w:lang w:eastAsia="zh-CN"/>
        </w:rPr>
        <w:t>　　高一历史上公开课两节以上：教师由小组讨论确定</w:t>
      </w:r>
      <w:r>
        <w:rPr>
          <w:lang w:eastAsia="zh-CN"/>
        </w:rPr>
        <w:br/>
      </w:r>
      <w:r>
        <w:rPr>
          <w:lang w:eastAsia="zh-CN"/>
        </w:rPr>
        <w:t>　　高一地理上公开课两节以上：教师由小组讨论确定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各小组按安排的人员，在规定的时间内完成，其他组员听课，给上课教师提出宝贵意见和建议，然后再上课、再修改，使上课教师的教学不断完善，也使听课教师得到提高。</w:t>
      </w:r>
      <w:r>
        <w:rPr>
          <w:lang w:eastAsia="zh-CN"/>
        </w:rPr>
        <w:br/>
      </w:r>
      <w:r>
        <w:rPr>
          <w:lang w:eastAsia="zh-CN"/>
        </w:rPr>
        <w:t>　　四、期末教研组应在各方面作一个总结，分析得失，不断改进，并将总结上交教务处。</w:t>
      </w:r>
      <w:r>
        <w:rPr>
          <w:lang w:eastAsia="zh-CN"/>
        </w:rPr>
        <w:br/>
      </w:r>
      <w:r>
        <w:rPr>
          <w:lang w:eastAsia="zh-CN"/>
        </w:rPr>
        <w:t xml:space="preserve">    中学综合教研组工作计划范文 篇6 </w:t>
      </w:r>
      <w:r>
        <w:rPr>
          <w:lang w:eastAsia="zh-CN"/>
        </w:rPr>
        <w:br/>
      </w:r>
      <w:r>
        <w:rPr>
          <w:lang w:eastAsia="zh-CN"/>
        </w:rPr>
        <w:t>　　一、指导思想</w:t>
      </w:r>
      <w:r>
        <w:rPr>
          <w:lang w:eastAsia="zh-CN"/>
        </w:rPr>
        <w:br/>
      </w:r>
      <w:r>
        <w:rPr>
          <w:lang w:eastAsia="zh-CN"/>
        </w:rPr>
        <w:t>　　以建设和谐社会和科学发展观为指导，以“积极、稳步、有效地实施新一轮基础教育课程改革”为主线，依托行政部门，强化自身建设，创新教研方式，整合教研力量，认真实施课程改革，总结和推广课程改革的优秀成果，提升教师的专业水平，为我校基础教育的科学和谐发展提供更为有效的专业支持。</w:t>
      </w:r>
      <w:r>
        <w:rPr>
          <w:lang w:eastAsia="zh-CN"/>
        </w:rPr>
        <w:br/>
      </w:r>
      <w:r>
        <w:rPr>
          <w:lang w:eastAsia="zh-CN"/>
        </w:rPr>
        <w:t>　　二、基本思路</w:t>
      </w:r>
      <w:r>
        <w:rPr>
          <w:lang w:eastAsia="zh-CN"/>
        </w:rPr>
        <w:br/>
      </w:r>
      <w:r>
        <w:rPr>
          <w:lang w:eastAsia="zh-CN"/>
        </w:rPr>
        <w:t>　　进一步贯彻落实素质教育课程改革的精神理念，积极推进课程改革，研究课程改革的理念和教学行为相统一的方法、途径和策略，以务实和科学的态度，以校本教研为主要形式开展教研工作，力求在以下四个方面取得新的成绩：</w:t>
      </w:r>
      <w:r>
        <w:rPr>
          <w:lang w:eastAsia="zh-CN"/>
        </w:rPr>
        <w:br/>
      </w:r>
      <w:r>
        <w:rPr>
          <w:lang w:eastAsia="zh-CN"/>
        </w:rPr>
        <w:t>　　一是认真贯彻新的《义务教育法》，关注教学状况和教师专业成长，继续加强对各学科的调研和指导，有效监控各学科的教学质量，进一步提高教研工作的针对性和实效性，使我校新课程实施水平有新的提高;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二是积极开发优质课程资源，构建网络教研系统，推广校本教研经验，使支持、服务教师成长的教研平台有新的拓展;</w:t>
      </w:r>
      <w:r>
        <w:rPr>
          <w:lang w:eastAsia="zh-CN"/>
        </w:rPr>
        <w:br/>
      </w:r>
      <w:r>
        <w:rPr>
          <w:lang w:eastAsia="zh-CN"/>
        </w:rPr>
        <w:t>　　三是改进教研方式，通过“有效教研”，推动“有效教学”，促进师生“有效发展”方面有新的突破。</w:t>
      </w:r>
      <w:r>
        <w:rPr>
          <w:lang w:eastAsia="zh-CN"/>
        </w:rPr>
        <w:br/>
      </w:r>
      <w:r>
        <w:rPr>
          <w:lang w:eastAsia="zh-CN"/>
        </w:rPr>
        <w:t>　　四是坚持“促进全体学生的全面发展和终身发展”的教研工作方向，贯彻基础教育课程改革的思想精神，继续开展义务教育新课程教学过程、方法与评价的探索。</w:t>
      </w:r>
      <w:r>
        <w:rPr>
          <w:lang w:eastAsia="zh-CN"/>
        </w:rPr>
        <w:br/>
      </w:r>
      <w:r>
        <w:rPr>
          <w:lang w:eastAsia="zh-CN"/>
        </w:rPr>
        <w:t>　　三、主要工作</w:t>
      </w:r>
      <w:r>
        <w:rPr>
          <w:lang w:eastAsia="zh-CN"/>
        </w:rPr>
        <w:br/>
      </w:r>
      <w:r>
        <w:rPr>
          <w:lang w:eastAsia="zh-CN"/>
        </w:rPr>
        <w:t>　　我校综合学科教研组包括科学、品生品社、音乐、体育、美术、信息技术、5门学科。本学期主要教研工作如下：</w:t>
      </w:r>
      <w:r>
        <w:rPr>
          <w:lang w:eastAsia="zh-CN"/>
        </w:rPr>
        <w:br/>
      </w:r>
      <w:r>
        <w:rPr>
          <w:lang w:eastAsia="zh-CN"/>
        </w:rPr>
        <w:t>　　1、创新教研方式。本学期，我校将推进网络教研和校本教研，促进教研方式创新，努力探索网络教研与传统教研相互促进的新型教研方式。校本教研活动安排遵循理论指导实践的原则、小组分散大组集中相结合原则开展教研活动。</w:t>
      </w:r>
      <w:r>
        <w:rPr>
          <w:lang w:eastAsia="zh-CN"/>
        </w:rPr>
        <w:br/>
      </w:r>
      <w:r>
        <w:rPr>
          <w:lang w:eastAsia="zh-CN"/>
        </w:rPr>
        <w:t>　　2、以提高教师课堂教学能力为重点，开展系列教研活动：人人实施“反思型教学”，人人写教学随笔，人人上教研课与说课，人人参与评课，交流教学心得;各教师立足本学科阵地，结合优质课、说课、优秀案例等评比活动，继续开展以“构建教学材料，实施有效教学”为主题的新课程课堂教学研究活动，加强提高课堂教学实效性研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4、加强管理，严格执行课程计划，全面实施素质教育。不得将非统测科目的教学时间挪作它用。开展教学状态分析，研究新课程背景下教学管理和课堂教学常规，确保学科教学的均衡发展，巩固和深化素质教育成果。</w:t>
      </w:r>
      <w:r>
        <w:rPr>
          <w:lang w:eastAsia="zh-CN"/>
        </w:rPr>
        <w:br/>
      </w:r>
      <w:r>
        <w:rPr>
          <w:lang w:eastAsia="zh-CN"/>
        </w:rPr>
        <w:t>　　一、教材简析：</w:t>
      </w:r>
      <w:r>
        <w:rPr>
          <w:lang w:eastAsia="zh-CN"/>
        </w:rPr>
        <w:br/>
      </w:r>
      <w:r>
        <w:rPr>
          <w:lang w:eastAsia="zh-CN"/>
        </w:rPr>
        <w:t>　　本册教材秉承了前九册“培养兴趣、文化积累、学会学习、整体推进”的总特点，从选编课文、设计活动、安排练习等各方面拓宽并深化了学习内容。本册共10个单元，单元主题分别为：龙、书、礼物、真诚、劳动、心愿、火与光、角度、破除迷信、我们去旅行。每个单元依然由主体课文和“语文天地”两部分组成，以保持教材的连贯性。</w:t>
      </w:r>
      <w:r>
        <w:rPr>
          <w:lang w:eastAsia="zh-CN"/>
        </w:rPr>
        <w:br/>
      </w:r>
      <w:r>
        <w:rPr>
          <w:lang w:eastAsia="zh-CN"/>
        </w:rPr>
        <w:t>　　二、学情分析：</w:t>
      </w:r>
      <w:r>
        <w:rPr>
          <w:lang w:eastAsia="zh-CN"/>
        </w:rPr>
        <w:br/>
      </w:r>
      <w:r>
        <w:rPr>
          <w:lang w:eastAsia="zh-CN"/>
        </w:rPr>
        <w:t>　　全班有学生51人，基础知识较牢固，阅读能力较弱，写作水平有待提高，有个别同学不按时完成作业，上课不认真听讲，需要加强学习目的和学习态度的教育，提高他们学习语文的兴趣，争取在现有基础上有所进步。</w:t>
      </w:r>
      <w:r>
        <w:rPr>
          <w:lang w:eastAsia="zh-CN"/>
        </w:rPr>
        <w:br/>
      </w:r>
      <w:r>
        <w:rPr>
          <w:lang w:eastAsia="zh-CN"/>
        </w:rPr>
        <w:t>　　三、教材目的和要求：</w:t>
      </w:r>
      <w:r>
        <w:rPr>
          <w:lang w:eastAsia="zh-CN"/>
        </w:rPr>
        <w:br/>
      </w:r>
      <w:r>
        <w:rPr>
          <w:lang w:eastAsia="zh-CN"/>
        </w:rPr>
        <w:t>　　1、巩固汉语拼音，借助拼音识字、阅读、学习普通话</w:t>
      </w:r>
      <w:r>
        <w:rPr>
          <w:lang w:eastAsia="zh-CN"/>
        </w:rPr>
        <w:br/>
      </w:r>
      <w:r>
        <w:rPr>
          <w:lang w:eastAsia="zh-CN"/>
        </w:rPr>
        <w:t>　　2、继续学写钢笔字，要求正确、端正、整洁。毛笔字临帖，要求坐的姿势、握笔姿势正确，养成认真写字的的习惯。</w:t>
      </w:r>
      <w:r>
        <w:rPr>
          <w:lang w:eastAsia="zh-CN"/>
        </w:rPr>
        <w:br/>
      </w:r>
      <w:r>
        <w:rPr>
          <w:lang w:eastAsia="zh-CN"/>
        </w:rPr>
        <w:t>　　3、能正确、流利、有感情地读课文，会背诵指定的课文。能领会句子中含着的意思。理解段与段之间的联系，了解课文作者安排材料的方法。能用归并段落大意和回答几个问题再连起来的方法归纳课文的主要内容。能按要求预习课文，初步养成预习的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4、引导学生在自我修改和相互修改的过程中提高写作能力;要注意考察学生对作文内容、文字表达的修改，也要关注学生修改作文的态度、过程和方法;要引导学生通过自改和互改，取长补短，促进相互了解和合作，共同提高写作水平;教会学生修改自己的习作，并主动与他人交换意见，做到语句通顺，行款正确，书写规范、整洁。</w:t>
      </w:r>
      <w:r>
        <w:rPr>
          <w:lang w:eastAsia="zh-CN"/>
        </w:rPr>
        <w:br/>
      </w:r>
      <w:r>
        <w:rPr>
          <w:lang w:eastAsia="zh-CN"/>
        </w:rPr>
        <w:t>　　5、综合性学习自始至终要突出学生的自主性，强调合作精神。最重要的是培养学生的主动精神、创造性和合作意识，提出问题、分析问题、解决问题的能力。</w:t>
      </w:r>
      <w:r>
        <w:rPr>
          <w:lang w:eastAsia="zh-CN"/>
        </w:rPr>
        <w:br/>
      </w:r>
      <w:r>
        <w:rPr>
          <w:lang w:eastAsia="zh-CN"/>
        </w:rPr>
        <w:t>　　四、教学措施：</w:t>
      </w:r>
      <w:r>
        <w:rPr>
          <w:lang w:eastAsia="zh-CN"/>
        </w:rPr>
        <w:br/>
      </w:r>
      <w:r>
        <w:rPr>
          <w:lang w:eastAsia="zh-CN"/>
        </w:rPr>
        <w:t>　　1、准确把握教学目标，不随意拔高或降低。</w:t>
      </w:r>
      <w:r>
        <w:rPr>
          <w:lang w:eastAsia="zh-CN"/>
        </w:rPr>
        <w:br/>
      </w:r>
      <w:r>
        <w:rPr>
          <w:lang w:eastAsia="zh-CN"/>
        </w:rPr>
        <w:t>　　2、扎实进行语言训练，本学期着重进行分段的训练，但仍应继续对学生的识字、写字给予重视，帮助他们积累词汇和句式，掌握基本的表达方法。课堂教学中保证学生有充分的朗读、默读和做其他各种练习的时间。要设计有效的方法，扩大训练面，努力让全班学生人人参与训练，保证学生有足够的个体活动时间。教师应严格要求，及时反馈和矫正，讲求实效。</w:t>
      </w:r>
      <w:r>
        <w:rPr>
          <w:lang w:eastAsia="zh-CN"/>
        </w:rPr>
        <w:br/>
      </w:r>
      <w:r>
        <w:rPr>
          <w:lang w:eastAsia="zh-CN"/>
        </w:rPr>
        <w:t>　　3、注意听说读写的联系。要让学生通过阅读学表达，从读中学写。在作文训练中，要充分运用课文中学到的表达方法，鼓励学生写自己熟悉的事，提高他们的语言表达能力。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4、落实各单元训练重点，重视学习方法的指导。在阅读教学中，要以训练点为重点组织教学，从内容分析导向支训练目标上来。课文教学时，要着重考虑怎样让学生掌握本单元训练点规定的那项阅读基本技能，避免字、词、句、篇都走一遍，平均使用力量，更不能只抓住内容分析，忽视训练重点。在进行阅读重点训练时，要充分发挥每单元前的“学习提示”的作用，根据课文的特点，适时地指导学生掌握学习方法。</w:t>
      </w:r>
      <w:r>
        <w:rPr>
          <w:lang w:eastAsia="zh-CN"/>
        </w:rPr>
        <w:br/>
      </w:r>
      <w:r>
        <w:rPr>
          <w:lang w:eastAsia="zh-CN"/>
        </w:rPr>
        <w:t>　　5、继续做好培优补差工作，大力提高中等生。</w:t>
      </w:r>
      <w:r>
        <w:rPr>
          <w:lang w:eastAsia="zh-CN"/>
        </w:rPr>
        <w:br/>
      </w:r>
      <w:r>
        <w:rPr>
          <w:lang w:eastAsia="zh-CN"/>
        </w:rPr>
        <w:t xml:space="preserve">    中学综合教研组工作计划范文 篇7 </w:t>
      </w:r>
      <w:r>
        <w:rPr>
          <w:lang w:eastAsia="zh-CN"/>
        </w:rPr>
        <w:br/>
      </w:r>
      <w:r>
        <w:rPr>
          <w:lang w:eastAsia="zh-CN"/>
        </w:rPr>
        <w:t>　　一、基本情况</w:t>
      </w:r>
      <w:r>
        <w:rPr>
          <w:lang w:eastAsia="zh-CN"/>
        </w:rPr>
        <w:br/>
      </w:r>
      <w:r>
        <w:rPr>
          <w:lang w:eastAsia="zh-CN"/>
        </w:rPr>
        <w:t>　　综合教研组现由以下人员组成：王章龙(社会)、李海峰(社会)、丁孔标(社会)、金雷扬(美术)、金芝华(体育)、金恒鹏(体育)、盛晓琴(音乐)。综合组老师都有本科学历，老教师资历很深，经验丰富，工作态度严谨，教学质量平稳;年青教师思维活跃，领悟新思想的能力很强，有一股闯劲，敢于创新。总的来说，这是一支团结、进取的教师队伍。</w:t>
      </w:r>
      <w:r>
        <w:rPr>
          <w:lang w:eastAsia="zh-CN"/>
        </w:rPr>
        <w:br/>
      </w:r>
      <w:r>
        <w:rPr>
          <w:lang w:eastAsia="zh-CN"/>
        </w:rPr>
        <w:t>　　学生主要来源于孤山周围的村子。由于受家庭、环境等的影响，学生学习社会、音乐、英语、美术等学科，没有一个良好的学习氛围，学生基础较差。</w:t>
      </w:r>
      <w:r>
        <w:rPr>
          <w:lang w:eastAsia="zh-CN"/>
        </w:rPr>
        <w:br/>
      </w:r>
      <w:r>
        <w:rPr>
          <w:lang w:eastAsia="zh-CN"/>
        </w:rPr>
        <w:t>　　学校综合教研组按照上级要求，以新课标和新教学理念为依据进行教学、教研等活动。</w:t>
      </w:r>
      <w:r>
        <w:rPr>
          <w:lang w:eastAsia="zh-CN"/>
        </w:rPr>
        <w:br/>
      </w:r>
      <w:r>
        <w:rPr>
          <w:lang w:eastAsia="zh-CN"/>
        </w:rPr>
        <w:t>　　二、指导思想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以科学发展观为指导方针，在教育局和学校的正确领导下，全面贯彻党的教育方针，认真学习先进的教育思想和新的课程标准、积极实践课改理念，全面深化素质教育以更新观念为前提，以提高师资整体素质为核心，以提高课堂教学效率为重点，加强教学研究，不断解决教学中的新问题，努力培养和提高学生的创新精神和实践能力，提升我组教师的教学能力和科研水平，使我组教师教学质量稳中求升。</w:t>
      </w:r>
      <w:r>
        <w:rPr>
          <w:lang w:eastAsia="zh-CN"/>
        </w:rPr>
        <w:br/>
      </w:r>
      <w:r>
        <w:rPr>
          <w:lang w:eastAsia="zh-CN"/>
        </w:rPr>
        <w:t>　　三、工作目标</w:t>
      </w:r>
      <w:r>
        <w:rPr>
          <w:lang w:eastAsia="zh-CN"/>
        </w:rPr>
        <w:br/>
      </w:r>
      <w:r>
        <w:rPr>
          <w:lang w:eastAsia="zh-CN"/>
        </w:rPr>
        <w:t>　　1、根据新课程标准的要求，认真完成本期各年级各学科的教学任务和教研活动。</w:t>
      </w:r>
      <w:r>
        <w:rPr>
          <w:lang w:eastAsia="zh-CN"/>
        </w:rPr>
        <w:br/>
      </w:r>
      <w:r>
        <w:rPr>
          <w:lang w:eastAsia="zh-CN"/>
        </w:rPr>
        <w:t>　　2、在完成教学任务的同时，认真开展教师业务培训，提高教师自身素质，学习他人教学经验，让每一位教师都积极进取。</w:t>
      </w:r>
      <w:r>
        <w:rPr>
          <w:lang w:eastAsia="zh-CN"/>
        </w:rPr>
        <w:br/>
      </w:r>
      <w:r>
        <w:rPr>
          <w:lang w:eastAsia="zh-CN"/>
        </w:rPr>
        <w:t>　　3、积极组织并认真指导学生参加各级各类的竞赛，争取取得较好的成绩。</w:t>
      </w:r>
      <w:r>
        <w:rPr>
          <w:lang w:eastAsia="zh-CN"/>
        </w:rPr>
        <w:br/>
      </w:r>
      <w:r>
        <w:rPr>
          <w:lang w:eastAsia="zh-CN"/>
        </w:rPr>
        <w:t>　　四、具体措施</w:t>
      </w:r>
      <w:r>
        <w:rPr>
          <w:lang w:eastAsia="zh-CN"/>
        </w:rPr>
        <w:br/>
      </w:r>
      <w:r>
        <w:rPr>
          <w:lang w:eastAsia="zh-CN"/>
        </w:rPr>
        <w:t>　　组织教师定时学习各学科新课程标准，让教师明确本学期教学任务。组织教师学习业务知识，如：制作课件等，开展业务讲座，教师互相探讨、交流经验体会，并及时做好笔记，以此提高教师的业务水平，培养教师的创新意识。如：如何对学生进行多元评价等。</w:t>
      </w:r>
      <w:r>
        <w:rPr>
          <w:lang w:eastAsia="zh-CN"/>
        </w:rPr>
        <w:br/>
      </w:r>
      <w:r>
        <w:rPr>
          <w:lang w:eastAsia="zh-CN"/>
        </w:rPr>
        <w:t>　　重视对课程、教材的分析与研究，大胆革新教学方式，扎实推进课堂教学改革。如音乐、美术、社会、思想品德等学科，根据各学科的特点，在教学活动过程中，教师注重营造一种宽松，愉悦的教学氛围，使学生饱含情趣，愿学，乐学，提高学习的积极性和主动性。培养学生对这些学科的的兴趣、爱好，提高学生各方面的能力，让学生全面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认真组织本校教研活动，进行集体备课、听课、评课。教研组长不定时与教导主任下班听随堂课，并认真进行评课。严抓课堂教学，督促教师以学生为主体进行教学。</w:t>
      </w:r>
      <w:r>
        <w:rPr>
          <w:lang w:eastAsia="zh-CN"/>
        </w:rPr>
        <w:br/>
      </w:r>
      <w:r>
        <w:rPr>
          <w:lang w:eastAsia="zh-CN"/>
        </w:rPr>
        <w:t>　　鼓励教师积极参加各级教研活动，进行进修学习，并在回校后及时传达上级精神以及所学经验。</w:t>
      </w:r>
      <w:r>
        <w:rPr>
          <w:lang w:eastAsia="zh-CN"/>
        </w:rPr>
        <w:br/>
      </w:r>
      <w:r>
        <w:rPr>
          <w:lang w:eastAsia="zh-CN"/>
        </w:rPr>
        <w:t>　　__年(上)综合组教研活动安排</w:t>
      </w:r>
      <w:r>
        <w:rPr>
          <w:lang w:eastAsia="zh-CN"/>
        </w:rPr>
        <w:br/>
      </w:r>
      <w:r>
        <w:rPr>
          <w:lang w:eastAsia="zh-CN"/>
        </w:rPr>
        <w:t>　　周次 活动安排</w:t>
      </w:r>
      <w:r>
        <w:rPr>
          <w:lang w:eastAsia="zh-CN"/>
        </w:rPr>
        <w:br/>
      </w:r>
      <w:r>
        <w:rPr>
          <w:lang w:eastAsia="zh-CN"/>
        </w:rPr>
        <w:t>　　二 学习上级文件精神和校教研组工作计划</w:t>
      </w:r>
      <w:r>
        <w:rPr>
          <w:lang w:eastAsia="zh-CN"/>
        </w:rPr>
        <w:br/>
      </w:r>
      <w:r>
        <w:rPr>
          <w:lang w:eastAsia="zh-CN"/>
        </w:rPr>
        <w:t>　　四 美术教研课(集体备课)</w:t>
      </w:r>
      <w:r>
        <w:rPr>
          <w:lang w:eastAsia="zh-CN"/>
        </w:rPr>
        <w:br/>
      </w:r>
      <w:r>
        <w:rPr>
          <w:lang w:eastAsia="zh-CN"/>
        </w:rPr>
        <w:t>　　六 体育教研课(公开课)</w:t>
      </w:r>
      <w:r>
        <w:rPr>
          <w:lang w:eastAsia="zh-CN"/>
        </w:rPr>
        <w:br/>
      </w:r>
      <w:r>
        <w:rPr>
          <w:lang w:eastAsia="zh-CN"/>
        </w:rPr>
        <w:t>　　八 社会教研课及如何应对中考专题</w:t>
      </w:r>
      <w:r>
        <w:rPr>
          <w:lang w:eastAsia="zh-CN"/>
        </w:rPr>
        <w:br/>
      </w:r>
      <w:r>
        <w:rPr>
          <w:lang w:eastAsia="zh-CN"/>
        </w:rPr>
        <w:t>　　十 学校第一次常规检查、初二社会实践小论文评比</w:t>
      </w:r>
      <w:r>
        <w:rPr>
          <w:lang w:eastAsia="zh-CN"/>
        </w:rPr>
        <w:br/>
      </w:r>
      <w:r>
        <w:rPr>
          <w:lang w:eastAsia="zh-CN"/>
        </w:rPr>
        <w:t>　　十二 期中考试分析会</w:t>
      </w:r>
      <w:r>
        <w:rPr>
          <w:lang w:eastAsia="zh-CN"/>
        </w:rPr>
        <w:br/>
      </w:r>
      <w:r>
        <w:rPr>
          <w:lang w:eastAsia="zh-CN"/>
        </w:rPr>
        <w:t>　　十四 体育教研课(集体备课)</w:t>
      </w:r>
      <w:r>
        <w:rPr>
          <w:lang w:eastAsia="zh-CN"/>
        </w:rPr>
        <w:br/>
      </w:r>
      <w:r>
        <w:rPr>
          <w:lang w:eastAsia="zh-CN"/>
        </w:rPr>
        <w:t>　　十六 音乐教研课(集体备课)</w:t>
      </w:r>
      <w:r>
        <w:rPr>
          <w:lang w:eastAsia="zh-CN"/>
        </w:rPr>
        <w:br/>
      </w:r>
      <w:r>
        <w:rPr>
          <w:lang w:eastAsia="zh-CN"/>
        </w:rPr>
        <w:t>　　十八 体育教研课(集体备课)</w:t>
      </w:r>
      <w:r>
        <w:rPr>
          <w:lang w:eastAsia="zh-CN"/>
        </w:rPr>
        <w:br/>
      </w:r>
      <w:r>
        <w:rPr>
          <w:lang w:eastAsia="zh-CN"/>
        </w:rPr>
        <w:t>　　二十 学校第二次常规检查</w:t>
      </w:r>
      <w:r>
        <w:rPr>
          <w:lang w:eastAsia="zh-CN"/>
        </w:rPr>
        <w:br/>
      </w:r>
      <w:r>
        <w:rPr>
          <w:lang w:eastAsia="zh-CN"/>
        </w:rPr>
        <w:t xml:space="preserve">    中学综合教研组工作计划范文 篇8 </w:t>
      </w:r>
      <w:r>
        <w:rPr>
          <w:lang w:eastAsia="zh-CN"/>
        </w:rPr>
        <w:br/>
      </w:r>
      <w:r>
        <w:rPr>
          <w:lang w:eastAsia="zh-CN"/>
        </w:rPr>
        <w:t>　　一、工作目标</w:t>
      </w:r>
      <w:r>
        <w:rPr>
          <w:lang w:eastAsia="zh-CN"/>
        </w:rPr>
        <w:br/>
      </w:r>
      <w:r>
        <w:rPr>
          <w:lang w:eastAsia="zh-CN"/>
        </w:rPr>
        <w:t>　　1、制定教学计划，遵循教育教学规律，授课具有科学性，寓学科教育于爱国主义教育和国情教育之中，将德育教育放在重要的地位。将新课程改革精神落到实处。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2、钻研教材，改进教法，面向全体学生，因材施教，促进学生全面发展，以课题高中文综高考与教学整合为核心，培养学生动脑、动手，创新的能力，全面推进素质教育。</w:t>
      </w:r>
      <w:r>
        <w:rPr>
          <w:lang w:eastAsia="zh-CN"/>
        </w:rPr>
        <w:br/>
      </w:r>
      <w:r>
        <w:rPr>
          <w:lang w:eastAsia="zh-CN"/>
        </w:rPr>
        <w:t>　　3、认真学习新课程标准，加强师资培训，特别注重对年轻教师及新教师(任本学科时间短)的培养，以案例课模式进行培训，开展观摩教学，互相取长补短，每位教师在教学中摸索出一套行之有效、有特色的教学方法适用自己教学，每学期听课不少于8次。</w:t>
      </w:r>
      <w:r>
        <w:rPr>
          <w:lang w:eastAsia="zh-CN"/>
        </w:rPr>
        <w:br/>
      </w:r>
      <w:r>
        <w:rPr>
          <w:lang w:eastAsia="zh-CN"/>
        </w:rPr>
        <w:t>　　4、对常规工作应认真完成，做到认真备课、上课、制卷、批改作业及试卷，能接受教务处定时和不定时的检查。</w:t>
      </w:r>
      <w:r>
        <w:rPr>
          <w:lang w:eastAsia="zh-CN"/>
        </w:rPr>
        <w:br/>
      </w:r>
      <w:r>
        <w:rPr>
          <w:lang w:eastAsia="zh-CN"/>
        </w:rPr>
        <w:t>　　5、提高自身业务能力，掌握现代技术教育制作课件参与教学，提高课堂效率。</w:t>
      </w:r>
      <w:r>
        <w:rPr>
          <w:lang w:eastAsia="zh-CN"/>
        </w:rPr>
        <w:br/>
      </w:r>
      <w:r>
        <w:rPr>
          <w:lang w:eastAsia="zh-CN"/>
        </w:rPr>
        <w:t>　　6、在思想政治教育及其他方面，根据班级情况采取一定方法，必要时进行家长会及家访，与家长取得联系，便于更好管理学生。并积极参加政教处的课题研究.开展一次研讨会.</w:t>
      </w:r>
      <w:r>
        <w:rPr>
          <w:lang w:eastAsia="zh-CN"/>
        </w:rPr>
        <w:br/>
      </w:r>
      <w:r>
        <w:rPr>
          <w:lang w:eastAsia="zh-CN"/>
        </w:rPr>
        <w:t>　　7、根据各学科特点，开展学科教研活动，并写出计划进行，期末总结活动的成果及改进的地方，并提出下一步的发展方向。</w:t>
      </w:r>
      <w:r>
        <w:rPr>
          <w:lang w:eastAsia="zh-CN"/>
        </w:rPr>
        <w:br/>
      </w:r>
      <w:r>
        <w:rPr>
          <w:lang w:eastAsia="zh-CN"/>
        </w:rPr>
        <w:t>　　8、学期结束，要认真进行学科教学质量分析，总结得失，以便在教学中不断完善。</w:t>
      </w:r>
      <w:r>
        <w:rPr>
          <w:lang w:eastAsia="zh-CN"/>
        </w:rPr>
        <w:br/>
      </w:r>
      <w:r>
        <w:rPr>
          <w:lang w:eastAsia="zh-CN"/>
        </w:rPr>
        <w:t>　　二、工作职责</w:t>
      </w:r>
      <w:r>
        <w:rPr>
          <w:lang w:eastAsia="zh-CN"/>
        </w:rPr>
        <w:br/>
      </w:r>
      <w:r>
        <w:rPr>
          <w:lang w:eastAsia="zh-CN"/>
        </w:rPr>
        <w:t>　　1、构建和谐，积极向上的教研组，倡导组内合作，组外竞争，讲师德、讲文明、讲奉献的良好组风。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2、每学期开学，认真做好常规工作，完成计划，备课、上课批改作业、制卷、听课、测试等工作任务。</w:t>
      </w:r>
      <w:r>
        <w:rPr>
          <w:lang w:eastAsia="zh-CN"/>
        </w:rPr>
        <w:br/>
      </w:r>
      <w:r>
        <w:rPr>
          <w:lang w:eastAsia="zh-CN"/>
        </w:rPr>
        <w:t>　　3、根据学科特征，每小组确定一个教研小课题，目的是提高学科教学质量，使学生在实施过程中不断进步。并培养学生动手、动脑的能力，以学生为主体，各小组写出实施方案，期末并加以总结，将总结材料交组上一同上交教务处。</w:t>
      </w:r>
      <w:r>
        <w:rPr>
          <w:lang w:eastAsia="zh-CN"/>
        </w:rPr>
        <w:br/>
      </w:r>
      <w:r>
        <w:rPr>
          <w:lang w:eastAsia="zh-CN"/>
        </w:rPr>
        <w:t>　　4、开学时，每位教师根据自己的实际情况写出教学计划。每月交教案于教务处检查，并听公开课，在各小组内进行，互相取长补短，学期结束后写出教学总结上交教务处，并交听课记录本。</w:t>
      </w:r>
      <w:r>
        <w:rPr>
          <w:lang w:eastAsia="zh-CN"/>
        </w:rPr>
        <w:br/>
      </w:r>
      <w:r>
        <w:rPr>
          <w:lang w:eastAsia="zh-CN"/>
        </w:rPr>
        <w:t>　　5、为了使各学科组员有交流的时间，教研会议间周一次大会，各周都开小会，将各学科工作落实到位。</w:t>
      </w:r>
      <w:r>
        <w:rPr>
          <w:lang w:eastAsia="zh-CN"/>
        </w:rPr>
        <w:br/>
      </w:r>
      <w:r>
        <w:rPr>
          <w:lang w:eastAsia="zh-CN"/>
        </w:rPr>
        <w:t>　　三、本学期的公开课，重点放在培养新教师及年轻教师上，具体班级放在高一年级。具体安排如下：</w:t>
      </w:r>
      <w:r>
        <w:rPr>
          <w:lang w:eastAsia="zh-CN"/>
        </w:rPr>
        <w:br/>
      </w:r>
      <w:r>
        <w:rPr>
          <w:lang w:eastAsia="zh-CN"/>
        </w:rPr>
        <w:t>　　高一政治上公开课两节以上：教师由小组讨论确定</w:t>
      </w:r>
      <w:r>
        <w:rPr>
          <w:lang w:eastAsia="zh-CN"/>
        </w:rPr>
        <w:br/>
      </w:r>
      <w:r>
        <w:rPr>
          <w:lang w:eastAsia="zh-CN"/>
        </w:rPr>
        <w:t>　　高一历史上公开课两节以上：教师由小组讨论确定</w:t>
      </w:r>
      <w:r>
        <w:rPr>
          <w:lang w:eastAsia="zh-CN"/>
        </w:rPr>
        <w:br/>
      </w:r>
      <w:r>
        <w:rPr>
          <w:lang w:eastAsia="zh-CN"/>
        </w:rPr>
        <w:t>　　高一地理上公开课两节以上：教师由小组讨论确定</w:t>
      </w:r>
      <w:r>
        <w:rPr>
          <w:lang w:eastAsia="zh-CN"/>
        </w:rPr>
        <w:br/>
      </w:r>
      <w:r>
        <w:rPr>
          <w:lang w:eastAsia="zh-CN"/>
        </w:rPr>
        <w:t>　　各小组按安排的人员，在规定的时间内完成，其他组员听课，给上课教师提出宝贵意见和建议，然后再上课、再修改，使上课教师的教学不断完善，也使听课教师得到提高。</w:t>
      </w:r>
      <w:r>
        <w:rPr>
          <w:lang w:eastAsia="zh-CN"/>
        </w:rPr>
        <w:br/>
      </w:r>
      <w:r>
        <w:rPr>
          <w:lang w:eastAsia="zh-CN"/>
        </w:rPr>
        <w:t>　　四、期末教研组应在各方面作一个总结，分析得失，不断改进，并将总结上交教务处。</w:t>
      </w:r>
      <w:r>
        <w:rPr>
          <w:lang w:eastAsia="zh-CN"/>
        </w:rPr>
        <w:br/>
      </w:r>
      <w:r>
        <w:rPr>
          <w:lang w:eastAsia="zh-CN"/>
        </w:rPr>
        <w:t xml:space="preserve">    中学综合教研组工作计划范文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在上学期的基础上，争取在本学期综合组教研工作有新的发展，在音、体、美各方面比上学期都能有更好的成绩、活动开展得更加有声有色。特结合本学期的新形势及本校的新情况，借创教育强县的东风，综合组同语、数教研组一样，携全体教研组人员，对新学期作出如下新的教研工作计划：</w:t>
      </w:r>
      <w:r>
        <w:rPr>
          <w:lang w:eastAsia="zh-CN"/>
        </w:rPr>
        <w:br/>
      </w:r>
      <w:r>
        <w:rPr>
          <w:lang w:eastAsia="zh-CN"/>
        </w:rPr>
        <w:t>　　一、指导思想</w:t>
      </w:r>
      <w:r>
        <w:rPr>
          <w:lang w:eastAsia="zh-CN"/>
        </w:rPr>
        <w:br/>
      </w:r>
      <w:r>
        <w:rPr>
          <w:lang w:eastAsia="zh-CN"/>
        </w:rPr>
        <w:t>　　加大课程研究的力度，加强教研和科研相结合，以教研为载体，以科研为先导，聚焦“课程统整”，优化“统整指南”，促进我们综合组全体教师“实施课程统整，推进二期课改”进一步提高课堂教学水平。让教研活动真正为提高教师课程实施能力服务。以此全面提高教师驾御课堂的能力。</w:t>
      </w:r>
      <w:r>
        <w:rPr>
          <w:lang w:eastAsia="zh-CN"/>
        </w:rPr>
        <w:br/>
      </w:r>
      <w:r>
        <w:rPr>
          <w:lang w:eastAsia="zh-CN"/>
        </w:rPr>
        <w:t>　　二、基本情况分析</w:t>
      </w:r>
      <w:r>
        <w:rPr>
          <w:lang w:eastAsia="zh-CN"/>
        </w:rPr>
        <w:br/>
      </w:r>
      <w:r>
        <w:rPr>
          <w:lang w:eastAsia="zh-CN"/>
        </w:rPr>
        <w:t>　　本学期全校有11个教学班，53位教职工，参与本教学组的人员有：...等人。由...担任教研组的组长。</w:t>
      </w:r>
      <w:r>
        <w:rPr>
          <w:lang w:eastAsia="zh-CN"/>
        </w:rPr>
        <w:br/>
      </w:r>
      <w:r>
        <w:rPr>
          <w:lang w:eastAsia="zh-CN"/>
        </w:rPr>
        <w:t>　　本教研组将在校长及教导处的直接领导下开展教研活动。</w:t>
      </w:r>
      <w:r>
        <w:rPr>
          <w:lang w:eastAsia="zh-CN"/>
        </w:rPr>
        <w:br/>
      </w:r>
      <w:r>
        <w:rPr>
          <w:lang w:eastAsia="zh-CN"/>
        </w:rPr>
        <w:t>　　三、调动教研组成员开展教学教研工作</w:t>
      </w:r>
      <w:r>
        <w:rPr>
          <w:lang w:eastAsia="zh-CN"/>
        </w:rPr>
        <w:br/>
      </w:r>
      <w:r>
        <w:rPr>
          <w:lang w:eastAsia="zh-CN"/>
        </w:rPr>
        <w:t>　　1、组织本教研成员积极参加县局举办的各种各类学习，只要是校教研处有名额关于综合素质培训学习的，我们都将动员积极参与。</w:t>
      </w:r>
      <w:r>
        <w:rPr>
          <w:lang w:eastAsia="zh-CN"/>
        </w:rPr>
        <w:br/>
      </w:r>
      <w:r>
        <w:rPr>
          <w:lang w:eastAsia="zh-CN"/>
        </w:rPr>
        <w:t>　　2、让青年教师多锻炼，一是互相学习听课、评课;二是学习有关资料杂志，吸取理论养分;三是利用光盘观看学习;四是让青年教师生动开汇报课及公开课;五是老、中、青相结合，引导大家互相学习。</w:t>
      </w:r>
      <w:r>
        <w:rPr>
          <w:lang w:eastAsia="zh-CN"/>
        </w:rPr>
        <w:br/>
      </w:r>
      <w:r>
        <w:rPr>
          <w:lang w:eastAsia="zh-CN"/>
        </w:rPr>
        <w:t>　　3、开展多种形式的实践活动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(1)美术方面，在全校范围内由王进东老师主持开展书画展，让全体学生参与，各班评选出优秀作品，集中到校再评出作品中的精华，张贴到宣传窗让师生共同欣赏、互相学习。</w:t>
      </w:r>
      <w:r>
        <w:rPr>
          <w:lang w:eastAsia="zh-CN"/>
        </w:rPr>
        <w:br/>
      </w:r>
      <w:r>
        <w:rPr>
          <w:lang w:eastAsia="zh-CN"/>
        </w:rPr>
        <w:t>　　(2)音乐方面，由王林莉、王馨凌老师主持进行唱歌或跳舞训练比赛，由各班选送歌手参加校比赛，并进行评比，评出优秀者。为学校准备人才有机会到县里比赛。</w:t>
      </w:r>
      <w:r>
        <w:rPr>
          <w:lang w:eastAsia="zh-CN"/>
        </w:rPr>
        <w:br/>
      </w:r>
      <w:r>
        <w:rPr>
          <w:lang w:eastAsia="zh-CN"/>
        </w:rPr>
        <w:t>　　(3)体育方面，由钟哲明、王世阳、王大林老师抓好各班的广播操训练工作，在全校范围内选拔人员组织体操队，一起训练参加县级比赛。在全校范围内选拔人员组织训练篮球队，同时组建校乒乓球队，以兴趣活动的形式进行。</w:t>
      </w:r>
      <w:r>
        <w:rPr>
          <w:lang w:eastAsia="zh-CN"/>
        </w:rPr>
        <w:br/>
      </w:r>
      <w:r>
        <w:rPr>
          <w:lang w:eastAsia="zh-CN"/>
        </w:rPr>
        <w:t>　　(4)杨光老师抓好对学生的思想品德教育。王秋花老师开展学校的电脑培训工作。王太义老师抓好对学生英语的辅导。</w:t>
      </w:r>
      <w:r>
        <w:rPr>
          <w:lang w:eastAsia="zh-CN"/>
        </w:rPr>
        <w:br/>
      </w:r>
      <w:r>
        <w:rPr>
          <w:lang w:eastAsia="zh-CN"/>
        </w:rPr>
        <w:t>　　四、以校本教研为主要的教学教研实践</w:t>
      </w:r>
      <w:r>
        <w:rPr>
          <w:lang w:eastAsia="zh-CN"/>
        </w:rPr>
        <w:br/>
      </w:r>
      <w:r>
        <w:rPr>
          <w:lang w:eastAsia="zh-CN"/>
        </w:rPr>
        <w:t>　　在校教导处的统一安排及指导下进行公开课听课、评课。具体时间与开课执教者的落实安排如下：</w:t>
      </w:r>
      <w:r>
        <w:rPr>
          <w:lang w:eastAsia="zh-CN"/>
        </w:rPr>
        <w:br/>
      </w:r>
      <w:r>
        <w:rPr>
          <w:lang w:eastAsia="zh-CN"/>
        </w:rPr>
        <w:t>　　1、九月上旬以组织学习新课程标准的理论为主。综合组各成员互相探讨交流。</w:t>
      </w:r>
      <w:r>
        <w:rPr>
          <w:lang w:eastAsia="zh-CN"/>
        </w:rPr>
        <w:br/>
      </w:r>
      <w:r>
        <w:rPr>
          <w:lang w:eastAsia="zh-CN"/>
        </w:rPr>
        <w:t>　　2、九月中旬至十月下旬钟哲明、王世阳、王大林老师分别《体育》方面的工作，特别是广播操课后训练工作，以及参加比赛。欢迎本校有关老师前往指导。或随堂听课、评课，展开研讨。王林莉、王馨凌老师抓好音乐、舞蹈方面的训练工作。欢迎本校有关老师前往指导。或随堂听课、评课，展开研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3、十一月至十二月上旬由王进东、杨光老师分别上美术、品德公开课，请本校有关老师前往听课、评课，展开研讨。并抓好学校里各项美术工作，欢迎各位老师前往指导。</w:t>
      </w:r>
      <w:r>
        <w:rPr>
          <w:lang w:eastAsia="zh-CN"/>
        </w:rPr>
        <w:br/>
      </w:r>
      <w:r>
        <w:rPr>
          <w:lang w:eastAsia="zh-CN"/>
        </w:rPr>
        <w:t>　　五、对本学期的教学质量进行分析、并作全面的教学教研工作的总结，把成功的经验给予推广继续，从失败与不足中吸取教训，力争使本教研组的教研工作搞得更好。</w:t>
      </w:r>
      <w:r>
        <w:rPr>
          <w:lang w:eastAsia="zh-CN"/>
        </w:rPr>
        <w:br/>
      </w:r>
      <w:r>
        <w:rPr>
          <w:lang w:eastAsia="zh-CN"/>
        </w:rPr>
        <w:t xml:space="preserve">    中学综合教研组工作计划范文 篇10 </w:t>
      </w:r>
      <w:r>
        <w:rPr>
          <w:lang w:eastAsia="zh-CN"/>
        </w:rPr>
        <w:br/>
      </w:r>
      <w:r>
        <w:rPr>
          <w:lang w:eastAsia="zh-CN"/>
        </w:rPr>
        <w:t>　　一、指导思想</w:t>
      </w:r>
      <w:r>
        <w:rPr>
          <w:lang w:eastAsia="zh-CN"/>
        </w:rPr>
        <w:br/>
      </w:r>
      <w:r>
        <w:rPr>
          <w:lang w:eastAsia="zh-CN"/>
        </w:rPr>
        <w:t>　　结合我校工作实际，教导处工作计划，为深化教学改革提高教学质量，以关注课堂为主线，以坚持教研为教学服务，不断规范常规教研，努力提高教学质量为宗旨，充分调动每一位教师的积极性，扎实工作，开拓创新，促进教研组的工作持续和快速发展。 具体要求如下：</w:t>
      </w:r>
      <w:r>
        <w:rPr>
          <w:lang w:eastAsia="zh-CN"/>
        </w:rPr>
        <w:br/>
      </w:r>
      <w:r>
        <w:rPr>
          <w:lang w:eastAsia="zh-CN"/>
        </w:rPr>
        <w:t>　　1、各年级的教学以提升质量为中心，以《教学大纲》为纲，坚持以学科教学为主，落实基础知识，提高学生各学科的基本技能和学科能力，培养学生对各学科整体知识的把握和综合分析问题、解决问题的能力。</w:t>
      </w:r>
      <w:r>
        <w:rPr>
          <w:lang w:eastAsia="zh-CN"/>
        </w:rPr>
        <w:br/>
      </w:r>
      <w:r>
        <w:rPr>
          <w:lang w:eastAsia="zh-CN"/>
        </w:rPr>
        <w:t>　　2、根据新形势下的考试要求，教学中应重视对知识系统和线索的梳理，重视知识的横向联系。适当训练学生多角度、全方位分析问题的能力。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3、政、史、地、生四科教师能够跨学科听课，共同研讨切磋备课，相互借鉴沟通，开拓知识视野，形成综合、全面分析问题的思维习惯，提高自身的素质和修养。其它学科做好学生良好素养的培养，且能积极学校其它活动。</w:t>
      </w:r>
      <w:r>
        <w:rPr>
          <w:lang w:eastAsia="zh-CN"/>
        </w:rPr>
        <w:br/>
      </w:r>
      <w:r>
        <w:rPr>
          <w:lang w:eastAsia="zh-CN"/>
        </w:rPr>
        <w:t>　　4、做练习时要把握好适度的原则，不追求偏、难、怪，从自己学生的实际出发，落实基础，提高能力。</w:t>
      </w:r>
      <w:r>
        <w:rPr>
          <w:lang w:eastAsia="zh-CN"/>
        </w:rPr>
        <w:br/>
      </w:r>
      <w:r>
        <w:rPr>
          <w:lang w:eastAsia="zh-CN"/>
        </w:rPr>
        <w:t>　　二、教学要求</w:t>
      </w:r>
      <w:r>
        <w:rPr>
          <w:lang w:eastAsia="zh-CN"/>
        </w:rPr>
        <w:br/>
      </w:r>
      <w:r>
        <w:rPr>
          <w:lang w:eastAsia="zh-CN"/>
        </w:rPr>
        <w:t>　　1、积极参加各种教研活动，深入研究新教材，及时了解教学新动向，把握重点，突破难点。</w:t>
      </w:r>
      <w:r>
        <w:rPr>
          <w:lang w:eastAsia="zh-CN"/>
        </w:rPr>
        <w:br/>
      </w:r>
      <w:r>
        <w:rPr>
          <w:lang w:eastAsia="zh-CN"/>
        </w:rPr>
        <w:t>　　2、加强学习，转变观念，搞好组内教研，打造学习型，研究型的教研组。</w:t>
      </w:r>
      <w:r>
        <w:rPr>
          <w:lang w:eastAsia="zh-CN"/>
        </w:rPr>
        <w:br/>
      </w:r>
      <w:r>
        <w:rPr>
          <w:lang w:eastAsia="zh-CN"/>
        </w:rPr>
        <w:t>　　3、课堂教学中注意调动学生的积极性、主动性，既讲究实效也要尽可能使学生有参与体会的机会和感受，实现教学目标的全面要求，针对学生的不同情况，因材施教，搞好分层教学，集体指导，不放弃每一个学生。</w:t>
      </w:r>
      <w:r>
        <w:rPr>
          <w:lang w:eastAsia="zh-CN"/>
        </w:rPr>
        <w:br/>
      </w:r>
      <w:r>
        <w:rPr>
          <w:lang w:eastAsia="zh-CN"/>
        </w:rPr>
        <w:t>　　4、强化教学常规的落实，促进师生共同发展</w:t>
      </w:r>
      <w:r>
        <w:rPr>
          <w:lang w:eastAsia="zh-CN"/>
        </w:rPr>
        <w:br/>
      </w:r>
      <w:r>
        <w:rPr>
          <w:lang w:eastAsia="zh-CN"/>
        </w:rPr>
        <w:t>　　抓好备课、上课、作业布置、批改、课后辅导 等重要环节。</w:t>
      </w:r>
      <w:r>
        <w:rPr>
          <w:lang w:eastAsia="zh-CN"/>
        </w:rPr>
        <w:br/>
      </w:r>
      <w:r>
        <w:rPr>
          <w:lang w:eastAsia="zh-CN"/>
        </w:rPr>
        <w:t>　　(1)、备课：每位教师应明确树立集体质量意识，切实做好备课过程中的各个细节，备出优质课、特色课，全力打造实用课，实行提前一周备课。</w:t>
      </w:r>
      <w:r>
        <w:rPr>
          <w:lang w:eastAsia="zh-CN"/>
        </w:rPr>
        <w:br/>
      </w:r>
      <w:r>
        <w:rPr>
          <w:lang w:eastAsia="zh-CN"/>
        </w:rPr>
        <w:t>　　(2)、上课：在备好课的基础上，上课前要温课，在教学过程中要目标明确，重点突出，讲透知识点，训练要扎实有效，同时要注意师生活动时间的分配，教学手段要多样化，充分调动学生学习的积极性，提高课堂教学效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(3)、作业布置、批改：作业设计既要在量上有所控制，更要在质上有所提高，注意保护学生做作业的积极性。批改要准确、及时，要有适当的点评，尤其关注后进生的点评，要有一定的纠错措施。</w:t>
      </w:r>
      <w:r>
        <w:rPr>
          <w:lang w:eastAsia="zh-CN"/>
        </w:rPr>
        <w:br/>
      </w:r>
      <w:r>
        <w:rPr>
          <w:lang w:eastAsia="zh-CN"/>
        </w:rPr>
        <w:t>　　(4)、辅导：要做好提优补差工作，各位教师要确定好提优补差学生名单，要定期的、有计划的组织好提优补差工作，尽力做到措施得力，效果显著。</w:t>
      </w:r>
      <w:r>
        <w:rPr>
          <w:lang w:eastAsia="zh-CN"/>
        </w:rPr>
        <w:br/>
      </w:r>
      <w:r>
        <w:rPr>
          <w:lang w:eastAsia="zh-CN"/>
        </w:rPr>
        <w:t>　　三、工作目标</w:t>
      </w:r>
      <w:r>
        <w:rPr>
          <w:lang w:eastAsia="zh-CN"/>
        </w:rPr>
        <w:br/>
      </w:r>
      <w:r>
        <w:rPr>
          <w:lang w:eastAsia="zh-CN"/>
        </w:rPr>
        <w:t>　　在教导处的指导下，结合本组学科实际，本学期教研组工作将以提升学科质量为中心，以学科的学风和教风建设为主题，以加强教师队伍建设为根本，以教研组活动以及课堂教学为主阵地，使教研活动成为师生之间加强教学研究，提高教学水平和提升教师专业素质的主要途径，促进教师向学习型、研究型、创新型方向转化，努力提升我组教师的教学与教研整体水平，较好地完成学校布置的各项教育教学任务，力争在期末考试中出好成绩。</w:t>
      </w:r>
      <w:r>
        <w:rPr>
          <w:lang w:eastAsia="zh-CN"/>
        </w:rPr>
        <w:br/>
      </w:r>
      <w:r>
        <w:rPr>
          <w:lang w:eastAsia="zh-CN"/>
        </w:rPr>
        <w:t>　　四、具体工作</w:t>
      </w:r>
      <w:r>
        <w:rPr>
          <w:lang w:eastAsia="zh-CN"/>
        </w:rPr>
        <w:br/>
      </w:r>
      <w:r>
        <w:rPr>
          <w:lang w:eastAsia="zh-CN"/>
        </w:rPr>
        <w:t>　　1、各位老师拟定好本学期的教学工作计划。</w:t>
      </w:r>
      <w:r>
        <w:rPr>
          <w:lang w:eastAsia="zh-CN"/>
        </w:rPr>
        <w:br/>
      </w:r>
      <w:r>
        <w:rPr>
          <w:lang w:eastAsia="zh-CN"/>
        </w:rPr>
        <w:t>　　2、拟定教研组本学期的教研工作计划。</w:t>
      </w:r>
      <w:r>
        <w:rPr>
          <w:lang w:eastAsia="zh-CN"/>
        </w:rPr>
        <w:br/>
      </w:r>
      <w:r>
        <w:rPr>
          <w:lang w:eastAsia="zh-CN"/>
        </w:rPr>
        <w:t>　　3、9月初召开一次教研会议，听取各位老师们这个学期的意见和建议。</w:t>
      </w:r>
      <w:r>
        <w:rPr>
          <w:lang w:eastAsia="zh-CN"/>
        </w:rPr>
        <w:br/>
      </w:r>
      <w:r>
        <w:rPr>
          <w:lang w:eastAsia="zh-CN"/>
        </w:rPr>
        <w:t>　　4、注重备、教、批、辅、考、评、思常规7大环节的落实，并做好详细记载和总结。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5、加强组内的学习与交流，探讨教学中的实际问题，重难点的把握，教法设计等，互相听课。</w:t>
      </w:r>
      <w:r>
        <w:rPr>
          <w:lang w:eastAsia="zh-CN"/>
        </w:rPr>
        <w:br/>
      </w:r>
      <w:r>
        <w:rPr>
          <w:lang w:eastAsia="zh-CN"/>
        </w:rPr>
        <w:t>　　6、课堂教学是大面积提高教学质量的主阵地，各科根据自己学科的特点，找方法，添措施，发挥学生的主体作用，合作学习，趣味学习，探究学习，增加课堂教学的含金量，向40分钟课堂要质量。</w:t>
      </w:r>
      <w:r>
        <w:rPr>
          <w:lang w:eastAsia="zh-CN"/>
        </w:rPr>
        <w:br/>
      </w:r>
      <w:r>
        <w:rPr>
          <w:lang w:eastAsia="zh-CN"/>
        </w:rPr>
        <w:t>　　7、 积极引导组内教师认真阅读教育教学书籍,报刊,杂志,学习现代教育理论,结合自己教育教学工作的需要,做好读书笔记，写好教学反思，鼓励本组教师撰写教育教学论文。</w:t>
      </w:r>
      <w:r>
        <w:rPr>
          <w:lang w:eastAsia="zh-CN"/>
        </w:rPr>
        <w:br/>
      </w:r>
      <w:r>
        <w:rPr>
          <w:lang w:eastAsia="zh-CN"/>
        </w:rPr>
        <w:t xml:space="preserve">    中学综合教研组工作计划范文 篇11 </w:t>
      </w:r>
      <w:r>
        <w:rPr>
          <w:lang w:eastAsia="zh-CN"/>
        </w:rPr>
        <w:br/>
      </w:r>
      <w:r>
        <w:rPr>
          <w:lang w:eastAsia="zh-CN"/>
        </w:rPr>
        <w:t>　　一、指导思想：</w:t>
      </w:r>
      <w:r>
        <w:rPr>
          <w:lang w:eastAsia="zh-CN"/>
        </w:rPr>
        <w:br/>
      </w:r>
      <w:r>
        <w:rPr>
          <w:lang w:eastAsia="zh-CN"/>
        </w:rPr>
        <w:t>　　以党中央国务院《关于深化教育改革全面推进素质教育的决定》和《面向21世纪教育振兴行动计划》为指导。贯彻执行规范、追求效益、崇尚创新的工作态度和精神，按照上级教育行政部门的部署，启动基础教育新课程改革实验。加强学习，加强教学研究和教学管理，强化师资队伍建设、全面提高实施素质教育水平。整体提高教学质量和水平。</w:t>
      </w:r>
      <w:r>
        <w:rPr>
          <w:lang w:eastAsia="zh-CN"/>
        </w:rPr>
        <w:br/>
      </w:r>
      <w:r>
        <w:rPr>
          <w:lang w:eastAsia="zh-CN"/>
        </w:rPr>
        <w:t>　　二、工作要点：</w:t>
      </w:r>
      <w:r>
        <w:rPr>
          <w:lang w:eastAsia="zh-CN"/>
        </w:rPr>
        <w:br/>
      </w:r>
      <w:r>
        <w:rPr>
          <w:lang w:eastAsia="zh-CN"/>
        </w:rPr>
        <w:t>　　1、加强学习，更新教育观念，转变教学思想。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树立正确的教学观、质量观。以发展为主题，质量为主线，创新为动力。素质教育、教学质量两手一起抓。积极贯彻全教会会议精神，认真学习教育部《基础教育课程改革纲要》和新的《课程标准》，上级行政部门有关的讲话和规程，及其与之相配合的有关资料信息。改革旧的教育观念，确立课改的理念和策略，坚定不移地推进教学方式和学习方式的转交，致力于教学评价制度的重建。领悟新一轮课程改革的特点和培养目标。真正确立以为了每一个孩子的发展为轴心。</w:t>
      </w:r>
      <w:r>
        <w:rPr>
          <w:lang w:eastAsia="zh-CN"/>
        </w:rPr>
        <w:br/>
      </w:r>
      <w:r>
        <w:rPr>
          <w:lang w:eastAsia="zh-CN"/>
        </w:rPr>
        <w:t>　　2、继续深化课堂教学研究，推进课堂教学改革。</w:t>
      </w:r>
      <w:r>
        <w:rPr>
          <w:lang w:eastAsia="zh-CN"/>
        </w:rPr>
        <w:br/>
      </w:r>
      <w:r>
        <w:rPr>
          <w:lang w:eastAsia="zh-CN"/>
        </w:rPr>
        <w:t>　　教师的教学要从以教为主转到学生的以学为主，其要点是构建起学生学习的方式。让学生的自主性、独立性、能动性和创造性真正得到张扬和提升。体现在课堂中要给学生更多自主发展的时间与空间，要关注学生的学习过程，尊重学生的需要，保护学生的自尊心和自信心。赋予学生以教学过程中的主体地位，以交往互动的教学活动促进学生发展，建立积极、和谐的师生关系，沟通教学与生活、社会的联系，改革课堂教学结构，提高课堂教学效率。</w:t>
      </w:r>
      <w:r>
        <w:rPr>
          <w:lang w:eastAsia="zh-CN"/>
        </w:rPr>
        <w:br/>
      </w:r>
      <w:r>
        <w:rPr>
          <w:lang w:eastAsia="zh-CN"/>
        </w:rPr>
        <w:t>　　3、进一步发挥教研组功能。对照《教研组考核评估细则》，争创县先进教研组。研究活动的形式与实效，不断提高教学研究和业务管理水平。力求做到研究专题化、活动制度化、学习理论与开展教学实践相结合。正常昕课、说课、评课为主要形式的常规教研活动，提倡一课多作，加强评课、切磋环节，提高研究含量。努力探究改革课堂教学评价体系、评价指标及其评价过程，发挥课堂教学评价的导向、激励、调控作用。不是为了证明，而是为了发展。多几把尺子，就可能多一批个性发展的学生。没有最好，只有更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4、认真重视抓好教科研。全体教师应树立科研兴教思想、自觉参与教科研实践。可以根据教学中实际情况及教学新动态自拟专题向教研组或教导处申报备案。按照学习、实践、总结、检验的流程进行教学研究。积极鼓励更多的中青年教师参与各种教科研活动，多写论文、案例等。</w:t>
      </w:r>
      <w:r>
        <w:rPr>
          <w:lang w:eastAsia="zh-CN"/>
        </w:rPr>
        <w:br/>
      </w:r>
      <w:r>
        <w:rPr>
          <w:lang w:eastAsia="zh-CN"/>
        </w:rPr>
        <w:t>　　5、发挥名师作用。对己获得市、镇学科带头人、教学能手称号的教师，组织他们公开教学观摩、展示活动，组织新老教师师徒结对以培养更多优秀教师。借校公开课的契机进行有效的备课辅导、评课，推动新教师的教学水平。</w:t>
      </w:r>
      <w:r>
        <w:rPr>
          <w:lang w:eastAsia="zh-CN"/>
        </w:rPr>
        <w:br/>
      </w:r>
      <w:r>
        <w:rPr>
          <w:lang w:eastAsia="zh-CN"/>
        </w:rPr>
        <w:t xml:space="preserve">    中学综合教研组工作计划范文 篇12 </w:t>
      </w:r>
      <w:r>
        <w:rPr>
          <w:lang w:eastAsia="zh-CN"/>
        </w:rPr>
        <w:br/>
      </w:r>
      <w:r>
        <w:rPr>
          <w:lang w:eastAsia="zh-CN"/>
        </w:rPr>
        <w:t>　　一、指导思想：</w:t>
      </w:r>
      <w:r>
        <w:rPr>
          <w:lang w:eastAsia="zh-CN"/>
        </w:rPr>
        <w:br/>
      </w:r>
      <w:r>
        <w:rPr>
          <w:lang w:eastAsia="zh-CN"/>
        </w:rPr>
        <w:t>　　贯彻执行上海市二期课改有关精神，根据区教育局及我校201_年的工作计划，扎实推进新课程实施；认真以学科课程标准为依据，进一步推进学科课程统整，通过教学常规精细化、优化教学等手段，扎实有效的开展好“课堂教学有效性”研究，注重培养学生良好的学习习惯、全面提高教学质量。</w:t>
      </w:r>
      <w:r>
        <w:rPr>
          <w:lang w:eastAsia="zh-CN"/>
        </w:rPr>
        <w:br/>
      </w:r>
      <w:r>
        <w:rPr>
          <w:lang w:eastAsia="zh-CN"/>
        </w:rPr>
        <w:t>　　二、重点工作</w:t>
      </w:r>
      <w:r>
        <w:rPr>
          <w:lang w:eastAsia="zh-CN"/>
        </w:rPr>
        <w:br/>
      </w:r>
      <w:r>
        <w:rPr>
          <w:lang w:eastAsia="zh-CN"/>
        </w:rPr>
        <w:t>　　1、加强教研组、备课组建设，以作业布置的有效性研究为主题，开展围绕课堂有效性研究内容的作业布置的有效性研修活动。结合两次阶段性练习及期中期末考试的出题、考试及试卷分析过程，研修作业布置有的效性。</w:t>
      </w:r>
      <w:r>
        <w:rPr>
          <w:lang w:eastAsia="zh-CN"/>
        </w:rPr>
        <w:br/>
      </w:r>
      <w:r>
        <w:rPr>
          <w:lang w:eastAsia="zh-CN"/>
        </w:rPr>
        <w:t>　　2、以“师徒带教汇报课”、“骨干教师研讨课”等活动为载体，在教研组开展提升教学有效性的课例研讨活动。在充分开展说课、听课、评课的基础上，充分发挥教研组、备课组在学科教学研讨工作中的作用，提升教研组研修质量，从而提升教学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三、具体安排</w:t>
      </w:r>
      <w:r>
        <w:rPr>
          <w:lang w:eastAsia="zh-CN"/>
        </w:rPr>
        <w:br/>
      </w:r>
      <w:r>
        <w:rPr>
          <w:lang w:eastAsia="zh-CN"/>
        </w:rPr>
        <w:t>　　周次重点工作活动时间</w:t>
      </w:r>
      <w:r>
        <w:rPr>
          <w:lang w:eastAsia="zh-CN"/>
        </w:rPr>
        <w:br/>
      </w:r>
      <w:r>
        <w:rPr>
          <w:lang w:eastAsia="zh-CN"/>
        </w:rPr>
        <w:t>　　第1周2月14-18日</w:t>
      </w:r>
      <w:r>
        <w:rPr>
          <w:lang w:eastAsia="zh-CN"/>
        </w:rPr>
        <w:br/>
      </w:r>
      <w:r>
        <w:rPr>
          <w:lang w:eastAsia="zh-CN"/>
        </w:rPr>
        <w:t>　　1、准备开学摸底考试卷</w:t>
      </w:r>
      <w:r>
        <w:rPr>
          <w:lang w:eastAsia="zh-CN"/>
        </w:rPr>
        <w:br/>
      </w:r>
      <w:r>
        <w:rPr>
          <w:lang w:eastAsia="zh-CN"/>
        </w:rPr>
        <w:t>　　2、各备课组制定计划</w:t>
      </w:r>
      <w:r>
        <w:rPr>
          <w:lang w:eastAsia="zh-CN"/>
        </w:rPr>
        <w:br/>
      </w:r>
      <w:r>
        <w:rPr>
          <w:lang w:eastAsia="zh-CN"/>
        </w:rPr>
        <w:t>　　教研活动</w:t>
      </w:r>
      <w:r>
        <w:rPr>
          <w:lang w:eastAsia="zh-CN"/>
        </w:rPr>
        <w:br/>
      </w:r>
      <w:r>
        <w:rPr>
          <w:lang w:eastAsia="zh-CN"/>
        </w:rPr>
        <w:t>　　第2周2月21-25日</w:t>
      </w:r>
      <w:r>
        <w:rPr>
          <w:lang w:eastAsia="zh-CN"/>
        </w:rPr>
        <w:br/>
      </w:r>
      <w:r>
        <w:rPr>
          <w:lang w:eastAsia="zh-CN"/>
        </w:rPr>
        <w:t>　　1.开学摸底考试分析</w:t>
      </w:r>
      <w:r>
        <w:rPr>
          <w:lang w:eastAsia="zh-CN"/>
        </w:rPr>
        <w:br/>
      </w:r>
      <w:r>
        <w:rPr>
          <w:lang w:eastAsia="zh-CN"/>
        </w:rPr>
        <w:t>　　2.备课组交课时计划和组内活动计划。</w:t>
      </w:r>
      <w:r>
        <w:rPr>
          <w:lang w:eastAsia="zh-CN"/>
        </w:rPr>
        <w:br/>
      </w:r>
      <w:r>
        <w:rPr>
          <w:lang w:eastAsia="zh-CN"/>
        </w:rPr>
        <w:t>　　第3周2月28-3月4日</w:t>
      </w:r>
      <w:r>
        <w:rPr>
          <w:lang w:eastAsia="zh-CN"/>
        </w:rPr>
        <w:br/>
      </w:r>
      <w:r>
        <w:rPr>
          <w:lang w:eastAsia="zh-CN"/>
        </w:rPr>
        <w:t>　　启动备课组作业有效性研修活动</w:t>
      </w:r>
      <w:r>
        <w:rPr>
          <w:lang w:eastAsia="zh-CN"/>
        </w:rPr>
        <w:br/>
      </w:r>
      <w:r>
        <w:rPr>
          <w:lang w:eastAsia="zh-CN"/>
        </w:rPr>
        <w:t>　　教研活动第4周3月7-11日</w:t>
      </w:r>
      <w:r>
        <w:rPr>
          <w:lang w:eastAsia="zh-CN"/>
        </w:rPr>
        <w:br/>
      </w:r>
      <w:r>
        <w:rPr>
          <w:lang w:eastAsia="zh-CN"/>
        </w:rPr>
        <w:t>　　1.“骨干教师研讨课”听评课活动</w:t>
      </w:r>
      <w:r>
        <w:rPr>
          <w:lang w:eastAsia="zh-CN"/>
        </w:rPr>
        <w:br/>
      </w:r>
      <w:r>
        <w:rPr>
          <w:lang w:eastAsia="zh-CN"/>
        </w:rPr>
        <w:t>　　2.备课组作业有效性研修活动</w:t>
      </w:r>
      <w:r>
        <w:rPr>
          <w:lang w:eastAsia="zh-CN"/>
        </w:rPr>
        <w:br/>
      </w:r>
      <w:r>
        <w:rPr>
          <w:lang w:eastAsia="zh-CN"/>
        </w:rPr>
        <w:t>　　第5周3月14-18日</w:t>
      </w:r>
      <w:r>
        <w:rPr>
          <w:lang w:eastAsia="zh-CN"/>
        </w:rPr>
        <w:br/>
      </w:r>
      <w:r>
        <w:rPr>
          <w:lang w:eastAsia="zh-CN"/>
        </w:rPr>
        <w:t>　　1.各备课组准备第一次阶段练习试卷</w:t>
      </w:r>
      <w:r>
        <w:rPr>
          <w:lang w:eastAsia="zh-CN"/>
        </w:rPr>
        <w:br/>
      </w:r>
      <w:r>
        <w:rPr>
          <w:lang w:eastAsia="zh-CN"/>
        </w:rPr>
        <w:t>　　2.备课组作业有效性研修活动</w:t>
      </w:r>
      <w:r>
        <w:rPr>
          <w:lang w:eastAsia="zh-CN"/>
        </w:rPr>
        <w:br/>
      </w:r>
      <w:r>
        <w:rPr>
          <w:lang w:eastAsia="zh-CN"/>
        </w:rPr>
        <w:t>　　教研活动</w:t>
      </w:r>
      <w:r>
        <w:rPr>
          <w:lang w:eastAsia="zh-CN"/>
        </w:rPr>
        <w:br/>
      </w:r>
      <w:r>
        <w:rPr>
          <w:lang w:eastAsia="zh-CN"/>
        </w:rPr>
        <w:t>　　第6周3月21-25日</w:t>
      </w:r>
      <w:r>
        <w:rPr>
          <w:lang w:eastAsia="zh-CN"/>
        </w:rPr>
        <w:br/>
      </w:r>
      <w:r>
        <w:rPr>
          <w:lang w:eastAsia="zh-CN"/>
        </w:rPr>
        <w:t>　　第一次阶段性练习</w:t>
      </w:r>
      <w:r>
        <w:rPr>
          <w:lang w:eastAsia="zh-CN"/>
        </w:rPr>
        <w:br/>
      </w:r>
      <w:r>
        <w:rPr>
          <w:lang w:eastAsia="zh-CN"/>
        </w:rPr>
        <w:t xml:space="preserve">    中学综合教研组工作计划范文 篇13 </w:t>
      </w:r>
      <w:r>
        <w:rPr>
          <w:lang w:eastAsia="zh-CN"/>
        </w:rPr>
        <w:br/>
      </w:r>
      <w:r>
        <w:rPr>
          <w:lang w:eastAsia="zh-CN"/>
        </w:rPr>
        <w:t>　　一、指导思想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认真实施音乐课程标准，围绕学校教育课程的研究，以新教材研究为发展，理论向实践转化，培养学生积极乐观的态度和对音乐的兴趣，在音乐学科中创造性的实施新的音乐课程标准，全面推进素质教育，优化课堂结构，优化教师素质。认真上好每一节随堂课，提高全体学生的音乐素养及人文素养。积极组织学生参加各项活动，浓厚学校艺术氛围，推进学校艺术教育工作再上新台阶。</w:t>
      </w:r>
      <w:r>
        <w:rPr>
          <w:lang w:eastAsia="zh-CN"/>
        </w:rPr>
        <w:br/>
      </w:r>
      <w:r>
        <w:rPr>
          <w:lang w:eastAsia="zh-CN"/>
        </w:rPr>
        <w:t>　　二、工作目标</w:t>
      </w:r>
      <w:r>
        <w:rPr>
          <w:lang w:eastAsia="zh-CN"/>
        </w:rPr>
        <w:br/>
      </w:r>
      <w:r>
        <w:rPr>
          <w:lang w:eastAsia="zh-CN"/>
        </w:rPr>
        <w:t>　　1、加强对教育教学理论的学习，积极参加学校及各主管部门的校本培训，强化校本研究，引导教师自主思考，提升理论学习实效。</w:t>
      </w:r>
      <w:r>
        <w:rPr>
          <w:lang w:eastAsia="zh-CN"/>
        </w:rPr>
        <w:br/>
      </w:r>
      <w:r>
        <w:rPr>
          <w:lang w:eastAsia="zh-CN"/>
        </w:rPr>
        <w:t>　　2、围绕学校龙头课题，开发研讨课题，继续开展音乐学科的分课题研究工作。深入加强课堂教学研究。</w:t>
      </w:r>
      <w:r>
        <w:rPr>
          <w:lang w:eastAsia="zh-CN"/>
        </w:rPr>
        <w:br/>
      </w:r>
      <w:r>
        <w:rPr>
          <w:lang w:eastAsia="zh-CN"/>
        </w:rPr>
        <w:t>　　3、组织本组教师深钻教材、结合教学实际拟定计划，鼓励创新教法，提高效率。</w:t>
      </w:r>
      <w:r>
        <w:rPr>
          <w:lang w:eastAsia="zh-CN"/>
        </w:rPr>
        <w:br/>
      </w:r>
      <w:r>
        <w:rPr>
          <w:lang w:eastAsia="zh-CN"/>
        </w:rPr>
        <w:t>　　4、加强教育教学常规工作的管理，通过开展科组内互听互评活动，真正提高教育教学的质效。</w:t>
      </w:r>
      <w:r>
        <w:rPr>
          <w:lang w:eastAsia="zh-CN"/>
        </w:rPr>
        <w:br/>
      </w:r>
      <w:r>
        <w:rPr>
          <w:lang w:eastAsia="zh-CN"/>
        </w:rPr>
        <w:t>　　5、加强信息技术学习，开拓教学空间，推动信息技术与课程的整合。</w:t>
      </w:r>
      <w:r>
        <w:rPr>
          <w:lang w:eastAsia="zh-CN"/>
        </w:rPr>
        <w:br/>
      </w:r>
      <w:r>
        <w:rPr>
          <w:lang w:eastAsia="zh-CN"/>
        </w:rPr>
        <w:t>　　6、营造学习型、研究型、探究型、创新型教研组。</w:t>
      </w:r>
      <w:r>
        <w:rPr>
          <w:lang w:eastAsia="zh-CN"/>
        </w:rPr>
        <w:br/>
      </w:r>
      <w:r>
        <w:rPr>
          <w:lang w:eastAsia="zh-CN"/>
        </w:rPr>
        <w:t>　　7、音乐学科的课外活动，内容要丰富、实在、指导学生积极开展活动。</w:t>
      </w:r>
      <w:r>
        <w:rPr>
          <w:lang w:eastAsia="zh-CN"/>
        </w:rPr>
        <w:br/>
      </w:r>
      <w:r>
        <w:rPr>
          <w:lang w:eastAsia="zh-CN"/>
        </w:rPr>
        <w:t>　　三、具体工作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1、认真学习和贯彻执行新课程标准，转变更新教育教学观念，运用新课程理念研究新教材的知识结构，把握新教材的教学要求，探索新教法，研究新学法，建立有效的教学常规，努力提高课堂教学效率。</w:t>
      </w:r>
      <w:r>
        <w:rPr>
          <w:lang w:eastAsia="zh-CN"/>
        </w:rPr>
        <w:br/>
      </w:r>
      <w:r>
        <w:rPr>
          <w:lang w:eastAsia="zh-CN"/>
        </w:rPr>
        <w:t>　　2、通过实践我们发现现在的音乐美术教材中的很多内容已无法与时代接轨，也缺乏典范性。于是为了促使音乐教师转变教材观，从思想上认识教教材的危害，走出教材权威的怪圈，摒弃教师教学的惰性，既一切教学都必须严格按照教材规定的进行。我们可以根据本班学生的实际情况有选择地使用教材;也可以利用学生熟悉的生活经验或环境，对教学内容加以改造;还可以根据自己对教材的理解，设计新的教学活动方案等等，对教材进行加工处理。能使学生学的轻松、学的愉快，促进音乐课堂教学效率的提高。本学期的校本教研主题为《引入课外资源，活用音美教材》。</w:t>
      </w:r>
      <w:r>
        <w:rPr>
          <w:lang w:eastAsia="zh-CN"/>
        </w:rPr>
        <w:br/>
      </w:r>
      <w:r>
        <w:rPr>
          <w:lang w:eastAsia="zh-CN"/>
        </w:rPr>
        <w:t>　　3、以音乐课堂为主阵地，加强信息技术与学科教学的应用与发展的实践的研究力度，提高教学技术含量，使音乐教学的现代化。</w:t>
      </w:r>
      <w:r>
        <w:rPr>
          <w:lang w:eastAsia="zh-CN"/>
        </w:rPr>
        <w:br/>
      </w:r>
      <w:r>
        <w:rPr>
          <w:lang w:eastAsia="zh-CN"/>
        </w:rPr>
        <w:t>　　4、继续严格执行课程计划，认真备课、授课、听课、评课，完善说、讲、思、评实施课研专题，把课研究落实到具体的教学实践中，提高学生的认识和操作水平，陶冶情操。</w:t>
      </w:r>
      <w:r>
        <w:rPr>
          <w:lang w:eastAsia="zh-CN"/>
        </w:rPr>
        <w:br/>
      </w:r>
      <w:r>
        <w:rPr>
          <w:lang w:eastAsia="zh-CN"/>
        </w:rPr>
        <w:t>　　5、积极参加政治业务学习，积极参加校本培训活动，为断提升教师理念，树立全新学生观、教师观。</w:t>
      </w:r>
      <w:r>
        <w:rPr>
          <w:lang w:eastAsia="zh-CN"/>
        </w:rPr>
        <w:br/>
      </w:r>
      <w:r>
        <w:rPr>
          <w:lang w:eastAsia="zh-CN"/>
        </w:rPr>
        <w:t>　　6、认真观看学校课改录相，及时吸呐先进课改经验，学以致用。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7、积极推进音乐教育工作，确立以美育人的大美育观，将美育融入学校教育全过程，使德智体美诸方面相互渗透，协调发展。我们要充分发挥自己的优势，主动自觉地把美育渗透到各项工作和各个环节中，充分挖掘美育资源，丰富美育内容，拓宽美育实施的途径，提高学生审美能力，使学生养成健康的审美情趣和对自然美、社会美、科学美、音乐美的感受力、想象力和鉴赏力。</w:t>
      </w:r>
      <w:r>
        <w:rPr>
          <w:lang w:eastAsia="zh-CN"/>
        </w:rPr>
        <w:br/>
      </w:r>
      <w:r>
        <w:rPr>
          <w:lang w:eastAsia="zh-CN"/>
        </w:rPr>
        <w:t>　　四、活动内容：</w:t>
      </w:r>
      <w:r>
        <w:rPr>
          <w:lang w:eastAsia="zh-CN"/>
        </w:rPr>
        <w:br/>
      </w:r>
      <w:r>
        <w:rPr>
          <w:lang w:eastAsia="zh-CN"/>
        </w:rPr>
        <w:t>　　第2周，制订教研组工作计划，确立本学期校本教研主题。</w:t>
      </w:r>
      <w:r>
        <w:rPr>
          <w:lang w:eastAsia="zh-CN"/>
        </w:rPr>
        <w:br/>
      </w:r>
      <w:r>
        <w:rPr>
          <w:lang w:eastAsia="zh-CN"/>
        </w:rPr>
        <w:t>　　第4周，围绕主题进行培训。</w:t>
      </w:r>
      <w:r>
        <w:rPr>
          <w:lang w:eastAsia="zh-CN"/>
        </w:rPr>
        <w:br/>
      </w:r>
      <w:r>
        <w:rPr>
          <w:lang w:eastAsia="zh-CN"/>
        </w:rPr>
        <w:t>　　第6周，《引入课外资源，活用音美教材》研讨活动。</w:t>
      </w:r>
      <w:r>
        <w:rPr>
          <w:lang w:eastAsia="zh-CN"/>
        </w:rPr>
        <w:br/>
      </w:r>
      <w:r>
        <w:rPr>
          <w:lang w:eastAsia="zh-CN"/>
        </w:rPr>
        <w:t>　　第7周，组内第一次互听互评活动。</w:t>
      </w:r>
      <w:r>
        <w:rPr>
          <w:lang w:eastAsia="zh-CN"/>
        </w:rPr>
        <w:br/>
      </w:r>
      <w:r>
        <w:rPr>
          <w:lang w:eastAsia="zh-CN"/>
        </w:rPr>
        <w:t>　　第9周，《引入课外资源，活用音美教材》培训。</w:t>
      </w:r>
      <w:r>
        <w:rPr>
          <w:lang w:eastAsia="zh-CN"/>
        </w:rPr>
        <w:br/>
      </w:r>
      <w:r>
        <w:rPr>
          <w:lang w:eastAsia="zh-CN"/>
        </w:rPr>
        <w:t>　　第11周，《引入课外资源，活用音美教材》研讨活动。</w:t>
      </w:r>
      <w:r>
        <w:rPr>
          <w:lang w:eastAsia="zh-CN"/>
        </w:rPr>
        <w:br/>
      </w:r>
      <w:r>
        <w:rPr>
          <w:lang w:eastAsia="zh-CN"/>
        </w:rPr>
        <w:t>　　第13周，组内第二次互听互评活动。</w:t>
      </w:r>
      <w:r>
        <w:rPr>
          <w:lang w:eastAsia="zh-CN"/>
        </w:rPr>
        <w:br/>
      </w:r>
      <w:r>
        <w:rPr>
          <w:lang w:eastAsia="zh-CN"/>
        </w:rPr>
        <w:t>　　第15周，《引入课外资源，活用音美教材》研讨活动。</w:t>
      </w:r>
      <w:r>
        <w:rPr>
          <w:lang w:eastAsia="zh-CN"/>
        </w:rPr>
        <w:br/>
      </w:r>
      <w:r>
        <w:rPr>
          <w:lang w:eastAsia="zh-CN"/>
        </w:rPr>
        <w:t>　　第17周，安排期末复习、考评工作。</w:t>
      </w:r>
      <w:r>
        <w:rPr>
          <w:lang w:eastAsia="zh-CN"/>
        </w:rPr>
        <w:br/>
      </w:r>
      <w:r>
        <w:rPr>
          <w:lang w:eastAsia="zh-CN"/>
        </w:rPr>
        <w:t xml:space="preserve">    中学综合教研组工作计划范文 篇14 </w:t>
      </w:r>
      <w:r>
        <w:rPr>
          <w:lang w:eastAsia="zh-CN"/>
        </w:rPr>
        <w:br/>
      </w:r>
      <w:r>
        <w:rPr>
          <w:lang w:eastAsia="zh-CN"/>
        </w:rPr>
        <w:t>　　一、指导思想：</w:t>
      </w:r>
      <w:r>
        <w:rPr>
          <w:lang w:eastAsia="zh-CN"/>
        </w:rPr>
        <w:br/>
      </w:r>
      <w:r>
        <w:rPr>
          <w:lang w:eastAsia="zh-CN"/>
        </w:rPr>
        <w:t>　　以基础教育课程改革为契机，以课程改革为中心，围绕课改完善和深化学科教学常规，以促进教师专业水平发展为重点，以教科研为先导，以队伍建设为关键，以提高育人质量为目标，坚持育人为本，质量第一，突出特色，全面发展的教研思想，积极营造教研组发展的新的生长点，从而促进二中综合文科教研组的工作持续和快速发展，特制定如下工作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二、加强教育理论学习，提高教师理论素质：</w:t>
      </w:r>
      <w:r>
        <w:rPr>
          <w:lang w:eastAsia="zh-CN"/>
        </w:rPr>
        <w:br/>
      </w:r>
      <w:r>
        <w:rPr>
          <w:lang w:eastAsia="zh-CN"/>
        </w:rPr>
        <w:t>　　1、本学期重点学习1-2篇教育教学著作。</w:t>
      </w:r>
      <w:r>
        <w:rPr>
          <w:lang w:eastAsia="zh-CN"/>
        </w:rPr>
        <w:br/>
      </w:r>
      <w:r>
        <w:rPr>
          <w:lang w:eastAsia="zh-CN"/>
        </w:rPr>
        <w:t>　　2、理论学习采取自学与集中学习相结合的方式。集中学习由各成员轮流以理论配实际教学案例的形式进行，让理论真正起到领航课堂教学的作用。每学期每人至少上交1篇学习体会或反思。</w:t>
      </w:r>
      <w:r>
        <w:rPr>
          <w:lang w:eastAsia="zh-CN"/>
        </w:rPr>
        <w:br/>
      </w:r>
      <w:r>
        <w:rPr>
          <w:lang w:eastAsia="zh-CN"/>
        </w:rPr>
        <w:t>　　3、组织本组教师认真撰写教学论文，要求每位教师至少有一篇论文或教学心得或教学反思;积极参加各类教育主管部门组织的论文评选活动，力求出几篇高质量的论文。</w:t>
      </w:r>
      <w:r>
        <w:rPr>
          <w:lang w:eastAsia="zh-CN"/>
        </w:rPr>
        <w:br/>
      </w:r>
      <w:r>
        <w:rPr>
          <w:lang w:eastAsia="zh-CN"/>
        </w:rPr>
        <w:t>　　三、狠抓教学常规落实，深化教育教学改革：</w:t>
      </w:r>
      <w:r>
        <w:rPr>
          <w:lang w:eastAsia="zh-CN"/>
        </w:rPr>
        <w:br/>
      </w:r>
      <w:r>
        <w:rPr>
          <w:lang w:eastAsia="zh-CN"/>
        </w:rPr>
        <w:t>　　1、加强集体备课，每学期上交一份精品教案或教学设计和一份说课材料。</w:t>
      </w:r>
      <w:r>
        <w:rPr>
          <w:lang w:eastAsia="zh-CN"/>
        </w:rPr>
        <w:br/>
      </w:r>
      <w:r>
        <w:rPr>
          <w:lang w:eastAsia="zh-CN"/>
        </w:rPr>
        <w:t>　　2、做好不同层次学生的辅导工作。尤其要关心后进生，厚爱特困生，积极投入到爱心帮扶活动中去。</w:t>
      </w:r>
      <w:r>
        <w:rPr>
          <w:lang w:eastAsia="zh-CN"/>
        </w:rPr>
        <w:br/>
      </w:r>
      <w:r>
        <w:rPr>
          <w:lang w:eastAsia="zh-CN"/>
        </w:rPr>
        <w:t>　　3、认真做好教学质量分析工作，每学期至少进行2次教学质量分析。</w:t>
      </w:r>
      <w:r>
        <w:rPr>
          <w:lang w:eastAsia="zh-CN"/>
        </w:rPr>
        <w:br/>
      </w:r>
      <w:r>
        <w:rPr>
          <w:lang w:eastAsia="zh-CN"/>
        </w:rPr>
        <w:t>　　4、加强信息技术培训，学科教学与信息技术整合;建立教研组博客，每人每周至少更新一篇教育教学随笔，实行网络教研。</w:t>
      </w:r>
      <w:r>
        <w:rPr>
          <w:lang w:eastAsia="zh-CN"/>
        </w:rPr>
        <w:br/>
      </w:r>
      <w:r>
        <w:rPr>
          <w:lang w:eastAsia="zh-CN"/>
        </w:rPr>
        <w:t>　　5、加强听课与评课，组内教师相互听课不少于10节;每人有一篇有质量的评课稿。</w:t>
      </w:r>
      <w:r>
        <w:rPr>
          <w:lang w:eastAsia="zh-CN"/>
        </w:rPr>
        <w:br/>
      </w:r>
      <w:r>
        <w:rPr>
          <w:lang w:eastAsia="zh-CN"/>
        </w:rPr>
        <w:t>　　四、具体工作：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1、根据新形势下的考试要求，教学中应重视对知识系统和线索的梳理，重视知识的横向联系励志网。九年级教师应以中考热点问题为切入点，适当训练学生多角度、全方位分析问题的能力。</w:t>
      </w:r>
      <w:r>
        <w:rPr>
          <w:lang w:eastAsia="zh-CN"/>
        </w:rPr>
        <w:br/>
      </w:r>
      <w:r>
        <w:rPr>
          <w:lang w:eastAsia="zh-CN"/>
        </w:rPr>
        <w:t>　　2、督促各位老师拟定好本学期的教学工作计划。</w:t>
      </w:r>
      <w:r>
        <w:rPr>
          <w:lang w:eastAsia="zh-CN"/>
        </w:rPr>
        <w:br/>
      </w:r>
      <w:r>
        <w:rPr>
          <w:lang w:eastAsia="zh-CN"/>
        </w:rPr>
        <w:t>　　3、拟定文综教研组本学期的教研工作计划。</w:t>
      </w:r>
      <w:r>
        <w:rPr>
          <w:lang w:eastAsia="zh-CN"/>
        </w:rPr>
        <w:br/>
      </w:r>
      <w:r>
        <w:rPr>
          <w:lang w:eastAsia="zh-CN"/>
        </w:rPr>
        <w:t>　　4、注重备、教、批、辅、考、评、思常规7大环节的落实，教研组配合学校教务处每月的检查，并做好详细记载和总结。</w:t>
      </w:r>
      <w:r>
        <w:rPr>
          <w:lang w:eastAsia="zh-CN"/>
        </w:rPr>
        <w:br/>
      </w:r>
      <w:r>
        <w:rPr>
          <w:lang w:eastAsia="zh-CN"/>
        </w:rPr>
        <w:t>　　5、加强组内的学习与交流，探讨教学中的实际问题，重难点的把握，教法设计等，互相听课。</w:t>
      </w:r>
      <w:r>
        <w:rPr>
          <w:lang w:eastAsia="zh-CN"/>
        </w:rPr>
        <w:br/>
      </w:r>
      <w:r>
        <w:rPr>
          <w:lang w:eastAsia="zh-CN"/>
        </w:rPr>
        <w:t>　　6、课堂教学是大面积提高教学质量的主阵地，各科根据自己学科的特点，找方法，添措施，发挥学生的主体作用，合作学习，趣味学习，探究学习，增加课堂教学的含金量。</w:t>
      </w:r>
      <w:r>
        <w:rPr>
          <w:lang w:eastAsia="zh-CN"/>
        </w:rPr>
        <w:br/>
      </w:r>
      <w:r>
        <w:rPr>
          <w:lang w:eastAsia="zh-CN"/>
        </w:rPr>
        <w:t>　　7、丰富学校网站中初中文综教研组板块内容。</w:t>
      </w:r>
      <w:r>
        <w:rPr>
          <w:lang w:eastAsia="zh-CN"/>
        </w:rPr>
        <w:br/>
      </w:r>
      <w:r>
        <w:rPr>
          <w:lang w:eastAsia="zh-CN"/>
        </w:rPr>
        <w:t>　　8、积极引导组内教师认真阅读教育教学书籍，报刊，杂志，学习现代教育理论，结合自己教育教学工作的需要，做好读书笔记，写好教学反思，鼓励本组教师撰写教育教学论文。</w:t>
      </w:r>
      <w:r>
        <w:rPr>
          <w:lang w:eastAsia="zh-CN"/>
        </w:rPr>
        <w:br/>
      </w:r>
      <w:r>
        <w:rPr>
          <w:lang w:eastAsia="zh-CN"/>
        </w:rPr>
        <w:t>　　9、各年级的教学以中考为中心，以《课程标准》为纲，坚持以学科教学为主，落实基础知识，提高学生各学科的基本技能和学科能力，培养学生对各学科整体知识的把握和综合分析问题、解决问题的能力。</w:t>
      </w:r>
      <w:r>
        <w:rPr>
          <w:lang w:eastAsia="zh-CN"/>
        </w:rPr>
        <w:br/>
      </w:r>
      <w:r>
        <w:rPr>
          <w:lang w:eastAsia="zh-CN"/>
        </w:rPr>
        <w:t>　　10、政、史、地三科教师能够跨学科听课，共同研讨切磋备课，相互借鉴沟通，开拓知识视野，形成综合、全面分析问题的思维习惯，提高自身的素质和修养。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11、做练习时要把握好适度的原则，不追求偏、难、怪，从自己学生的实际出发，落实基础，提高能力。</w:t>
      </w:r>
      <w:r>
        <w:rPr>
          <w:lang w:eastAsia="zh-CN"/>
        </w:rPr>
        <w:br/>
      </w:r>
      <w:r>
        <w:rPr>
          <w:lang w:eastAsia="zh-CN"/>
        </w:rPr>
        <w:t>　　12、3月初召开一次教研会议，听取各位老师对这个学期的意见和建议。督促本组教师加强学习，更新观念，更新教学手段与模式。</w:t>
      </w:r>
      <w:r>
        <w:rPr>
          <w:lang w:eastAsia="zh-CN"/>
        </w:rPr>
        <w:br/>
      </w:r>
      <w:r>
        <w:rPr>
          <w:lang w:eastAsia="zh-CN"/>
        </w:rPr>
        <w:t>　　五、工作目标：</w:t>
      </w:r>
      <w:r>
        <w:rPr>
          <w:lang w:eastAsia="zh-CN"/>
        </w:rPr>
        <w:br/>
      </w:r>
      <w:r>
        <w:rPr>
          <w:lang w:eastAsia="zh-CN"/>
        </w:rPr>
        <w:t>　　在教务处的指导下，结合本组学科实际，本学期教研组工作将继续以深化新课程为中心，以学科的学风和教风建设为主题，以加强教师队伍建设为根本，以教研组活动以及课堂教学为主阵地，使教研活动成为师生之间加强教学研究，提高教学水平和提升教师专业素质的主要途径，促进教师向学习型、研究型、创新型方向转化，努力提升我组教师的教学与教研整体水平，较好地完成学校布置的各项教育教学任务，力争在期末考试以及20__年中考中出好成绩。</w:t>
      </w:r>
      <w:r>
        <w:rPr>
          <w:lang w:eastAsia="zh-CN"/>
        </w:rPr>
        <w:br/>
      </w:r>
      <w:r>
        <w:rPr>
          <w:lang w:eastAsia="zh-CN"/>
        </w:rPr>
        <w:t xml:space="preserve">    中学综合教研组工作计划范文 篇15 </w:t>
      </w:r>
      <w:r>
        <w:rPr>
          <w:lang w:eastAsia="zh-CN"/>
        </w:rPr>
        <w:br/>
      </w:r>
      <w:r>
        <w:rPr>
          <w:lang w:eastAsia="zh-CN"/>
        </w:rPr>
        <w:t>　　一、指导思想</w:t>
      </w:r>
      <w:r>
        <w:rPr>
          <w:lang w:eastAsia="zh-CN"/>
        </w:rPr>
        <w:br/>
      </w:r>
      <w:r>
        <w:rPr>
          <w:lang w:eastAsia="zh-CN"/>
        </w:rPr>
        <w:t>　　根据学校总体工作计划和教学工作安排，综合教研组将认真学习先进的教育思想和新的课程标准、积极实践课改理念，全面深化素质教育，以更新观念为前提，以提高师资整体素质为核心，紧紧围绕“六个有效”这一主线，结合本校特点，加强教学研究，不断解决教学中的新问题，更新教学观念，改变教师的教学行为和学生的学习方式，以提高课堂教学效率为重点，深化课堂教学改革，提升我组教师的教学能力和科研水平，使我组教学质量稳中有升。</w:t>
      </w:r>
      <w:r>
        <w:rPr>
          <w:lang w:eastAsia="zh-CN"/>
        </w:rPr>
        <w:br/>
      </w:r>
      <w:r>
        <w:rPr>
          <w:lang w:eastAsia="zh-CN"/>
        </w:rPr>
        <w:t>　　二、总体目标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1、工作目标：建设具有高度凝聚力和战斗力的优秀教师团队，有效发挥综合组的优势，努力做到目标清晰化，过程措施精细化，成果效益化。深入学习七里河教育局“六个有效”打造精品课堂，切实提高教学质量。</w:t>
      </w:r>
      <w:r>
        <w:rPr>
          <w:lang w:eastAsia="zh-CN"/>
        </w:rPr>
        <w:br/>
      </w:r>
      <w:r>
        <w:rPr>
          <w:lang w:eastAsia="zh-CN"/>
        </w:rPr>
        <w:t>　　2、培养目标：注重学生习惯培养，在生活、学习中养成良好的生活习惯、行为习惯和学习习惯。注重教师的教学措施和方法的研究，使学生乐善乐学，培养学生真正成为学习的小主人。</w:t>
      </w:r>
      <w:r>
        <w:rPr>
          <w:lang w:eastAsia="zh-CN"/>
        </w:rPr>
        <w:br/>
      </w:r>
      <w:r>
        <w:rPr>
          <w:lang w:eastAsia="zh-CN"/>
        </w:rPr>
        <w:t>　　三、教师基本情况</w:t>
      </w:r>
      <w:r>
        <w:rPr>
          <w:lang w:eastAsia="zh-CN"/>
        </w:rPr>
        <w:br/>
      </w:r>
      <w:r>
        <w:rPr>
          <w:lang w:eastAsia="zh-CN"/>
        </w:rPr>
        <w:t>　　综合教研组包括了音乐、体育、美术、科学等学科。因为学科多，专业领域知识不同，所以我们组的教研工作开展起来有一定的难度。每位老师面临着教学班多、课时量大、任务艰巨等问题，特别是各学科各级各类比赛、竞赛活动及特长生特长班的培训工作对我们综合组的老师来说任务相当繁重。在抓好学校常规教学的同时还要提高各学科的教学质量，突出特色、争创先进，需要组内所有成员的齐心协力，携起手来，相互促进、相互学习，共同成长。</w:t>
      </w:r>
      <w:r>
        <w:rPr>
          <w:lang w:eastAsia="zh-CN"/>
        </w:rPr>
        <w:br/>
      </w:r>
      <w:r>
        <w:rPr>
          <w:lang w:eastAsia="zh-CN"/>
        </w:rPr>
        <w:t>　　四、具体措施</w:t>
      </w:r>
      <w:r>
        <w:rPr>
          <w:lang w:eastAsia="zh-CN"/>
        </w:rPr>
        <w:br/>
      </w:r>
      <w:r>
        <w:rPr>
          <w:lang w:eastAsia="zh-CN"/>
        </w:rPr>
        <w:t>　　（一）开展教研活动，提高教学质量</w:t>
      </w:r>
      <w:r>
        <w:rPr>
          <w:lang w:eastAsia="zh-CN"/>
        </w:rPr>
        <w:br/>
      </w:r>
      <w:r>
        <w:rPr>
          <w:lang w:eastAsia="zh-CN"/>
        </w:rPr>
        <w:t>　　1、综合教研组将利用双周星期四下午开展教研活动。每学期安排八次教研活动。做到“四定”，即定时间、定地点、定内容、定人员。每位成员必须准时参加，按时签到，要求每位教师做好教研活动学习笔记，轮流安排老师做好会议记录，拍好活动照片，写好教研组活动新闻，交教科室审稿后上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2、抓好常规课堂教学管理，规范课堂教学，做到好课堂从基础抓起。养成良好的课堂教学习惯，通过教研活动提高课堂质量。</w:t>
      </w:r>
      <w:r>
        <w:rPr>
          <w:lang w:eastAsia="zh-CN"/>
        </w:rPr>
        <w:br/>
      </w:r>
      <w:r>
        <w:rPr>
          <w:lang w:eastAsia="zh-CN"/>
        </w:rPr>
        <w:t>　　3、各教师立足本学科阵地，认真学习教育教学理论、新课标，学习新的教学思想，转变教学观念，研究新的教法和学法，在教学方法与形式上进行调整与创新，围绕“让课堂生动活泼，让学生成为学习的主人”这一主题，以教导学、以教促学，形成师生交往积极互动、共同发展的课堂机制。</w:t>
      </w:r>
      <w:r>
        <w:rPr>
          <w:lang w:eastAsia="zh-CN"/>
        </w:rPr>
        <w:br/>
      </w:r>
      <w:r>
        <w:rPr>
          <w:lang w:eastAsia="zh-CN"/>
        </w:rPr>
        <w:t>　　4、严抓学科教研活动，通过教研活动提高课堂教学水平。本学期综合组将开展研究课、汇报课、展示课活动，鼓励新教师积极参加，要求每位老师通过集体备课、课前说课、共同听课评课，相互学习促进。认真执行学校的上课、听课制度，并通过听课使本组教师在教学能力上有所提高。在课堂教学中，以新的课程改革精神为指针。改进教学方式，使本教研组的课具有自己的特点。教学要面向每一位学生，重视每一位学生的发展，帮助学生树立信心，促进学生生动、活泼、主动的发展。</w:t>
      </w:r>
      <w:r>
        <w:rPr>
          <w:lang w:eastAsia="zh-CN"/>
        </w:rPr>
        <w:br/>
      </w:r>
      <w:r>
        <w:rPr>
          <w:lang w:eastAsia="zh-CN"/>
        </w:rPr>
        <w:t>　　5、听课、评课要求每人每学期至少15节，鼓励跨学科听课。听课应做到有详细听课记录。包括日期、班级、学科、授课人、课题、教学过程及评课建议。评课时要求应本着互相尊重、互相学习、互相促进的原则。及时指出课的成功与不足之处，提出改进建议，授课人应虚心听取意见，加强反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评课时应关注学生学习的状态（包括参与、交往、思维、情绪、生成状态），还应关注教师教学行为（包括组织能力、教学机智、教学态度、教学境界）。</w:t>
      </w:r>
      <w:r>
        <w:rPr>
          <w:lang w:eastAsia="zh-CN"/>
        </w:rPr>
        <w:br/>
      </w:r>
      <w:r>
        <w:rPr>
          <w:lang w:eastAsia="zh-CN"/>
        </w:rPr>
        <w:t>　　6、结合本校课题从实际出发，积极参与课题研究工作和教改工作。加强课题研究，以研促教。随着教学的发展，对教师提出了更高的要求，为了适应时代的需要，教师要加强课题研究，做到“以研促教”，用教学研究来提高教师课堂教学的水平。</w:t>
      </w:r>
      <w:r>
        <w:rPr>
          <w:lang w:eastAsia="zh-CN"/>
        </w:rPr>
        <w:br/>
      </w:r>
      <w:r>
        <w:rPr>
          <w:lang w:eastAsia="zh-CN"/>
        </w:rPr>
        <w:t>　　7、及时撰写教学经验总结、教学反思，每人每期2篇，教育教学论文要求每人1-2篇，并争取在校级以上机构参赛发表。</w:t>
      </w:r>
      <w:r>
        <w:rPr>
          <w:lang w:eastAsia="zh-CN"/>
        </w:rPr>
        <w:br/>
      </w:r>
      <w:r>
        <w:rPr>
          <w:lang w:eastAsia="zh-CN"/>
        </w:rPr>
        <w:t>　　8、综合组各学科功能室器材室的管理要严格规范。器材、仪器、物品及教具负责教师要有明细造册登记，有借用详细记录，并安排专人负责物品保管保洁。</w:t>
      </w:r>
      <w:r>
        <w:rPr>
          <w:lang w:eastAsia="zh-CN"/>
        </w:rPr>
        <w:br/>
      </w:r>
      <w:r>
        <w:rPr>
          <w:lang w:eastAsia="zh-CN"/>
        </w:rPr>
        <w:t>　　（二）突出学科特色，培养学生特长</w:t>
      </w:r>
      <w:r>
        <w:rPr>
          <w:lang w:eastAsia="zh-CN"/>
        </w:rPr>
        <w:br/>
      </w:r>
      <w:r>
        <w:rPr>
          <w:lang w:eastAsia="zh-CN"/>
        </w:rPr>
        <w:t>　　综合组各学科老师可根据区教研室的工作安排制订详细的工作及培训计划，及时发掘各学科有突出专长的人才，集中培训，积极组织学生参加各级各类竞赛活动。认真开展兴趣小组活动,为各级各类竞赛培养人才,继续力争在重大竞赛中创佳绩。</w:t>
      </w:r>
      <w:r>
        <w:rPr>
          <w:lang w:eastAsia="zh-CN"/>
        </w:rPr>
        <w:br/>
      </w:r>
      <w:r>
        <w:rPr>
          <w:lang w:eastAsia="zh-CN"/>
        </w:rPr>
        <w:t>　　音乐学科：主要围绕学生的艺术特长开展工作。合唱、舞蹈以培优生为主进行教学，以较高水平参加学校演出活动和市、区比赛。</w:t>
      </w:r>
      <w:r>
        <w:rPr>
          <w:lang w:eastAsia="zh-CN"/>
        </w:rPr>
        <w:br/>
      </w:r>
      <w:r>
        <w:rPr>
          <w:lang w:eastAsia="zh-CN"/>
        </w:rPr>
        <w:t>　　美术学科：在普及教育的基础上，培养特长生，并注意优秀作品的积累。争取通过一学期的学习，让每个班级都能用学生自己创作的优秀作品进行班级文化建设。同时辅导推荐学生参加各级小学生绘画、书法比赛。</w:t>
      </w:r>
      <w:r>
        <w:rPr>
          <w:lang w:eastAsia="zh-CN"/>
        </w:rPr>
        <w:br/>
      </w:r>
      <w:r>
        <w:rPr>
          <w:lang w:eastAsia="zh-CN"/>
        </w:rPr>
        <w:t>　　体育学科：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1、教研方面，体育教师通读体育课程标准，搞好学科教研，充分发挥体育备课组教研功能，提高课堂教学质量，培养新教师迅速成长，出优秀课例。</w:t>
      </w:r>
      <w:r>
        <w:rPr>
          <w:lang w:eastAsia="zh-CN"/>
        </w:rPr>
        <w:br/>
      </w:r>
      <w:r>
        <w:rPr>
          <w:lang w:eastAsia="zh-CN"/>
        </w:rPr>
        <w:t>　　2、活动方面，创造一切条件，达到每天一活动。</w:t>
      </w:r>
      <w:r>
        <w:rPr>
          <w:lang w:eastAsia="zh-CN"/>
        </w:rPr>
        <w:br/>
      </w:r>
      <w:r>
        <w:rPr>
          <w:lang w:eastAsia="zh-CN"/>
        </w:rPr>
        <w:t>　　3、精心设计大课间，根据学校现状，努力办好大课间，突出特色和亮点。</w:t>
      </w:r>
      <w:r>
        <w:rPr>
          <w:lang w:eastAsia="zh-CN"/>
        </w:rPr>
        <w:br/>
      </w:r>
      <w:r>
        <w:rPr>
          <w:lang w:eastAsia="zh-CN"/>
        </w:rPr>
        <w:t>　　4、抓好我校运动会和柔道队训练工作及阳光体育活动，为迎接各级各类体育竞赛打下扎实基础。</w:t>
      </w:r>
      <w:r>
        <w:rPr>
          <w:lang w:eastAsia="zh-CN"/>
        </w:rPr>
        <w:br/>
      </w:r>
      <w:r>
        <w:rPr>
          <w:lang w:eastAsia="zh-CN"/>
        </w:rPr>
        <w:t>　　科学学科：科学课要充分挖掘学生的动手、动脑的的实践操作能力，多为有创作兴趣的学生提供帮助，培养他们的制作技巧。</w:t>
      </w:r>
      <w:r>
        <w:rPr>
          <w:lang w:eastAsia="zh-CN"/>
        </w:rPr>
        <w:br/>
      </w:r>
      <w:r>
        <w:rPr>
          <w:lang w:eastAsia="zh-CN"/>
        </w:rPr>
        <w:t>　　五、具体工作安排</w:t>
      </w:r>
      <w:r>
        <w:rPr>
          <w:lang w:eastAsia="zh-CN"/>
        </w:rPr>
        <w:br/>
      </w:r>
      <w:r>
        <w:rPr>
          <w:lang w:eastAsia="zh-CN"/>
        </w:rPr>
        <w:t>　　三月份：</w:t>
      </w:r>
      <w:r>
        <w:rPr>
          <w:lang w:eastAsia="zh-CN"/>
        </w:rPr>
        <w:br/>
      </w:r>
      <w:r>
        <w:rPr>
          <w:lang w:eastAsia="zh-CN"/>
        </w:rPr>
        <w:t>　　1、教研组共同商讨拟订工作计划，保证各学科工作开展目标方向统一，增强教研组凝聚力。</w:t>
      </w:r>
      <w:r>
        <w:rPr>
          <w:lang w:eastAsia="zh-CN"/>
        </w:rPr>
        <w:br/>
      </w:r>
      <w:r>
        <w:rPr>
          <w:lang w:eastAsia="zh-CN"/>
        </w:rPr>
        <w:t>　　2、制定教学计划，备好课，认真进行各科教学工作。</w:t>
      </w:r>
      <w:r>
        <w:rPr>
          <w:lang w:eastAsia="zh-CN"/>
        </w:rPr>
        <w:br/>
      </w:r>
      <w:r>
        <w:rPr>
          <w:lang w:eastAsia="zh-CN"/>
        </w:rPr>
        <w:t>　　3、根据学校各项主要工作计划，协助学校开展好各项工作。</w:t>
      </w:r>
      <w:r>
        <w:rPr>
          <w:lang w:eastAsia="zh-CN"/>
        </w:rPr>
        <w:br/>
      </w:r>
      <w:r>
        <w:rPr>
          <w:lang w:eastAsia="zh-CN"/>
        </w:rPr>
        <w:t>　　4、情境教育学习。</w:t>
      </w:r>
      <w:r>
        <w:rPr>
          <w:lang w:eastAsia="zh-CN"/>
        </w:rPr>
        <w:br/>
      </w:r>
      <w:r>
        <w:rPr>
          <w:lang w:eastAsia="zh-CN"/>
        </w:rPr>
        <w:t>　　5、新教育“理想课堂”主题教研与课堂零距离活动启动。</w:t>
      </w:r>
      <w:r>
        <w:rPr>
          <w:lang w:eastAsia="zh-CN"/>
        </w:rPr>
        <w:br/>
      </w:r>
      <w:r>
        <w:rPr>
          <w:lang w:eastAsia="zh-CN"/>
        </w:rPr>
        <w:t>　　6、制定“智勇”校园足球联赛活动方案。</w:t>
      </w:r>
      <w:r>
        <w:rPr>
          <w:lang w:eastAsia="zh-CN"/>
        </w:rPr>
        <w:br/>
      </w:r>
      <w:r>
        <w:rPr>
          <w:lang w:eastAsia="zh-CN"/>
        </w:rPr>
        <w:t>　　四月份：</w:t>
      </w:r>
      <w:r>
        <w:rPr>
          <w:lang w:eastAsia="zh-CN"/>
        </w:rPr>
        <w:br/>
      </w:r>
      <w:r>
        <w:rPr>
          <w:lang w:eastAsia="zh-CN"/>
        </w:rPr>
        <w:t>　　1、开展理想课堂及“六个有效”研课活动。</w:t>
      </w:r>
      <w:r>
        <w:rPr>
          <w:lang w:eastAsia="zh-CN"/>
        </w:rPr>
        <w:br/>
      </w:r>
      <w:r>
        <w:rPr>
          <w:lang w:eastAsia="zh-CN"/>
        </w:rPr>
        <w:t>　　2、“课堂零距离”透视综合课行动。</w:t>
      </w:r>
      <w:r>
        <w:rPr>
          <w:lang w:eastAsia="zh-CN"/>
        </w:rPr>
        <w:br/>
      </w:r>
    </w:p>
    <w:p w:rsidR="001B1F19" w14:textId="27C3F48A">
      <w:pPr>
        <w:rPr>
          <w:rFonts w:hint="eastAsia"/>
          <w:lang w:eastAsia="zh-CN"/>
        </w:rPr>
      </w:pPr>
      <w:r>
        <w:rPr>
          <w:lang w:eastAsia="zh-CN"/>
        </w:rPr>
        <w:t>　　3、作业、备课质量跟踪与反馈。</w:t>
      </w:r>
      <w:r>
        <w:rPr>
          <w:lang w:eastAsia="zh-CN"/>
        </w:rPr>
        <w:br/>
      </w:r>
      <w:r>
        <w:rPr>
          <w:lang w:eastAsia="zh-CN"/>
        </w:rPr>
        <w:t>　　4、各班教育教研、新教育、情景教育家长开放日活动。</w:t>
      </w:r>
      <w:r>
        <w:rPr>
          <w:lang w:eastAsia="zh-CN"/>
        </w:rPr>
        <w:br/>
      </w:r>
      <w:r>
        <w:rPr>
          <w:lang w:eastAsia="zh-CN"/>
        </w:rPr>
        <w:t>　　五月份：</w:t>
      </w:r>
      <w:r>
        <w:rPr>
          <w:lang w:eastAsia="zh-CN"/>
        </w:rPr>
        <w:br/>
      </w:r>
      <w:r>
        <w:rPr>
          <w:lang w:eastAsia="zh-CN"/>
        </w:rPr>
        <w:t>　　1、继续开展教研活动，把教研活动作为教研组的主要工作来抓，不松懈。</w:t>
      </w:r>
      <w:r>
        <w:rPr>
          <w:lang w:eastAsia="zh-CN"/>
        </w:rPr>
        <w:br/>
      </w:r>
      <w:r>
        <w:rPr>
          <w:lang w:eastAsia="zh-CN"/>
        </w:rPr>
        <w:t>　　2、做好学生身体素质测试、上报工作。</w:t>
      </w:r>
      <w:r>
        <w:rPr>
          <w:lang w:eastAsia="zh-CN"/>
        </w:rPr>
        <w:br/>
      </w:r>
      <w:r>
        <w:rPr>
          <w:lang w:eastAsia="zh-CN"/>
        </w:rPr>
        <w:t>　　3、开展新教师理想课堂及“六个有效”研课活动。</w:t>
      </w:r>
      <w:r>
        <w:rPr>
          <w:lang w:eastAsia="zh-CN"/>
        </w:rPr>
        <w:br/>
      </w:r>
      <w:r>
        <w:rPr>
          <w:lang w:eastAsia="zh-CN"/>
        </w:rPr>
        <w:t>　　六月份：</w:t>
      </w:r>
      <w:r>
        <w:rPr>
          <w:lang w:eastAsia="zh-CN"/>
        </w:rPr>
        <w:br/>
      </w:r>
      <w:r>
        <w:rPr>
          <w:lang w:eastAsia="zh-CN"/>
        </w:rPr>
        <w:t>　　1、教研课展示、评课。</w:t>
      </w:r>
      <w:r>
        <w:rPr>
          <w:lang w:eastAsia="zh-CN"/>
        </w:rPr>
        <w:br/>
      </w:r>
      <w:r>
        <w:rPr>
          <w:lang w:eastAsia="zh-CN"/>
        </w:rPr>
        <w:t>　　2、积极搞好体育教学工作与运动队训练。</w:t>
      </w:r>
      <w:r>
        <w:rPr>
          <w:lang w:eastAsia="zh-CN"/>
        </w:rPr>
        <w:br/>
      </w:r>
      <w:r>
        <w:rPr>
          <w:lang w:eastAsia="zh-CN"/>
        </w:rPr>
        <w:t>　　3、“课堂零距离”看备课、作业行动。</w:t>
      </w:r>
      <w:r>
        <w:rPr>
          <w:lang w:eastAsia="zh-CN"/>
        </w:rPr>
        <w:br/>
      </w:r>
      <w:r>
        <w:rPr>
          <w:lang w:eastAsia="zh-CN"/>
        </w:rPr>
        <w:t>　　4、撰写论文、案例、教学反思。</w:t>
      </w:r>
      <w:r>
        <w:rPr>
          <w:lang w:eastAsia="zh-CN"/>
        </w:rPr>
        <w:br/>
      </w:r>
      <w:r>
        <w:rPr>
          <w:lang w:eastAsia="zh-CN"/>
        </w:rPr>
        <w:t>　　七月份：</w:t>
      </w:r>
      <w:r>
        <w:rPr>
          <w:lang w:eastAsia="zh-CN"/>
        </w:rPr>
        <w:br/>
      </w:r>
      <w:r>
        <w:rPr>
          <w:lang w:eastAsia="zh-CN"/>
        </w:rPr>
        <w:t>　　1、考查学生各科成绩。</w:t>
      </w:r>
      <w:r>
        <w:rPr>
          <w:lang w:eastAsia="zh-CN"/>
        </w:rPr>
        <w:br/>
      </w:r>
      <w:r>
        <w:rPr>
          <w:lang w:eastAsia="zh-CN"/>
        </w:rPr>
        <w:t>　　2、综合组各项资料归档。</w:t>
      </w:r>
      <w:r>
        <w:rPr>
          <w:lang w:eastAsia="zh-CN"/>
        </w:rPr>
        <w:br/>
      </w:r>
      <w:r>
        <w:rPr>
          <w:lang w:eastAsia="zh-CN"/>
        </w:rPr>
        <w:t>　　3、做好各学科期末收尾工作。</w:t>
      </w:r>
      <w:r>
        <w:rPr>
          <w:lang w:eastAsia="zh-CN"/>
        </w:rPr>
        <w:br/>
      </w:r>
      <w:r>
        <w:rPr>
          <w:lang w:eastAsia="zh-CN"/>
        </w:rPr>
        <w:t>　　4、认真做好工作总结，进行经验交流。</w:t>
      </w:r>
      <w:r>
        <w:rPr>
          <w:lang w:eastAsia="zh-CN"/>
        </w:rPr>
        <w:br/>
      </w:r>
      <w:r>
        <w:rPr>
          <w:lang w:eastAsia="zh-CN"/>
        </w:rPr>
        <w:t>　　5、新教育情境教育实验阶段性成果总结。</w:t>
      </w:r>
      <w:r>
        <w:rPr>
          <w:lang w:eastAsia="zh-CN"/>
        </w:rPr>
        <w:br/>
      </w:r>
      <w:r>
        <w:rPr>
          <w:lang w:eastAsia="zh-CN"/>
        </w:rPr>
        <w:t xml:space="preserve">    中学综合教研组工作计划范文 篇16 </w:t>
      </w:r>
      <w:r>
        <w:rPr>
          <w:lang w:eastAsia="zh-CN"/>
        </w:rPr>
        <w:br/>
      </w:r>
      <w:r>
        <w:rPr>
          <w:lang w:eastAsia="zh-CN"/>
        </w:rPr>
        <w:t>　　一、指导思想：</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https://d.book118.com/087200130145006042</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8720013014500604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