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2024级军训心得体会范文（34篇）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2024级军训心得体会范文（通用34篇）</w:t>
      </w:r>
      <w:r>
        <w:rPr>
          <w:lang w:eastAsia="zh-CN"/>
        </w:rPr>
        <w:br/>
      </w:r>
      <w:r>
        <w:rPr>
          <w:lang w:eastAsia="zh-CN"/>
        </w:rPr>
        <w:t xml:space="preserve">    2024级军训心得体会范文 篇1 </w:t>
      </w:r>
      <w:r>
        <w:rPr>
          <w:lang w:eastAsia="zh-CN"/>
        </w:rPr>
        <w:br/>
      </w:r>
      <w:r>
        <w:rPr>
          <w:lang w:eastAsia="zh-CN"/>
        </w:rPr>
        <w:t>　　通过这次军训，军训给了我这样的机会，虽然军训有点儿苦、有点儿累，但我知道更苦更累还在以后的学习、生活之路。我更加体会到在学习上也要有毅力，也要有吃苦耐劳的精神。人生充满艰辛，生活充满坎坷;和此相比，军训的日子又算得了什么呢。军训代表着什么，代表着磨练意志，代表着学会面对挫折的本领，代表着迎难而上的毅力。军训的日子只有短短的五天，和人生相比，只不过是沧海一粟，也许这段日子在几年后会在记忆中消逝，但它留下的绿色诗韵，永远是人生中最亮丽的风景。</w:t>
      </w:r>
      <w:r>
        <w:rPr>
          <w:lang w:eastAsia="zh-CN"/>
        </w:rPr>
        <w:br/>
      </w:r>
      <w:r>
        <w:rPr>
          <w:lang w:eastAsia="zh-CN"/>
        </w:rPr>
        <w:t>　　其实，军训生活还带给我们很多，相信这次军训生活定会成为我们人生中一段美好的回忆。</w:t>
      </w:r>
      <w:r>
        <w:rPr>
          <w:lang w:eastAsia="zh-CN"/>
        </w:rPr>
        <w:br/>
      </w:r>
      <w:r>
        <w:rPr>
          <w:lang w:eastAsia="zh-CN"/>
        </w:rPr>
        <w:t>　　队列训练&amp;&amp;教官让我们先练军姿，一站就是十几分钟。两脚跟并拢，脚尖打开约60度。两腿挺直，小腹微收。两肩自然后张，两臂自然下垂。听到教官的话，我们动都不敢动。火辣辣的太阳在空中耀武扬威，晒得我们汗流浃背，真的很想动一下。但是看到教官严厉的目光，我不得不继续坚持下去。有时，要讲什么事情的时候</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，又要让我们蹲着，而且时间不短。光是这两样，就让我们腰酸腿疼了。还好我们有休息时间</w:t>
      </w:r>
      <w:r>
        <w:rPr>
          <w:lang w:eastAsia="zh-CN"/>
        </w:rPr>
        <w:br/>
      </w:r>
      <w:r>
        <w:rPr>
          <w:lang w:eastAsia="zh-CN"/>
        </w:rPr>
        <w:t>　　军训是短暂的，一个星期的时间转眼逝去，可是我多么不舍。这五天中，让我体验到了军事化的生活，提高了我独立生活的能力，我可要谢谢德育基地和学校给了我那么好的锻炼机会。不过这个军训又是难忘的，这样的机会在我们一生中不会有很多次，军训中的每一天都像是一朵浪花，在我记忆的脑海中翻滚。军训给第一范文网带来的收获将会终身受益，下次军训我一定还参加。</w:t>
      </w:r>
      <w:r>
        <w:rPr>
          <w:lang w:eastAsia="zh-CN"/>
        </w:rPr>
        <w:br/>
      </w:r>
      <w:r>
        <w:rPr>
          <w:lang w:eastAsia="zh-CN"/>
        </w:rPr>
        <w:t>　　在军训中，很苦很累，但这是一种人生体验，战胜自我，锻炼意志的最佳良机。我丝毫不能放松，心里虽有说不出的酸甜苦辣，在烈日酷暑下的曝晒，皮肤变成黑黝黝的，但这何尝不是一种快乐，一种更好地朝人生目标前进的勇气，更增添了一份完善自我的信心吗?</w:t>
      </w:r>
      <w:r>
        <w:rPr>
          <w:lang w:eastAsia="zh-CN"/>
        </w:rPr>
        <w:br/>
      </w:r>
      <w:r>
        <w:rPr>
          <w:lang w:eastAsia="zh-CN"/>
        </w:rPr>
        <w:t xml:space="preserve">    2024级军训心得体会范文 篇2 </w:t>
      </w:r>
      <w:r>
        <w:rPr>
          <w:lang w:eastAsia="zh-CN"/>
        </w:rPr>
        <w:br/>
      </w:r>
      <w:r>
        <w:rPr>
          <w:lang w:eastAsia="zh-CN"/>
        </w:rPr>
        <w:t>　　重新再回到家里吹着凉爽的空调，休闲安逸地再次回想起前几天难忘的军训，心中有着无尽的感慨。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眼前又浮现了第五天阅兵式时的情景，在华师一宽敞的操场上，我们整齐地穿着校服，军姿挺拔，准备着将自己四天的艰苦训练后最完美的一面呈现给校领导以及其他师生，也准备着给自己一份满意的答卷。这些天里，我们已经战胜了烈日，战胜了汗水，战胜了疲惫，同时也如口号中所说的一样战胜了自己。快出场时，教官为我们做着最后的鼓励：同学们，我们的二万五长征快到头了。自己顿时倍感轻松，这次军训成长的洗礼唤醒了我心中沉睡的斗志。我在心里暗暗地为自己为我们班加油，依照着教官前几日反复地教导，昂首挺胸，步姿稳健，集中注意力，终于我们为军训划上了一个圆满的句号。</w:t>
      </w:r>
      <w:r>
        <w:rPr>
          <w:lang w:eastAsia="zh-CN"/>
        </w:rPr>
        <w:br/>
      </w:r>
      <w:r>
        <w:rPr>
          <w:lang w:eastAsia="zh-CN"/>
        </w:rPr>
        <w:t>　　台上一分钟，台下十年功，属于我们展示成果的时间虽短暂，但这为此训练的过程却是让我觉得漫长且不容易的。我们付出了许许多多，付出了辛劳付出了身体的酸痛等等，当然付出总会有收获的，在其中我们收获了坚强的毅力，收获了不怕辛苦的勇气，更收获了与新同学之间纯真的友谊。</w:t>
      </w:r>
      <w:r>
        <w:rPr>
          <w:lang w:eastAsia="zh-CN"/>
        </w:rPr>
        <w:br/>
      </w:r>
      <w:r>
        <w:rPr>
          <w:lang w:eastAsia="zh-CN"/>
        </w:rPr>
        <w:t>　　我也从刚开始的怕苦怕累，不断的抱怨，到最后克服重重困难。经历了想放弃，想偷懒，到最后的坚持下来，脚踏实地，倔强地不向烈日低头。</w:t>
      </w:r>
      <w:r>
        <w:rPr>
          <w:lang w:eastAsia="zh-CN"/>
        </w:rPr>
        <w:br/>
      </w:r>
      <w:r>
        <w:rPr>
          <w:lang w:eastAsia="zh-CN"/>
        </w:rPr>
        <w:t>　　汗水湿透了我的衣服，在源源不断地流淌，眼睛已经被猛烈的光芒刺得睁不开了，从前的白皮肤也黯然失去了从前的骄傲，经过晒伤的疼痛后变得黝黑。最难受的是脚，就如踩在十万根纤细尖锐的铁钉上不得动弹，它已深刻地体会到了日日不言劳累的站岗军人的辛苦。我想起他们那肯为人民服务的精神，坚守自己的职位的品质，顿时间也就觉得脚上承受的砝码又轻了许多。再看看周围同学们与我同甘共苦执着不弃的表情与教官老师们不顾环境恶劣一路陪同，大汗淋漓却还是一直担心着同学们的身体状况，他们敬业爱生的精神，又再一次不断地感动激励着我，使我振奋起精神，重新克服身体带来的痛苦，懂得了坚强，也更理解了那些在烈日底下埋头苦干坚持不懈努力的为工作为社会为国家的人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最后，我想我应该感谢这次军训，使我在上一次初中军训后又重温了艰辛，重温了如军队生活般的严明纪律，把朝气蓬勃的我们锻炼升级成长为有自制力不怕吃苦的新时代青少年，立志着将来为社会献出自己的一份力。这个开学第一课使我走进了新学校的风范，领略了教官老师同学身上所表现出的活力，也更加坚定了自己的理想，懂得看到自己身上的优点与不足，并在将来的日子里改进，把军训时的精神延续着将来的日子里，为自己的学习生活打拼奋斗。忆苦思甜，珍惜眼前的幸福，并如雏鹰一般不断强壮自己的双翼，在未来的某一天飞出一片属于自己的璀璨天空。</w:t>
      </w:r>
      <w:r>
        <w:rPr>
          <w:lang w:eastAsia="zh-CN"/>
        </w:rPr>
        <w:br/>
      </w:r>
      <w:r>
        <w:rPr>
          <w:lang w:eastAsia="zh-CN"/>
        </w:rPr>
        <w:t xml:space="preserve">    2024级军训心得体会范文 篇3 </w:t>
      </w:r>
      <w:r>
        <w:rPr>
          <w:lang w:eastAsia="zh-CN"/>
        </w:rPr>
        <w:br/>
      </w:r>
      <w:r>
        <w:rPr>
          <w:lang w:eastAsia="zh-CN"/>
        </w:rPr>
        <w:t>　　轻轻地，我翻开了大学生活的扉页，开始了一段不寻常的旅程。</w:t>
      </w:r>
      <w:r>
        <w:rPr>
          <w:lang w:eastAsia="zh-CN"/>
        </w:rPr>
        <w:br/>
      </w:r>
      <w:r>
        <w:rPr>
          <w:lang w:eastAsia="zh-CN"/>
        </w:rPr>
        <w:t>　　军训，是我们苦乐人生的缩影，在这一段痛苦的日子里，年少的我们告别了安逸的生活，承受着训练的疼痛和离家的失落。但是在这炎烈日下有我们火红的青春，虽然我们的身体还在疼痛。但是，在这片绿茵上，有我们洒下的汗水，相信在以后，必将开放出鲜艳的花朵。</w:t>
      </w:r>
      <w:r>
        <w:rPr>
          <w:lang w:eastAsia="zh-CN"/>
        </w:rPr>
        <w:br/>
      </w:r>
      <w:r>
        <w:rPr>
          <w:lang w:eastAsia="zh-CN"/>
        </w:rPr>
        <w:t>　　走入军训，才深刻体会到军营中严明的纪律和军人的风格，才了解的应用挺拔的身姿是这点点汗水中磨练出来的。操场上，教官们严肃的口号声，同学们整齐走步声和响亮的军歌声，不正是在演绎我们如梦的青春么?都说宝剑锋从磨砺出，梅花香自苦寒来吃得苦中苦，方为人上人是军训，让我们拥有战胜困难的勇气，是军训，让我们懂得团结互助，是军训，开启了我们辉煌的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军训告诉我们要坚持不懈，我们战胜了阳光，因为，我们比阳光更灿烂!军训时大学生活中难忘的一页，军训中，有同学们辛勤的汗水和欢乐笑声融成的一首首青春五彩之歌。歌声里有少年的昂扬斗志，有同学的甜蜜温馨。有师生和教官的真挚友谊，举手投足之间会触发你很多感悟。促心谈膝之时，你也能读懂许多生活的真谛，向前看有你的理想和憧憬;齐步走迈开的是你人生坚实的步伐。</w:t>
      </w:r>
      <w:r>
        <w:rPr>
          <w:lang w:eastAsia="zh-CN"/>
        </w:rPr>
        <w:br/>
      </w:r>
      <w:r>
        <w:rPr>
          <w:lang w:eastAsia="zh-CN"/>
        </w:rPr>
        <w:t>　　当旭日冉冉升起，当国旗再次轻舞于空中之时，我们为期10天的军旅生活又掀开了新的一页，此时，让我们为崭新的一天喝崭新的自我而鼓舞吧!</w:t>
      </w:r>
      <w:r>
        <w:rPr>
          <w:lang w:eastAsia="zh-CN"/>
        </w:rPr>
        <w:br/>
      </w:r>
      <w:r>
        <w:rPr>
          <w:lang w:eastAsia="zh-CN"/>
        </w:rPr>
        <w:t xml:space="preserve">    2024级军训心得体会范文 篇4 </w:t>
      </w:r>
      <w:r>
        <w:rPr>
          <w:lang w:eastAsia="zh-CN"/>
        </w:rPr>
        <w:br/>
      </w:r>
      <w:r>
        <w:rPr>
          <w:lang w:eastAsia="zh-CN"/>
        </w:rPr>
        <w:t>　　时光飞逝，犹如白驹过隙，转眼间，五天的军训生活已经结束了。</w:t>
      </w:r>
      <w:r>
        <w:rPr>
          <w:lang w:eastAsia="zh-CN"/>
        </w:rPr>
        <w:br/>
      </w:r>
      <w:r>
        <w:rPr>
          <w:lang w:eastAsia="zh-CN"/>
        </w:rPr>
        <w:t>　　虽然在军训的这五天里很累，当这正是是我真正的向成长迈出的第一步，在这里我要先感谢教导我们的教官，是他让我学会了吃苦耐劳。在这五天的军训中，前两天的天气还是很好的，但是后两天就是雨多晴少，都没有多少时间训练。虽然我们班的每个同学都很疲劳，但他无论如何也驱赶不了我们最后那必胜的决心，因为我们每个人都有信心拿第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时间过得真快呀，转眼间就到最后的会操了。会操完后，当学校校长念获得前三名的班级的时候，他先念第三名是一班，然后到第二名是四班的时候我就在心里默念：第一名一定要是我们二班，一定要是我们二班。结果校长宣布第一名是我们二班的时候，我们全班都高兴地叫了起来，掌声也鼓得非常响亮。当表彰结束后，我们拉着教官，叫教官先不要走。之后我们都回了教室，我们回到教室后又是和教官合影，又是给教官唱送别歌，我们唱的那首歌一共要唱3遍，我们只唱了一遍，如果我们要再唱下去的话，我想我们就要哭了，教官走下讲台的时候有同学看到他的眼睛红红的，如果我们要再唱下去的话我们真的会哭的。</w:t>
      </w:r>
      <w:r>
        <w:rPr>
          <w:lang w:eastAsia="zh-CN"/>
        </w:rPr>
        <w:br/>
      </w:r>
      <w:r>
        <w:rPr>
          <w:lang w:eastAsia="zh-CN"/>
        </w:rPr>
        <w:t>　　其实，这第一名就是我们送给教官最好的礼物!</w:t>
      </w:r>
      <w:r>
        <w:rPr>
          <w:lang w:eastAsia="zh-CN"/>
        </w:rPr>
        <w:br/>
      </w:r>
      <w:r>
        <w:rPr>
          <w:lang w:eastAsia="zh-CN"/>
        </w:rPr>
        <w:t xml:space="preserve">    2024级军训心得体会范文 篇5 </w:t>
      </w:r>
      <w:r>
        <w:rPr>
          <w:lang w:eastAsia="zh-CN"/>
        </w:rPr>
        <w:br/>
      </w:r>
      <w:r>
        <w:rPr>
          <w:lang w:eastAsia="zh-CN"/>
        </w:rPr>
        <w:t>　　时光飞逝，时间如流水般溜了过去。五天的军训生活一转眼就过去了!</w:t>
      </w:r>
      <w:r>
        <w:rPr>
          <w:lang w:eastAsia="zh-CN"/>
        </w:rPr>
        <w:br/>
      </w:r>
      <w:r>
        <w:rPr>
          <w:lang w:eastAsia="zh-CN"/>
        </w:rPr>
        <w:t>　　在这闷热的八月里，骄阳带来的不再是温暖，而是炎热，但每位同学都顶着烈日来校军训，即使是一些身体不适的同学，也仍然坚持与大家共同训练。</w:t>
      </w:r>
      <w:r>
        <w:rPr>
          <w:lang w:eastAsia="zh-CN"/>
        </w:rPr>
        <w:br/>
      </w:r>
      <w:r>
        <w:rPr>
          <w:lang w:eastAsia="zh-CN"/>
        </w:rPr>
        <w:t>　　每天主要复习以往所学习的刺杀操动作。还是腿软脚疼，还是烈日炙烤，还是反复训练或许由于渐渐适应了这军训生活，觉得时间过得还真快!</w:t>
      </w:r>
      <w:r>
        <w:rPr>
          <w:lang w:eastAsia="zh-CN"/>
        </w:rPr>
        <w:br/>
      </w:r>
      <w:r>
        <w:rPr>
          <w:lang w:eastAsia="zh-CN"/>
        </w:rPr>
        <w:t>　　几天军训我似乎明白了一条生活哲理：人应该而且能够适应环境。如此繁重的任务，如此紧张辛苦的日子，如此一个新环境，如此一种全新的生活我适应了，证明我有极强的适应能力。我自信这一点会让我受用终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以前我对服从命令是军人的天职这句话不是很理解，直到今日，我终有所悟。我们军训时一切听教官指挥，竟没有谁敢违抗命令。这是为什么?也许是如此一个环境吧!或许是怕受惩罚，或许是我们纪律观念强。总之，我能理解服从命令的重要，我也学会了服从命令。</w:t>
      </w:r>
      <w:r>
        <w:rPr>
          <w:lang w:eastAsia="zh-CN"/>
        </w:rPr>
        <w:br/>
      </w:r>
      <w:r>
        <w:rPr>
          <w:lang w:eastAsia="zh-CN"/>
        </w:rPr>
        <w:t>　　一个人总会有精神上的支撑与寄托，一旦没有，这个人将会崩溃，一事无成。军训时，我心里有着要锻炼身体、减轻体重的目标，有不给班级拉后腿的信念，有坚持到底不服输的意念，还有亲人的嘱咐与期望</w:t>
      </w:r>
      <w:r>
        <w:rPr>
          <w:lang w:eastAsia="zh-CN"/>
        </w:rPr>
        <w:br/>
      </w:r>
      <w:r>
        <w:rPr>
          <w:lang w:eastAsia="zh-CN"/>
        </w:rPr>
        <w:t>　　最后在这里，真心的对我们的教官说一声：教官，谢谢您!</w:t>
      </w:r>
      <w:r>
        <w:rPr>
          <w:lang w:eastAsia="zh-CN"/>
        </w:rPr>
        <w:br/>
      </w:r>
      <w:r>
        <w:rPr>
          <w:lang w:eastAsia="zh-CN"/>
        </w:rPr>
        <w:t xml:space="preserve">    2024级军训心得体会范文 篇6 </w:t>
      </w:r>
      <w:r>
        <w:rPr>
          <w:lang w:eastAsia="zh-CN"/>
        </w:rPr>
        <w:br/>
      </w:r>
      <w:r>
        <w:rPr>
          <w:lang w:eastAsia="zh-CN"/>
        </w:rPr>
        <w:t>　　军训，一个既熟悉又陌生的名字，有一次，有一次在我的人生帷幕下上演。依然忘不了那曾经烈日骄阳下挥洒的汗水，依然抹不去心中那一声声响亮热情的呼号，依然惴惴不安这那肌肉的乏痛，脚跟的酸胀，关节的僵硬。这是军训，却又不是军训，在我心中却永远回荡着嘹亮的军歌，永远有太多美好的回忆，碎片在脑海中浮荡。我仍记得那些黑黝黝的军官，教官们，我仍想念他们曾在我人生每一段新路程开始时在我心中深深刻下的烙印，我仍感动他们脸上的严肃，心中却永远给人温暖的力量。这或许才是真正的军训吧。有欢笑，有眼泪，有曾经的莽撞，渐渐长大的成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初来乍到，由小小的县城走入彻夜辉煌的大城市，就仿佛那井底下始终抬头望着天空的青蛙爬出了深井，看到了梦想中的天空，却又被井外反话的世界所迷晕，变得不知所措。大学，新的征途的开始，再一次是由那些亲爱，敬爱，可爱的教官来引导我们，修正我们的心态，锻炼我们的体魄。磨砺我们的意志。军训第一天，来自五湖四海的我们相聚。望着大家彼此陌生的脸庞，或许还会有些羞涩，有些尴尬，然而经过两天的同风雨，共甘苦的军训生活，让我们彼此有了更多的了解，小小的操场上也有了更多的欢笑。</w:t>
      </w:r>
      <w:r>
        <w:rPr>
          <w:lang w:eastAsia="zh-CN"/>
        </w:rPr>
        <w:br/>
      </w:r>
      <w:r>
        <w:rPr>
          <w:lang w:eastAsia="zh-CN"/>
        </w:rPr>
        <w:t>　　在我看来，军训其实是一个互相了解的最好的实际，通过短暂的军训生活，彼此由陌生走向熟悉，能够更好的在未来的大学生活中写出更完美的篇章。</w:t>
      </w:r>
      <w:r>
        <w:rPr>
          <w:lang w:eastAsia="zh-CN"/>
        </w:rPr>
        <w:br/>
      </w:r>
      <w:r>
        <w:rPr>
          <w:lang w:eastAsia="zh-CN"/>
        </w:rPr>
        <w:t>　　两、三天的军训生活已过，尽管一场又一场的突如其来的大雨打破了正常的军训节奏，但那些快乐的时光从未走远。阳光初显时，整齐的军队已集合在楼前等待命令的下达。绿茵操场上，一排排的方队有序的进行着严格的队列训练。明月高挂，只有嘹亮的军歌伴随着飞机的轰鸣在夜空高挂回荡。或许，大一生的记忆就是这样一点一点的碎片拼起来的。生命也无非就是在这一张张的碎片中将自己最美好的年华留下。</w:t>
      </w:r>
      <w:r>
        <w:rPr>
          <w:lang w:eastAsia="zh-CN"/>
        </w:rPr>
        <w:br/>
      </w:r>
      <w:r>
        <w:rPr>
          <w:lang w:eastAsia="zh-CN"/>
        </w:rPr>
        <w:t xml:space="preserve">    2024级军训心得体会范文 篇7 </w:t>
      </w:r>
      <w:r>
        <w:rPr>
          <w:lang w:eastAsia="zh-CN"/>
        </w:rPr>
        <w:br/>
      </w:r>
      <w:r>
        <w:rPr>
          <w:lang w:eastAsia="zh-CN"/>
        </w:rPr>
        <w:t>　　稀里糊涂的我就开始了我人生中的第一次军训&amp;&amp;初一的军训。烈日当头的早上，平时娇生惯养的我和同学，一个个心不甘情不愿的来到了操场集合，当头的炎热一下子就在我们一个个嫩白的脸上涂了一层层火红火红的胭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声铿锵有力的立正将我们的军训生活正式拉开帷幕，这是在考验我们的时候，虽然天气炎热，但每一个同学都不想快速的倒下。遗憾的是，才过了二十分钟，就有同学耐不住火辣辣的天气而随之倒下了。在这种情况下，学校也不得不将原训练时间减少5分钟。</w:t>
      </w:r>
      <w:r>
        <w:rPr>
          <w:lang w:eastAsia="zh-CN"/>
        </w:rPr>
        <w:br/>
      </w:r>
      <w:r>
        <w:rPr>
          <w:lang w:eastAsia="zh-CN"/>
        </w:rPr>
        <w:t>　　现在，做正步走摆手练习，预备!我们开始做摆臂了。嗵的一声，这是从邵发展身上发出的声音。大家一同向那儿看，只见教官又飞起一脚说：叫你再动!你再动试试看!队伍顿时鸦雀无声，大家大气都不敢出。还没还过神来，教官又下达了命令：正步走!李哲汇同学笑嘻嘻的，教官发现了，快步走过去。还没等他说话就扇了他一巴掌，使得他好久才退下脸上的红色。这教官真严，我们班的男同学都避得他远远的。</w:t>
      </w:r>
      <w:r>
        <w:rPr>
          <w:lang w:eastAsia="zh-CN"/>
        </w:rPr>
        <w:br/>
      </w:r>
      <w:r>
        <w:rPr>
          <w:lang w:eastAsia="zh-CN"/>
        </w:rPr>
        <w:t>　　就拿站军姿的要求来说吧：两手紧贴裤缝线，收腹，挺胸，张肩，下巴略收，两脚张开约六十度。哎!真是让我手也痛脚也痛。</w:t>
      </w:r>
      <w:r>
        <w:rPr>
          <w:lang w:eastAsia="zh-CN"/>
        </w:rPr>
        <w:br/>
      </w:r>
      <w:r>
        <w:rPr>
          <w:lang w:eastAsia="zh-CN"/>
        </w:rPr>
        <w:t>　　什么事都不能退缩要坚强，我知道我在班级里不算很好但我要努力做到最好，要努力向军官们学习!</w:t>
      </w:r>
      <w:r>
        <w:rPr>
          <w:lang w:eastAsia="zh-CN"/>
        </w:rPr>
        <w:br/>
      </w:r>
      <w:r>
        <w:rPr>
          <w:lang w:eastAsia="zh-CN"/>
        </w:rPr>
        <w:t>　　最后，说两句我的感想：胜利=体力+毅力+技巧。</w:t>
      </w:r>
      <w:r>
        <w:rPr>
          <w:lang w:eastAsia="zh-CN"/>
        </w:rPr>
        <w:br/>
      </w:r>
      <w:r>
        <w:rPr>
          <w:lang w:eastAsia="zh-CN"/>
        </w:rPr>
        <w:t>　　正如有一首歌曲中所唱到的：不经历风雨怎么能见彩虹?全班同学在一起军训，培养的就是团队精神，这并不是去靠某一个人的力量能够完成，军训中的每一个动作，都需要集体的每位同学协调一致做到最好。</w:t>
      </w:r>
      <w:r>
        <w:rPr>
          <w:lang w:eastAsia="zh-CN"/>
        </w:rPr>
        <w:br/>
      </w:r>
      <w:r>
        <w:rPr>
          <w:lang w:eastAsia="zh-CN"/>
        </w:rPr>
        <w:t>　　首先，特殊的军训生活培养了我们的集体观念和纪律观念。在队列中教官非常强调纪律，每当有人在队伍中不打报告便随意乱动时，都会受到教官严厉的批评和惩罚，以增强我们的集体观念。而队列整齐的要求也增强了我们的集体观念，要求我们时刻要想到集体，而不光只是考虑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其次，军训也培养了我们的身体素质。一开始训练，只要站上5分钟的军姿，就会有人体力不支。现在即使让我们站上15分钟，还是能个个都站如松。可见，军训对于我们身体素质的培养多么明显。</w:t>
      </w:r>
      <w:r>
        <w:rPr>
          <w:lang w:eastAsia="zh-CN"/>
        </w:rPr>
        <w:br/>
      </w:r>
      <w:r>
        <w:rPr>
          <w:lang w:eastAsia="zh-CN"/>
        </w:rPr>
        <w:t xml:space="preserve">    2024级军训心得体会范文 篇8 </w:t>
      </w:r>
      <w:r>
        <w:rPr>
          <w:lang w:eastAsia="zh-CN"/>
        </w:rPr>
        <w:br/>
      </w:r>
      <w:r>
        <w:rPr>
          <w:lang w:eastAsia="zh-CN"/>
        </w:rPr>
        <w:t>　　伴随着一声嘹亮的哨响，为期12天的20__级新生军训落下了帷幕。当教官们在主席台前集体向我们敬军礼时，我们有一种突然间的伤感与莫名的冲动。因为离别就在眼前，眼里装满的是割舍不下的情谊。</w:t>
      </w:r>
      <w:r>
        <w:rPr>
          <w:lang w:eastAsia="zh-CN"/>
        </w:rPr>
        <w:br/>
      </w:r>
      <w:r>
        <w:rPr>
          <w:lang w:eastAsia="zh-CN"/>
        </w:rPr>
        <w:t>　　教官渐行渐远，最终在雷鸣般的掌声中消失，我分明看到晶莹的东西在同学们的眼里闪烁，心中久久不能平静，时间长河渡我到军训之时。</w:t>
      </w:r>
      <w:r>
        <w:rPr>
          <w:lang w:eastAsia="zh-CN"/>
        </w:rPr>
        <w:br/>
      </w:r>
      <w:r>
        <w:rPr>
          <w:lang w:eastAsia="zh-CN"/>
        </w:rPr>
        <w:t>　　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r>
        <w:rPr>
          <w:lang w:eastAsia="zh-CN"/>
        </w:rPr>
        <w:br/>
      </w:r>
      <w:r>
        <w:rPr>
          <w:lang w:eastAsia="zh-CN"/>
        </w:rPr>
        <w:t>　　军训中虽苦亦甜，虽累亦美。绿色的军装成为一道靓丽的风景线；嘹亮的口号化作一道唯美的歌；整齐的步伐升成为一股惊天动地的力量。铁的纪律造就自我，更造就了钢铁般的军队。在最后一天的会操中，当我们踏着正步走过主席台接受首长的检阅时，心中充满了自豪与骄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军训的日子总让人想起汗水和苦痛，但汗水的背后却是无尽的收获和快乐，挺拔的英姿，婀娜的身影，矫健的`步伐，无不向人们诉说那段艰辛的历程。痛苦中，我们磨练了白杨般的坚毅，不再摆高材生的架子，不再只顾考虑自己。军训告诉了我什么叫团结，什么是纪律，</w:t>
      </w:r>
      <w:r>
        <w:rPr>
          <w:lang w:eastAsia="zh-CN"/>
        </w:rPr>
        <w:br/>
      </w:r>
      <w:r>
        <w:rPr>
          <w:lang w:eastAsia="zh-CN"/>
        </w:rPr>
        <w:t>　　时间过得很快，但一定有许多事情永远都不会被抹掉。以往的度日如年如今竟是弹指一瞬间；曾经每天的劳累竟变成现在最充实的回忆；以前的那个厌恶的教官如今竟是朋友般的亲切；曾经的12天里的点点滴滴都定格为生命中的永恒。原来在苦累与欢乐并存的12天里，无形之中我们已与教官建立了深厚的友谊。教官的威严与活泼，教官的笑脸与背影永远不会像花朵一样昙花一现，我相信花未眠。</w:t>
      </w:r>
      <w:r>
        <w:rPr>
          <w:lang w:eastAsia="zh-CN"/>
        </w:rPr>
        <w:br/>
      </w:r>
      <w:r>
        <w:rPr>
          <w:lang w:eastAsia="zh-CN"/>
        </w:rPr>
        <w:t xml:space="preserve">    2024级军训心得体会范文 篇9 </w:t>
      </w:r>
      <w:r>
        <w:rPr>
          <w:lang w:eastAsia="zh-CN"/>
        </w:rPr>
        <w:br/>
      </w:r>
      <w:r>
        <w:rPr>
          <w:lang w:eastAsia="zh-CN"/>
        </w:rPr>
        <w:t>　　在这闷热的八月里，骄阳带来的不再是温暖，而是炎热，但每位同学都顶着烈日来校军训，即使是一些身体不适的同学，也仍然坚持与大家共同训练。</w:t>
      </w:r>
      <w:r>
        <w:rPr>
          <w:lang w:eastAsia="zh-CN"/>
        </w:rPr>
        <w:br/>
      </w:r>
      <w:r>
        <w:rPr>
          <w:lang w:eastAsia="zh-CN"/>
        </w:rPr>
        <w:t>　　先是听讲座，座位上的我们任由汗水肆无忌惮地淌下，但是还是保持着应有的坐姿。接着来到了操场训练，操场上的我们个个精神抖擞，似乎一点都没有被这闷热的天气所打扰。在一声声立正、稍息中，我们认真地完成了队列训练中的种种姿势。虽然过程中，有同学倒下，但没有人因此而放弃，为的就是两个字&amp;&amp;坚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虽然没有橄榄绿的军装，但那青春活泼的稚脸是我们的经典，虽然没有凉爽的天气，但充满朝气的面容是我们的色彩。操场上的空气散发着自信与拼搏的气息，操场上的每一个点滴，都震撼着我们的心灵。</w:t>
      </w:r>
      <w:r>
        <w:rPr>
          <w:lang w:eastAsia="zh-CN"/>
        </w:rPr>
        <w:br/>
      </w:r>
      <w:r>
        <w:rPr>
          <w:lang w:eastAsia="zh-CN"/>
        </w:rPr>
        <w:t>　　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r>
        <w:rPr>
          <w:lang w:eastAsia="zh-CN"/>
        </w:rPr>
        <w:br/>
      </w:r>
      <w:r>
        <w:rPr>
          <w:lang w:eastAsia="zh-CN"/>
        </w:rPr>
        <w:t>　　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一种勇气，一种信心，更是一种坚持!</w:t>
      </w:r>
      <w:r>
        <w:rPr>
          <w:lang w:eastAsia="zh-CN"/>
        </w:rPr>
        <w:br/>
      </w:r>
      <w:r>
        <w:rPr>
          <w:lang w:eastAsia="zh-CN"/>
        </w:rPr>
        <w:t>　　路旁纵然开满鲜花，留恋、忘返、驻足、沉醉，终为梦幻。忘不掉的，是这青春色彩绽放的军训剪影，像是一朵朵不凋谢的花儿，成为记忆里永远的画面。</w:t>
      </w:r>
      <w:r>
        <w:rPr>
          <w:lang w:eastAsia="zh-CN"/>
        </w:rPr>
        <w:br/>
      </w:r>
      <w:r>
        <w:rPr>
          <w:lang w:eastAsia="zh-CN"/>
        </w:rPr>
        <w:t>　　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r>
        <w:rPr>
          <w:lang w:eastAsia="zh-CN"/>
        </w:rPr>
        <w:br/>
      </w:r>
      <w:r>
        <w:rPr>
          <w:lang w:eastAsia="zh-CN"/>
        </w:rPr>
        <w:t xml:space="preserve">    2024级军训心得体会范文 篇10 </w:t>
      </w:r>
      <w:r>
        <w:rPr>
          <w:lang w:eastAsia="zh-CN"/>
        </w:rPr>
        <w:br/>
      </w:r>
      <w:r>
        <w:rPr>
          <w:lang w:eastAsia="zh-CN"/>
        </w:rPr>
        <w:t>　　短暂而充实的军训就这样过去了，在这五天里，我不但锻炼了身体，增强了体质，提高了毅力，而且深刻地体会到做军人的不容易了，更主要的'就是我在这次军训中成长了很多，军训后的感受。军训锻炼身体、磨练意志只是次要，最主要的就是为了我们能更好的适应进入到初中后的新生活。</w:t>
      </w:r>
      <w:r>
        <w:rPr>
          <w:lang w:eastAsia="zh-CN"/>
        </w:rPr>
        <w:br/>
      </w:r>
      <w:r>
        <w:rPr>
          <w:lang w:eastAsia="zh-CN"/>
        </w:rPr>
        <w:t>　　军训很累，一开始军训觉得非常简单，不就是立正、稍息这样么?但是后来我才知道事情并没有我想象的那么简单。教官先教导我们要做好一个军人的基础，就必须先练好军姿。于是教官就严格要求我们站好，手并拢。当时的阳光亲热得贴在我们的身上，本来就流了很多汗了，再经太阳一照，我们个个都大汗淋漓衣服早已被汗水湿透了。可是大家都一动不动，好像再对太阳做反抗。而这钟状况持续了半响，同学之间就有“屈服者”产生了。如果只是坚持一会那还可以，但叫你一直坚持却很难、也很累。而这时的我，脑子已是一片空白，我也开始头晕眼花了。我心里开始与自己做斗争：“你不能晕”，“但是我真的受不了了”，“那你也得坚持，你是男生啊，不像女生那样柔弱，现在就是在磨练你的意志，锻炼你的体魄，所以你不能放弃”。就这样，我还是选择了坚持。终于一天的军训结束了，我拖着疲惫的身体回到了寝室，身体不由自己摊倒在床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平时在家的夜晚总是那么漫长，而军训的这几天却是那么的短暂。每天早上我们吃好早饭就在教师里等待教官的到来，教官来后，我们统一排着队下楼训练。随后我们要学习的就是立正、稍息、跨立、齐步走、正步走等十多余种在军资上建立的动作，虽然这些动作在看别人做的时候很简单，但是自己做起来远远没有想象中那么简单。也许有些人会说，这些小学里的体育老师也交过啊。我回答说：是的，但是小学里只是简单的学一下，根本没有注意到细节。没有注意到细节，那就意味着你做的动作根本就是不合格的。而军训中就是让我们补全以前所忽略的小细节。</w:t>
      </w:r>
      <w:r>
        <w:rPr>
          <w:lang w:eastAsia="zh-CN"/>
        </w:rPr>
        <w:br/>
      </w:r>
      <w:r>
        <w:rPr>
          <w:lang w:eastAsia="zh-CN"/>
        </w:rPr>
        <w:t>　　转眼间，就到了第五天，这一天是军训的最后一天，要举行新生军训闭幕式，这个仪式就是检阅我们这五天来军训的成果了。吃完午饭，教官们带着各自班级来到操场。教官要求我们不能动，好好站着，有汗不能擦、很痒也不能抓。班里的人都听话地站着，像是一个个富有使命感的战士。过了很长时间，终于轮到我们班了，随着教官的一声指令，同学们齐刷刷得走向会操地点。大家听着教官的一个个口令，整齐的动作展现在每一个前来观看的家长眼前。当然评委们也看到了，他们都满意地点点头。这对于我们来说，不只是那么小小的一个动作，而是对我们这么多天来辛苦军训极大的肯定。虽然军训是很累，但是军训的意义不就正是在此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军训滋味就像是调味料，酸、甜、苦、辣、咸，样样俱全。军训是艰苦的，但是通过军训锻炼了我们的意志和毅力。毛泽东曾经说过：人无完人。只有做什么事都不放弃、不气馁、坚持到底，这样我们才能向完人的方向发展!</w:t>
      </w:r>
      <w:r>
        <w:rPr>
          <w:lang w:eastAsia="zh-CN"/>
        </w:rPr>
        <w:br/>
      </w:r>
      <w:r>
        <w:rPr>
          <w:lang w:eastAsia="zh-CN"/>
        </w:rPr>
        <w:t>　　通过军训我知道了在学习中，要有毅力和意志，不能知难而退，这样学习是永远都不会好起来的;学习要有一颗恒心，持之以恒、刻苦钻研;也要专心，认真听讲、不分神、不做小动作。没有最好，只有更好。</w:t>
      </w:r>
      <w:r>
        <w:rPr>
          <w:lang w:eastAsia="zh-CN"/>
        </w:rPr>
        <w:br/>
      </w:r>
      <w:r>
        <w:rPr>
          <w:lang w:eastAsia="zh-CN"/>
        </w:rPr>
        <w:t xml:space="preserve">    2024级军训心得体会范文 篇11 </w:t>
      </w:r>
      <w:r>
        <w:rPr>
          <w:lang w:eastAsia="zh-CN"/>
        </w:rPr>
        <w:br/>
      </w:r>
      <w:r>
        <w:rPr>
          <w:lang w:eastAsia="zh-CN"/>
        </w:rPr>
        <w:t>　　在为期天的军训过程中，同学们和教官的身影成为操场一道亮丽的风景。我们看到了教官的风采，同学们的团结和班主任的陪伴!</w:t>
      </w:r>
      <w:r>
        <w:rPr>
          <w:lang w:eastAsia="zh-CN"/>
        </w:rPr>
        <w:br/>
      </w:r>
      <w:r>
        <w:rPr>
          <w:lang w:eastAsia="zh-CN"/>
        </w:rPr>
        <w:t>　　我们喊过累，有过放弃的念头，但依旧坚持了下来。在军训期间，我们真正认识到了什么叫做没有规矩不成方圆，在军训期间，哨声就是命令;没有下错的命令，我们需要纠正自己的一切习惯让自己做到最好;军训磨练自己的性子;培养自己的忍耐力;我们只有一个念头：只有坚持才会胜利!教官并没有我们想的那么严厉没我们共同在欢声笑语，看似严肃但又快乐的氛围中成长。训练时，教官对我们一丝不苟，休息时，教官会对我们唱歌来让我们放松。站军姿时，面对火热热的太阳，汗水从脸庞流过，但我们依旧咬牙坚持了下来，从一开始的半个小时到五十分钟，班主任还对我么们说，他认为我们可以站这么久很了不起，这无疑给我带来了无限的动力。</w:t>
      </w:r>
      <w:r>
        <w:rPr>
          <w:lang w:eastAsia="zh-CN"/>
        </w:rPr>
        <w:br/>
      </w:r>
      <w:r>
        <w:rPr>
          <w:lang w:eastAsia="zh-CN"/>
        </w:rPr>
        <w:t>　　站军姿考验的是我们的忍耐了;走正步，跑步考验的是我们的团结力;拉练考验的是我们的实践活动能力;汇操考验的是我们的合作团结能力......在我们军训过后，我们还有什么克服不了的困难呢?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军训中我认为最磨练人的是拉练，从学校徒步走到绿色庄园，相信在此之前没有任何一个同学走过这么长的路，在去的过程中我们的步伐走的很快，而返回的过程中，我们的体力明显有些吃不消了，步伐缓慢，同学们一直问什么时候才可以到，但是欣慰的是班主任没有坐车，而是走在我们前排，陪我们一路走到了学校，还不停地鼓励我们，让我们顿时有了很大的动力，我们认为有这样的一位班主任很自豪!</w:t>
      </w:r>
      <w:r>
        <w:rPr>
          <w:lang w:eastAsia="zh-CN"/>
        </w:rPr>
        <w:br/>
      </w:r>
      <w:r>
        <w:rPr>
          <w:lang w:eastAsia="zh-CN"/>
        </w:rPr>
        <w:t>　　心若向阳，无谓悲伤。当一些看似辛苦的事情做起来其实也很轻松，最主要的是心态，心态对了，就什么都对了!</w:t>
      </w:r>
      <w:r>
        <w:rPr>
          <w:lang w:eastAsia="zh-CN"/>
        </w:rPr>
        <w:br/>
      </w:r>
      <w:r>
        <w:rPr>
          <w:lang w:eastAsia="zh-CN"/>
        </w:rPr>
        <w:t>　　总之一句话，军训让我们成长，感谢军训!我们会克服种种困难，用来磨练自己，我们会更加努力，把自己做的更好!</w:t>
      </w:r>
      <w:r>
        <w:rPr>
          <w:lang w:eastAsia="zh-CN"/>
        </w:rPr>
        <w:br/>
      </w:r>
      <w:r>
        <w:rPr>
          <w:lang w:eastAsia="zh-CN"/>
        </w:rPr>
        <w:t xml:space="preserve">    2024级军训心得体会范文 篇12 </w:t>
      </w:r>
      <w:r>
        <w:rPr>
          <w:lang w:eastAsia="zh-CN"/>
        </w:rPr>
        <w:br/>
      </w:r>
      <w:r>
        <w:rPr>
          <w:lang w:eastAsia="zh-CN"/>
        </w:rPr>
        <w:t>　　军校，是一个充满了严肃的一个个地方，军训，是一个让人认为是个可怕的地方。可当我们走进才发觉，军训并不是“魔鬼训练”，虽然也称不上是“人间天堂”。但在这里，我们摆脱了作业；摆脱了老师讲课时飞溅起得吐沫星子;摆脱了家长没完没了的叮咛;摆脱了一切烦恼。</w:t>
      </w:r>
      <w:r>
        <w:rPr>
          <w:lang w:eastAsia="zh-CN"/>
        </w:rPr>
        <w:br/>
      </w:r>
      <w:r>
        <w:rPr>
          <w:lang w:eastAsia="zh-CN"/>
        </w:rPr>
        <w:t>　　第一天，我们都怀着十分兴奋的心情来到军校。早上，我们学习了如何整理内务和一切行动听指挥。中午，我们吃了丰盛的午饭，还做了体能训练。下午，我们吃好晚饭后，学习了交通手势操，还去洗了澡。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第二天起床，尽管很累，可是，我对这次军训的追求依然不会减缩。因为我明白，我们应该珍惜这次机会，好好锻炼自己。“把娇气扔在一旁，把坚强打进背包。把舒适锁进抽屉，把追求带到军校！</w:t>
      </w:r>
      <w:r>
        <w:rPr>
          <w:lang w:eastAsia="zh-CN"/>
        </w:rPr>
        <w:br/>
      </w:r>
      <w:r>
        <w:rPr>
          <w:lang w:eastAsia="zh-CN"/>
        </w:rPr>
        <w:t>　　第三天早上起床，昨天训练的疼痛减少了一点儿，可今天的训练又即将来临······。但我明白，当兵就是这样，它是用来训练自己的，所以，再苦再累也不能怕，得自己去克服，去挑战！</w:t>
      </w:r>
      <w:r>
        <w:rPr>
          <w:lang w:eastAsia="zh-CN"/>
        </w:rPr>
        <w:br/>
      </w:r>
      <w:r>
        <w:rPr>
          <w:lang w:eastAsia="zh-CN"/>
        </w:rPr>
        <w:t>　　时间真快，为期五天的军训就要接近尾声了。我都有点儿留念在军校的生活了，因为这毕竟是我们第一次独立，让我们从一个娇气的小公主，变成了一个个顽强的小女兵；从一个饭来张口，衣来伸手的小公主，变成了一个个坚强勇敢的.小女兵。</w:t>
      </w:r>
      <w:r>
        <w:rPr>
          <w:lang w:eastAsia="zh-CN"/>
        </w:rPr>
        <w:br/>
      </w:r>
      <w:r>
        <w:rPr>
          <w:lang w:eastAsia="zh-CN"/>
        </w:rPr>
        <w:t>　　“没有军训的人生，是有缺憾的人生。”通过军训，我更坚强了；通过军训，我更能忍耐了；通过军训，我更能理解“幸福”。四天难忘的军训生活结束了，这几天的军训，为我的人生增添色彩，使我懂得很多很多······真是获益匪浅啊！</w:t>
      </w:r>
      <w:r>
        <w:rPr>
          <w:lang w:eastAsia="zh-CN"/>
        </w:rPr>
        <w:br/>
      </w:r>
      <w:r>
        <w:rPr>
          <w:lang w:eastAsia="zh-CN"/>
        </w:rPr>
        <w:t xml:space="preserve">    2024级军训心得体会范文 篇13 </w:t>
      </w:r>
      <w:r>
        <w:rPr>
          <w:lang w:eastAsia="zh-CN"/>
        </w:rPr>
        <w:br/>
      </w:r>
      <w:r>
        <w:rPr>
          <w:lang w:eastAsia="zh-CN"/>
        </w:rPr>
        <w:t>　　五天的军训终于在烈日的陪伴下结束了。回想着军训刚刚开始不久，我就像个三岁的小宝宝一样哭着喊着要快点结束军训。现在结束了，心中却依依不舍的，我们好舍不得教官。为什么天下要有不散的宴席呀!每当想起这些，眼泪就不争气的往下掉。</w:t>
      </w:r>
      <w:r>
        <w:rPr>
          <w:lang w:eastAsia="zh-CN"/>
        </w:rPr>
        <w:br/>
      </w:r>
    </w:p>
    <w:p w:rsidR="001B1F19" w14:textId="27C3F48A">
      <w:pPr>
        <w:rPr>
          <w:rFonts w:hint="eastAsia"/>
          <w:lang w:eastAsia="zh-CN"/>
        </w:rPr>
      </w:pPr>
      <w:r>
        <w:rPr>
          <w:lang w:eastAsia="zh-CN"/>
        </w:rPr>
        <w:t>　　五天的军训里，虽然脚上磨出了血泡，站军姿时累酸了腰，真的感到军训很苦，也会有过抱怨和退缩的念头，但大家还是咬紧牙关坚持下来，既然军训就是磨练我们的意志，锻炼我们的身体，那么，为什么要抱怨和放弃呢?军训就是一个考验自我，磨练自我的过程。正因如此，这些苦不算是苦，而是一种收获，一种让我们受益终生的收获，收获的是耐力、是坚毅、是勇敢，是不屈，更是团队精神。</w:t>
      </w:r>
      <w:r>
        <w:rPr>
          <w:lang w:eastAsia="zh-CN"/>
        </w:rPr>
        <w:br/>
      </w:r>
      <w:r>
        <w:rPr>
          <w:lang w:eastAsia="zh-CN"/>
        </w:rPr>
        <w:t>　　在训练场上的时候，时间相当的漫长，一个简单的动作往往要重复重复再重复，一直到教官认为无可挑剔为止;在分列式训练时，要走出好的效果，不是依靠某一个人的力量，而是以团队的整体效果来衡量的。这时，不仅需要我们个人不断的与疲劳做斗争，不断的坚持，还需要我们整个方队同学能够做到整齐划一，我们体会到了集体的力量，激发了我们的集体荣誉感，增强了我们集体的凝聚力。</w:t>
      </w:r>
      <w:r>
        <w:rPr>
          <w:lang w:eastAsia="zh-CN"/>
        </w:rPr>
        <w:br/>
      </w:r>
      <w:r>
        <w:rPr>
          <w:lang w:eastAsia="zh-CN"/>
        </w:rPr>
        <w:t xml:space="preserve">    2024级军训心得体会范文 篇14 </w:t>
      </w:r>
      <w:r>
        <w:rPr>
          <w:lang w:eastAsia="zh-CN"/>
        </w:rPr>
        <w:br/>
      </w:r>
      <w:r>
        <w:rPr>
          <w:lang w:eastAsia="zh-CN"/>
        </w:rPr>
        <w:t>　　青春，是斑斓的;青春，是丰富多采的;青春，有苦笑泪乐。随着时光转眼流逝，小学六年的生活成为了记忆。我们迈进了初中的生活。军训是成为迈进初中大门的第一站。</w:t>
      </w:r>
      <w:r>
        <w:rPr>
          <w:lang w:eastAsia="zh-CN"/>
        </w:rPr>
        <w:br/>
      </w:r>
      <w:r>
        <w:rPr>
          <w:lang w:eastAsia="zh-CN"/>
        </w:rPr>
        <w:t>　　在炎炎的夏日里，太阳没有了往日的慈祥。每一位同学都在烈日下训练，即使有一些同学的身体不适，也只是休息一会就又坚持训练，没有人愿意放弃，操场上散发着我们的青春与活力、自信与拚搏。</w:t>
      </w:r>
      <w:r>
        <w:rPr>
          <w:lang w:eastAsia="zh-CN"/>
        </w:rPr>
        <w:br/>
      </w:r>
      <w:r>
        <w:rPr>
          <w:lang w:eastAsia="zh-CN"/>
        </w:rPr>
        <w:t>　　短暂的六天军训生活虽然结束了，但它也使我们逐渐成长起来。军训不仅锻炼了我们的意志和耐力，也培养了我们团结协作和集体观念。它将成为我们一生中的宝贵财富。</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https://d.book118.com/088037044111006033</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88037044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