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社区卫生年终工作总结（35篇）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社区卫生年终工作总结（精选35篇）</w:t>
      </w:r>
      <w:r>
        <w:rPr>
          <w:lang w:eastAsia="zh-CN"/>
        </w:rPr>
        <w:br/>
      </w:r>
      <w:r>
        <w:rPr>
          <w:lang w:eastAsia="zh-CN"/>
        </w:rPr>
        <w:t xml:space="preserve">    社区卫生年终工作总结 篇1 </w:t>
      </w:r>
      <w:r>
        <w:rPr>
          <w:lang w:eastAsia="zh-CN"/>
        </w:rPr>
        <w:br/>
      </w:r>
      <w:r>
        <w:rPr>
          <w:lang w:eastAsia="zh-CN"/>
        </w:rPr>
        <w:t>　　一、加强社区卫生服务网络建设，逐步由城市向农村推广</w:t>
      </w:r>
      <w:r>
        <w:rPr>
          <w:lang w:eastAsia="zh-CN"/>
        </w:rPr>
        <w:br/>
      </w:r>
      <w:r>
        <w:rPr>
          <w:lang w:eastAsia="zh-CN"/>
        </w:rPr>
        <w:t>　　为积极发展社区卫生服务，合理规划社区卫生服务资源，按照《市社区卫生服务评估标准》、《市社区卫生服务中心基本标准》及《市社区卫生服务内容》等要求，今年对我市海曙、江东、江北三区的社区卫生服务中心及站点进行了重新审核评估。共计建成社区卫生服务中心17家，社区卫生服务站59家，社区卫生服务覆盖面达100%，形成了网络齐全、功能完善的城市社区卫生服务体系。同时全市城区范围内共建成社区卫生服务中心27家，社区卫生服务站82个，在此基础上积极向农村延伸，到年底基本可实现以乡镇为单位，农村社区卫生服务覆盖率达80%以上。</w:t>
      </w:r>
      <w:r>
        <w:rPr>
          <w:lang w:eastAsia="zh-CN"/>
        </w:rPr>
        <w:br/>
      </w:r>
      <w:r>
        <w:rPr>
          <w:lang w:eastAsia="zh-CN"/>
        </w:rPr>
        <w:t>　　二、积极创建全国社区卫生服务示范区</w:t>
      </w:r>
      <w:r>
        <w:rPr>
          <w:lang w:eastAsia="zh-CN"/>
        </w:rPr>
        <w:br/>
      </w:r>
    </w:p>
    <w:p w:rsidR="001B1F19" w14:textId="0AE8485B">
      <w:pPr>
        <w:pStyle w:val="Heading1"/>
        <w:jc w:val="center"/>
        <w:rPr>
          <w:rFonts w:hint="eastAsia"/>
          <w:lang w:eastAsia="zh-CN"/>
        </w:rPr>
      </w:pPr>
      <w:r>
        <w:rPr>
          <w:sz w:val="44"/>
          <w:lang w:eastAsia="zh-CN"/>
        </w:rPr>
        <w:t>社区卫生年终工作总结（35篇）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社区卫生年终工作总结（精选35篇）</w:t>
      </w:r>
      <w:r>
        <w:rPr>
          <w:lang w:eastAsia="zh-CN"/>
        </w:rPr>
        <w:br/>
      </w:r>
      <w:r>
        <w:rPr>
          <w:lang w:eastAsia="zh-CN"/>
        </w:rPr>
        <w:t xml:space="preserve">    社区卫生年终工作总结 篇1 </w:t>
      </w:r>
      <w:r>
        <w:rPr>
          <w:lang w:eastAsia="zh-CN"/>
        </w:rPr>
        <w:br/>
      </w:r>
      <w:r>
        <w:rPr>
          <w:lang w:eastAsia="zh-CN"/>
        </w:rPr>
        <w:t>　　一、加强社区卫生服务网络建设，逐步由城市向农村推广</w:t>
      </w:r>
      <w:r>
        <w:rPr>
          <w:lang w:eastAsia="zh-CN"/>
        </w:rPr>
        <w:br/>
      </w:r>
      <w:r>
        <w:rPr>
          <w:lang w:eastAsia="zh-CN"/>
        </w:rPr>
        <w:t>　　为积极发展社区卫生服务，合理规划社区卫生服务资源，按照《市社区卫生服务评估标准》、《市社区卫生服务中心基本标准》及《市社区卫生服务内容》等要求，今年对我市海曙、江东、江北三区的社区卫生服务中心及站点进行了重新审核评估。共计建成社区卫生服务中心17家，社区卫生服务站59家，社区卫生服务覆盖面达100%，形成了网络齐全、功能完善的城市社区卫生服务体系。同时全市城区范围内共建成社区卫生服务中心27家，社区卫生服务站82个，在此基础上积极向农村延伸，到年底基本可实现以乡镇为单位，农村社区卫生服务覆盖率达80%以上。</w:t>
      </w:r>
      <w:r>
        <w:rPr>
          <w:lang w:eastAsia="zh-CN"/>
        </w:rPr>
        <w:br/>
      </w:r>
      <w:r>
        <w:rPr>
          <w:lang w:eastAsia="zh-CN"/>
        </w:rPr>
        <w:t>　　二、积极创建全国社区卫生服务示范区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根据卫生部、民政部等部门关于创建全国社区卫生服务示范区活动的要求，我市海曙区作为全国社区卫生服务工作的先进区域，积极响应，加强社区卫生服务与社区建设的融合，深化社区卫生服务内涵，完善社区卫生服务功能，提高社区卫生服务质量，以创建全国社区卫生服务示范区为抓手，不断探索社区卫生服务的可持续发展。目前，海曙区作为我省推选出的4个符合要求的创建示范区，已通过省联合领导小组20__年度创建侯选区评估工作，已向国家联合领导小组报送创建全国社区卫生服务示范区后选区。</w:t>
      </w:r>
      <w:r>
        <w:rPr>
          <w:lang w:eastAsia="zh-CN"/>
        </w:rPr>
        <w:br/>
      </w:r>
      <w:r>
        <w:rPr>
          <w:lang w:eastAsia="zh-CN"/>
        </w:rPr>
        <w:t>　　三、规范社区卫生服务机构建设，创新服务功能</w:t>
      </w:r>
      <w:r>
        <w:rPr>
          <w:lang w:eastAsia="zh-CN"/>
        </w:rPr>
        <w:br/>
      </w:r>
      <w:r>
        <w:rPr>
          <w:lang w:eastAsia="zh-CN"/>
        </w:rPr>
        <w:t>　　今年，在社区卫生服务机构建设方面，全市启动了第一批53家乡镇卫生院的标准化建设，按照区域卫生规划和建设标准，合理确定建设规模，规范科室设置，配备适宜卫技人员和预防保健人员。同时促进乡镇卫生院向社区卫生服务中心的改建工作，向农村居民提供“六位一体”的社区卫生服务。同时，把社区卫生服务同新型农村合作医疗制度相结合，为参保群众进行健康体检，建立健康档案，实行动态管理，并且对参保农民看病实行医药费减免等活动。</w:t>
      </w:r>
      <w:r>
        <w:rPr>
          <w:lang w:eastAsia="zh-CN"/>
        </w:rPr>
        <w:br/>
      </w:r>
      <w:r>
        <w:rPr>
          <w:lang w:eastAsia="zh-CN"/>
        </w:rPr>
        <w:t>　　在创新服务功能方面，各地因地制宜，结合自身特点不断创新深化社区卫生服务工作。城市将社区卫生服务工作由社区向家庭延伸，通过实施“家庭医生责任制”、开设家庭病床、实行家庭护理等工作，在群体服务的基础上，提供重点人群和特殊人群的特需服务，满足社区居民多层次的卫生服务需求。农村地区通过不断深化“联村医生责任制”、巡回医疗、康复指导等便民措施，主动上门服务，促进了农村社区卫生服务工作的不断发展。</w:t>
      </w:r>
      <w:r>
        <w:rPr>
          <w:lang w:eastAsia="zh-CN"/>
        </w:rPr>
        <w:br/>
      </w:r>
      <w:r>
        <w:rPr>
          <w:lang w:eastAsia="zh-CN"/>
        </w:rPr>
        <w:t>　　四、加强社区卫生服务的全科人才培养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为加快社区卫生服务全科人才的培养，适应开展社区卫生服务工作的需要，04年共组织全科医学转型培训达到520人，全科护士培训233人，全市基层社区卫生服务机构目前共有1167人参加了全科医师转型培训，451名护理人员参加了社区护士转型培训。乡村医生接受全科医学培训的共计1295名，已有876人完成了培训。</w:t>
      </w:r>
      <w:r>
        <w:rPr>
          <w:lang w:eastAsia="zh-CN"/>
        </w:rPr>
        <w:br/>
      </w:r>
      <w:r>
        <w:rPr>
          <w:lang w:eastAsia="zh-CN"/>
        </w:rPr>
        <w:t xml:space="preserve">    社区卫生年终工作总结 篇2 </w:t>
      </w:r>
      <w:r>
        <w:rPr>
          <w:lang w:eastAsia="zh-CN"/>
        </w:rPr>
        <w:br/>
      </w:r>
      <w:r>
        <w:rPr>
          <w:lang w:eastAsia="zh-CN"/>
        </w:rPr>
        <w:t>　　（一）加强党组织在社区的领导核心作用，促进居委会、业委会和物业公司共建社区。</w:t>
      </w:r>
      <w:r>
        <w:rPr>
          <w:lang w:eastAsia="zh-CN"/>
        </w:rPr>
        <w:br/>
      </w:r>
      <w:r>
        <w:rPr>
          <w:lang w:eastAsia="zh-CN"/>
        </w:rPr>
        <w:t>　　社区党委和社区居委会班子成员，团结务实，坚强有力。在新形式下，两委班子不断拓展工作思路，加强社区群团及民间组织的建设，成立了以“社区好邻居同乐会”为主导的社区民间组织，充分发挥好“新园社区议事协商会”、“新园社区社会工作站”、“新园社区为民服务代理站”的作用。并且，针对物业管理小区，充分发挥党组织的领导核心作用，引导业主委员会、物业公司充分履行职责，促使社区居委会、业主委员会和物业公司三方关系协调，共建社区。</w:t>
      </w:r>
      <w:r>
        <w:rPr>
          <w:lang w:eastAsia="zh-CN"/>
        </w:rPr>
        <w:br/>
      </w:r>
      <w:r>
        <w:rPr>
          <w:lang w:eastAsia="zh-CN"/>
        </w:rPr>
        <w:t>　　（二）健全制度，不断提升社区规范化建设水平。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不断巩固提高社区党组织在社区建设中的领导核心地位，严格落实决策议事、民主评议、党务公开、党员联系群众、服务承诺等党内生活制度和工作制度，深入开展楼组党建活动，利用社区远程教育网络，加强对党员的教育培训。使党组织的战斗堡垒作用和党员的先锋模范作用得到有效发挥，为和谐社区建设提供了坚强的组织保证。在日常工作中，严格落实“三公开一监督”、“三会”等工作制度，坚持社区重大事务由社区公共事务协会民主讨论，经社区居民代表大会决策。对居民关心的热难点问题，及时采取“民情恳谈会”、“矛盾协调会”“事务听证会”等形式进行协商解决。</w:t>
      </w:r>
      <w:r>
        <w:rPr>
          <w:lang w:eastAsia="zh-CN"/>
        </w:rPr>
        <w:br/>
      </w:r>
      <w:r>
        <w:rPr>
          <w:lang w:eastAsia="zh-CN"/>
        </w:rPr>
        <w:t>　　（三）关注民生，积极拓展为民服务新领域。</w:t>
      </w:r>
      <w:r>
        <w:rPr>
          <w:lang w:eastAsia="zh-CN"/>
        </w:rPr>
        <w:br/>
      </w:r>
      <w:r>
        <w:rPr>
          <w:lang w:eastAsia="zh-CN"/>
        </w:rPr>
        <w:t>　　因地制宜，开通了幼儿接送车、社区班车，开办了“四点半小学校”、“社区红十字小课桌”，开展了家政、房屋中介、家电维修、法律咨询等一系列的便民服务活动。开通了e城通交费服务系统，较好地解决了社区居民交费难的问题。成立了社区老年人关爱团，义务为老年人提供读报、交纳水电费等服务。联合社区卫生服务中心为行动不便的老年人设立了家庭病床，方便老年人就诊，深受社区居民欢迎。</w:t>
      </w:r>
      <w:r>
        <w:rPr>
          <w:lang w:eastAsia="zh-CN"/>
        </w:rPr>
        <w:br/>
      </w:r>
      <w:r>
        <w:rPr>
          <w:lang w:eastAsia="zh-CN"/>
        </w:rPr>
        <w:t>　　（四）突出创新，努力探索和谐社区建设新途径。</w:t>
      </w:r>
      <w:r>
        <w:rPr>
          <w:lang w:eastAsia="zh-CN"/>
        </w:rPr>
        <w:br/>
      </w:r>
      <w:r>
        <w:rPr>
          <w:lang w:eastAsia="zh-CN"/>
        </w:rPr>
        <w:t>　　鼓励居民参与社区工作，在全区成立了第一个社区“好邻居同乐会”，设立了好邻居顺风车站，以活动为载体，积极培育居民的社区意识，提升了居民对社区的认同感和归属感，调动了广大居民参与社区建设的积极性。</w:t>
      </w:r>
      <w:r>
        <w:rPr>
          <w:lang w:eastAsia="zh-CN"/>
        </w:rPr>
        <w:br/>
      </w:r>
      <w:r>
        <w:rPr>
          <w:lang w:eastAsia="zh-CN"/>
        </w:rPr>
        <w:t>　　对社区管理体制进行了改革，今年，在区民政局和洛阳路街道的支持和指导下，率先成立了“新园社区社会工作站”，探索运用专业社会工作手段开展社区社会工作，提供专业社会工作服务。</w:t>
      </w:r>
      <w:r>
        <w:rPr>
          <w:lang w:eastAsia="zh-CN"/>
        </w:rPr>
        <w:br/>
      </w:r>
      <w:r>
        <w:rPr>
          <w:lang w:eastAsia="zh-CN"/>
        </w:rPr>
        <w:t>　　积极探索社区志愿者参与社区建设的有效方式，现已组建各种志愿者队伍20支，社区志愿服务与社区工作实现了有效衔接，形成了良性互动的工作格局。</w:t>
      </w:r>
      <w:r>
        <w:rPr>
          <w:lang w:eastAsia="zh-CN"/>
        </w:rPr>
        <w:br/>
      </w:r>
      <w:r>
        <w:rPr>
          <w:lang w:eastAsia="zh-CN"/>
        </w:rPr>
        <w:t xml:space="preserve">    社区卫生年终工作总结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今年是国家卫生城市复审之年，爱国卫生工作是社区的工作重点，在爱卫办的安排部署下，经过社区全体干部职工及广大居民的共同努力，使得辖区整体环境面貌一直保持整洁干净，健康教育和病媒生物工作也不断巩固和发展。针对辖区卫生管理中的薄弱环节，社区积极开展专项整治，通过对清洁工、拉运工的规范管理，提高了辖区整体卫生管理水平，顺利的通过了国家卫生城市的复审。现将一年来的工作情况总结如下:</w:t>
      </w:r>
      <w:r>
        <w:rPr>
          <w:lang w:eastAsia="zh-CN"/>
        </w:rPr>
        <w:br/>
      </w:r>
      <w:r>
        <w:rPr>
          <w:lang w:eastAsia="zh-CN"/>
        </w:rPr>
        <w:t>　　一、做好国家卫生城市复审工作，广泛开展爱国卫生运动</w:t>
      </w:r>
      <w:r>
        <w:rPr>
          <w:lang w:eastAsia="zh-CN"/>
        </w:rPr>
        <w:br/>
      </w:r>
      <w:r>
        <w:rPr>
          <w:lang w:eastAsia="zh-CN"/>
        </w:rPr>
        <w:t>　　(一)全面做好迎接国家卫生城市复审工作。</w:t>
      </w:r>
      <w:r>
        <w:rPr>
          <w:lang w:eastAsia="zh-CN"/>
        </w:rPr>
        <w:br/>
      </w:r>
      <w:r>
        <w:rPr>
          <w:lang w:eastAsia="zh-CN"/>
        </w:rPr>
        <w:t>　　20__年是我市国家卫生城市的复审之年，为确保顺利通过国家卫生城市复审，根据区爱卫办的安排部署及《国家卫生城市标准》(20__版)，认真核查20__年的资料，查漏补缺，确保社区资料完整并符合要求，全面做好迎检工作，进一步抓好落实。</w:t>
      </w:r>
      <w:r>
        <w:rPr>
          <w:lang w:eastAsia="zh-CN"/>
        </w:rPr>
        <w:br/>
      </w:r>
      <w:r>
        <w:rPr>
          <w:lang w:eastAsia="zh-CN"/>
        </w:rPr>
        <w:t>　　(二)做好社区环境卫生整治工作。</w:t>
      </w:r>
      <w:r>
        <w:rPr>
          <w:lang w:eastAsia="zh-CN"/>
        </w:rPr>
        <w:br/>
      </w:r>
      <w:r>
        <w:rPr>
          <w:lang w:eastAsia="zh-CN"/>
        </w:rPr>
        <w:t>　　卫生是文明的基础，为确保创建文明城市工作顺利推进，社区根据实际对辖区内的环境卫生工作进行大力整治，提高了社会公共卫生的整体水平。</w:t>
      </w:r>
      <w:r>
        <w:rPr>
          <w:lang w:eastAsia="zh-CN"/>
        </w:rPr>
        <w:br/>
      </w:r>
      <w:r>
        <w:rPr>
          <w:lang w:eastAsia="zh-CN"/>
        </w:rPr>
        <w:t>　　一是建立健全领导机构，制定周详的工作计划，明确职责到人。成立由社区书记任组长，分管领导任副组长，干部、居民配合的领导班子，保证各项工作顺利开展。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二是严格管理清扫员队伍，落实各项考核、奖惩措施，实行了城管卫生工作五步督查机制，即日检查、周评比、月考核、季小结、年总结，并做好资料记录，保证清洁工保洁时间不少于8小时，做到垃圾池日产日清。</w:t>
      </w:r>
      <w:r>
        <w:rPr>
          <w:lang w:eastAsia="zh-CN"/>
        </w:rPr>
        <w:br/>
      </w:r>
      <w:r>
        <w:rPr>
          <w:lang w:eastAsia="zh-CN"/>
        </w:rPr>
        <w:t>　　三是彻底清扫卫生死角，定期不定期开展专项整治16余次，确保了辖区环境卫生整洁优美。</w:t>
      </w:r>
      <w:r>
        <w:rPr>
          <w:lang w:eastAsia="zh-CN"/>
        </w:rPr>
        <w:br/>
      </w:r>
      <w:r>
        <w:rPr>
          <w:lang w:eastAsia="zh-CN"/>
        </w:rPr>
        <w:t>　　四是配合相关部门拆除违章建筑，对拒不执行者，上报城管中队配合强行拆除，从而保持小区整洁卫生;</w:t>
      </w:r>
      <w:r>
        <w:rPr>
          <w:lang w:eastAsia="zh-CN"/>
        </w:rPr>
        <w:br/>
      </w:r>
      <w:r>
        <w:rPr>
          <w:lang w:eastAsia="zh-CN"/>
        </w:rPr>
        <w:t>　　五是清理户外野广告。对居民区楼道口、户外墙壁、小区内电杆的野广告进行了全面清洗，彻底取缔野广告等不文明现象。</w:t>
      </w:r>
      <w:r>
        <w:rPr>
          <w:lang w:eastAsia="zh-CN"/>
        </w:rPr>
        <w:br/>
      </w:r>
      <w:r>
        <w:rPr>
          <w:lang w:eastAsia="zh-CN"/>
        </w:rPr>
        <w:t>　　六是落实门前四包责任制，对不包、包而不管、包而不严的，联系相关部门对其进行严厉处罚，从而彻底改善脏乱差现象。</w:t>
      </w:r>
      <w:r>
        <w:rPr>
          <w:lang w:eastAsia="zh-CN"/>
        </w:rPr>
        <w:br/>
      </w:r>
      <w:r>
        <w:rPr>
          <w:lang w:eastAsia="zh-CN"/>
        </w:rPr>
        <w:t>　　(三)继续加大爱国卫生工作宣传。</w:t>
      </w:r>
      <w:r>
        <w:rPr>
          <w:lang w:eastAsia="zh-CN"/>
        </w:rPr>
        <w:br/>
      </w:r>
      <w:r>
        <w:rPr>
          <w:lang w:eastAsia="zh-CN"/>
        </w:rPr>
        <w:t>　　通过爱国卫生月、世界卫生日、100场爱国卫生知识巡讲等主题宣传活动，广泛宣传普及爱国卫生知识，提高群众对爱国卫生知识的知晓率，教育引导各行业和广大人民群众深刻认识做好新时期爱国卫生工作的重大意义和重要性、紧迫性，充分发挥爱国卫生运动在预防和减少疾病、改善社区环境卫生面貌、提高全民文明卫生素质等方面不可替代的作用。</w:t>
      </w:r>
      <w:r>
        <w:rPr>
          <w:lang w:eastAsia="zh-CN"/>
        </w:rPr>
        <w:br/>
      </w:r>
      <w:r>
        <w:rPr>
          <w:lang w:eastAsia="zh-CN"/>
        </w:rPr>
        <w:t>　　二、积极组织开展第二十七个爱国卫生月活动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四月份是全国第二十七个爱国卫生月，为了扎实有效地开展爱卫月工作，进一步整治改善社区环境卫生状况，创造优美整洁的宜居环境，社区在往年的活动基础上，进行再安排，再宣传，动员辖区广大居民参与到活动当中去。参与此次爱卫月宣传活动的共40余人，受宣传教育人数达3000余人次。设置宣传点3处，印发宣传资料3000余份，设置宣传站点2处，刊登板报2期，印发宣传资料3000余份，制作宣传展板6块;60余名志愿者参加了环境卫生集中整治活动，共清除生活垃圾4吨，治理卫生死角20处，治理脏乱差道路1公里，清除野广告1000余张，受理居民卫生投诉2件，解决群众卫生投诉2件，进一步加大了辖区环境卫生整治力度。</w:t>
      </w:r>
      <w:r>
        <w:rPr>
          <w:lang w:eastAsia="zh-CN"/>
        </w:rPr>
        <w:br/>
      </w:r>
      <w:r>
        <w:rPr>
          <w:lang w:eastAsia="zh-CN"/>
        </w:rPr>
        <w:t>　　三、倡导科学生活方式，提高居民健康素养</w:t>
      </w:r>
      <w:r>
        <w:rPr>
          <w:lang w:eastAsia="zh-CN"/>
        </w:rPr>
        <w:br/>
      </w:r>
      <w:r>
        <w:rPr>
          <w:lang w:eastAsia="zh-CN"/>
        </w:rPr>
        <w:t>　　为了满足居民健康知识的需求，提高居民的自我保健意识，社区刊出健康教育专栏12期、黑板报2期、发放健康教育手册1200余份，全面提高辖区居民自我保健意识。联合辖区医疗卫生服务站开展健康服务及宣传，聘请医疗卫生服务机构专业人员为辖区居民进行授课，定期为居民宣传、讲授健康知识，共举办健康教育讲座12期。宣传内容包括饮食调养、各种传染病的预防、碘缺乏病的知识、吸烟危害健康、合理用药、糖尿病等慢性病的预防和防治，并组织居民进行健康知识行为测试，居民对健康知识知晓率达到90%以上，健康行为形成率达到85%以上。</w:t>
      </w:r>
      <w:r>
        <w:rPr>
          <w:lang w:eastAsia="zh-CN"/>
        </w:rPr>
        <w:br/>
      </w:r>
      <w:r>
        <w:rPr>
          <w:lang w:eastAsia="zh-CN"/>
        </w:rPr>
        <w:t>　　四、以环境治理为本，继续巩固病媒生物防治成果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病媒生物工作在上级各级部门的关心重视下，通过社区工作人员及辖区居民的共同努力，在宣传发动、环境整治及除四害服务方面取得了一定成绩。为了提高辖区单位及居民的除四害意识，社区健康教育专栏刊登了四害对人类的危害及除四害的方法、灭鼠的相关知识、如何杀灭蟑螂等相关知识;为了做到除四害工作家喻户晓，在辖区内不定期发放四害的危害性、防治要点等宣传传单，在全辖区范围内形成了人人参与、全方位杀灭的良好氛围。特别在开展以灭蟑螂为重点的防治工作中取得了一定的成效。</w:t>
      </w:r>
      <w:r>
        <w:rPr>
          <w:lang w:eastAsia="zh-CN"/>
        </w:rPr>
        <w:br/>
      </w:r>
      <w:r>
        <w:rPr>
          <w:lang w:eastAsia="zh-CN"/>
        </w:rPr>
        <w:t>　　在全年的除四害工作中，根据辖区内鼠、蟑螂密度的监测情况，对鼠、蟑螂密度大的重点区域集中进行灭杀。共投入灭鼠药10kg，粘鼠板60张，灭蟑螂药11.7kg，粘蟑螂板500张，杀蟑饵剂230支，覆盖了整个辖区。社区围绕验收检查出的有蟑户加大投药力度，并采取集中灭杀的方法，有效地控制了四害孳生场所。使灭蟑工作达到了国家验收标准。确保了除四害工作的落实，有效预防了传染病的发生，为居民营造了一个洁净的生活环境。</w:t>
      </w:r>
      <w:r>
        <w:rPr>
          <w:lang w:eastAsia="zh-CN"/>
        </w:rPr>
        <w:br/>
      </w:r>
      <w:r>
        <w:rPr>
          <w:lang w:eastAsia="zh-CN"/>
        </w:rPr>
        <w:t>　　五、积极开展禁烟活动，形成良好生活习惯</w:t>
      </w:r>
      <w:r>
        <w:rPr>
          <w:lang w:eastAsia="zh-CN"/>
        </w:rPr>
        <w:br/>
      </w:r>
      <w:r>
        <w:rPr>
          <w:lang w:eastAsia="zh-CN"/>
        </w:rPr>
        <w:t>　　借助5月31日世界禁烟日，开展公共场所禁止吸烟的宣传活动，并号召社区工作人员和部分居民参加省上的禁烟知识竞赛，共收集试卷30余份，并有3人获奖，极大地丰富了大家对烟草相关知识的认识。围绕此次活动，积极开展了全民禁烟活动，向居民及行人发放戒烟宣传资料200余份、开展禁烟宣传教育讲座一次、悬挂横幅1条、受教育群众达1000余人次。通过此次活动，让广大群众更进一步了解到吸烟的危害，自觉主动拒绝香烟，逐渐养成良好的生活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爱国卫生工作是一项任务繁重、常抓不懈的系统工程，一年来，社区充分发挥职能作用，更好的巩固全国文明城市和国家卫生城市的成果，统筹安排，精心组织，分阶段、分步骤的落实好各项任务，发动社区居民积极参与爱国卫生工作的开展。今后，我们将继续深入、细致、扎实工作，努力使我社区爱国卫生工作迈上新台阶。</w:t>
      </w:r>
      <w:r>
        <w:rPr>
          <w:lang w:eastAsia="zh-CN"/>
        </w:rPr>
        <w:br/>
      </w:r>
      <w:r>
        <w:rPr>
          <w:lang w:eastAsia="zh-CN"/>
        </w:rPr>
        <w:t xml:space="preserve">    社区卫生年终工作总结 篇4 </w:t>
      </w:r>
      <w:r>
        <w:rPr>
          <w:lang w:eastAsia="zh-CN"/>
        </w:rPr>
        <w:br/>
      </w:r>
      <w:r>
        <w:rPr>
          <w:lang w:eastAsia="zh-CN"/>
        </w:rPr>
        <w:t>　　由于这一年来疫情的常态化，作为基层医疗机构我们在卫体局的正确领导下，严格执行《国家基本公共卫生服务规范》。加强内部管理，狠抓基本公共卫生服务项目工作，全面开展基本医疗护理工作以及疫情的防治工作，充分调动员工的工作积极性和主动性，适时调整了人员配置，优化组合，使得各项工作取得了较好的效果。现将我站工作总结如下：</w:t>
      </w:r>
      <w:r>
        <w:rPr>
          <w:lang w:eastAsia="zh-CN"/>
        </w:rPr>
        <w:br/>
      </w:r>
      <w:r>
        <w:rPr>
          <w:lang w:eastAsia="zh-CN"/>
        </w:rPr>
        <w:t>　　一、加强领导、定期督导</w:t>
      </w:r>
      <w:r>
        <w:rPr>
          <w:lang w:eastAsia="zh-CN"/>
        </w:rPr>
        <w:br/>
      </w:r>
      <w:r>
        <w:rPr>
          <w:lang w:eastAsia="zh-CN"/>
        </w:rPr>
        <w:t>　　根据年初制定的工作计划，基本公共卫生服务项目和医疗护理工作以及疫情防控工作按计划运行，成立基本公共卫生服务项目及基本医疗考核、疫情防控值班小组，定期对各团队进行检查、督促、指导各项工作。</w:t>
      </w:r>
      <w:r>
        <w:rPr>
          <w:lang w:eastAsia="zh-CN"/>
        </w:rPr>
        <w:br/>
      </w:r>
      <w:r>
        <w:rPr>
          <w:lang w:eastAsia="zh-CN"/>
        </w:rPr>
        <w:t>　　二、强化培训、提高业务</w:t>
      </w:r>
      <w:r>
        <w:rPr>
          <w:lang w:eastAsia="zh-CN"/>
        </w:rPr>
        <w:br/>
      </w:r>
      <w:r>
        <w:rPr>
          <w:lang w:eastAsia="zh-CN"/>
        </w:rPr>
        <w:t>　　全年进行公共卫生服务项目工作和基本医疗、疫情防控等工作的培训，公共卫生服务项目培训3次，基本医疗以及疫情防护培训共8次，并积极参加市区两级举办的各种培训共计2次。</w:t>
      </w:r>
      <w:r>
        <w:rPr>
          <w:lang w:eastAsia="zh-CN"/>
        </w:rPr>
        <w:br/>
      </w:r>
      <w:r>
        <w:rPr>
          <w:lang w:eastAsia="zh-CN"/>
        </w:rPr>
        <w:t>　　三、基本公共卫生服务项目工作开展落实情况</w:t>
      </w:r>
      <w:r>
        <w:rPr>
          <w:lang w:eastAsia="zh-CN"/>
        </w:rPr>
        <w:br/>
      </w:r>
      <w:r>
        <w:rPr>
          <w:lang w:eastAsia="zh-CN"/>
        </w:rPr>
        <w:t>　　（一）居民健康档案管理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20__年居民健康档案一共1833户，个人健康档案4606，其中高血压管理档案667人，糖尿病管理档案336人，严重精神障碍患者管理档案26人，65岁以上老年人管理档案757人，对辖区内新建儿童以及孕产妇也及时做了相应的管理与登记。</w:t>
      </w:r>
      <w:r>
        <w:rPr>
          <w:lang w:eastAsia="zh-CN"/>
        </w:rPr>
        <w:br/>
      </w:r>
      <w:r>
        <w:rPr>
          <w:lang w:eastAsia="zh-CN"/>
        </w:rPr>
        <w:t>　　（二）健康教育</w:t>
      </w:r>
      <w:r>
        <w:rPr>
          <w:lang w:eastAsia="zh-CN"/>
        </w:rPr>
        <w:br/>
      </w:r>
      <w:r>
        <w:rPr>
          <w:lang w:eastAsia="zh-CN"/>
        </w:rPr>
        <w:t>　　我站紧紧围绕公共卫生服务项目为基础，以及预防、保健、慢性病人管理为重点。在门厅醒目位置设立宣传栏及展架放置宣传资料供广大居民免费查阅。根据规范要求及不同季节进行健康教育宣传，定期开展健康教育知识讲座及各种主题宣传活动。全年累计举办健康教育知识讲座6次和教育健康宣传活动13次。更换宣传栏6次。发放各种健康知识宣传折页12种3000余份。</w:t>
      </w:r>
      <w:r>
        <w:rPr>
          <w:lang w:eastAsia="zh-CN"/>
        </w:rPr>
        <w:br/>
      </w:r>
      <w:r>
        <w:rPr>
          <w:lang w:eastAsia="zh-CN"/>
        </w:rPr>
        <w:t>　　（三）儿童健康管理</w:t>
      </w:r>
      <w:r>
        <w:rPr>
          <w:lang w:eastAsia="zh-CN"/>
        </w:rPr>
        <w:br/>
      </w:r>
      <w:r>
        <w:rPr>
          <w:lang w:eastAsia="zh-CN"/>
        </w:rPr>
        <w:t>　　加强了对辖区内0~6岁儿童管理登记工作，对新生儿建立儿童保健手册。按照服务规范要求对辖区内的儿童进行随访并及时将随访情况进行电子档案信息及纸质档案的录入工作。</w:t>
      </w:r>
      <w:r>
        <w:rPr>
          <w:lang w:eastAsia="zh-CN"/>
        </w:rPr>
        <w:br/>
      </w:r>
      <w:r>
        <w:rPr>
          <w:lang w:eastAsia="zh-CN"/>
        </w:rPr>
        <w:t>　　（四）孕产妇健康管理工作</w:t>
      </w:r>
      <w:r>
        <w:rPr>
          <w:lang w:eastAsia="zh-CN"/>
        </w:rPr>
        <w:br/>
      </w:r>
      <w:r>
        <w:rPr>
          <w:lang w:eastAsia="zh-CN"/>
        </w:rPr>
        <w:t>　　对辖区的孕产妇建立档案并及时与中心沟通，并详细的告知其应该享有的一些权利，然后将其个人信息如实记录并录入电子档案保存。</w:t>
      </w:r>
      <w:r>
        <w:rPr>
          <w:lang w:eastAsia="zh-CN"/>
        </w:rPr>
        <w:br/>
      </w:r>
      <w:r>
        <w:rPr>
          <w:lang w:eastAsia="zh-CN"/>
        </w:rPr>
        <w:t>　　（五）老年人保健</w:t>
      </w:r>
      <w:r>
        <w:rPr>
          <w:lang w:eastAsia="zh-CN"/>
        </w:rPr>
        <w:br/>
      </w:r>
      <w:r>
        <w:rPr>
          <w:lang w:eastAsia="zh-CN"/>
        </w:rPr>
        <w:t>　　对辖区内65岁以上老年人建立健康档案757份，截止目前老年人免费健康体检472人。</w:t>
      </w:r>
      <w:r>
        <w:rPr>
          <w:lang w:eastAsia="zh-CN"/>
        </w:rPr>
        <w:br/>
      </w:r>
      <w:r>
        <w:rPr>
          <w:lang w:eastAsia="zh-CN"/>
        </w:rPr>
        <w:t>　　（六）慢性病管理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按照基层减盐防控高血压综合干预项目规范，对辖区内35岁以内的人群进行高血压筛查工作并进行随访管理。对高血压患者，高血压高危人群及其他重点人群进行低盐膳食干预指导。</w:t>
      </w:r>
      <w:r>
        <w:rPr>
          <w:lang w:eastAsia="zh-CN"/>
        </w:rPr>
        <w:br/>
      </w:r>
      <w:r>
        <w:rPr>
          <w:lang w:eastAsia="zh-CN"/>
        </w:rPr>
        <w:t>　　（七）严重精神障碍管理</w:t>
      </w:r>
      <w:r>
        <w:rPr>
          <w:lang w:eastAsia="zh-CN"/>
        </w:rPr>
        <w:br/>
      </w:r>
      <w:r>
        <w:rPr>
          <w:lang w:eastAsia="zh-CN"/>
        </w:rPr>
        <w:t>　　根据基本公共卫生服务项目的工作要求，将严重精神病患者纳入健康管理档案，并对已发现的严重精神病患者进行随访工作，供随访26人。</w:t>
      </w:r>
      <w:r>
        <w:rPr>
          <w:lang w:eastAsia="zh-CN"/>
        </w:rPr>
        <w:br/>
      </w:r>
      <w:r>
        <w:rPr>
          <w:lang w:eastAsia="zh-CN"/>
        </w:rPr>
        <w:t>　　（八）传染病及突发公共卫生事件报告和处理</w:t>
      </w:r>
      <w:r>
        <w:rPr>
          <w:lang w:eastAsia="zh-CN"/>
        </w:rPr>
        <w:br/>
      </w:r>
      <w:r>
        <w:rPr>
          <w:lang w:eastAsia="zh-CN"/>
        </w:rPr>
        <w:t>　　由于这咦年来疫情的常态化，我站认真贯彻执行《传染病防治法》、《突发公共卫生事件急条例》，以及上级领导布置的各项任务。坚持了门诊登记和疫情自查制度，建立健全了疫情报告制度。</w:t>
      </w:r>
      <w:r>
        <w:rPr>
          <w:lang w:eastAsia="zh-CN"/>
        </w:rPr>
        <w:br/>
      </w:r>
      <w:r>
        <w:rPr>
          <w:lang w:eastAsia="zh-CN"/>
        </w:rPr>
        <w:t>　　（九）卫生监督协管</w:t>
      </w:r>
      <w:r>
        <w:rPr>
          <w:lang w:eastAsia="zh-CN"/>
        </w:rPr>
        <w:br/>
      </w:r>
      <w:r>
        <w:rPr>
          <w:lang w:eastAsia="zh-CN"/>
        </w:rPr>
        <w:t>　　建立各项基本资料，认真按要求开展巡查工作和信息上报工作，并协助辖区内计划生育机构进行巡查。</w:t>
      </w:r>
      <w:r>
        <w:rPr>
          <w:lang w:eastAsia="zh-CN"/>
        </w:rPr>
        <w:br/>
      </w:r>
      <w:r>
        <w:rPr>
          <w:lang w:eastAsia="zh-CN"/>
        </w:rPr>
        <w:t>　　（十）中医适宜技术</w:t>
      </w:r>
      <w:r>
        <w:rPr>
          <w:lang w:eastAsia="zh-CN"/>
        </w:rPr>
        <w:br/>
      </w:r>
      <w:r>
        <w:rPr>
          <w:lang w:eastAsia="zh-CN"/>
        </w:rPr>
        <w:t>　　积极开展中医适宜技术，为辖区内老年人进行中医体质辨识调查，并根据结果给予相应的指导。</w:t>
      </w:r>
      <w:r>
        <w:rPr>
          <w:lang w:eastAsia="zh-CN"/>
        </w:rPr>
        <w:br/>
      </w:r>
      <w:r>
        <w:rPr>
          <w:lang w:eastAsia="zh-CN"/>
        </w:rPr>
        <w:t>　　四、工作中存在的问题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20__年虽然取得了一定的成绩，但从考核、督导情况来看，仍存在一些问题和薄弱环节，归纳起来，主要有以下几个问题：一是各项工作仍有欠缺，在档案建立方面虽然有所进步，但距离实际管理目标还有一定差距；二是慢性病管理和老年人保健工作尚需规范。随着近几年人口老龄化及慢性病人数的增加，有个别管理可能还做不到及时随访，同时由于受诸多因素的影响，有些人也未能及时的做随机血糖检测；有的未对辖区内慢性病患者的健康问题进行分析及实施干预措施和效果评价。</w:t>
      </w:r>
      <w:r>
        <w:rPr>
          <w:lang w:eastAsia="zh-CN"/>
        </w:rPr>
        <w:br/>
      </w:r>
      <w:r>
        <w:rPr>
          <w:lang w:eastAsia="zh-CN"/>
        </w:rPr>
        <w:t>　　五、20__年工作打算</w:t>
      </w:r>
      <w:r>
        <w:rPr>
          <w:lang w:eastAsia="zh-CN"/>
        </w:rPr>
        <w:br/>
      </w:r>
      <w:r>
        <w:rPr>
          <w:lang w:eastAsia="zh-CN"/>
        </w:rPr>
        <w:t>　　20__年基本公共卫生服务项目工作重点是针对存在的问题，扎扎实实的抓整改抓落实，着实做好以下几方面工作：</w:t>
      </w:r>
      <w:r>
        <w:rPr>
          <w:lang w:eastAsia="zh-CN"/>
        </w:rPr>
        <w:br/>
      </w:r>
      <w:r>
        <w:rPr>
          <w:lang w:eastAsia="zh-CN"/>
        </w:rPr>
        <w:t>　　（一）认真对照日常督导检查中发现的问题，紧密结合上级业务部门的指导意见，进一步强化责任，落实措施，扎扎实实的抓好整改落实工作，力争在年内完成各项公共卫生服务指标。</w:t>
      </w:r>
      <w:r>
        <w:rPr>
          <w:lang w:eastAsia="zh-CN"/>
        </w:rPr>
        <w:br/>
      </w:r>
      <w:r>
        <w:rPr>
          <w:lang w:eastAsia="zh-CN"/>
        </w:rPr>
        <w:t>　　（二）健全工作机制，强化工作职责。</w:t>
      </w:r>
      <w:r>
        <w:rPr>
          <w:lang w:eastAsia="zh-CN"/>
        </w:rPr>
        <w:br/>
      </w:r>
      <w:r>
        <w:rPr>
          <w:lang w:eastAsia="zh-CN"/>
        </w:rPr>
        <w:t>　　各科室要健全工作机制，强化工作职责，及时分析汇总上报项目实施情况，发现问题及时采取有效措施整改，确保项目工作全面有序健康发展。</w:t>
      </w:r>
      <w:r>
        <w:rPr>
          <w:lang w:eastAsia="zh-CN"/>
        </w:rPr>
        <w:br/>
      </w:r>
      <w:r>
        <w:rPr>
          <w:lang w:eastAsia="zh-CN"/>
        </w:rPr>
        <w:t>　　（三）加大宣传力度，提高健康意识。</w:t>
      </w:r>
      <w:r>
        <w:rPr>
          <w:lang w:eastAsia="zh-CN"/>
        </w:rPr>
        <w:br/>
      </w:r>
      <w:r>
        <w:rPr>
          <w:lang w:eastAsia="zh-CN"/>
        </w:rPr>
        <w:t>　　要利用慢病随访、健康教育等入户机会对群众进行相关知识的健康教育，改变部分群众的不良生活习惯，加强宣传基本公共卫生服务项目内容及国家的相关惠民政策，努力提高群众的健康意识。</w:t>
      </w:r>
      <w:r>
        <w:rPr>
          <w:lang w:eastAsia="zh-CN"/>
        </w:rPr>
        <w:br/>
      </w:r>
      <w:r>
        <w:rPr>
          <w:lang w:eastAsia="zh-CN"/>
        </w:rPr>
        <w:t xml:space="preserve">    社区卫生年终工作总结 篇5 </w:t>
      </w:r>
      <w:r>
        <w:rPr>
          <w:lang w:eastAsia="zh-CN"/>
        </w:rPr>
        <w:br/>
      </w:r>
      <w:r>
        <w:rPr>
          <w:lang w:eastAsia="zh-CN"/>
        </w:rPr>
        <w:t>　　一、20__年工作总结</w:t>
      </w:r>
      <w:r>
        <w:rPr>
          <w:lang w:eastAsia="zh-CN"/>
        </w:rPr>
        <w:br/>
      </w:r>
      <w:r>
        <w:rPr>
          <w:lang w:eastAsia="zh-CN"/>
        </w:rPr>
        <w:t>　　1、医疗经济各项指标完成情况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20__年全院完成门诊人次48584人次，完成住院治疗__人次，治愈好转率95%；患者平均住院日为5天，出院病人诊断符合率100%。全院业务收入499.63万元，其中医疗收入占业务收入的24.31%；人均门诊费用为49元，平均每一出院病人次费用1556元。</w:t>
      </w:r>
      <w:r>
        <w:rPr>
          <w:lang w:eastAsia="zh-CN"/>
        </w:rPr>
        <w:br/>
      </w:r>
      <w:r>
        <w:rPr>
          <w:lang w:eastAsia="zh-CN"/>
        </w:rPr>
        <w:t>　　2、党、政、工、团、计划生育及创文明城市工作情况</w:t>
      </w:r>
      <w:r>
        <w:rPr>
          <w:lang w:eastAsia="zh-CN"/>
        </w:rPr>
        <w:br/>
      </w:r>
      <w:r>
        <w:rPr>
          <w:lang w:eastAsia="zh-CN"/>
        </w:rPr>
        <w:t>　　(1)积极展开“两学一做”常态化制度化学习教育，每月党员活动日坚持带领全体党员集中学习。不仅发挥了党支部的战斗堡垒作用，更积极推进了医院的`蓬勃发展，同时医德医风也得到了提升和改观。而且我院严格坚持“三基三严”、法律法规的学习和培训，做到持久坚持，常抓不懈。全年无医疗纠纷和医疗事故发生，切实提高了医疗卫生运行效率、服务质量和水平。</w:t>
      </w:r>
      <w:r>
        <w:rPr>
          <w:lang w:eastAsia="zh-CN"/>
        </w:rPr>
        <w:br/>
      </w:r>
      <w:r>
        <w:rPr>
          <w:lang w:eastAsia="zh-CN"/>
        </w:rPr>
        <w:t>　　(2)加强院务公开，广泛接受职工的监督和咨询，从而增加了医院各项工作的透明度和决策的公正性，拉近了党群、干群关系，促进了各项工作的健康、有序发展。</w:t>
      </w:r>
      <w:r>
        <w:rPr>
          <w:lang w:eastAsia="zh-CN"/>
        </w:rPr>
        <w:br/>
      </w:r>
      <w:r>
        <w:rPr>
          <w:lang w:eastAsia="zh-CN"/>
        </w:rPr>
        <w:t>　　(3)、按时参加街道办事处计划生育例会，及时上报有关报表，积极配合街道计生办做好妇检工作，全院育龄妇女查体率100%，无计划外生育现象。严格制度，严把B超、妇科重点岗位。加强对出生人口性别比的控制，保证人口的正常性别结构，我们坚持对B超室、妇科工作人员进行定期培训，坚持持证上岗，健全各项规章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为创建国家文明城，建立健全创建国家文明城市组织，切实加强领导；认真贯彻上级创建文明城市相关要求，积极抓好各项工作；人人参与、形式多样、强化宣传教育；在医院导医台设置志愿服务岗、禁烟劝导员，开展文明告知、文明提醒、文明劝规。利用院内LED显示屏滚动播放文明宣传标语，使各项创建工作落到实处，圆满完成职责内的各项工作任务。</w:t>
      </w:r>
      <w:r>
        <w:rPr>
          <w:lang w:eastAsia="zh-CN"/>
        </w:rPr>
        <w:br/>
      </w:r>
      <w:r>
        <w:rPr>
          <w:lang w:eastAsia="zh-CN"/>
        </w:rPr>
        <w:t>　　二、20__年工作计划</w:t>
      </w:r>
      <w:r>
        <w:rPr>
          <w:lang w:eastAsia="zh-CN"/>
        </w:rPr>
        <w:br/>
      </w:r>
      <w:r>
        <w:rPr>
          <w:lang w:eastAsia="zh-CN"/>
        </w:rPr>
        <w:t>　　1、深入开展“两学一做”常态化制度化集中学习教育，同时加强职工政治思想、医德医风教育。</w:t>
      </w:r>
      <w:r>
        <w:rPr>
          <w:lang w:eastAsia="zh-CN"/>
        </w:rPr>
        <w:br/>
      </w:r>
      <w:r>
        <w:rPr>
          <w:lang w:eastAsia="zh-CN"/>
        </w:rPr>
        <w:t>　　2、加强中心内部管理，规范管理程序，完善管理机制，充分调动职工工作积极性。</w:t>
      </w:r>
      <w:r>
        <w:rPr>
          <w:lang w:eastAsia="zh-CN"/>
        </w:rPr>
        <w:br/>
      </w:r>
      <w:r>
        <w:rPr>
          <w:lang w:eastAsia="zh-CN"/>
        </w:rPr>
        <w:t>　　3、加速人才培养，采取“请进来授课、送出去学习”的方法提高中心整体医疗服务水平。</w:t>
      </w:r>
      <w:r>
        <w:rPr>
          <w:lang w:eastAsia="zh-CN"/>
        </w:rPr>
        <w:br/>
      </w:r>
      <w:r>
        <w:rPr>
          <w:lang w:eastAsia="zh-CN"/>
        </w:rPr>
        <w:t>　　4、认真做好城市、农村社区卫生服务工作，努力提高公共卫生服务水平。</w:t>
      </w:r>
      <w:r>
        <w:rPr>
          <w:lang w:eastAsia="zh-CN"/>
        </w:rPr>
        <w:br/>
      </w:r>
      <w:r>
        <w:rPr>
          <w:lang w:eastAsia="zh-CN"/>
        </w:rPr>
        <w:t>　　5、巩固一体化管理成果，稳步推进标准化卫生室建设；进一步净化辖区内医药市场，打击非法行医。</w:t>
      </w:r>
      <w:r>
        <w:rPr>
          <w:lang w:eastAsia="zh-CN"/>
        </w:rPr>
        <w:br/>
      </w:r>
      <w:r>
        <w:rPr>
          <w:lang w:eastAsia="zh-CN"/>
        </w:rPr>
        <w:t>　　6、继续做好计划生育服务工作。</w:t>
      </w:r>
      <w:r>
        <w:rPr>
          <w:lang w:eastAsia="zh-CN"/>
        </w:rPr>
        <w:br/>
      </w:r>
      <w:r>
        <w:rPr>
          <w:lang w:eastAsia="zh-CN"/>
        </w:rPr>
        <w:t>　　7、主动推进新中心项目建设工作。</w:t>
      </w:r>
      <w:r>
        <w:rPr>
          <w:lang w:eastAsia="zh-CN"/>
        </w:rPr>
        <w:br/>
      </w:r>
      <w:r>
        <w:rPr>
          <w:lang w:eastAsia="zh-CN"/>
        </w:rPr>
        <w:t xml:space="preserve">    社区卫生年终工作总结 篇6 </w:t>
      </w:r>
      <w:r>
        <w:rPr>
          <w:lang w:eastAsia="zh-CN"/>
        </w:rPr>
        <w:br/>
      </w:r>
      <w:r>
        <w:rPr>
          <w:lang w:eastAsia="zh-CN"/>
        </w:rPr>
        <w:t>　　__社区的城建卫生工作，始终坚持“务实、不懈、整体推进”的工作思路，认真落实市、区、街办有关部门文件精神，在这一年里以“三城联创”为工作中心，进一步加强社区街道及背街小巷环境卫生的管理，现总结如下：</w:t>
      </w:r>
      <w:r>
        <w:rPr>
          <w:lang w:eastAsia="zh-CN"/>
        </w:rPr>
        <w:br/>
      </w:r>
      <w:r>
        <w:rPr>
          <w:lang w:eastAsia="zh-CN"/>
        </w:rPr>
        <w:t>　　一、建立完善机制，加大宣传。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社区始终坚持以主任一手抓，分管干部职责制，建立健全了以社区为领导，以辖区单位和居民组为实体的落实网络。一年里利用办黑板报5期、宣传栏7次，发放《礼貌市民标准》手册10余本，发放“三城联创”宣传单100余份等方式，广泛宣传了城建卫生工作资料。</w:t>
      </w:r>
      <w:r>
        <w:rPr>
          <w:lang w:eastAsia="zh-CN"/>
        </w:rPr>
        <w:br/>
      </w:r>
      <w:r>
        <w:rPr>
          <w:lang w:eastAsia="zh-CN"/>
        </w:rPr>
        <w:t>　　二、落实各项基本工作，突出抓重点。</w:t>
      </w:r>
      <w:r>
        <w:rPr>
          <w:lang w:eastAsia="zh-CN"/>
        </w:rPr>
        <w:br/>
      </w:r>
      <w:r>
        <w:rPr>
          <w:lang w:eastAsia="zh-CN"/>
        </w:rPr>
        <w:t>　　1、开展退耕还林春季义务植树；在今年三月份，社区组织辖区单位职工及社区居民共60人，在处种植株树苗，共退耕亩地，在植树的同时宣传了城市严禁开荒种地的有关政策常识，有效的遏止了居民和外来流动人口乱开荒种地现象。</w:t>
      </w:r>
      <w:r>
        <w:rPr>
          <w:lang w:eastAsia="zh-CN"/>
        </w:rPr>
        <w:br/>
      </w:r>
      <w:r>
        <w:rPr>
          <w:lang w:eastAsia="zh-CN"/>
        </w:rPr>
        <w:t>　　2、防火抗灾的监管；社区建立了护林放火管理机制，组织居民学习防火会议2次，安排专人专班在火灾高发期对山体进行巡视。在两季上坟前，组织护林员及社区干部上山割沿路及坟头的枯草，每年年初在各个重要山头上山路口刷防火标语10余条，一年来未发生森林火灾一齐。每逢雨季来临，社区干部挨家挨户走访辖区的砖瓦土房户，逐一对每户居民进行走访，排查每一户险情。</w:t>
      </w:r>
      <w:r>
        <w:rPr>
          <w:lang w:eastAsia="zh-CN"/>
        </w:rPr>
        <w:br/>
      </w:r>
      <w:r>
        <w:rPr>
          <w:lang w:eastAsia="zh-CN"/>
        </w:rPr>
        <w:t>　　3、爱国卫生月活动；每年四月份是爱国卫生突击月活动，今年是“三城联创”实施的`第一年，结合此次活动，在爱国卫生月中组织辖区单位4次，组织辖区居民60人，联合上级进驻社区的干部10余人，共组织大扫除大治理10余次，共疏通下水道200余米，清理卫生死角20余处，共清运垃圾合15吨左右，清除野广告400余张，同时投放灭鼠药200袋，在做好爱国卫生月活动的同时有序的开展好了春季的除“四害”工作，杜绝了鼠疫的发生与蔓延。辖区在亮化的同时也使周围的居住居民提高了自身环境卫生的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4、每月开展市民学校学习活动，做好社区卫生工作计划，广泛宣传法律知识和市民礼貌守则。</w:t>
      </w:r>
      <w:r>
        <w:rPr>
          <w:lang w:eastAsia="zh-CN"/>
        </w:rPr>
        <w:br/>
      </w:r>
      <w:r>
        <w:rPr>
          <w:lang w:eastAsia="zh-CN"/>
        </w:rPr>
        <w:t>　　5、建立健全健康教育档案，会同社区医务室定期免费为社区居民、老人检查身体，组织开展好三八妇女节、重阳节活动，共邀请太和医院专家四次坐诊医务室免费为200余名老人、妇女、儿童检查身体。</w:t>
      </w:r>
      <w:r>
        <w:rPr>
          <w:lang w:eastAsia="zh-CN"/>
        </w:rPr>
        <w:br/>
      </w:r>
      <w:r>
        <w:rPr>
          <w:lang w:eastAsia="zh-CN"/>
        </w:rPr>
        <w:t>　　三、加强“门前三包”管理。</w:t>
      </w:r>
      <w:r>
        <w:rPr>
          <w:lang w:eastAsia="zh-CN"/>
        </w:rPr>
        <w:br/>
      </w:r>
      <w:r>
        <w:rPr>
          <w:lang w:eastAsia="zh-CN"/>
        </w:rPr>
        <w:t>　　社区继续稳抓“门前三包”工作，把环境卫生落实到职责单位，今年共签定“门前三包”职责制份。建立了卫生保洁员的考核办法，建立工作台帐和考核台帐，从去年路段的移交到今年逐步完善的管理，从保洁员数量的增加到此刻路面保洁质量的良好保证，使辖区的环境卫生工作得到了良好的改善，也确保了“三城联创”工作的有序开展。社区每日至少一次的对保洁路段进行巡查，对保洁员上岗状况进行考核，在环境问题发生的第一时间内解决掉，保证了路面的干净整洁。</w:t>
      </w:r>
      <w:r>
        <w:rPr>
          <w:lang w:eastAsia="zh-CN"/>
        </w:rPr>
        <w:br/>
      </w:r>
      <w:r>
        <w:rPr>
          <w:lang w:eastAsia="zh-CN"/>
        </w:rPr>
        <w:t>　　四、“三城联创”工作。</w:t>
      </w:r>
      <w:r>
        <w:rPr>
          <w:lang w:eastAsia="zh-CN"/>
        </w:rPr>
        <w:br/>
      </w:r>
      <w:r>
        <w:rPr>
          <w:lang w:eastAsia="zh-CN"/>
        </w:rPr>
        <w:t>　　今年是“三城联创”的第一年，社区围绕街办和上级指令，整体行动管理街道卫生及市容环境，共集中整治2个多月，累计清理流动摊贩400余个，治理卫生死角20余处，退耕还林10余处，配合上级做好了奥运会和武当武术节期间的环境卫生管理工作。</w:t>
      </w:r>
      <w:r>
        <w:rPr>
          <w:lang w:eastAsia="zh-CN"/>
        </w:rPr>
        <w:br/>
      </w:r>
      <w:r>
        <w:rPr>
          <w:lang w:eastAsia="zh-CN"/>
        </w:rPr>
        <w:t>　　五、其他工作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社区居民三组11号楼属于销售处搬迁楼，该处居民属于农转商住户，由于居民年数较大，早年在楼前楼后搭建了柴棚导致下水道化粪池被压，下水道的堵塞成为了遗留问题，在今年11月份，社区联合“武当武术节”活动，请了专业清理下水道化粪池人员6人，动用3台车，花费3000余元免费为居民解决了遗留问题，共清理了垃圾4余吨。</w:t>
      </w:r>
      <w:r>
        <w:rPr>
          <w:lang w:eastAsia="zh-CN"/>
        </w:rPr>
        <w:br/>
      </w:r>
      <w:r>
        <w:rPr>
          <w:lang w:eastAsia="zh-CN"/>
        </w:rPr>
        <w:t>　　在接下来的工作中，我们会做好，争取将各项工作开展得更好。</w:t>
      </w:r>
      <w:r>
        <w:rPr>
          <w:lang w:eastAsia="zh-CN"/>
        </w:rPr>
        <w:br/>
      </w:r>
      <w:r>
        <w:rPr>
          <w:lang w:eastAsia="zh-CN"/>
        </w:rPr>
        <w:t xml:space="preserve">    社区卫生年终工作总结 篇7 </w:t>
      </w:r>
      <w:r>
        <w:rPr>
          <w:lang w:eastAsia="zh-CN"/>
        </w:rPr>
        <w:br/>
      </w:r>
      <w:r>
        <w:rPr>
          <w:lang w:eastAsia="zh-CN"/>
        </w:rPr>
        <w:t>　　一、努力工作，认真完成工作任务。一年来，我始终坚持严格要求自己，勤奋努力，时刻牢记全心全意为人民服务的宗旨，努力作好本职工作。现在的工作主要有两大块，一是药房的药剂相关工作，能严格遵守药品管理的各项规章制度，积极熟悉并掌握各种药品的功效及构成，在药品发放中，能严格按照调剂操作规程进行，做到“四查十对”。对患者礼貌、热情、大方，说话态度和气文明，认真、仔细交代药品用法和有关注意事项，为患者提供安全、有效、经济的优质药品和药学服务。二是从事全科工作。服从中心安排，做好社区居民建立健康档案、慢性病随访、电脑录入的工作。尽最大努力服务好每一位社区居民，使他们真正体验到社区卫生服务中心的关心、细心的服务。同时我还担任团队队长，全面负责管理本团队的各项工作，细化团队人员职责和分工，做好团队内外的组织协调工作，合理利用辖区及团队资源，促进团队工作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二、认真学习业务知识，始终保持虚心好学的态度对待业务知识的学习。一年来我认真学习，积极参加各类培训班和各项活动，不断加强自身素质建设，提高自己的综合能力和解决问题的能力。今年我参加了主管药师卫生资格考试，并通过了考核。业务知识的学习使我在工作上迅速成长起来。</w:t>
      </w:r>
      <w:r>
        <w:rPr>
          <w:lang w:eastAsia="zh-CN"/>
        </w:rPr>
        <w:br/>
      </w:r>
      <w:r>
        <w:rPr>
          <w:lang w:eastAsia="zh-CN"/>
        </w:rPr>
        <w:t>　　在以后的工作中，我一定会扬长避短，克服不足、认真学习、发奋工作、积极进取、尽快成长，把工作做的更好，贡献做的最大。</w:t>
      </w:r>
      <w:r>
        <w:rPr>
          <w:lang w:eastAsia="zh-CN"/>
        </w:rPr>
        <w:br/>
      </w:r>
      <w:r>
        <w:rPr>
          <w:lang w:eastAsia="zh-CN"/>
        </w:rPr>
        <w:t xml:space="preserve">    社区卫生年终工作总结 篇8 </w:t>
      </w:r>
      <w:r>
        <w:rPr>
          <w:lang w:eastAsia="zh-CN"/>
        </w:rPr>
        <w:br/>
      </w:r>
      <w:r>
        <w:rPr>
          <w:lang w:eastAsia="zh-CN"/>
        </w:rPr>
        <w:t>　　今年四月是全国第_个爱国卫生月。为切实搞好第_个爱国卫生月活动，营造清洁卫生环境，共建健康美好生活，我社区结合实际情况，进行了卓有成效的爱国卫生月活动，现将本次活动总结如下：</w:t>
      </w:r>
      <w:r>
        <w:rPr>
          <w:lang w:eastAsia="zh-CN"/>
        </w:rPr>
        <w:br/>
      </w:r>
      <w:r>
        <w:rPr>
          <w:lang w:eastAsia="zh-CN"/>
        </w:rPr>
        <w:t>　　一、组织开展集中宣传活动。</w:t>
      </w:r>
      <w:r>
        <w:rPr>
          <w:lang w:eastAsia="zh-CN"/>
        </w:rPr>
        <w:br/>
      </w:r>
      <w:r>
        <w:rPr>
          <w:lang w:eastAsia="zh-CN"/>
        </w:rPr>
        <w:t>　　做好爱国卫生月和世界卫生日宣传活动。为进一步加大宣传报道力度，通过电子显示屏、板报、制作宣传专栏等，普及宣传春季传染病防治知识及健康教育常识，大力宣传《郑州市爱国卫生条例》和《郑州市爱国卫生管理办法》，在辖区形成了人人讲卫生、人人搞卫生的浓厚氛围。</w:t>
      </w:r>
      <w:r>
        <w:rPr>
          <w:lang w:eastAsia="zh-CN"/>
        </w:rPr>
        <w:br/>
      </w:r>
      <w:r>
        <w:rPr>
          <w:lang w:eastAsia="zh-CN"/>
        </w:rPr>
        <w:t>　　二、开展春季灭鼠灭蟑螂活动。</w:t>
      </w:r>
      <w:r>
        <w:rPr>
          <w:lang w:eastAsia="zh-CN"/>
        </w:rPr>
        <w:br/>
      </w:r>
      <w:r>
        <w:rPr>
          <w:lang w:eastAsia="zh-CN"/>
        </w:rPr>
        <w:t>　　春季是鼠类、蟑螂活动季节，爱国卫生月期间，要求辖区各单位积极组织开展春季鼠类和蟑螂集中防制活动，加大物理防制力度，完善各类防制设施;对一些老鼠、蟑螂密度较高的场所，要及时组织集中消杀活动。</w:t>
      </w:r>
      <w:r>
        <w:rPr>
          <w:lang w:eastAsia="zh-CN"/>
        </w:rPr>
        <w:br/>
      </w:r>
      <w:r>
        <w:rPr>
          <w:lang w:eastAsia="zh-CN"/>
        </w:rPr>
        <w:t>　　三、开展吸烟有害健康的宣传活动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在__等游客密集场所，通过标语横幅、散发宣传单等形式向游客宣传吸烟有害健康的常识和案例，倡导健康的生活方式。</w:t>
      </w:r>
      <w:r>
        <w:rPr>
          <w:lang w:eastAsia="zh-CN"/>
        </w:rPr>
        <w:br/>
      </w:r>
      <w:r>
        <w:rPr>
          <w:lang w:eastAsia="zh-CN"/>
        </w:rPr>
        <w:t>　　四、加强对经营户卫生管理</w:t>
      </w:r>
      <w:r>
        <w:rPr>
          <w:lang w:eastAsia="zh-CN"/>
        </w:rPr>
        <w:br/>
      </w:r>
      <w:r>
        <w:rPr>
          <w:lang w:eastAsia="zh-CN"/>
        </w:rPr>
        <w:t>　　由我社区各网格员定期对各经营户的卫生状况进行检查，检查内容包括其经营场所的环境卫生、门前三包、食品卫生管理，对存在的问题进行了罚款和责令限期整改的处理。</w:t>
      </w:r>
      <w:r>
        <w:rPr>
          <w:lang w:eastAsia="zh-CN"/>
        </w:rPr>
        <w:br/>
      </w:r>
      <w:r>
        <w:rPr>
          <w:lang w:eastAsia="zh-CN"/>
        </w:rPr>
        <w:t>　　五、组织保洁员对辖区环境卫生进行了全面彻底的大清扫。</w:t>
      </w:r>
      <w:r>
        <w:rPr>
          <w:lang w:eastAsia="zh-CN"/>
        </w:rPr>
        <w:br/>
      </w:r>
      <w:r>
        <w:rPr>
          <w:lang w:eastAsia="zh-CN"/>
        </w:rPr>
        <w:t>　　将辖区卫生责任区域重新进行了划分，确保责任到人，奖惩分明。对无主管楼院等重点部位做到常态化保洁，消除卫生死角。</w:t>
      </w:r>
      <w:r>
        <w:rPr>
          <w:lang w:eastAsia="zh-CN"/>
        </w:rPr>
        <w:br/>
      </w:r>
      <w:r>
        <w:rPr>
          <w:lang w:eastAsia="zh-CN"/>
        </w:rPr>
        <w:t>　　此次活动保证了爱国卫生月活动扎实有效地开展，确保了各项工作落到实处，并取得了明显成效</w:t>
      </w:r>
      <w:r>
        <w:rPr>
          <w:lang w:eastAsia="zh-CN"/>
        </w:rPr>
        <w:br/>
      </w:r>
      <w:r>
        <w:rPr>
          <w:lang w:eastAsia="zh-CN"/>
        </w:rPr>
        <w:t xml:space="preserve">    社区卫生年终工作总结 篇9 </w:t>
      </w:r>
      <w:r>
        <w:rPr>
          <w:lang w:eastAsia="zh-CN"/>
        </w:rPr>
        <w:br/>
      </w:r>
      <w:r>
        <w:rPr>
          <w:lang w:eastAsia="zh-CN"/>
        </w:rPr>
        <w:t>　　在卫生局的直接领导下，在中心的大力支持下，20__年工作已经完成。一年来我们根据社区卫生发展的实际和中心工作的总体要求，按照年初工作计划完成了各项工作指标，现总结如下:</w:t>
      </w:r>
      <w:r>
        <w:rPr>
          <w:lang w:eastAsia="zh-CN"/>
        </w:rPr>
        <w:br/>
      </w:r>
      <w:r>
        <w:rPr>
          <w:lang w:eastAsia="zh-CN"/>
        </w:rPr>
        <w:t>　　一、认真贯彻和落实20__年中心工作</w:t>
      </w:r>
      <w:r>
        <w:rPr>
          <w:lang w:eastAsia="zh-CN"/>
        </w:rPr>
        <w:br/>
      </w:r>
      <w:r>
        <w:rPr>
          <w:lang w:eastAsia="zh-CN"/>
        </w:rPr>
        <w:t>　　要点中关于公共卫生工作管理的重要精神，对公共卫生工作做了细化管理。制定了社区公共卫生的考核细则，对社区预防、保健、康复及健康教育等工作进行量化考核。实行划片管理，社区工作人员深入社区及居民家庭，使基础工作看得清，数得着，把工作做到了实处。</w:t>
      </w:r>
      <w:r>
        <w:rPr>
          <w:lang w:eastAsia="zh-CN"/>
        </w:rPr>
        <w:br/>
      </w:r>
      <w:r>
        <w:rPr>
          <w:lang w:eastAsia="zh-CN"/>
        </w:rPr>
        <w:t>　　二、居民健康档案建立：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做好社区基础工作的前提就是建立居民健康档案，今年的目标是区卫生局下达85%的建档率。我们在克服辖区居民居住分散、流动性大等困难，深入各个居民小区家庭，建立居民建档，共计建档2336户，5908人。建档率达到85%以上。</w:t>
      </w:r>
      <w:r>
        <w:rPr>
          <w:lang w:eastAsia="zh-CN"/>
        </w:rPr>
        <w:br/>
      </w:r>
      <w:r>
        <w:rPr>
          <w:lang w:eastAsia="zh-CN"/>
        </w:rPr>
        <w:t>　　三、慢病管理及康复：</w:t>
      </w:r>
      <w:r>
        <w:rPr>
          <w:lang w:eastAsia="zh-CN"/>
        </w:rPr>
        <w:br/>
      </w:r>
      <w:r>
        <w:rPr>
          <w:lang w:eastAsia="zh-CN"/>
        </w:rPr>
        <w:t>　　（1）35岁以上人群实行首诊测血压制度，对高血压高危人群进行筛查和干预，新发现的高血压病例及时建档管理，现辖区内共有高血压患者275人，规范管理262人，管理率95.3%。</w:t>
      </w:r>
      <w:r>
        <w:rPr>
          <w:lang w:eastAsia="zh-CN"/>
        </w:rPr>
        <w:br/>
      </w:r>
      <w:r>
        <w:rPr>
          <w:lang w:eastAsia="zh-CN"/>
        </w:rPr>
        <w:t>　　（2）做好糖尿病高危人群</w:t>
      </w:r>
      <w:r>
        <w:rPr>
          <w:lang w:eastAsia="zh-CN"/>
        </w:rPr>
        <w:br/>
      </w:r>
      <w:r>
        <w:rPr>
          <w:lang w:eastAsia="zh-CN"/>
        </w:rPr>
        <w:t>　　的筛查登记和干预工作，对新发糖尿病及时进行建档管理，完成1%的建档率及90%的随访管理率(每年4次）。辖区内共有糖尿病147人，规范管理140人，管理率达97.8%，并做好肿瘤登记及随访管理。</w:t>
      </w:r>
      <w:r>
        <w:rPr>
          <w:lang w:eastAsia="zh-CN"/>
        </w:rPr>
        <w:br/>
      </w:r>
      <w:r>
        <w:rPr>
          <w:lang w:eastAsia="zh-CN"/>
        </w:rPr>
        <w:t>　　（3)对冠心病、心脑血管病等其他慢性病做到了及早发现，及时登记并做健康宣教和干预工作，为此中心还给慢病患者发放高血压，糖尿病管理手册，指导他们自己监测，按时服药、规范治疗、适当运动、营养平衡，达到了降低发病率及致残率的目的，使居民有一个健康的身体和心态。</w:t>
      </w:r>
      <w:r>
        <w:rPr>
          <w:lang w:eastAsia="zh-CN"/>
        </w:rPr>
        <w:br/>
      </w:r>
      <w:r>
        <w:rPr>
          <w:lang w:eastAsia="zh-CN"/>
        </w:rPr>
        <w:t>　　四、计划免疫及妇幼</w:t>
      </w:r>
      <w:r>
        <w:rPr>
          <w:lang w:eastAsia="zh-CN"/>
        </w:rPr>
        <w:br/>
      </w:r>
      <w:r>
        <w:rPr>
          <w:lang w:eastAsia="zh-CN"/>
        </w:rPr>
        <w:t>　　保健工作是我们公共卫生工作的重要内容，两项工作都按年初疾控中心及妇幼保健院的目标管理责任书的内容进行管理。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计划免疫管理儿童71人，按要求建卡建册管理，全年预防接种人数458人，无接种副反应发生。妇幼保健工作底子清，登记全，分别按孕产妇保健合同和07岁儿童保健程序进行（4:2:1)管理。全年共有孕产妇42人其中产妇37人孕妇5人。孕产妇建卡建册率达90%，卡册齐全。产前检查及产后访视率分别达95%和98%以上，新生儿访视率达90%以上。并按要求指导新生儿喂养及生长发育知识指导，对新婚育龄妇女开展生殖保健和计划生育技术服务，免费发放避孕药具，为了保障社区妇女生殖健康中心对辖区育龄妇女进行了妇科病普查，检查人数423人，检出阴道炎54人，附件炎50人，肿瘤17，为及时治疗提供了依据。</w:t>
      </w:r>
      <w:r>
        <w:rPr>
          <w:lang w:eastAsia="zh-CN"/>
        </w:rPr>
        <w:br/>
      </w:r>
      <w:r>
        <w:rPr>
          <w:lang w:eastAsia="zh-CN"/>
        </w:rPr>
        <w:t>　　五、健康教育与健康教育促进工作。</w:t>
      </w:r>
      <w:r>
        <w:rPr>
          <w:lang w:eastAsia="zh-CN"/>
        </w:rPr>
        <w:br/>
      </w:r>
      <w:r>
        <w:rPr>
          <w:lang w:eastAsia="zh-CN"/>
        </w:rPr>
        <w:t>　　积极与街道社区配合，对本社区居民每月进行一次健康知识讲座，每月办一期健康知识宣传栏。全年共举办健康教育讲座11次，参加人次500余人，板报11期，播放健康教育录像40余次，制作宣传标语46块，发放健康教育资料8000余份。并利用各楼层健康教育室做好高血压.糖尿病及其他慢病的预防知识宣传。逐步提高了社区居民的健康知识知晓率。为了更好的维护居民的身心健康，及时了解居民健康状况，中心还分别60岁以上老人，残疾人，低保人员进行免费体检，共体检人数：404人（其中：老人及残疾人为264人，低保人员为138人），体检项目有：化验，心电图，b超，及体格检查等项目，收到了广大的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六、中心与兰州大学公共卫生学院联合完成项目监测工作，从20__年至20__年我们中心同兰州大学公共卫生学院共同完成了环境监测；吸烟与健康；冷空气与心血管疾病等3个项目240人次的项目监测工作，免费发放医疗卡162张，17200元，免费体检78人次，4949元，受到了项目单位和</w:t>
      </w:r>
      <w:r>
        <w:rPr>
          <w:lang w:eastAsia="zh-CN"/>
        </w:rPr>
        <w:br/>
      </w:r>
      <w:r>
        <w:rPr>
          <w:lang w:eastAsia="zh-CN"/>
        </w:rPr>
        <w:t>　　居民的好评，也为中心的发展奠定了基础。总上所述，一年来我们虽然做了一定的工作，但是也存在许多矛盾和问题，需要在今后的工作做中继续完善，努力改进，努力把社区工作做的更好。</w:t>
      </w:r>
      <w:r>
        <w:rPr>
          <w:lang w:eastAsia="zh-CN"/>
        </w:rPr>
        <w:br/>
      </w:r>
      <w:r>
        <w:rPr>
          <w:lang w:eastAsia="zh-CN"/>
        </w:rPr>
        <w:t xml:space="preserve">    社区卫生年终工作总结 篇10 </w:t>
      </w:r>
      <w:r>
        <w:rPr>
          <w:lang w:eastAsia="zh-CN"/>
        </w:rPr>
        <w:br/>
      </w:r>
      <w:r>
        <w:rPr>
          <w:lang w:eastAsia="zh-CN"/>
        </w:rPr>
        <w:t>　　随着各级政府对社区工作的高度重视，在卫生院党政工团的正确领导和大力扶持、社区居民的日益信赖状况下，荷晏社区各项工作得到了健康、稳步的发展，根据年初的工作计划，结合实际的动态变化，脚踏实地，开拓创新，取得了令人瞩目的成绩，在20__的一年里我们着重做了以下几项工作具体如下：</w:t>
      </w:r>
      <w:r>
        <w:rPr>
          <w:lang w:eastAsia="zh-CN"/>
        </w:rPr>
        <w:br/>
      </w:r>
      <w:r>
        <w:rPr>
          <w:lang w:eastAsia="zh-CN"/>
        </w:rPr>
        <w:t>　　一、充分发动群众参与健康社区建设，营造本社区居民人人讲究卫生，人人注重健康的文化氛围。</w:t>
      </w:r>
      <w:r>
        <w:rPr>
          <w:lang w:eastAsia="zh-CN"/>
        </w:rPr>
        <w:br/>
      </w:r>
      <w:r>
        <w:rPr>
          <w:lang w:eastAsia="zh-CN"/>
        </w:rPr>
        <w:t>　　二、灵活机动的形式举办健康讲座4次，累计参加人次超过100余人次。</w:t>
      </w:r>
      <w:r>
        <w:rPr>
          <w:lang w:eastAsia="zh-CN"/>
        </w:rPr>
        <w:br/>
      </w:r>
      <w:r>
        <w:rPr>
          <w:lang w:eastAsia="zh-CN"/>
        </w:rPr>
        <w:t>　　三、开展义务医疗活动12次，理解服务人次在1000以上。</w:t>
      </w:r>
      <w:r>
        <w:rPr>
          <w:lang w:eastAsia="zh-CN"/>
        </w:rPr>
        <w:br/>
      </w:r>
      <w:r>
        <w:rPr>
          <w:lang w:eastAsia="zh-CN"/>
        </w:rPr>
        <w:t>　　四、发放健康宣传资料5种，共6000余份，发放社区宣传资料3种，各3000余份。</w:t>
      </w:r>
      <w:r>
        <w:rPr>
          <w:lang w:eastAsia="zh-CN"/>
        </w:rPr>
        <w:br/>
      </w:r>
      <w:r>
        <w:rPr>
          <w:lang w:eastAsia="zh-CN"/>
        </w:rPr>
        <w:t>　　五、预防保健5347人次。</w:t>
      </w:r>
      <w:r>
        <w:rPr>
          <w:lang w:eastAsia="zh-CN"/>
        </w:rPr>
        <w:br/>
      </w:r>
      <w:r>
        <w:rPr>
          <w:lang w:eastAsia="zh-CN"/>
        </w:rPr>
        <w:t>　　六、社区完成计划生育指导站的建设任务，把社区健康宣传，健康教育，医疗保健等工作推上新台阶。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七、社区大张旗鼓开展社区健康卫生宣传活动，宣传的形式不只局限传统的方式，如横幅、橱窗宣传栏。将社区卫生服务工作由社区向家庭延伸。</w:t>
      </w:r>
      <w:r>
        <w:rPr>
          <w:lang w:eastAsia="zh-CN"/>
        </w:rPr>
        <w:br/>
      </w:r>
      <w:r>
        <w:rPr>
          <w:lang w:eastAsia="zh-CN"/>
        </w:rPr>
        <w:t>　　社区卫生工作务必加强基层卫生工作，以健康教育为主，深入实际、踏踏实实、富有成效的工作，透过我们的努力使社区卫生工作更有活力，更具实效，不断发展。</w:t>
      </w:r>
      <w:r>
        <w:rPr>
          <w:lang w:eastAsia="zh-CN"/>
        </w:rPr>
        <w:br/>
      </w:r>
      <w:r>
        <w:rPr>
          <w:lang w:eastAsia="zh-CN"/>
        </w:rPr>
        <w:t xml:space="preserve">    社区卫生年终工作总结 篇11 </w:t>
      </w:r>
      <w:r>
        <w:rPr>
          <w:lang w:eastAsia="zh-CN"/>
        </w:rPr>
        <w:br/>
      </w:r>
      <w:r>
        <w:rPr>
          <w:lang w:eastAsia="zh-CN"/>
        </w:rPr>
        <w:t>　　今年__社区认真学习贯彻落实中央及省市关于推进社区建设的精神，实行卫生城市专业管理，推进社区环境卫生，美化社区环境，创整洁、优美和谐的工作、学习、生活环境。在街道党工委办事处领导下，在辖区各共建单位、社区志愿者、居民班组长的努力下、支持下，爱国卫生工作取得必须的成绩。今年工作总结如下:</w:t>
      </w:r>
      <w:r>
        <w:rPr>
          <w:lang w:eastAsia="zh-CN"/>
        </w:rPr>
        <w:br/>
      </w:r>
      <w:r>
        <w:rPr>
          <w:lang w:eastAsia="zh-CN"/>
        </w:rPr>
        <w:t>　　一、以建立礼貌城区为目标，巩固卫生先进城区建立成果</w:t>
      </w:r>
      <w:r>
        <w:rPr>
          <w:lang w:eastAsia="zh-CN"/>
        </w:rPr>
        <w:br/>
      </w:r>
      <w:r>
        <w:rPr>
          <w:lang w:eastAsia="zh-CN"/>
        </w:rPr>
        <w:t>　　1、卫生工作是社区的一项重要工作。为加强社区环境卫生管理，巩固建立礼貌城市，更好的落实长效机制。社区还成立了环境卫生周末评比督查小组，每周组织督查小组成员对社区欢聚卫生进行安全检查。</w:t>
      </w:r>
      <w:r>
        <w:rPr>
          <w:lang w:eastAsia="zh-CN"/>
        </w:rPr>
        <w:br/>
      </w:r>
      <w:r>
        <w:rPr>
          <w:lang w:eastAsia="zh-CN"/>
        </w:rPr>
        <w:t>　　2、社区组织了社区干部、居民班组长、社区志愿者先后50多次，坚持周末卫生日大扫除。清理社区新村楼道、居民住宅的卫生死角；清洗乱张贴、乱涂画的墙壁。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进一步完善以动态保洁为核心的城市卫生管理长效机制。对各类实施动态保洁、巡回保洁的道路加强监督检查，针对流动摊贩、乱扔果皮纸屑、随地吐痰等现象，组成了二十多名礼貌劝导队进行监督，提高市民卫生意识。</w:t>
      </w:r>
      <w:r>
        <w:rPr>
          <w:lang w:eastAsia="zh-CN"/>
        </w:rPr>
        <w:br/>
      </w:r>
      <w:r>
        <w:rPr>
          <w:lang w:eastAsia="zh-CN"/>
        </w:rPr>
        <w:t>　　二、广泛开展健康教育活动</w:t>
      </w:r>
      <w:r>
        <w:rPr>
          <w:lang w:eastAsia="zh-CN"/>
        </w:rPr>
        <w:br/>
      </w:r>
      <w:r>
        <w:rPr>
          <w:lang w:eastAsia="zh-CN"/>
        </w:rPr>
        <w:t>　　透过经常性开展健康教育活动，加大公共卫生、健康科普知识、宣传教育力度。使广大群众提高卫生意识和自我保健潜力。</w:t>
      </w:r>
      <w:r>
        <w:rPr>
          <w:lang w:eastAsia="zh-CN"/>
        </w:rPr>
        <w:br/>
      </w:r>
      <w:r>
        <w:rPr>
          <w:lang w:eastAsia="zh-CN"/>
        </w:rPr>
        <w:t>　　全年召开卫生工作会议12场，出“除四害”专刊4期，健康教育专刊4期，我们还举行了几场大型的健康教育、环保宣传活动；还做了很多宣传版面，发放宣传品3000多份，小册子500本；举办专题卫生健康教育讲座5场，强大的宣传攻势，提高了居民卫生健康的知晓率，并做好二次供水清洗工作，让居民能喝上放心水；我们还成立了控烟领导小组名单，开展世界无烟日宣传活动，发动群众，人人参与禁烟活动。</w:t>
      </w:r>
      <w:r>
        <w:rPr>
          <w:lang w:eastAsia="zh-CN"/>
        </w:rPr>
        <w:br/>
      </w:r>
      <w:r>
        <w:rPr>
          <w:lang w:eastAsia="zh-CN"/>
        </w:rPr>
        <w:t>　　三、以环境治理为本，继续巩固除四害成果</w:t>
      </w:r>
      <w:r>
        <w:rPr>
          <w:lang w:eastAsia="zh-CN"/>
        </w:rPr>
        <w:br/>
      </w:r>
      <w:r>
        <w:rPr>
          <w:lang w:eastAsia="zh-CN"/>
        </w:rPr>
        <w:t>　　狠抓灭害防病工作，为确保灭鼠、灭蟑工作的成功。我社区用心组织居民开展了大规模的灭鼠(蟑)活动，并成立了一支由社区干部和居民班组长、社区志愿者组成的灭鼠(蟑)活的队伍。</w:t>
      </w:r>
      <w:r>
        <w:rPr>
          <w:lang w:eastAsia="zh-CN"/>
        </w:rPr>
        <w:br/>
      </w:r>
      <w:r>
        <w:rPr>
          <w:lang w:eastAsia="zh-CN"/>
        </w:rPr>
        <w:t>　　我们先后开展了春季灭鼠、夏季灭蚊、冬季灭四害等宣传。还利用了社区的宣传栏宣传灭鼠(蟑)的注意事项，同时还发放宣传单，使广大居民群众充分认识到灭鼠(蟑)的重要性。全年“灭四害”孳生地。</w:t>
      </w:r>
      <w:r>
        <w:rPr>
          <w:lang w:eastAsia="zh-CN"/>
        </w:rPr>
        <w:br/>
      </w:r>
      <w:r>
        <w:rPr>
          <w:lang w:eastAsia="zh-CN"/>
        </w:rPr>
        <w:t>　　四、用心开展参加社会卫生公益活动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以建立各类卫生先进为载体，不断推进爱国卫生工作深入发展。暑期、周末我们组织学生开展爱国卫生活动，使学生在暑假中既受到了锻炼，又受到教育。为居民办实事，方便广大居民群众，也得到了他们的好评。</w:t>
      </w:r>
      <w:r>
        <w:rPr>
          <w:lang w:eastAsia="zh-CN"/>
        </w:rPr>
        <w:br/>
      </w:r>
      <w:r>
        <w:rPr>
          <w:lang w:eastAsia="zh-CN"/>
        </w:rPr>
        <w:t>　　针对今年的工作不足，我们将进一步创新工作机制。今后的长效管理工作仍需我们踏踏实实区做，如何在群众中树立良好的卫生意识，养成良好的卫生习惯，仍是一个艰巨的任务，因此我们要认真总结工作中的得失，为明年更好的开展卫生工作打下良好的基础。</w:t>
      </w:r>
      <w:r>
        <w:rPr>
          <w:lang w:eastAsia="zh-CN"/>
        </w:rPr>
        <w:br/>
      </w:r>
      <w:r>
        <w:rPr>
          <w:lang w:eastAsia="zh-CN"/>
        </w:rPr>
        <w:t xml:space="preserve">    社区卫生年终工作总结 篇12 </w:t>
      </w:r>
      <w:r>
        <w:rPr>
          <w:lang w:eastAsia="zh-CN"/>
        </w:rPr>
        <w:br/>
      </w:r>
      <w:r>
        <w:rPr>
          <w:lang w:eastAsia="zh-CN"/>
        </w:rPr>
        <w:t>　　今年4月是第N个爱国卫生月，阜桥街道按照上级工作安排部署，围绕“健康山东”主题，广泛宣传“健康济宁”“健康中区”行动，在全辖区积极开展以城乡环境卫生整治为重点的爱国卫生月活动。活动取得了较好的成效，现将第N个爱国卫生月活动的开展情况总结如下：</w:t>
      </w:r>
      <w:r>
        <w:rPr>
          <w:lang w:eastAsia="zh-CN"/>
        </w:rPr>
        <w:br/>
      </w:r>
      <w:r>
        <w:rPr>
          <w:lang w:eastAsia="zh-CN"/>
        </w:rPr>
        <w:t>　　一、加强组织，大力宣传</w:t>
      </w:r>
      <w:r>
        <w:rPr>
          <w:lang w:eastAsia="zh-CN"/>
        </w:rPr>
        <w:br/>
      </w:r>
      <w:r>
        <w:rPr>
          <w:lang w:eastAsia="zh-CN"/>
        </w:rPr>
        <w:t>　　为保障爱国卫生月活动的顺利开展，4月8日街道召开了动员会议，向社区及辖区各单位传达《市中区第N个爱国卫生月暨健康山东宣传月活动方案》。街道主管领导亲自紧抓爱国卫生月的各项活动，集中整治辖区内居民小区、背街小巷、铁路沿线、集贸市场等重点区域的环境卫生。</w:t>
      </w:r>
      <w:r>
        <w:rPr>
          <w:lang w:eastAsia="zh-CN"/>
        </w:rPr>
        <w:br/>
      </w:r>
      <w:r>
        <w:rPr>
          <w:lang w:eastAsia="zh-CN"/>
        </w:rPr>
        <w:t>　　街道各社区、辖区各单位配合协作，充分利用黑板报和宣传标语等形式广泛宣传“健康山东”品牌，推进“健康济宁”“健康中区”行动，营造了浓厚的活动氛围，使我辖区居民了解到“健康山东行动”的意义，积极参与到爱国卫生月活动中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二、全面开展环境卫生整治行动</w:t>
      </w:r>
      <w:r>
        <w:rPr>
          <w:lang w:eastAsia="zh-CN"/>
        </w:rPr>
        <w:br/>
      </w:r>
      <w:r>
        <w:rPr>
          <w:lang w:eastAsia="zh-CN"/>
        </w:rPr>
        <w:t>　　街道在开展爱国卫生月活动期间，始终坚持围绕辖区内居民小区、背街小巷、铁路沿线、集贸市场等重点区域的卫生，完善长效保洁机制，以社区为单位，积极组织、协调辖区各单位一起集中开展环境卫生整治活动，重点清理卫生死角、乱堆乱放、乱贴乱画。辖区环境卫生得到明显改善，活动收到了显著的效果。</w:t>
      </w:r>
      <w:r>
        <w:rPr>
          <w:lang w:eastAsia="zh-CN"/>
        </w:rPr>
        <w:br/>
      </w:r>
      <w:r>
        <w:rPr>
          <w:lang w:eastAsia="zh-CN"/>
        </w:rPr>
        <w:t>　　三、大力开展春季灭鼠和熏杀越冬蚊虫活动</w:t>
      </w:r>
      <w:r>
        <w:rPr>
          <w:lang w:eastAsia="zh-CN"/>
        </w:rPr>
        <w:br/>
      </w:r>
      <w:r>
        <w:rPr>
          <w:lang w:eastAsia="zh-CN"/>
        </w:rPr>
        <w:t>　　在爱国卫生月活动中，街道爱卫办广泛发动居民群众，在辖区范围内进行了密度调查，然后按着统一部署，突出重点地开展了大规模、全方位的集中灭鼠和灭蚊虫活动。</w:t>
      </w:r>
      <w:r>
        <w:rPr>
          <w:lang w:eastAsia="zh-CN"/>
        </w:rPr>
        <w:br/>
      </w:r>
      <w:r>
        <w:rPr>
          <w:lang w:eastAsia="zh-CN"/>
        </w:rPr>
        <w:t>　　四、加大督查力度，坚持长效管理</w:t>
      </w:r>
      <w:r>
        <w:rPr>
          <w:lang w:eastAsia="zh-CN"/>
        </w:rPr>
        <w:br/>
      </w:r>
      <w:r>
        <w:rPr>
          <w:lang w:eastAsia="zh-CN"/>
        </w:rPr>
        <w:t>　　爱国卫生月活动期间，街道设立举报电话，接受群众监督，切实解决居民群众关注的热点、难点问题。街道不定期对各社区活动开展情况进行全面督导、检查，对各项活动进行实地查看和考核，对组织工作不力、收效差的社区及辖区单位，予以通报批评。通过协调指导、督促检查，不断推动了活动的顺利开展，巩固了“爱国卫生月”活动各项活动取得明显成效。</w:t>
      </w:r>
      <w:r>
        <w:rPr>
          <w:lang w:eastAsia="zh-CN"/>
        </w:rPr>
        <w:br/>
      </w:r>
      <w:r>
        <w:rPr>
          <w:lang w:eastAsia="zh-CN"/>
        </w:rPr>
        <w:t xml:space="preserve">    社区卫生年终工作总结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环境卫生是社会精神文明面貌的组成部分，也是社会精神面貌的具体表现。因此，社区的精神文明建设首现要从环境卫生入手。环境卫生的好与坏直接关系到社区居民整体利益。__社区为做好社区环境卫生工作，通过一系列_活动及争创国家环境保护模范城市、等活动，提高了社区居民爱护家园，维护社区环境卫生的良好习惯。现将作总结如下：</w:t>
      </w:r>
      <w:r>
        <w:rPr>
          <w:lang w:eastAsia="zh-CN"/>
        </w:rPr>
        <w:br/>
      </w:r>
      <w:r>
        <w:rPr>
          <w:lang w:eastAsia="zh-CN"/>
        </w:rPr>
        <w:t>　　一、建立健全各项规章制度</w:t>
      </w:r>
      <w:r>
        <w:rPr>
          <w:lang w:eastAsia="zh-CN"/>
        </w:rPr>
        <w:br/>
      </w:r>
      <w:r>
        <w:rPr>
          <w:lang w:eastAsia="zh-CN"/>
        </w:rPr>
        <w:t>　　首先成立了环境卫生领导小组，由社区主任担任组长、副主任担任副组长，制定了各项规章制度和措施，强调了保洁员上岗职责和制度，使_社区的卫生工作有组织、有计划的进行。</w:t>
      </w:r>
      <w:r>
        <w:rPr>
          <w:lang w:eastAsia="zh-CN"/>
        </w:rPr>
        <w:br/>
      </w:r>
      <w:r>
        <w:rPr>
          <w:lang w:eastAsia="zh-CN"/>
        </w:rPr>
        <w:t>　　二、大力加强环境卫生宣传工作</w:t>
      </w:r>
      <w:r>
        <w:rPr>
          <w:lang w:eastAsia="zh-CN"/>
        </w:rPr>
        <w:br/>
      </w:r>
      <w:r>
        <w:rPr>
          <w:lang w:eastAsia="zh-CN"/>
        </w:rPr>
        <w:t>　　为使社区环境卫生工作做的更细更好，_社区在社区共建单位的大力支持和配合下，狠抓了社区环境卫生的管理，严格对社区卫生死角进行清理，做到能及时清除社区和楼道的张贴物及广告、对树木悬挂物及时清理。另外，我们还加强了对袋装垃圾的管理，在社区内设置了垃圾箱，方便了广大社区居民。对袋装垃圾房的垃圾做到日产日清。</w:t>
      </w:r>
      <w:r>
        <w:rPr>
          <w:lang w:eastAsia="zh-CN"/>
        </w:rPr>
        <w:br/>
      </w:r>
      <w:r>
        <w:rPr>
          <w:lang w:eastAsia="zh-CN"/>
        </w:rPr>
        <w:t>　　三、深入开展除“四害”工作</w:t>
      </w:r>
      <w:r>
        <w:rPr>
          <w:lang w:eastAsia="zh-CN"/>
        </w:rPr>
        <w:br/>
      </w:r>
      <w:r>
        <w:rPr>
          <w:lang w:eastAsia="zh-CN"/>
        </w:rPr>
        <w:t>　　灭蟑灭鼠是创建全国卫生城市的重要内容，为了改善社区居民的生活环境，在银河路街道办事处的领导下，__月__日至__日，我们组织社区全体工作人员深入社区居民家中发放宣传单_余份，为居民家庭的“双灭”活动共走访居民家庭_余户，为多户家庭投药，为居民投放蟑螂药共袋，灭鼠共袋（每袋克）；__月__日至__日，为居民投放蟑螂药共包，灭鼠药kg，取得了良好的效果。</w:t>
      </w:r>
      <w:r>
        <w:rPr>
          <w:lang w:eastAsia="zh-CN"/>
        </w:rPr>
        <w:br/>
      </w:r>
      <w:r>
        <w:rPr>
          <w:lang w:eastAsia="zh-CN"/>
        </w:rPr>
        <w:t>　　四、认真做好社区环境卫生工作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为了迎接活动的顺利开展，给社区居民创造一个优美、整洁的工作和生活环境。_社区首先成立的活动领导小组，主管环境卫生负责人每天对社区的环境卫生进行检查，发现问题及时处理。环境卫生负责人要求保洁员每天必须按时完成自己管区的卫生，同时还对社区内的健身器材、宣传栏也要进行清理，对楼道的卫生和广告也要做到及时清除，垃圾做到每天日产日清，垃圾容器无满溢，垃圾房墙面及周围卫生做到脏了及时清除。</w:t>
      </w:r>
      <w:r>
        <w:rPr>
          <w:lang w:eastAsia="zh-CN"/>
        </w:rPr>
        <w:br/>
      </w:r>
      <w:r>
        <w:rPr>
          <w:lang w:eastAsia="zh-CN"/>
        </w:rPr>
        <w:t>　　五、大力开展绿地整理工作</w:t>
      </w:r>
      <w:r>
        <w:rPr>
          <w:lang w:eastAsia="zh-CN"/>
        </w:rPr>
        <w:br/>
      </w:r>
      <w:r>
        <w:rPr>
          <w:lang w:eastAsia="zh-CN"/>
        </w:rPr>
        <w:t>　　20__年__月初，根据社区公共绿地管理办法的要求，__社区居委会工作人员对辖区内居民占领公共绿地种菜情况进行了摸底调查，并动员居民主动自觉地清理占领的绿地，对拒不清理的居民发放整改通知书份。__月__日，_街道办事处城市管理办公室主任和行政执法办一行__人与_社区工作人员，就居民占领绿地种菜一事，进行了清理整顿，对社区、栋、栋、栋、栋房后的绿地种菜进行了现场清理。通过此次清理工作使_社区内占领公共绿地的现象得到整顿，同时也提高了居民对公共绿地管理办法的知晓程度。</w:t>
      </w:r>
      <w:r>
        <w:rPr>
          <w:lang w:eastAsia="zh-CN"/>
        </w:rPr>
        <w:br/>
      </w:r>
      <w:r>
        <w:rPr>
          <w:lang w:eastAsia="zh-CN"/>
        </w:rPr>
        <w:t>　　一年来，我们保持了以往工作作风和先进经验，更加积极投入到社区工作中，_小区内设有凉亭、健身广场、门前小草青青、绿树成荫，是一个健身、休闲、乘凉的绿色小区。_社区居委会为把小区建设成为社区社会稳定、功能完善、民族团结、邻里和睦、环境优美的文明小区，做了大量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我们从一根烟头、一片纸屑、一口痰抓起，从垃圾房、乱搭乱建入手，彻底的狠抓并落实到实处，进一步加大社区环境管理力度，为创建“文明城市”、“卫生城市”做出应有的贡献。</w:t>
      </w:r>
      <w:r>
        <w:rPr>
          <w:lang w:eastAsia="zh-CN"/>
        </w:rPr>
        <w:br/>
      </w:r>
      <w:r>
        <w:rPr>
          <w:lang w:eastAsia="zh-CN"/>
        </w:rPr>
        <w:t xml:space="preserve">    社区卫生年终工作总结 篇14 </w:t>
      </w:r>
      <w:r>
        <w:rPr>
          <w:lang w:eastAsia="zh-CN"/>
        </w:rPr>
        <w:br/>
      </w:r>
      <w:r>
        <w:rPr>
          <w:lang w:eastAsia="zh-CN"/>
        </w:rPr>
        <w:t>　　取得的成绩：通过一年来的督导与考核、在社区卫生人员的努力下，社区卫生站的免疫规划管理工作取得了一定的成绩，主要表现在：社区卫生中心基本明确了责任、职责，能够建立标准的预防接种室；能够掌握辖区管理目标儿童数、及时建卡建册；能够掌握适龄儿童接种信息；能够使用“儿童预防接种知情同意书”，并规范使用。对于常规疫苗的接种能够按程序及时开展，接种信息的上卡、证、册，以及信息系统工作较前有较大的改善。</w:t>
      </w:r>
      <w:r>
        <w:rPr>
          <w:lang w:eastAsia="zh-CN"/>
        </w:rPr>
        <w:br/>
      </w:r>
      <w:r>
        <w:rPr>
          <w:lang w:eastAsia="zh-CN"/>
        </w:rPr>
        <w:t>　　存在的问题：社区卫生服务站在取得可喜成绩的同时，我们仍然要清醒的看到，仍有很多共性或特性的问题，这将是我们下一步工作的重点。这些问题主要表现在：</w:t>
      </w:r>
      <w:r>
        <w:rPr>
          <w:lang w:eastAsia="zh-CN"/>
        </w:rPr>
        <w:br/>
      </w:r>
      <w:r>
        <w:rPr>
          <w:lang w:eastAsia="zh-CN"/>
        </w:rPr>
        <w:t>　　一、大部分的社区卫生服务中心对各辖区卫生分站管理疏松，不能做到“高标准，严要求”甚至对社区服务站出现的问题包庇、无视，严重影响到整体工作的完成质量。中心对分站得督导和考核流于形式，不能有效发现问题，自身业务素质有待进一步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二、社区卫生服务中心虽能够掌握辖区目标儿童数并建卡证册，但部分接种人员仍旧没有清楚掌握各疫苗的接种程序，还有部分中心及分站对自身要求不严，责任心不足、工作热情不高，过分强调主观理由，致使常规疫苗部分加强免疫接种不及时、国家新增扩大疫苗（A群、A+C群、乙脑、甲肝）接种率较三季度有所进步，但仍然不能达到规定接种率要求，同时出现实际接种率较低，而报表接种率高的自相矛盾情况发生。同时中心对各站及时接种的儿童信息不能及时要求分站录入儿童预防接种信息系统，或者是录入信息质量差，存在诸多逻辑错误或矛盾。</w:t>
      </w:r>
      <w:r>
        <w:rPr>
          <w:lang w:eastAsia="zh-CN"/>
        </w:rPr>
        <w:br/>
      </w:r>
      <w:r>
        <w:rPr>
          <w:lang w:eastAsia="zh-CN"/>
        </w:rPr>
        <w:t>　　三、分站对上级及中心要求登记的各项登记本所使用的目的、意义、用法尚不能清楚地理解到位，除了上级对各站的培训，中心应加强对各项工作的业务培训。中心各项工作资料整理、归档较前已经相对规范，但各分站针对此项工作应该进一步加强，中心应该对此进行相关的督导，按高规格进行指导，以期此项工作有长足的进步。</w:t>
      </w:r>
      <w:r>
        <w:rPr>
          <w:lang w:eastAsia="zh-CN"/>
        </w:rPr>
        <w:br/>
      </w:r>
      <w:r>
        <w:rPr>
          <w:lang w:eastAsia="zh-CN"/>
        </w:rPr>
        <w:t>　　四、对于上级安排的各项工作，中心应该认真学习文件精神，然后按要求对分站进行相关培训，杜绝因懒惰而产生“零报表”情况的发生，对于安排的工作，分站不积极配合完成者，中心应该有记录或者向上级反馈，以便及时解决问题，按要求完成相关工作。</w:t>
      </w:r>
      <w:r>
        <w:rPr>
          <w:lang w:eastAsia="zh-CN"/>
        </w:rPr>
        <w:br/>
      </w:r>
      <w:r>
        <w:rPr>
          <w:lang w:eastAsia="zh-CN"/>
        </w:rPr>
        <w:t xml:space="preserve">    社区卫生年终工作总结 篇15 </w:t>
      </w:r>
      <w:r>
        <w:rPr>
          <w:lang w:eastAsia="zh-CN"/>
        </w:rPr>
        <w:br/>
      </w:r>
      <w:r>
        <w:rPr>
          <w:lang w:eastAsia="zh-CN"/>
        </w:rPr>
        <w:t>　　__社区的卫生工作，始终坚持“务实、不懈、整体推进”的工作思路，认真落实市、区、街办有关部门文件精神，在这一年里以“四城同创”为工作中心，进一步加强社区街道及小街小巷环境卫生的管理，今年以来做了如下工作：</w:t>
      </w:r>
      <w:r>
        <w:rPr>
          <w:lang w:eastAsia="zh-CN"/>
        </w:rPr>
        <w:br/>
      </w:r>
      <w:r>
        <w:rPr>
          <w:lang w:eastAsia="zh-CN"/>
        </w:rPr>
        <w:t>　　一、建立完善机制，加大宣传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社区始终坚持以主任一手抓，分管干部职责制，建立健全了以社区为领导，以辖区单位和居民组为实体的落实网络。一年里利用办黑板报5期、宣传栏7次，发放《萍乡市社区公共卫生健康服务手册》叁仟余本，发放“四城同创”宣传单壹仟余份等方式，广泛宣传了城建卫生工作资料。</w:t>
      </w:r>
      <w:r>
        <w:rPr>
          <w:lang w:eastAsia="zh-CN"/>
        </w:rPr>
        <w:br/>
      </w:r>
      <w:r>
        <w:rPr>
          <w:lang w:eastAsia="zh-CN"/>
        </w:rPr>
        <w:t>　　二、落实各项基本工作，突出抓重点</w:t>
      </w:r>
      <w:r>
        <w:rPr>
          <w:lang w:eastAsia="zh-CN"/>
        </w:rPr>
        <w:br/>
      </w:r>
      <w:r>
        <w:rPr>
          <w:lang w:eastAsia="zh-CN"/>
        </w:rPr>
        <w:t>　　1、爱国卫生月活动；每年_月份是爱国卫生突击月活动，今年是“四城同创”实施的第一年，结合此次活动，在爱国卫生月中组织辖区单位4次，组织辖区居民60人，联合上级进驻社区的干部10余人，共组织大扫除大治理10余次，共疏通下水道200余米，清理卫生死角20余处，共清运垃圾15吨左右，清除野广告400余张，同时投放灭鼠药200袋，在做好爱国卫生月活动的同时有序的开展好了春季的除“四害”工作，杜绝了鼠疫的发生与蔓延。辖区在亮化的同时也使周围的居住居民提高了自身环境卫生的意识。</w:t>
      </w:r>
      <w:r>
        <w:rPr>
          <w:lang w:eastAsia="zh-CN"/>
        </w:rPr>
        <w:br/>
      </w:r>
      <w:r>
        <w:rPr>
          <w:lang w:eastAsia="zh-CN"/>
        </w:rPr>
        <w:t>　　2、每月开展市民学校学习活动，广泛宣传法律知识和市民礼貌守则。</w:t>
      </w:r>
      <w:r>
        <w:rPr>
          <w:lang w:eastAsia="zh-CN"/>
        </w:rPr>
        <w:br/>
      </w:r>
      <w:r>
        <w:rPr>
          <w:lang w:eastAsia="zh-CN"/>
        </w:rPr>
        <w:t>　　3、建立健全健康教育档案，会同社区医务室定期免费为社区居民、老人检查身体，组织开展好三八妇女节、重阳节活动，共邀请三医院专家四次坐诊医务室免费为200余名老人、妇女、儿童检查身体。</w:t>
      </w:r>
      <w:r>
        <w:rPr>
          <w:lang w:eastAsia="zh-CN"/>
        </w:rPr>
        <w:br/>
      </w:r>
      <w:r>
        <w:rPr>
          <w:lang w:eastAsia="zh-CN"/>
        </w:rPr>
        <w:t>　　三、加强“门前四包”管理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社区继续稳抓“门前四包”工作，把环境卫生落实到职责单位，今年共签定“门前四包”职责制。建立了卫生保洁员的考核办法，建立工作台帐和考核台帐，从去年路段的移交到今年逐步完善的管理，从保洁员数量的增加到此刻路面保洁质量的良好保证，使辖区的环境卫生工作得到了良好的改善，也确保了“四城同创”工作的有序开展。社区每日至少一次的对保洁路段进行巡查，对保洁员上岗状况进行考核，在环境问题发生的第一时间内解决掉，保证了路面的干净整洁。</w:t>
      </w:r>
      <w:r>
        <w:rPr>
          <w:lang w:eastAsia="zh-CN"/>
        </w:rPr>
        <w:br/>
      </w:r>
      <w:r>
        <w:rPr>
          <w:lang w:eastAsia="zh-CN"/>
        </w:rPr>
        <w:t>　　四、“四城同创”工作</w:t>
      </w:r>
      <w:r>
        <w:rPr>
          <w:lang w:eastAsia="zh-CN"/>
        </w:rPr>
        <w:br/>
      </w:r>
      <w:r>
        <w:rPr>
          <w:lang w:eastAsia="zh-CN"/>
        </w:rPr>
        <w:t>　　今年是“四城同创”的第__年，社区围绕街办和上级指令，整体行动管理街道卫生及市容环境，共集中整治2个多月，累计清理流动摊贩400余个，治理卫生死角20余处，配合上级做好了迎接礼貌城市指数测评工作。</w:t>
      </w:r>
      <w:r>
        <w:rPr>
          <w:lang w:eastAsia="zh-CN"/>
        </w:rPr>
        <w:br/>
      </w:r>
      <w:r>
        <w:rPr>
          <w:lang w:eastAsia="zh-CN"/>
        </w:rPr>
        <w:t>　　社区将继续以上级领导安排工作为重点中心，认真抓好城建卫生管理工作，为建立礼貌社区打好基础，推进“四城同创”工作的有序良好开展。</w:t>
      </w:r>
      <w:r>
        <w:rPr>
          <w:lang w:eastAsia="zh-CN"/>
        </w:rPr>
        <w:br/>
      </w:r>
      <w:r>
        <w:rPr>
          <w:lang w:eastAsia="zh-CN"/>
        </w:rPr>
        <w:t xml:space="preserve">    社区卫生年终工作总结 篇16 </w:t>
      </w:r>
      <w:r>
        <w:rPr>
          <w:lang w:eastAsia="zh-CN"/>
        </w:rPr>
        <w:br/>
      </w:r>
      <w:r>
        <w:rPr>
          <w:lang w:eastAsia="zh-CN"/>
        </w:rPr>
        <w:t>　　20__年度我程桥街道社区卫生处事中心凭证根基民众卫生处事事变要求与区疾病提防节制中心的整年岁情方针，为宽大适龄儿童提供一类疫苗的免费接种事变，现将本年的首要事变小结如下：</w:t>
      </w:r>
      <w:r>
        <w:rPr>
          <w:lang w:eastAsia="zh-CN"/>
        </w:rPr>
        <w:br/>
      </w:r>
      <w:r>
        <w:rPr>
          <w:lang w:eastAsia="zh-CN"/>
        </w:rPr>
        <w:t>　　一、通例免疫</w:t>
      </w:r>
      <w:r>
        <w:rPr>
          <w:lang w:eastAsia="zh-CN"/>
        </w:rPr>
        <w:br/>
      </w:r>
      <w:r>
        <w:rPr>
          <w:lang w:eastAsia="zh-CN"/>
        </w:rPr>
        <w:t>　　1、20__年共计出生儿童419人，完成新建儿童419人，发放卡439人(外地流入当地的无卡儿童20人)，接种儿童2108人，完成一类苗接种7029个针次，个中三例疑似提防接种非常回响。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2、本辖区内出生儿童所有凭证划定免疫措施举办疫苗接种，以确保适龄儿童举办疫苗的实时接种。整理往年掉、漏、建证、卡儿童，并按免疫措施要求举办疫苗补种，并同时成立证、卡打点，对活动儿童同样凭证划定举办类型化打点和免疫接种。</w:t>
      </w:r>
      <w:r>
        <w:rPr>
          <w:lang w:eastAsia="zh-CN"/>
        </w:rPr>
        <w:br/>
      </w:r>
      <w:r>
        <w:rPr>
          <w:lang w:eastAsia="zh-CN"/>
        </w:rPr>
        <w:t>　　3、按照麻疹疫苗的强化免疫及查漏补种事变布置，我们于1月5日—1月__日对本辖区全部8月龄-6周岁儿童举办了麻疹疫苗的查漏补种事变，共计搜查223人次，完成补种3针次，在十二月份完成糖丸查漏补种事变，完成补种人次11人，</w:t>
      </w:r>
      <w:r>
        <w:rPr>
          <w:lang w:eastAsia="zh-CN"/>
        </w:rPr>
        <w:br/>
      </w:r>
      <w:r>
        <w:rPr>
          <w:lang w:eastAsia="zh-CN"/>
        </w:rPr>
        <w:t>　　4、本着自愿自费的原则对部门儿童提供二类疫苗的接种事变，整年共接种二类疫苗2572针次，无一例投诉。</w:t>
      </w:r>
      <w:r>
        <w:rPr>
          <w:lang w:eastAsia="zh-CN"/>
        </w:rPr>
        <w:br/>
      </w:r>
      <w:r>
        <w:rPr>
          <w:lang w:eastAsia="zh-CN"/>
        </w:rPr>
        <w:t>　　二、打算免疫针对的熏生病发病环境：</w:t>
      </w:r>
      <w:r>
        <w:rPr>
          <w:lang w:eastAsia="zh-CN"/>
        </w:rPr>
        <w:br/>
      </w:r>
      <w:r>
        <w:rPr>
          <w:lang w:eastAsia="zh-CN"/>
        </w:rPr>
        <w:t>　　对我中心门诊熏生病漏报事变每季度举办搜查，无一例漏报熏生病</w:t>
      </w:r>
      <w:r>
        <w:rPr>
          <w:lang w:eastAsia="zh-CN"/>
        </w:rPr>
        <w:br/>
      </w:r>
      <w:r>
        <w:rPr>
          <w:lang w:eastAsia="zh-CN"/>
        </w:rPr>
        <w:t>　　三、宣传培训</w:t>
      </w:r>
      <w:r>
        <w:rPr>
          <w:lang w:eastAsia="zh-CN"/>
        </w:rPr>
        <w:br/>
      </w:r>
      <w:r>
        <w:rPr>
          <w:lang w:eastAsia="zh-CN"/>
        </w:rPr>
        <w:t>　　20__年4月25日是打算免疫宣传日，对打算免疫相干常识开展宣传和咨询勾当，共发放宣传资料150余份，悬挂条幅1幅，张贴宣传展版3张，设立咨询台1处。同时举办了扩大免疫筹划常识宣传，重点对留守儿童及活动的人群，我辖区还将加大宣传力度，全力将事变做到最好。</w:t>
      </w:r>
      <w:r>
        <w:rPr>
          <w:lang w:eastAsia="zh-CN"/>
        </w:rPr>
        <w:br/>
      </w:r>
      <w:r>
        <w:rPr>
          <w:lang w:eastAsia="zh-CN"/>
        </w:rPr>
        <w:t>　　四、起劲推进信息化事变的开展</w:t>
      </w:r>
      <w:r>
        <w:rPr>
          <w:lang w:eastAsia="zh-CN"/>
        </w:rPr>
        <w:br/>
      </w:r>
      <w:r>
        <w:rPr>
          <w:lang w:eastAsia="zh-CN"/>
        </w:rPr>
        <w:t>　　我社区卫生处事中心已在本年四月份完成了信息化门诊事变，并于4月20日正式投入行使。</w:t>
      </w:r>
      <w:r>
        <w:rPr>
          <w:lang w:eastAsia="zh-CN"/>
        </w:rPr>
        <w:br/>
      </w:r>
      <w:r>
        <w:rPr>
          <w:lang w:eastAsia="zh-CN"/>
        </w:rPr>
        <w:t>　　五、存在的题目：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本辖区流感生齿较大，新生儿摸底不到位，建证建卡未能到达100%，尤其是外地打算外生养的儿童，家长及其不共同，不肯实时接种，致使本辖区的接种率存在小幅度的下滑趋势。外出和外来生齿的打算免疫打点事变难题。</w:t>
      </w:r>
      <w:r>
        <w:rPr>
          <w:lang w:eastAsia="zh-CN"/>
        </w:rPr>
        <w:br/>
      </w:r>
      <w:r>
        <w:rPr>
          <w:lang w:eastAsia="zh-CN"/>
        </w:rPr>
        <w:t>　　2、扩大免疫筹划宣传包围率未达100%的尺度</w:t>
      </w:r>
      <w:r>
        <w:rPr>
          <w:lang w:eastAsia="zh-CN"/>
        </w:rPr>
        <w:br/>
      </w:r>
      <w:r>
        <w:rPr>
          <w:lang w:eastAsia="zh-CN"/>
        </w:rPr>
        <w:t>　　六、下一步的事变</w:t>
      </w:r>
      <w:r>
        <w:rPr>
          <w:lang w:eastAsia="zh-CN"/>
        </w:rPr>
        <w:br/>
      </w:r>
      <w:r>
        <w:rPr>
          <w:lang w:eastAsia="zh-CN"/>
        </w:rPr>
        <w:t>　　1、 坚定对通例报表的考核、验收。</w:t>
      </w:r>
      <w:r>
        <w:rPr>
          <w:lang w:eastAsia="zh-CN"/>
        </w:rPr>
        <w:br/>
      </w:r>
      <w:r>
        <w:rPr>
          <w:lang w:eastAsia="zh-CN"/>
        </w:rPr>
        <w:t>　　2、 加大主动监测事变，起劲主动按要求上报打算免疫针对熏生病疫情。</w:t>
      </w:r>
      <w:r>
        <w:rPr>
          <w:lang w:eastAsia="zh-CN"/>
        </w:rPr>
        <w:br/>
      </w:r>
      <w:r>
        <w:rPr>
          <w:lang w:eastAsia="zh-CN"/>
        </w:rPr>
        <w:t>　　3、 继承做好提防接种证的磨练和上级部分交办的其余事变。</w:t>
      </w:r>
      <w:r>
        <w:rPr>
          <w:lang w:eastAsia="zh-CN"/>
        </w:rPr>
        <w:br/>
      </w:r>
      <w:r>
        <w:rPr>
          <w:lang w:eastAsia="zh-CN"/>
        </w:rPr>
        <w:t xml:space="preserve">    社区卫生年终工作总结 篇17 </w:t>
      </w:r>
      <w:r>
        <w:rPr>
          <w:lang w:eastAsia="zh-CN"/>
        </w:rPr>
        <w:br/>
      </w:r>
      <w:r>
        <w:rPr>
          <w:lang w:eastAsia="zh-CN"/>
        </w:rPr>
        <w:t>　　__年中心工作在区卫生局的正确领导下，严格执行《国家基本公共卫生服务规范(20__版)》，加强内部管理，狠抓基本公共卫生服务项目工作，全面开展基本医疗护理工作以促进基本公共卫生工作。充分调动员工的工作积极性和主动性，适时调整了人员配置，优化组合，使得中心各项工作取得了较好的效果，现将我中心__年工作总结如下：</w:t>
      </w:r>
      <w:r>
        <w:rPr>
          <w:lang w:eastAsia="zh-CN"/>
        </w:rPr>
        <w:br/>
      </w:r>
      <w:r>
        <w:rPr>
          <w:lang w:eastAsia="zh-CN"/>
        </w:rPr>
        <w:t>　　一、加强领导、定期督导</w:t>
      </w:r>
      <w:r>
        <w:rPr>
          <w:lang w:eastAsia="zh-CN"/>
        </w:rPr>
        <w:br/>
      </w:r>
      <w:r>
        <w:rPr>
          <w:lang w:eastAsia="zh-CN"/>
        </w:rPr>
        <w:t>　　依据年初制定的工作计划，基本公共卫生服务项目和基本医疗护理工作按计划运行，并结合中心实际，成立中心基本公共卫生服务项目及基本医疗考核、指导领导小组，定期或不定期对中心及站、村卫生室进行检查、督促、指导各项工作。全年共督导检查中心8次，站及村卫生室10余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二、强化培训、提高业务、</w:t>
      </w:r>
      <w:r>
        <w:rPr>
          <w:lang w:eastAsia="zh-CN"/>
        </w:rPr>
        <w:br/>
      </w:r>
      <w:r>
        <w:rPr>
          <w:lang w:eastAsia="zh-CN"/>
        </w:rPr>
        <w:t>　　中心全年进行公共卫生服务项目工作和基本医疗、护理等工作的培训15次，考试4次。不断提高公卫、医疗、护理人员的业务能力。并送14名医护人员到__区人民医院培训4个月，送1人到__人民医院进修彩超。</w:t>
      </w:r>
      <w:r>
        <w:rPr>
          <w:lang w:eastAsia="zh-CN"/>
        </w:rPr>
        <w:br/>
      </w:r>
      <w:r>
        <w:rPr>
          <w:lang w:eastAsia="zh-CN"/>
        </w:rPr>
        <w:t>　　三、基本公共卫生服务项目工作开展落实情况</w:t>
      </w:r>
      <w:r>
        <w:rPr>
          <w:lang w:eastAsia="zh-CN"/>
        </w:rPr>
        <w:br/>
      </w:r>
      <w:r>
        <w:rPr>
          <w:lang w:eastAsia="zh-CN"/>
        </w:rPr>
        <w:t>　　(一)居民健康档案管理</w:t>
      </w:r>
      <w:r>
        <w:rPr>
          <w:lang w:eastAsia="zh-CN"/>
        </w:rPr>
        <w:br/>
      </w:r>
      <w:r>
        <w:rPr>
          <w:lang w:eastAsia="zh-CN"/>
        </w:rPr>
        <w:t>　　中心共建立居民健康档案13077份，其中高血压管理档案956份;糖尿病管理档案337份;新建儿童保健管理档案354份;新建孕产妇管理档案112份;重性精神疾病管理档案35份;老年人管理档案1495份。截止目前，健康档案建档率达到84.7%。</w:t>
      </w:r>
      <w:r>
        <w:rPr>
          <w:lang w:eastAsia="zh-CN"/>
        </w:rPr>
        <w:br/>
      </w:r>
      <w:r>
        <w:rPr>
          <w:lang w:eastAsia="zh-CN"/>
        </w:rPr>
        <w:t>　　(二)健康教育</w:t>
      </w:r>
      <w:r>
        <w:rPr>
          <w:lang w:eastAsia="zh-CN"/>
        </w:rPr>
        <w:br/>
      </w:r>
      <w:r>
        <w:rPr>
          <w:lang w:eastAsia="zh-CN"/>
        </w:rPr>
        <w:t>　　我中心紧紧围绕公共卫生服务项目为基础，以及预防、保健、慢性病人管理为重点。中心门前醒目位置设立宣传栏，根据上级工作要求及不同季节进行健康教育宣传。进一步加大健康教育工作力度，并将健康知识讲堂深入到学校、工厂、农村，截止目前累计举办健康教育知识讲座11次和健康教育宣传活动20次。发放各种健康知识宣传单2万余份。利用入村及工厂开展的布鲁氏菌病筛查工作之际，进行布鲁氏菌病防治知识面对面宣传943人次。</w:t>
      </w:r>
      <w:r>
        <w:rPr>
          <w:lang w:eastAsia="zh-CN"/>
        </w:rPr>
        <w:br/>
      </w:r>
      <w:r>
        <w:rPr>
          <w:lang w:eastAsia="zh-CN"/>
        </w:rPr>
        <w:t>　　(三)预防接种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对辖区内354名0&amp;&amp;6岁儿童建立预防接种证和接种卡，截至目前开展了33次预防接种门诊工作，更好的使我辖区儿童能及时进行预防接种，截至目前接种率为96。1%。在接种过程中，未出现过异常反应。</w:t>
      </w:r>
      <w:r>
        <w:rPr>
          <w:lang w:eastAsia="zh-CN"/>
        </w:rPr>
        <w:br/>
      </w:r>
      <w:r>
        <w:rPr>
          <w:lang w:eastAsia="zh-CN"/>
        </w:rPr>
        <w:t>　　(四)儿童健康管理</w:t>
      </w:r>
      <w:r>
        <w:rPr>
          <w:lang w:eastAsia="zh-CN"/>
        </w:rPr>
        <w:br/>
      </w:r>
      <w:r>
        <w:rPr>
          <w:lang w:eastAsia="zh-CN"/>
        </w:rPr>
        <w:t>　　加强了对辖区内0&amp;&amp;6岁儿童管理工作，对354名儿童建立儿童保健手册。按照20__版服务规范要求共对327名儿童进行免费体检工作工作，并及时将随访情况进行电子档案信息及纸质档案的录入工作。</w:t>
      </w:r>
      <w:r>
        <w:rPr>
          <w:lang w:eastAsia="zh-CN"/>
        </w:rPr>
        <w:br/>
      </w:r>
      <w:r>
        <w:rPr>
          <w:lang w:eastAsia="zh-CN"/>
        </w:rPr>
        <w:t>　　(五)孕产妇健康管理</w:t>
      </w:r>
      <w:r>
        <w:rPr>
          <w:lang w:eastAsia="zh-CN"/>
        </w:rPr>
        <w:br/>
      </w:r>
      <w:r>
        <w:rPr>
          <w:lang w:eastAsia="zh-CN"/>
        </w:rPr>
        <w:t>　　对辖区内112名孕产妇建立保健服务手册，加大了宣传国家降消项目住院分娩好处以及多项免费检查政策，今年上半年共对全镇84名孕产妇进行了产前检查，产后访视74人次，并及时将随访情况进行电子档案信息及纸质档案的录入工作。</w:t>
      </w:r>
      <w:r>
        <w:rPr>
          <w:lang w:eastAsia="zh-CN"/>
        </w:rPr>
        <w:br/>
      </w:r>
      <w:r>
        <w:rPr>
          <w:lang w:eastAsia="zh-CN"/>
        </w:rPr>
        <w:t>　　(六)老年人保健</w:t>
      </w:r>
      <w:r>
        <w:rPr>
          <w:lang w:eastAsia="zh-CN"/>
        </w:rPr>
        <w:br/>
      </w:r>
      <w:r>
        <w:rPr>
          <w:lang w:eastAsia="zh-CN"/>
        </w:rPr>
        <w:t>　　对辖区内65以上老年人建立健康档案1495人，截至目前老年人免费健康体检645人次，健康体检年度完成率达到74。6%。为海联社区老年人免费健康体检152人次，海东社区老年人免费健康体检47人次，合作村老年人免费健康体检17人次，互助村老年人免费健康体检11人次。</w:t>
      </w:r>
      <w:r>
        <w:rPr>
          <w:lang w:eastAsia="zh-CN"/>
        </w:rPr>
        <w:br/>
      </w:r>
      <w:r>
        <w:rPr>
          <w:lang w:eastAsia="zh-CN"/>
        </w:rPr>
        <w:t>　　(七)慢性病管理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对辖区内35岁以的人群的高血压和二型糖尿病筛查工作，在去年的基础今年上半年共筛查出高血压、糖尿病患者17人，并先后进行了随访管理，管理原发性高血压患者956人和糖尿病患者337人并进行面对面随访工作，共随访3979次。高血压患者免费体检436人次，糖尿病患者免费体检81人次。</w:t>
      </w:r>
      <w:r>
        <w:rPr>
          <w:lang w:eastAsia="zh-CN"/>
        </w:rPr>
        <w:br/>
      </w:r>
      <w:r>
        <w:rPr>
          <w:lang w:eastAsia="zh-CN"/>
        </w:rPr>
        <w:t>　　(八)重性精神病管理</w:t>
      </w:r>
      <w:r>
        <w:rPr>
          <w:lang w:eastAsia="zh-CN"/>
        </w:rPr>
        <w:br/>
      </w:r>
      <w:r>
        <w:rPr>
          <w:lang w:eastAsia="zh-CN"/>
        </w:rPr>
        <w:t>　　根据基本公共卫生服务项目的工作要求，将重型精神病患者纳入健康管理档案，并对已发现的重型精神病患者进行随访工作，共随访35人。</w:t>
      </w:r>
      <w:r>
        <w:rPr>
          <w:lang w:eastAsia="zh-CN"/>
        </w:rPr>
        <w:br/>
      </w:r>
      <w:r>
        <w:rPr>
          <w:lang w:eastAsia="zh-CN"/>
        </w:rPr>
        <w:t>　　(九)传染病及突发公共卫生事件报告和处理</w:t>
      </w:r>
      <w:r>
        <w:rPr>
          <w:lang w:eastAsia="zh-CN"/>
        </w:rPr>
        <w:br/>
      </w:r>
      <w:r>
        <w:rPr>
          <w:lang w:eastAsia="zh-CN"/>
        </w:rPr>
        <w:t>　　我中心认真贯彻执行《传染病防治法》、《突发公共卫生事件急条例》，拟定了传染病分检办法，检出的传染病送到相应的医院和科室诊治。坚持了门诊登记和疫情自查制度，建立健全了疫情报告制度。并积极配合海拉尔区疾控加强死因调查和传染病的防治工作。截至目前上报传染病例7例，无漏报迟报发生。转诊结核疑似病人2例，督导管理结合化疗病人1例。</w:t>
      </w:r>
      <w:r>
        <w:rPr>
          <w:lang w:eastAsia="zh-CN"/>
        </w:rPr>
        <w:br/>
      </w:r>
      <w:r>
        <w:rPr>
          <w:lang w:eastAsia="zh-CN"/>
        </w:rPr>
        <w:t>　　(十)卫生监督协管</w:t>
      </w:r>
      <w:r>
        <w:rPr>
          <w:lang w:eastAsia="zh-CN"/>
        </w:rPr>
        <w:br/>
      </w:r>
      <w:r>
        <w:rPr>
          <w:lang w:eastAsia="zh-CN"/>
        </w:rPr>
        <w:t>　　建立各项基本资料，认真按要求开展巡查工作和信息上报工作。</w:t>
      </w:r>
      <w:r>
        <w:rPr>
          <w:lang w:eastAsia="zh-CN"/>
        </w:rPr>
        <w:br/>
      </w:r>
      <w:r>
        <w:rPr>
          <w:lang w:eastAsia="zh-CN"/>
        </w:rPr>
        <w:t>　　四、基本医疗</w:t>
      </w:r>
      <w:r>
        <w:rPr>
          <w:lang w:eastAsia="zh-CN"/>
        </w:rPr>
        <w:br/>
      </w:r>
      <w:r>
        <w:rPr>
          <w:lang w:eastAsia="zh-CN"/>
        </w:rPr>
        <w:t>　　二、工作中存在的亮点</w:t>
      </w:r>
      <w:r>
        <w:rPr>
          <w:lang w:eastAsia="zh-CN"/>
        </w:rPr>
        <w:br/>
      </w:r>
      <w:r>
        <w:rPr>
          <w:lang w:eastAsia="zh-CN"/>
        </w:rPr>
        <w:t>　　1、全科团队开展家庭医生式服务及签约服务，签约居民中65岁以上老年人、高血压、糖尿病、孕产妇到中心做血常规、尿常规、肝功、肾功、血糖、血脂、心电图、B超、_线检查享受相应检查费用的8。5折。(现金支付，不刷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2、对管理的高血压、糖尿病、肿瘤、重性精神疾病患者，除每年提供20__版规范要求体检项目外，还免费提供血糖、血脂、肝功、心电图的检查。</w:t>
      </w:r>
      <w:r>
        <w:rPr>
          <w:lang w:eastAsia="zh-CN"/>
        </w:rPr>
        <w:br/>
      </w:r>
      <w:r>
        <w:rPr>
          <w:lang w:eastAsia="zh-CN"/>
        </w:rPr>
        <w:t>　　三、工作中存在的问题</w:t>
      </w:r>
      <w:r>
        <w:rPr>
          <w:lang w:eastAsia="zh-CN"/>
        </w:rPr>
        <w:br/>
      </w:r>
      <w:r>
        <w:rPr>
          <w:lang w:eastAsia="zh-CN"/>
        </w:rPr>
        <w:t>　　我中心基本公共卫生工作从总体上已经步入了正常运转的轨道，但从考核、督导情况来看，仍存在一些问题和薄弱环节，归纳起来，主要有以下几个方面：</w:t>
      </w:r>
      <w:r>
        <w:rPr>
          <w:lang w:eastAsia="zh-CN"/>
        </w:rPr>
        <w:br/>
      </w:r>
      <w:r>
        <w:rPr>
          <w:lang w:eastAsia="zh-CN"/>
        </w:rPr>
        <w:t>　　一是组织功能发挥不到位。特别是个别村卫生室乡村医生在基本公共卫生服务项目工作中配合不够，在一定程度上影响了工作质量。</w:t>
      </w:r>
      <w:r>
        <w:rPr>
          <w:lang w:eastAsia="zh-CN"/>
        </w:rPr>
        <w:br/>
      </w:r>
      <w:r>
        <w:rPr>
          <w:lang w:eastAsia="zh-CN"/>
        </w:rPr>
        <w:t>　　二是措施不够扎实。各村卫生室虽然都积极地开展了基本公共卫生服务工作，但督导发现个别村卫生室的工作流于形式，在档案建立、儿保管理、妇保管理、慢性病随访等方面工作滞后。</w:t>
      </w:r>
      <w:r>
        <w:rPr>
          <w:lang w:eastAsia="zh-CN"/>
        </w:rPr>
        <w:br/>
      </w:r>
      <w:r>
        <w:rPr>
          <w:lang w:eastAsia="zh-CN"/>
        </w:rPr>
        <w:t>　　三是健康教育工作有待加强。个别村卫生室健康教育宣传柜宣传资料混乱、不全，质量较差。</w:t>
      </w:r>
      <w:r>
        <w:rPr>
          <w:lang w:eastAsia="zh-CN"/>
        </w:rPr>
        <w:br/>
      </w:r>
      <w:r>
        <w:rPr>
          <w:lang w:eastAsia="zh-CN"/>
        </w:rPr>
        <w:t>　　四是慢性病管理和老年人保健工作尚需规范。慢性病人管理有的随访不及时;有的在随访的同时未做随机血糖检测;有的未对辖区慢性病患者的健康问题进行分析及实施干预措施和效果评价。</w:t>
      </w:r>
      <w:r>
        <w:rPr>
          <w:lang w:eastAsia="zh-CN"/>
        </w:rPr>
        <w:br/>
      </w:r>
      <w:r>
        <w:rPr>
          <w:lang w:eastAsia="zh-CN"/>
        </w:rPr>
        <w:t>　　五是妇幼工作中存在的不足：个别妇幼人员责任心不强，不能及时发现服叶酸人员，致使个别服叶酸人员叶酸发放不及时;不能及时随访辖区增补叶酸人员的叶酸服用情况，影响了叶酸服用的依从率;辖区部分孕妇的流动性较大，对管理工作带来不便。</w:t>
      </w:r>
      <w:r>
        <w:rPr>
          <w:lang w:eastAsia="zh-CN"/>
        </w:rPr>
        <w:br/>
      </w:r>
      <w:r>
        <w:rPr>
          <w:lang w:eastAsia="zh-CN"/>
        </w:rPr>
        <w:t>　　四、__年工作打算</w:t>
      </w:r>
      <w:r>
        <w:rPr>
          <w:lang w:eastAsia="zh-CN"/>
        </w:rPr>
        <w:br/>
      </w:r>
    </w:p>
    <w:p w:rsidR="001B1F19" w14:textId="27C3F48A">
      <w:pPr>
        <w:rPr>
          <w:rFonts w:hint="eastAsia"/>
          <w:lang w:eastAsia="zh-CN"/>
        </w:rPr>
      </w:pPr>
      <w:r>
        <w:rPr>
          <w:lang w:eastAsia="zh-CN"/>
        </w:rPr>
        <w:t>　　全中心基本公共卫生服务项目工作重点是针对存在的问题，扎扎实实地抓整改抓落实，着重做好以下几方面工作：</w:t>
      </w:r>
      <w:r>
        <w:rPr>
          <w:lang w:eastAsia="zh-CN"/>
        </w:rPr>
        <w:br/>
      </w:r>
      <w:r>
        <w:rPr>
          <w:lang w:eastAsia="zh-CN"/>
        </w:rPr>
        <w:t>　　一是我中心认真对照日常督导检查中发现的问题，紧密结合上级业务部门的指导意见，进一步强化责任，落实措施，扎扎实实地抓好整改落实工作，力争在年内完成各项公共卫生服务指标。</w:t>
      </w:r>
      <w:r>
        <w:rPr>
          <w:lang w:eastAsia="zh-CN"/>
        </w:rPr>
        <w:br/>
      </w:r>
      <w:r>
        <w:rPr>
          <w:lang w:eastAsia="zh-CN"/>
        </w:rPr>
        <w:t>　　二是健全工作机制，强化工作职责。各科室要切实加强对村卫生室公共卫生服务工作的指导，健全工作机制，强化工作职责，及时分析汇总上报项目实施情况，发现问题及时采取有效措施整改，确保项目工作全面有序健康发展。</w:t>
      </w:r>
      <w:r>
        <w:rPr>
          <w:lang w:eastAsia="zh-CN"/>
        </w:rPr>
        <w:br/>
      </w:r>
      <w:r>
        <w:rPr>
          <w:lang w:eastAsia="zh-CN"/>
        </w:rPr>
        <w:t>　　三是积极与区疾病预防控制中心、区妇幼保健院、区卫生监督所等业务部门沟通，努力保质保量完成各项国家基本公共卫生服务工作。</w:t>
      </w:r>
      <w:r>
        <w:rPr>
          <w:lang w:eastAsia="zh-CN"/>
        </w:rPr>
        <w:br/>
      </w:r>
      <w:r>
        <w:rPr>
          <w:lang w:eastAsia="zh-CN"/>
        </w:rPr>
        <w:t xml:space="preserve">    社区卫生年终工作总结 篇18 </w:t>
      </w:r>
      <w:r>
        <w:rPr>
          <w:lang w:eastAsia="zh-CN"/>
        </w:rPr>
        <w:br/>
      </w:r>
      <w:r>
        <w:rPr>
          <w:lang w:eastAsia="zh-CN"/>
        </w:rPr>
        <w:t>　　我社区爱国卫生工作在政府的领导下，认真的领会文件精神，以提高社区居民的生活环境和精神文明为宗旨，建设环境优美和谐的社区。现20_年我社区爱国卫生做了如下：</w:t>
      </w:r>
      <w:r>
        <w:rPr>
          <w:lang w:eastAsia="zh-CN"/>
        </w:rPr>
        <w:br/>
      </w:r>
      <w:r>
        <w:rPr>
          <w:lang w:eastAsia="zh-CN"/>
        </w:rPr>
        <w:t>　　一、开展环境卫生整治</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https://d.book118.com/095322201014011121</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9532220101401112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