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幼儿园春游计划（32篇）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幼儿园春游计划（通用32篇）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 </w:t>
      </w:r>
      <w:r>
        <w:rPr>
          <w:lang w:eastAsia="zh-CN"/>
        </w:rPr>
        <w:br/>
      </w:r>
      <w:r>
        <w:rPr>
          <w:lang w:eastAsia="zh-CN"/>
        </w:rPr>
        <w:t>　　活动目的：</w:t>
      </w:r>
      <w:r>
        <w:rPr>
          <w:lang w:eastAsia="zh-CN"/>
        </w:rPr>
        <w:br/>
      </w:r>
      <w:r>
        <w:rPr>
          <w:lang w:eastAsia="zh-CN"/>
        </w:rPr>
        <w:t>　　通过春游活动，让小朋友们到大自然中领略春天的美景，培养综合实践能力,在活动中开展感恩大自然的活动，增强爱祖国、爱家乡、爱大自然的美好情感。</w:t>
      </w:r>
      <w:r>
        <w:rPr>
          <w:lang w:eastAsia="zh-CN"/>
        </w:rPr>
        <w:br/>
      </w:r>
      <w:r>
        <w:rPr>
          <w:lang w:eastAsia="zh-CN"/>
        </w:rPr>
        <w:t>　　活动时间：20__年 月 日(星期 )</w:t>
      </w:r>
      <w:r>
        <w:rPr>
          <w:lang w:eastAsia="zh-CN"/>
        </w:rPr>
        <w:br/>
      </w:r>
      <w:r>
        <w:rPr>
          <w:lang w:eastAsia="zh-CN"/>
        </w:rPr>
        <w:t>　　活动地点：</w:t>
      </w:r>
      <w:r>
        <w:rPr>
          <w:lang w:eastAsia="zh-CN"/>
        </w:rPr>
        <w:br/>
      </w:r>
      <w:r>
        <w:rPr>
          <w:lang w:eastAsia="zh-CN"/>
        </w:rPr>
        <w:t>　　小班：时代广场</w:t>
      </w:r>
      <w:r>
        <w:rPr>
          <w:lang w:eastAsia="zh-CN"/>
        </w:rPr>
        <w:br/>
      </w:r>
      <w:r>
        <w:rPr>
          <w:lang w:eastAsia="zh-CN"/>
        </w:rPr>
        <w:t>　　中班：观赏园</w:t>
      </w:r>
      <w:r>
        <w:rPr>
          <w:lang w:eastAsia="zh-CN"/>
        </w:rPr>
        <w:br/>
      </w:r>
      <w:r>
        <w:rPr>
          <w:lang w:eastAsia="zh-CN"/>
        </w:rPr>
        <w:t>　　大班：体育场</w:t>
      </w:r>
      <w:r>
        <w:rPr>
          <w:lang w:eastAsia="zh-CN"/>
        </w:rPr>
        <w:br/>
      </w:r>
      <w:r>
        <w:rPr>
          <w:lang w:eastAsia="zh-CN"/>
        </w:rPr>
        <w:t>　　人 员：教师及保育员共52人，学生659人</w:t>
      </w:r>
      <w:r>
        <w:rPr>
          <w:lang w:eastAsia="zh-CN"/>
        </w:rPr>
        <w:br/>
      </w:r>
      <w:r>
        <w:rPr>
          <w:lang w:eastAsia="zh-CN"/>
        </w:rPr>
        <w:t>　　春游领导小组及应急小组</w:t>
      </w:r>
      <w:r>
        <w:rPr>
          <w:lang w:eastAsia="zh-CN"/>
        </w:rPr>
        <w:br/>
      </w:r>
      <w:r>
        <w:rPr>
          <w:lang w:eastAsia="zh-CN"/>
        </w:rPr>
        <w:t>　　1、领导小组组长：蔡 群</w:t>
      </w:r>
      <w:r>
        <w:rPr>
          <w:lang w:eastAsia="zh-CN"/>
        </w:rPr>
        <w:br/>
      </w:r>
      <w:r>
        <w:rPr>
          <w:lang w:eastAsia="zh-CN"/>
        </w:rPr>
        <w:t>　　职 责：对活动中出现的不安全事故进行紧急处理，视事故轻重，必要时及时向上级主管部门及有关领导报告</w:t>
      </w:r>
      <w:r>
        <w:rPr>
          <w:lang w:eastAsia="zh-CN"/>
        </w:rPr>
        <w:br/>
      </w:r>
      <w:r>
        <w:rPr>
          <w:lang w:eastAsia="zh-CN"/>
        </w:rPr>
        <w:t>　　2、副组长：郭东云</w:t>
      </w:r>
      <w:r>
        <w:rPr>
          <w:lang w:eastAsia="zh-CN"/>
        </w:rPr>
        <w:br/>
      </w:r>
      <w:r>
        <w:rPr>
          <w:lang w:eastAsia="zh-CN"/>
        </w:rPr>
        <w:t>　　职</w:t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责：协助组长做好活动组织工作和事故处理工作，并随时做好汇报工作。</w:t>
      </w:r>
      <w:r>
        <w:rPr>
          <w:lang w:eastAsia="zh-CN"/>
        </w:rPr>
        <w:br/>
      </w:r>
      <w:r>
        <w:rPr>
          <w:lang w:eastAsia="zh-CN"/>
        </w:rPr>
        <w:t>　　3、小组成员：肖岚 赖红斌</w:t>
      </w:r>
      <w:r>
        <w:rPr>
          <w:lang w:eastAsia="zh-CN"/>
        </w:rPr>
        <w:br/>
      </w:r>
      <w:r>
        <w:rPr>
          <w:lang w:eastAsia="zh-CN"/>
        </w:rPr>
        <w:t>　　职 责：指挥有关教师立即到达规定岗位，采取相应的应对施。</w:t>
      </w:r>
      <w:r>
        <w:rPr>
          <w:lang w:eastAsia="zh-CN"/>
        </w:rPr>
        <w:br/>
      </w:r>
      <w:r>
        <w:rPr>
          <w:lang w:eastAsia="zh-CN"/>
        </w:rPr>
        <w:t>　　各年级组组长：大班：黄晓娟</w:t>
      </w:r>
      <w:r>
        <w:rPr>
          <w:lang w:eastAsia="zh-CN"/>
        </w:rPr>
        <w:br/>
      </w:r>
      <w:r>
        <w:rPr>
          <w:lang w:eastAsia="zh-CN"/>
        </w:rPr>
        <w:t>　　中班：张 艺</w:t>
      </w:r>
      <w:r>
        <w:rPr>
          <w:lang w:eastAsia="zh-CN"/>
        </w:rPr>
        <w:br/>
      </w:r>
      <w:r>
        <w:rPr>
          <w:lang w:eastAsia="zh-CN"/>
        </w:rPr>
        <w:t>　　小班：潘春美</w:t>
      </w:r>
      <w:r>
        <w:rPr>
          <w:lang w:eastAsia="zh-CN"/>
        </w:rPr>
        <w:br/>
      </w:r>
      <w:r>
        <w:rPr>
          <w:lang w:eastAsia="zh-CN"/>
        </w:rPr>
        <w:t>　　职 责：</w:t>
      </w:r>
      <w:r>
        <w:rPr>
          <w:lang w:eastAsia="zh-CN"/>
        </w:rPr>
        <w:br/>
      </w:r>
      <w:r>
        <w:rPr>
          <w:lang w:eastAsia="zh-CN"/>
        </w:rPr>
        <w:t>　　⑴安排本年级教师开展相关的抢险排危或者实施求救工作。</w:t>
      </w:r>
      <w:r>
        <w:rPr>
          <w:lang w:eastAsia="zh-CN"/>
        </w:rPr>
        <w:br/>
      </w:r>
      <w:r>
        <w:rPr>
          <w:lang w:eastAsia="zh-CN"/>
        </w:rPr>
        <w:t>　　⑵全面了解本年级各班幼儿活动情况，活动结束后向蔡群园长及时汇报。</w:t>
      </w:r>
      <w:r>
        <w:rPr>
          <w:lang w:eastAsia="zh-CN"/>
        </w:rPr>
        <w:br/>
      </w:r>
      <w:r>
        <w:rPr>
          <w:lang w:eastAsia="zh-CN"/>
        </w:rPr>
        <w:t>　　(各班幼儿由本班主任、配班教师和保育员共3人负责)</w:t>
      </w:r>
      <w:r>
        <w:rPr>
          <w:lang w:eastAsia="zh-CN"/>
        </w:rPr>
        <w:br/>
      </w:r>
      <w:r>
        <w:rPr>
          <w:lang w:eastAsia="zh-CN"/>
        </w:rPr>
        <w:t>　　4、医疗保障组：蔡玉萍</w:t>
      </w:r>
      <w:r>
        <w:rPr>
          <w:lang w:eastAsia="zh-CN"/>
        </w:rPr>
        <w:br/>
      </w:r>
      <w:r>
        <w:rPr>
          <w:lang w:eastAsia="zh-CN"/>
        </w:rPr>
        <w:t>　　职责：为事故现场提供急救必需的交通工具及水、药品、食物、应急器材等。</w:t>
      </w:r>
      <w:r>
        <w:rPr>
          <w:lang w:eastAsia="zh-CN"/>
        </w:rPr>
        <w:br/>
      </w:r>
      <w:r>
        <w:rPr>
          <w:lang w:eastAsia="zh-CN"/>
        </w:rPr>
        <w:t>　　5、园外联系汇报组：廖金莲</w:t>
      </w:r>
      <w:r>
        <w:rPr>
          <w:lang w:eastAsia="zh-CN"/>
        </w:rPr>
        <w:br/>
      </w:r>
      <w:r>
        <w:rPr>
          <w:lang w:eastAsia="zh-CN"/>
        </w:rPr>
        <w:t>　　职 责：视不同事故及时报警(火警119、意外暴力110、交通事故122、急救中心120)</w:t>
      </w:r>
      <w:r>
        <w:rPr>
          <w:lang w:eastAsia="zh-CN"/>
        </w:rPr>
        <w:br/>
      </w:r>
      <w:r>
        <w:rPr>
          <w:lang w:eastAsia="zh-CN"/>
        </w:rPr>
        <w:t>　　6、园内联系汇报组：胡汉生</w:t>
      </w:r>
      <w:r>
        <w:rPr>
          <w:lang w:eastAsia="zh-CN"/>
        </w:rPr>
        <w:br/>
      </w:r>
      <w:r>
        <w:rPr>
          <w:lang w:eastAsia="zh-CN"/>
        </w:rPr>
        <w:t>　　职 责：负责把事故发生发展情况报告总指挥，联系相关学生的家长。</w:t>
      </w:r>
      <w:r>
        <w:rPr>
          <w:lang w:eastAsia="zh-CN"/>
        </w:rPr>
        <w:br/>
      </w:r>
      <w:r>
        <w:rPr>
          <w:lang w:eastAsia="zh-CN"/>
        </w:rPr>
        <w:t>　　秋游活动路线：</w:t>
      </w:r>
      <w:r>
        <w:rPr>
          <w:lang w:eastAsia="zh-CN"/>
        </w:rPr>
        <w:br/>
      </w:r>
      <w:r>
        <w:rPr>
          <w:lang w:eastAsia="zh-CN"/>
        </w:rPr>
        <w:t>　　小班秋游路线：幼儿园&amp;&amp;解放桥&amp;&amp;步行街&amp;&amp;时代广场。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中班秋游路线：幼儿园&amp;&amp;农机局&amp;&amp;小水电&amp;&amp;老车站过马路&amp;&amp;观赏园</w:t>
      </w:r>
      <w:r>
        <w:rPr>
          <w:lang w:eastAsia="zh-CN"/>
        </w:rPr>
        <w:br/>
      </w:r>
      <w:r>
        <w:rPr>
          <w:lang w:eastAsia="zh-CN"/>
        </w:rPr>
        <w:t>　　大班秋游路线：幼儿园&amp;&amp;坝上桥&amp;&amp;西门小学&amp;&amp;体育场</w:t>
      </w:r>
      <w:r>
        <w:rPr>
          <w:lang w:eastAsia="zh-CN"/>
        </w:rPr>
        <w:br/>
      </w:r>
      <w:r>
        <w:rPr>
          <w:lang w:eastAsia="zh-CN"/>
        </w:rPr>
        <w:t>　　活动注意事项：</w:t>
      </w:r>
      <w:r>
        <w:rPr>
          <w:lang w:eastAsia="zh-CN"/>
        </w:rPr>
        <w:br/>
      </w:r>
      <w:r>
        <w:rPr>
          <w:lang w:eastAsia="zh-CN"/>
        </w:rPr>
        <w:t>　　1.全体领导和教职工均要以高度的责任心对每个幼儿的安全负责。对幼儿加强安全教育，抓好安全管理，确保外出活动万无一失。</w:t>
      </w:r>
      <w:r>
        <w:rPr>
          <w:lang w:eastAsia="zh-CN"/>
        </w:rPr>
        <w:br/>
      </w:r>
      <w:r>
        <w:rPr>
          <w:lang w:eastAsia="zh-CN"/>
        </w:rPr>
        <w:t>　　2、出发前要集队做好安全教育及宣布活动安排。各班清点人数上报分管领导处。</w:t>
      </w:r>
      <w:r>
        <w:rPr>
          <w:lang w:eastAsia="zh-CN"/>
        </w:rPr>
        <w:br/>
      </w:r>
      <w:r>
        <w:rPr>
          <w:lang w:eastAsia="zh-CN"/>
        </w:rPr>
        <w:t>　　3、做好家长的宣传工作，请家长配合学校向幼儿进行有关安全教育。</w:t>
      </w:r>
      <w:r>
        <w:rPr>
          <w:lang w:eastAsia="zh-CN"/>
        </w:rPr>
        <w:br/>
      </w:r>
      <w:r>
        <w:rPr>
          <w:lang w:eastAsia="zh-CN"/>
        </w:rPr>
        <w:t>　　4、到达目的地后要组织和开展活动，不要随意放羊。</w:t>
      </w:r>
      <w:r>
        <w:rPr>
          <w:lang w:eastAsia="zh-CN"/>
        </w:rPr>
        <w:br/>
      </w:r>
      <w:r>
        <w:rPr>
          <w:lang w:eastAsia="zh-CN"/>
        </w:rPr>
        <w:t>　　5、教育幼儿不要到危险的地方玩耍，特别是山水及偏僻的地方。</w:t>
      </w:r>
      <w:r>
        <w:rPr>
          <w:lang w:eastAsia="zh-CN"/>
        </w:rPr>
        <w:br/>
      </w:r>
      <w:r>
        <w:rPr>
          <w:lang w:eastAsia="zh-CN"/>
        </w:rPr>
        <w:t>　　6、分散自由活动时，要求幼儿三五成群，不要个别行动，教育幼儿发现问题或发生事故时要及时报告，老师要加强巡视，分管领导要做好监控，发生事故要采取应急措施。</w:t>
      </w:r>
      <w:r>
        <w:rPr>
          <w:lang w:eastAsia="zh-CN"/>
        </w:rPr>
        <w:br/>
      </w:r>
      <w:r>
        <w:rPr>
          <w:lang w:eastAsia="zh-CN"/>
        </w:rPr>
        <w:t>　　7、家长来接孩子老师要求家长出示接送卡才能让家长接走孩子。未持卡接孩子要及时登记。</w:t>
      </w:r>
      <w:r>
        <w:rPr>
          <w:lang w:eastAsia="zh-CN"/>
        </w:rPr>
        <w:br/>
      </w:r>
      <w:r>
        <w:rPr>
          <w:lang w:eastAsia="zh-CN"/>
        </w:rPr>
        <w:t>　　8、活动结束要在规定的地点按时集中，清点人数，待幼儿全部安全接走后由班主任上报给本年级组长，老师才能离开。</w:t>
      </w:r>
      <w:r>
        <w:rPr>
          <w:lang w:eastAsia="zh-CN"/>
        </w:rPr>
        <w:br/>
      </w:r>
      <w:r>
        <w:rPr>
          <w:lang w:eastAsia="zh-CN"/>
        </w:rPr>
        <w:t>　　9、各班班主任要带好本班幼儿情况登记表，必要时及时与家长取得联系。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10、请交警队派交警分别在老车站十字路口、禺客隆十字路口、西门准转盘，协助老师让幼儿顺利到达目的地。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篇2 </w:t>
      </w:r>
      <w:r>
        <w:rPr>
          <w:lang w:eastAsia="zh-CN"/>
        </w:rPr>
        <w:br/>
      </w:r>
      <w:r>
        <w:rPr>
          <w:lang w:eastAsia="zh-CN"/>
        </w:rPr>
        <w:t>　　活动目的：</w:t>
      </w:r>
      <w:r>
        <w:rPr>
          <w:lang w:eastAsia="zh-CN"/>
        </w:rPr>
        <w:br/>
      </w:r>
      <w:r>
        <w:rPr>
          <w:lang w:eastAsia="zh-CN"/>
        </w:rPr>
        <w:t>　　开拓幼儿视野，增长知识，亲近自然、感受生活，让幼儿在与大自然的接触中感受人与自然和谐的重要，增强环保意识。</w:t>
      </w:r>
      <w:r>
        <w:rPr>
          <w:lang w:eastAsia="zh-CN"/>
        </w:rPr>
        <w:br/>
      </w:r>
      <w:r>
        <w:rPr>
          <w:lang w:eastAsia="zh-CN"/>
        </w:rPr>
        <w:t>　　活动时间：20__年5月12日(星期四)</w:t>
      </w:r>
      <w:r>
        <w:rPr>
          <w:lang w:eastAsia="zh-CN"/>
        </w:rPr>
        <w:br/>
      </w:r>
      <w:r>
        <w:rPr>
          <w:lang w:eastAsia="zh-CN"/>
        </w:rPr>
        <w:t>　　活动地点：到海底世界公园：参观海洋馆、观看海豹、海狮表演，到科普天地、儿童乐园游戏</w:t>
      </w:r>
      <w:r>
        <w:rPr>
          <w:lang w:eastAsia="zh-CN"/>
        </w:rPr>
        <w:br/>
      </w:r>
      <w:r>
        <w:rPr>
          <w:lang w:eastAsia="zh-CN"/>
        </w:rPr>
        <w:t>　　活动准备：</w:t>
      </w:r>
      <w:r>
        <w:rPr>
          <w:lang w:eastAsia="zh-CN"/>
        </w:rPr>
        <w:br/>
      </w:r>
      <w:r>
        <w:rPr>
          <w:lang w:eastAsia="zh-CN"/>
        </w:rPr>
        <w:t>　　1、 校车3台：8：20从幼儿园出发</w:t>
      </w:r>
      <w:r>
        <w:rPr>
          <w:lang w:eastAsia="zh-CN"/>
        </w:rPr>
        <w:br/>
      </w:r>
      <w:r>
        <w:rPr>
          <w:lang w:eastAsia="zh-CN"/>
        </w:rPr>
        <w:t>　　2、 幼儿及教师午餐共190份：一小瓶矿泉水、香蕉一个， 2块方包、2个鸡蛋、火腿一根。</w:t>
      </w:r>
      <w:r>
        <w:rPr>
          <w:lang w:eastAsia="zh-CN"/>
        </w:rPr>
        <w:br/>
      </w:r>
      <w:r>
        <w:rPr>
          <w:lang w:eastAsia="zh-CN"/>
        </w:rPr>
        <w:t>　　3、 返园后，请食堂协助准备绿豆汁。</w:t>
      </w:r>
      <w:r>
        <w:rPr>
          <w:lang w:eastAsia="zh-CN"/>
        </w:rPr>
        <w:br/>
      </w:r>
      <w:r>
        <w:rPr>
          <w:lang w:eastAsia="zh-CN"/>
        </w:rPr>
        <w:t>　　安全保障措施：</w:t>
      </w:r>
      <w:r>
        <w:rPr>
          <w:lang w:eastAsia="zh-CN"/>
        </w:rPr>
        <w:br/>
      </w:r>
      <w:r>
        <w:rPr>
          <w:lang w:eastAsia="zh-CN"/>
        </w:rPr>
        <w:t>　　1、 加强管理和监督措施。保教主管对各个环节的安全防范措施做到层层落实，责任到人。班主任是班级安全工作的第一责任人，全面负责幼儿出游的安全工作，教师负责组织好幼儿活动，维持好纪律。保育员负责照顾好幼儿出游的护理工作。除此以外，各班级增配行政人员，保障出游的安全工作。</w:t>
      </w:r>
      <w:r>
        <w:rPr>
          <w:lang w:eastAsia="zh-CN"/>
        </w:rPr>
        <w:br/>
      </w:r>
      <w:r>
        <w:rPr>
          <w:lang w:eastAsia="zh-CN"/>
        </w:rPr>
        <w:t>　　2、 班级教师对幼儿进行春游活动安全教育，增强幼儿安全防范意识和自我保护能力。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 保健医生携带好急救用品。以防幼儿突发事情。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4、 春游活动期间一切行动听指挥，准时出发，准时返校。</w:t>
      </w:r>
      <w:r>
        <w:rPr>
          <w:lang w:eastAsia="zh-CN"/>
        </w:rPr>
        <w:br/>
      </w:r>
      <w:r>
        <w:rPr>
          <w:lang w:eastAsia="zh-CN"/>
        </w:rPr>
        <w:t>　　5、 全体幼儿必须穿好校服，背好书包。</w:t>
      </w:r>
      <w:r>
        <w:rPr>
          <w:lang w:eastAsia="zh-CN"/>
        </w:rPr>
        <w:br/>
      </w:r>
      <w:r>
        <w:rPr>
          <w:lang w:eastAsia="zh-CN"/>
        </w:rPr>
        <w:t>　　6、 参观活动时要做到井然有序，教育幼儿不拥挤、不追跑、不打闹。上、下车有序。在车上不能大声暄哗，不能将头和手伸出窗外。</w:t>
      </w:r>
      <w:r>
        <w:rPr>
          <w:lang w:eastAsia="zh-CN"/>
        </w:rPr>
        <w:br/>
      </w:r>
      <w:r>
        <w:rPr>
          <w:lang w:eastAsia="zh-CN"/>
        </w:rPr>
        <w:t>　　7、 注意言行文明，爱护公物，不随地乱扔垃圾。</w:t>
      </w:r>
      <w:r>
        <w:rPr>
          <w:lang w:eastAsia="zh-CN"/>
        </w:rPr>
        <w:br/>
      </w:r>
      <w:r>
        <w:rPr>
          <w:lang w:eastAsia="zh-CN"/>
        </w:rPr>
        <w:t>　　8、 班主任在每一次集合时一定要清点好幼儿人数，确保幼儿安全。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>　　活动程序：</w:t>
      </w:r>
      <w:r>
        <w:rPr>
          <w:lang w:eastAsia="zh-CN"/>
        </w:rPr>
        <w:br/>
      </w:r>
      <w:r>
        <w:rPr>
          <w:lang w:eastAsia="zh-CN"/>
        </w:rPr>
        <w:t>　　7：30&amp;&amp;8：00幼儿早餐</w:t>
      </w:r>
      <w:r>
        <w:rPr>
          <w:lang w:eastAsia="zh-CN"/>
        </w:rPr>
        <w:br/>
      </w:r>
      <w:r>
        <w:rPr>
          <w:lang w:eastAsia="zh-CN"/>
        </w:rPr>
        <w:t>　　8：00&amp;&amp;8：20幼儿活动前准备</w:t>
      </w:r>
      <w:r>
        <w:rPr>
          <w:lang w:eastAsia="zh-CN"/>
        </w:rPr>
        <w:br/>
      </w:r>
      <w:r>
        <w:rPr>
          <w:lang w:eastAsia="zh-CN"/>
        </w:rPr>
        <w:t>　　8：20&amp;&amp; 准时出发</w:t>
      </w:r>
      <w:r>
        <w:rPr>
          <w:lang w:eastAsia="zh-CN"/>
        </w:rPr>
        <w:br/>
      </w:r>
      <w:r>
        <w:rPr>
          <w:lang w:eastAsia="zh-CN"/>
        </w:rPr>
        <w:t>　　9：20&amp;&amp;10：30参观海洋馆，观看表演</w:t>
      </w:r>
      <w:r>
        <w:rPr>
          <w:lang w:eastAsia="zh-CN"/>
        </w:rPr>
        <w:br/>
      </w:r>
      <w:r>
        <w:rPr>
          <w:lang w:eastAsia="zh-CN"/>
        </w:rPr>
        <w:t>　　10：30&amp;&amp;11：00幼儿午餐</w:t>
      </w:r>
      <w:r>
        <w:rPr>
          <w:lang w:eastAsia="zh-CN"/>
        </w:rPr>
        <w:br/>
      </w:r>
      <w:r>
        <w:rPr>
          <w:lang w:eastAsia="zh-CN"/>
        </w:rPr>
        <w:t>　　11：10&amp;&amp;返园准备工作，清点物品及人数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篇3 </w:t>
      </w:r>
      <w:r>
        <w:rPr>
          <w:lang w:eastAsia="zh-CN"/>
        </w:rPr>
        <w:br/>
      </w:r>
      <w:r>
        <w:rPr>
          <w:lang w:eastAsia="zh-CN"/>
        </w:rPr>
        <w:t>　　一、活动目标：</w:t>
      </w:r>
      <w:r>
        <w:rPr>
          <w:lang w:eastAsia="zh-CN"/>
        </w:rPr>
        <w:br/>
      </w:r>
      <w:r>
        <w:rPr>
          <w:lang w:eastAsia="zh-CN"/>
        </w:rPr>
        <w:t>　　1、通过组织幼儿外出活动，真正让幼儿走进大自然，开阔孩子们的眼界，增强孩子们的团队意识。</w:t>
      </w:r>
      <w:r>
        <w:rPr>
          <w:lang w:eastAsia="zh-CN"/>
        </w:rPr>
        <w:br/>
      </w:r>
      <w:r>
        <w:rPr>
          <w:lang w:eastAsia="zh-CN"/>
        </w:rPr>
        <w:t>　　2、结合4月主题活动小花园，让幼儿感受春天的变化。</w:t>
      </w:r>
      <w:r>
        <w:rPr>
          <w:lang w:eastAsia="zh-CN"/>
        </w:rPr>
        <w:br/>
      </w:r>
      <w:r>
        <w:rPr>
          <w:lang w:eastAsia="zh-CN"/>
        </w:rPr>
        <w:t>　　二、活动地点：松江月圆园艺术园</w:t>
      </w:r>
      <w:r>
        <w:rPr>
          <w:lang w:eastAsia="zh-CN"/>
        </w:rPr>
        <w:br/>
      </w:r>
      <w:r>
        <w:rPr>
          <w:lang w:eastAsia="zh-CN"/>
        </w:rPr>
        <w:t>　　三、活动人物：教师(若干名)、幼儿(若干名)、家长(若干名)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四、活动时间：周一(4月24日)</w:t>
      </w:r>
      <w:r>
        <w:rPr>
          <w:lang w:eastAsia="zh-CN"/>
        </w:rPr>
        <w:br/>
      </w:r>
      <w:r>
        <w:rPr>
          <w:lang w:eastAsia="zh-CN"/>
        </w:rPr>
        <w:t>　　五、活动准备：</w:t>
      </w:r>
      <w:r>
        <w:rPr>
          <w:lang w:eastAsia="zh-CN"/>
        </w:rPr>
        <w:br/>
      </w:r>
      <w:r>
        <w:rPr>
          <w:lang w:eastAsia="zh-CN"/>
        </w:rPr>
        <w:t>　　1、教师确定参观的路线</w:t>
      </w:r>
      <w:r>
        <w:rPr>
          <w:lang w:eastAsia="zh-CN"/>
        </w:rPr>
        <w:br/>
      </w:r>
      <w:r>
        <w:rPr>
          <w:lang w:eastAsia="zh-CN"/>
        </w:rPr>
        <w:t>　　2、向各位家长做好通知工作，特别是小班的家长要求都能参加，告知家长本次活动的目的以及配合的事项。</w:t>
      </w:r>
      <w:r>
        <w:rPr>
          <w:lang w:eastAsia="zh-CN"/>
        </w:rPr>
        <w:br/>
      </w:r>
      <w:r>
        <w:rPr>
          <w:lang w:eastAsia="zh-CN"/>
        </w:rPr>
        <w:t>　　3、教师准备游戏及道具。</w:t>
      </w:r>
      <w:r>
        <w:rPr>
          <w:lang w:eastAsia="zh-CN"/>
        </w:rPr>
        <w:br/>
      </w:r>
      <w:r>
        <w:rPr>
          <w:lang w:eastAsia="zh-CN"/>
        </w:rPr>
        <w:t>　　六、安全保障措施：</w:t>
      </w:r>
      <w:r>
        <w:rPr>
          <w:lang w:eastAsia="zh-CN"/>
        </w:rPr>
        <w:br/>
      </w:r>
      <w:r>
        <w:rPr>
          <w:lang w:eastAsia="zh-CN"/>
        </w:rPr>
        <w:t>　　1、加强管理和监督措施。对各个环节的安全防范措施做到层层落实，责任到人。</w:t>
      </w:r>
      <w:r>
        <w:rPr>
          <w:lang w:eastAsia="zh-CN"/>
        </w:rPr>
        <w:br/>
      </w:r>
      <w:r>
        <w:rPr>
          <w:lang w:eastAsia="zh-CN"/>
        </w:rPr>
        <w:t>　　2、班级教师对幼儿进行春游活动安全教育，增强幼儿安全防范意识和自我保护能力。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3、保健医生携带好急救用品。以防幼儿突发事情。</w:t>
      </w:r>
      <w:r>
        <w:rPr>
          <w:lang w:eastAsia="zh-CN"/>
        </w:rPr>
        <w:br/>
      </w:r>
      <w:r>
        <w:rPr>
          <w:lang w:eastAsia="zh-CN"/>
        </w:rPr>
        <w:t>　　4、春游活动期间一切行动听指挥，准时出发，准时返校。</w:t>
      </w:r>
      <w:r>
        <w:rPr>
          <w:lang w:eastAsia="zh-CN"/>
        </w:rPr>
        <w:br/>
      </w:r>
      <w:r>
        <w:rPr>
          <w:lang w:eastAsia="zh-CN"/>
        </w:rPr>
        <w:t>　　5、全体幼儿必须穿好校服。</w:t>
      </w:r>
      <w:r>
        <w:rPr>
          <w:lang w:eastAsia="zh-CN"/>
        </w:rPr>
        <w:br/>
      </w:r>
      <w:r>
        <w:rPr>
          <w:lang w:eastAsia="zh-CN"/>
        </w:rPr>
        <w:t>　　6、参观。活动时要做到井然有序，教育幼儿不拥挤、不追跑、不打闹。上、下车有序。在车上不能大声暄哗，不能将头和手伸出窗外。</w:t>
      </w:r>
      <w:r>
        <w:rPr>
          <w:lang w:eastAsia="zh-CN"/>
        </w:rPr>
        <w:br/>
      </w:r>
      <w:r>
        <w:rPr>
          <w:lang w:eastAsia="zh-CN"/>
        </w:rPr>
        <w:t>　　7、注意言行文明，爱护公物，不随地乱扔垃圾。</w:t>
      </w:r>
      <w:r>
        <w:rPr>
          <w:lang w:eastAsia="zh-CN"/>
        </w:rPr>
        <w:br/>
      </w:r>
      <w:r>
        <w:rPr>
          <w:lang w:eastAsia="zh-CN"/>
        </w:rPr>
        <w:t>　　8、班主任在每一次集合时一定要清点好幼儿人数，确保幼儿安全。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>　　七、活动过程：</w:t>
      </w:r>
      <w:r>
        <w:rPr>
          <w:lang w:eastAsia="zh-CN"/>
        </w:rPr>
        <w:br/>
      </w:r>
      <w:r>
        <w:rPr>
          <w:lang w:eastAsia="zh-CN"/>
        </w:rPr>
        <w:t>　　1、观察松江月圆园艺术园的树木、花草，感受春天的美丽景色。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2、游戏活动：</w:t>
      </w:r>
      <w:r>
        <w:rPr>
          <w:lang w:eastAsia="zh-CN"/>
        </w:rPr>
        <w:br/>
      </w:r>
      <w:r>
        <w:rPr>
          <w:lang w:eastAsia="zh-CN"/>
        </w:rPr>
        <w:t>　　集体活动：玩沙、参观大榕树、跳跳云、迷你长城、迷宫等</w:t>
      </w:r>
      <w:r>
        <w:rPr>
          <w:lang w:eastAsia="zh-CN"/>
        </w:rPr>
        <w:br/>
      </w:r>
      <w:r>
        <w:rPr>
          <w:lang w:eastAsia="zh-CN"/>
        </w:rPr>
        <w:t>　　亲子游戏：</w:t>
      </w:r>
      <w:r>
        <w:rPr>
          <w:lang w:eastAsia="zh-CN"/>
        </w:rPr>
        <w:br/>
      </w:r>
      <w:r>
        <w:rPr>
          <w:lang w:eastAsia="zh-CN"/>
        </w:rPr>
        <w:t>　　(1)揪尾巴</w:t>
      </w:r>
      <w:r>
        <w:rPr>
          <w:lang w:eastAsia="zh-CN"/>
        </w:rPr>
        <w:br/>
      </w:r>
      <w:r>
        <w:rPr>
          <w:lang w:eastAsia="zh-CN"/>
        </w:rPr>
        <w:t>　　准备：尾巴若干</w:t>
      </w:r>
      <w:r>
        <w:rPr>
          <w:lang w:eastAsia="zh-CN"/>
        </w:rPr>
        <w:br/>
      </w:r>
      <w:r>
        <w:rPr>
          <w:lang w:eastAsia="zh-CN"/>
        </w:rPr>
        <w:t>　　玩法：游戏开始时，一位家长和孩子各自将红色带的三分之一塞进裤腰里，其余的部分拖在外面当尾巴。尾巴不可太短，否则孩子不容易抓住。家长和孩子面对面站立，同时数一，二，三两人同时开始左右挪动，互相揪对方的尾巴，先揪到尾巴的为胜。</w:t>
      </w:r>
      <w:r>
        <w:rPr>
          <w:lang w:eastAsia="zh-CN"/>
        </w:rPr>
        <w:br/>
      </w:r>
      <w:r>
        <w:rPr>
          <w:lang w:eastAsia="zh-CN"/>
        </w:rPr>
        <w:t>　　(2)沙地寻宝</w:t>
      </w:r>
      <w:r>
        <w:rPr>
          <w:lang w:eastAsia="zh-CN"/>
        </w:rPr>
        <w:br/>
      </w:r>
      <w:r>
        <w:rPr>
          <w:lang w:eastAsia="zh-CN"/>
        </w:rPr>
        <w:t>　　准备：各种宝藏若干</w:t>
      </w:r>
      <w:r>
        <w:rPr>
          <w:lang w:eastAsia="zh-CN"/>
        </w:rPr>
        <w:br/>
      </w:r>
      <w:r>
        <w:rPr>
          <w:lang w:eastAsia="zh-CN"/>
        </w:rPr>
        <w:t>　　玩法：在沙地中已藏好宝藏，幼儿和家长组成一个寻宝队，把沙地中的宝藏找出来，哪队找出来的最多为胜。</w:t>
      </w:r>
      <w:r>
        <w:rPr>
          <w:lang w:eastAsia="zh-CN"/>
        </w:rPr>
        <w:br/>
      </w:r>
      <w:r>
        <w:rPr>
          <w:lang w:eastAsia="zh-CN"/>
        </w:rPr>
        <w:t>　　(3)袋鼠抱</w:t>
      </w:r>
      <w:r>
        <w:rPr>
          <w:lang w:eastAsia="zh-CN"/>
        </w:rPr>
        <w:br/>
      </w:r>
      <w:r>
        <w:rPr>
          <w:lang w:eastAsia="zh-CN"/>
        </w:rPr>
        <w:t>　　玩法：8个家庭为一队，每队分成两组，面对面站立。幼儿学袋鼠抱紧家长的头颈，双腿夹住家长的腰，家长不能用手抱孩子。游戏开始，第一个家长跑向对面的家长，拍一下对面家长的手，对面家长则跑至对面。哪队家长先跑完为胜。</w:t>
      </w:r>
      <w:r>
        <w:rPr>
          <w:lang w:eastAsia="zh-CN"/>
        </w:rPr>
        <w:br/>
      </w:r>
      <w:r>
        <w:rPr>
          <w:lang w:eastAsia="zh-CN"/>
        </w:rPr>
        <w:t>　　八、活动结束，乘专车返回幼儿园。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篇4 </w:t>
      </w:r>
      <w:r>
        <w:rPr>
          <w:lang w:eastAsia="zh-CN"/>
        </w:rPr>
        <w:br/>
      </w:r>
      <w:r>
        <w:rPr>
          <w:lang w:eastAsia="zh-CN"/>
        </w:rPr>
        <w:t>　　活动时间：20__年4月16日</w:t>
      </w:r>
      <w:r>
        <w:rPr>
          <w:lang w:eastAsia="zh-CN"/>
        </w:rPr>
        <w:br/>
      </w:r>
      <w:r>
        <w:rPr>
          <w:lang w:eastAsia="zh-CN"/>
        </w:rPr>
        <w:t>　　活动地点：宁国恩龙山庄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活动目的：</w:t>
      </w:r>
      <w:r>
        <w:rPr>
          <w:lang w:eastAsia="zh-CN"/>
        </w:rPr>
        <w:br/>
      </w:r>
      <w:r>
        <w:rPr>
          <w:lang w:eastAsia="zh-CN"/>
        </w:rPr>
        <w:t>　　1、开拓幼儿视野，增长知识，亲近自然、感受生活。</w:t>
      </w:r>
      <w:r>
        <w:rPr>
          <w:lang w:eastAsia="zh-CN"/>
        </w:rPr>
        <w:br/>
      </w:r>
      <w:r>
        <w:rPr>
          <w:lang w:eastAsia="zh-CN"/>
        </w:rPr>
        <w:t>　　2、了解家乡恩龙山庄的景色，培养幼儿对家乡的热爱。</w:t>
      </w:r>
      <w:r>
        <w:rPr>
          <w:lang w:eastAsia="zh-CN"/>
        </w:rPr>
        <w:br/>
      </w:r>
      <w:r>
        <w:rPr>
          <w:lang w:eastAsia="zh-CN"/>
        </w:rPr>
        <w:t>　　3、增强环保意识，做个文明旅游人。</w:t>
      </w:r>
      <w:r>
        <w:rPr>
          <w:lang w:eastAsia="zh-CN"/>
        </w:rPr>
        <w:br/>
      </w:r>
      <w:r>
        <w:rPr>
          <w:lang w:eastAsia="zh-CN"/>
        </w:rPr>
        <w:t>　　4、注意安全，遵守集体活动纪律。</w:t>
      </w:r>
      <w:r>
        <w:rPr>
          <w:lang w:eastAsia="zh-CN"/>
        </w:rPr>
        <w:br/>
      </w:r>
      <w:r>
        <w:rPr>
          <w:lang w:eastAsia="zh-CN"/>
        </w:rPr>
        <w:t>　　活动准备：</w:t>
      </w:r>
      <w:r>
        <w:rPr>
          <w:lang w:eastAsia="zh-CN"/>
        </w:rPr>
        <w:br/>
      </w:r>
      <w:r>
        <w:rPr>
          <w:lang w:eastAsia="zh-CN"/>
        </w:rPr>
        <w:t>　　1、提前和恩龙负责人联系，了解门票及景点情况，为活动顺利进行提供帮助。</w:t>
      </w:r>
      <w:r>
        <w:rPr>
          <w:lang w:eastAsia="zh-CN"/>
        </w:rPr>
        <w:br/>
      </w:r>
      <w:r>
        <w:rPr>
          <w:lang w:eastAsia="zh-CN"/>
        </w:rPr>
        <w:t>　　2、向家长说明本次活动的意图，得到家长的同意，争取家长的合作。</w:t>
      </w:r>
      <w:r>
        <w:rPr>
          <w:lang w:eastAsia="zh-CN"/>
        </w:rPr>
        <w:br/>
      </w:r>
      <w:r>
        <w:rPr>
          <w:lang w:eastAsia="zh-CN"/>
        </w:rPr>
        <w:t>　　3、各班提前出通知，详细交代春游时家长为孩子准备的必需品。</w:t>
      </w:r>
      <w:r>
        <w:rPr>
          <w:lang w:eastAsia="zh-CN"/>
        </w:rPr>
        <w:br/>
      </w:r>
      <w:r>
        <w:rPr>
          <w:lang w:eastAsia="zh-CN"/>
        </w:rPr>
        <w:t>　　安全保障措施：</w:t>
      </w:r>
      <w:r>
        <w:rPr>
          <w:lang w:eastAsia="zh-CN"/>
        </w:rPr>
        <w:br/>
      </w:r>
      <w:r>
        <w:rPr>
          <w:lang w:eastAsia="zh-CN"/>
        </w:rPr>
        <w:t>　　1、 每班请两位家长协助教师共同出游，负责幼儿安全工作。</w:t>
      </w:r>
      <w:r>
        <w:rPr>
          <w:lang w:eastAsia="zh-CN"/>
        </w:rPr>
        <w:br/>
      </w:r>
      <w:r>
        <w:rPr>
          <w:lang w:eastAsia="zh-CN"/>
        </w:rPr>
        <w:t>　　2、 各班教师对幼儿进行春游活动安全教育，增强幼儿安全防范意识和自我保护能力。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 春游活动期间一切行动听指挥，准时出发，准时返校。</w:t>
      </w:r>
      <w:r>
        <w:rPr>
          <w:lang w:eastAsia="zh-CN"/>
        </w:rPr>
        <w:br/>
      </w:r>
      <w:r>
        <w:rPr>
          <w:lang w:eastAsia="zh-CN"/>
        </w:rPr>
        <w:t>　　4、活动时要做到井然有序，教育幼儿不拥挤、不追跑、不打闹;上、下车有序;在车上不能大声暄哗，不能将头和手伸出窗外。</w:t>
      </w:r>
      <w:r>
        <w:rPr>
          <w:lang w:eastAsia="zh-CN"/>
        </w:rPr>
        <w:br/>
      </w:r>
      <w:r>
        <w:rPr>
          <w:lang w:eastAsia="zh-CN"/>
        </w:rPr>
        <w:t>　　5、 班主任在每一次集合时一定要清点好幼儿人数，确保幼儿安全。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>　　活动程序：</w:t>
      </w:r>
      <w:r>
        <w:rPr>
          <w:lang w:eastAsia="zh-CN"/>
        </w:rPr>
        <w:br/>
      </w:r>
      <w:r>
        <w:rPr>
          <w:lang w:eastAsia="zh-CN"/>
        </w:rPr>
        <w:t>　　7：30&amp;&amp;8：00幼儿来园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8：00&amp;&amp;8：10幼儿活动前准备</w:t>
      </w:r>
      <w:r>
        <w:rPr>
          <w:lang w:eastAsia="zh-CN"/>
        </w:rPr>
        <w:br/>
      </w:r>
      <w:r>
        <w:rPr>
          <w:lang w:eastAsia="zh-CN"/>
        </w:rPr>
        <w:t>　　8：10&amp;&amp; 准时出发</w:t>
      </w:r>
      <w:r>
        <w:rPr>
          <w:lang w:eastAsia="zh-CN"/>
        </w:rPr>
        <w:br/>
      </w:r>
      <w:r>
        <w:rPr>
          <w:lang w:eastAsia="zh-CN"/>
        </w:rPr>
        <w:t>　　11：00游恩龙</w:t>
      </w:r>
      <w:r>
        <w:rPr>
          <w:lang w:eastAsia="zh-CN"/>
        </w:rPr>
        <w:br/>
      </w:r>
      <w:r>
        <w:rPr>
          <w:lang w:eastAsia="zh-CN"/>
        </w:rPr>
        <w:t>　　11：00&amp;&amp;11：10返园准备工作，清点物品及人数</w:t>
      </w:r>
      <w:r>
        <w:rPr>
          <w:lang w:eastAsia="zh-CN"/>
        </w:rPr>
        <w:br/>
      </w:r>
      <w:r>
        <w:rPr>
          <w:lang w:eastAsia="zh-CN"/>
        </w:rPr>
        <w:t>　　11：00---11：30到园就餐</w:t>
      </w:r>
      <w:r>
        <w:rPr>
          <w:lang w:eastAsia="zh-CN"/>
        </w:rPr>
        <w:br/>
      </w:r>
      <w:r>
        <w:rPr>
          <w:lang w:eastAsia="zh-CN"/>
        </w:rPr>
        <w:t>　　延伸活动：组织幼儿谈话，引导幼儿用绘画的方式表现家乡的美景。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篇5 </w:t>
      </w:r>
      <w:r>
        <w:rPr>
          <w:lang w:eastAsia="zh-CN"/>
        </w:rPr>
        <w:br/>
      </w:r>
      <w:r>
        <w:rPr>
          <w:lang w:eastAsia="zh-CN"/>
        </w:rPr>
        <w:t>　　活动目标：</w:t>
      </w:r>
      <w:r>
        <w:rPr>
          <w:lang w:eastAsia="zh-CN"/>
        </w:rPr>
        <w:br/>
      </w:r>
      <w:r>
        <w:rPr>
          <w:lang w:eastAsia="zh-CN"/>
        </w:rPr>
        <w:t>　　1、走进大自然、感受春天的美好，开阔眼界,增强环保意识。</w:t>
      </w:r>
      <w:r>
        <w:rPr>
          <w:lang w:eastAsia="zh-CN"/>
        </w:rPr>
        <w:br/>
      </w:r>
      <w:r>
        <w:rPr>
          <w:lang w:eastAsia="zh-CN"/>
        </w:rPr>
        <w:t>　　2、体验集体游玩的乐趣，学会分享，增进与家人之间的亲子感情。</w:t>
      </w:r>
      <w:r>
        <w:rPr>
          <w:lang w:eastAsia="zh-CN"/>
        </w:rPr>
        <w:br/>
      </w:r>
      <w:r>
        <w:rPr>
          <w:lang w:eastAsia="zh-CN"/>
        </w:rPr>
        <w:t>　　活动准备：</w:t>
      </w:r>
      <w:r>
        <w:rPr>
          <w:lang w:eastAsia="zh-CN"/>
        </w:rPr>
        <w:br/>
      </w:r>
      <w:r>
        <w:rPr>
          <w:lang w:eastAsia="zh-CN"/>
        </w:rPr>
        <w:t>　　1、活动前做好动员收费工作，并将路线设计好，联系好车辆。</w:t>
      </w:r>
      <w:r>
        <w:rPr>
          <w:lang w:eastAsia="zh-CN"/>
        </w:rPr>
        <w:br/>
      </w:r>
      <w:r>
        <w:rPr>
          <w:lang w:eastAsia="zh-CN"/>
        </w:rPr>
        <w:t>　　2、发放告家长书，宣传春游的注意事项。</w:t>
      </w:r>
      <w:r>
        <w:rPr>
          <w:lang w:eastAsia="zh-CN"/>
        </w:rPr>
        <w:br/>
      </w:r>
      <w:r>
        <w:rPr>
          <w:lang w:eastAsia="zh-CN"/>
        </w:rPr>
        <w:t>　　3、班级对进行春游安全教育，增强安全防范意识和自我保护能力。</w:t>
      </w:r>
      <w:r>
        <w:rPr>
          <w:lang w:eastAsia="zh-CN"/>
        </w:rPr>
        <w:br/>
      </w:r>
      <w:r>
        <w:rPr>
          <w:lang w:eastAsia="zh-CN"/>
        </w:rPr>
        <w:t>　　活动过程：</w:t>
      </w:r>
      <w:r>
        <w:rPr>
          <w:lang w:eastAsia="zh-CN"/>
        </w:rPr>
        <w:br/>
      </w:r>
      <w:r>
        <w:rPr>
          <w:lang w:eastAsia="zh-CN"/>
        </w:rPr>
        <w:t>　　一、上午8：30点，家长和孩子在本班教室集中，老师交代活动注意事项。</w:t>
      </w:r>
      <w:r>
        <w:rPr>
          <w:lang w:eastAsia="zh-CN"/>
        </w:rPr>
        <w:br/>
      </w:r>
      <w:r>
        <w:rPr>
          <w:lang w:eastAsia="zh-CN"/>
        </w:rPr>
        <w:t>　　1、向家长介绍一下今天活动的整个流程及注意事项：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(1)9：00准时出发，孩子和家长每人坐一个座位。活动时要做到井然有序，教育孩子不拥挤、不追跑、不打闹。上、下车有序。在车上不能大声暄哗，不能将头和手伸出窗外。</w:t>
      </w:r>
      <w:r>
        <w:rPr>
          <w:lang w:eastAsia="zh-CN"/>
        </w:rPr>
        <w:br/>
      </w:r>
      <w:r>
        <w:rPr>
          <w:lang w:eastAsia="zh-CN"/>
        </w:rPr>
        <w:t>　　(2)选择适合的时间和地点让孩子休息、吃午饭。注意言行文明，爱护公物，不随地乱扔垃圾。</w:t>
      </w:r>
      <w:r>
        <w:rPr>
          <w:lang w:eastAsia="zh-CN"/>
        </w:rPr>
        <w:br/>
      </w:r>
      <w:r>
        <w:rPr>
          <w:lang w:eastAsia="zh-CN"/>
        </w:rPr>
        <w:t>　　(3)带孩子欣赏公园春天的景色，认识一些动植物和建筑物,了解他们的特征，让孩子进行简单的描述，</w:t>
      </w:r>
      <w:r>
        <w:rPr>
          <w:lang w:eastAsia="zh-CN"/>
        </w:rPr>
        <w:br/>
      </w:r>
      <w:r>
        <w:rPr>
          <w:lang w:eastAsia="zh-CN"/>
        </w:rPr>
        <w:t>　　(4)2：45到公园门口集中，清点人数，拍集体照。</w:t>
      </w:r>
      <w:r>
        <w:rPr>
          <w:lang w:eastAsia="zh-CN"/>
        </w:rPr>
        <w:br/>
      </w:r>
      <w:r>
        <w:rPr>
          <w:lang w:eastAsia="zh-CN"/>
        </w:rPr>
        <w:t>　　(4)3：00分上车返回幼儿园。</w:t>
      </w:r>
      <w:r>
        <w:rPr>
          <w:lang w:eastAsia="zh-CN"/>
        </w:rPr>
        <w:br/>
      </w:r>
      <w:r>
        <w:rPr>
          <w:lang w:eastAsia="zh-CN"/>
        </w:rPr>
        <w:t>　　2、提醒家长活动中要注意安全，自己的物品保管好，最好几个家长一起行动，有事拨打老师的电话。</w:t>
      </w:r>
      <w:r>
        <w:rPr>
          <w:lang w:eastAsia="zh-CN"/>
        </w:rPr>
        <w:br/>
      </w:r>
      <w:r>
        <w:rPr>
          <w:lang w:eastAsia="zh-CN"/>
        </w:rPr>
        <w:t>　　二、9：00分准时出发，安排好家长、孩子的座位，晕车的孩子、家长安排坐在前面，并注意安全。</w:t>
      </w:r>
      <w:r>
        <w:rPr>
          <w:lang w:eastAsia="zh-CN"/>
        </w:rPr>
        <w:br/>
      </w:r>
      <w:r>
        <w:rPr>
          <w:lang w:eastAsia="zh-CN"/>
        </w:rPr>
        <w:t>　　三、9：45左右到达梅园，进行亲子游活动。</w:t>
      </w:r>
      <w:r>
        <w:rPr>
          <w:lang w:eastAsia="zh-CN"/>
        </w:rPr>
        <w:br/>
      </w:r>
      <w:r>
        <w:rPr>
          <w:lang w:eastAsia="zh-CN"/>
        </w:rPr>
        <w:t>　　四、下午3：00分准时返回幼儿园。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篇6 </w:t>
      </w:r>
      <w:r>
        <w:rPr>
          <w:lang w:eastAsia="zh-CN"/>
        </w:rPr>
        <w:br/>
      </w:r>
      <w:r>
        <w:rPr>
          <w:lang w:eastAsia="zh-CN"/>
        </w:rPr>
        <w:t>　　一、活动目标：</w:t>
      </w:r>
      <w:r>
        <w:rPr>
          <w:lang w:eastAsia="zh-CN"/>
        </w:rPr>
        <w:br/>
      </w:r>
      <w:r>
        <w:rPr>
          <w:lang w:eastAsia="zh-CN"/>
        </w:rPr>
        <w:t>　　1、让孩子们亲近自然，开阔眼界，发现春天的美景，感受人与自然的和谐。</w:t>
      </w:r>
      <w:r>
        <w:rPr>
          <w:lang w:eastAsia="zh-CN"/>
        </w:rPr>
        <w:br/>
      </w:r>
      <w:r>
        <w:rPr>
          <w:lang w:eastAsia="zh-CN"/>
        </w:rPr>
        <w:t>　　2、在幼儿、家长、老师的互动游戏活动中，让大家体验快乐，让师生情、亲子情联系更紧密，也增强孩子们的团队意识。</w:t>
      </w:r>
      <w:r>
        <w:rPr>
          <w:lang w:eastAsia="zh-CN"/>
        </w:rPr>
        <w:br/>
      </w:r>
      <w:r>
        <w:rPr>
          <w:lang w:eastAsia="zh-CN"/>
        </w:rPr>
        <w:t>　　3、给孩子表现自我的机会，培养孩子活泼、开朗的性格，促进孩子交往能力的发展。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二、活动准备：</w:t>
      </w:r>
      <w:r>
        <w:rPr>
          <w:lang w:eastAsia="zh-CN"/>
        </w:rPr>
        <w:br/>
      </w:r>
      <w:r>
        <w:rPr>
          <w:lang w:eastAsia="zh-CN"/>
        </w:rPr>
        <w:t>　　1、发布活动方案给所有家长知晓活动内容；（周一发放纸质方案）</w:t>
      </w:r>
      <w:r>
        <w:rPr>
          <w:lang w:eastAsia="zh-CN"/>
        </w:rPr>
        <w:br/>
      </w:r>
      <w:r>
        <w:rPr>
          <w:lang w:eastAsia="zh-CN"/>
        </w:rPr>
        <w:t>　　2、接受报名，尽量所有小朋友都能参加；（周三放学时接受现场登记）</w:t>
      </w:r>
      <w:r>
        <w:rPr>
          <w:lang w:eastAsia="zh-CN"/>
        </w:rPr>
        <w:br/>
      </w:r>
      <w:r>
        <w:rPr>
          <w:lang w:eastAsia="zh-CN"/>
        </w:rPr>
        <w:t>　　3、由家委会成员负责组织活动筹划及后勤准备工作；</w:t>
      </w:r>
      <w:r>
        <w:rPr>
          <w:lang w:eastAsia="zh-CN"/>
        </w:rPr>
        <w:br/>
      </w:r>
      <w:r>
        <w:rPr>
          <w:lang w:eastAsia="zh-CN"/>
        </w:rPr>
        <w:t>　　三、活动安排：</w:t>
      </w:r>
      <w:r>
        <w:rPr>
          <w:lang w:eastAsia="zh-CN"/>
        </w:rPr>
        <w:br/>
      </w:r>
      <w:r>
        <w:rPr>
          <w:lang w:eastAsia="zh-CN"/>
        </w:rPr>
        <w:t>　　1、活动时间：20__-3-29日上午（周二）</w:t>
      </w:r>
      <w:r>
        <w:rPr>
          <w:lang w:eastAsia="zh-CN"/>
        </w:rPr>
        <w:br/>
      </w:r>
      <w:r>
        <w:rPr>
          <w:lang w:eastAsia="zh-CN"/>
        </w:rPr>
        <w:t>　　2、活动地点：新城公园（后面附路线图）</w:t>
      </w:r>
      <w:r>
        <w:rPr>
          <w:lang w:eastAsia="zh-CN"/>
        </w:rPr>
        <w:br/>
      </w:r>
      <w:r>
        <w:rPr>
          <w:lang w:eastAsia="zh-CN"/>
        </w:rPr>
        <w:t>　　3、集中时间与地点：__幼儿园门口，08:30集中，拼车前行</w:t>
      </w:r>
      <w:r>
        <w:rPr>
          <w:lang w:eastAsia="zh-CN"/>
        </w:rPr>
        <w:br/>
      </w:r>
      <w:r>
        <w:rPr>
          <w:lang w:eastAsia="zh-CN"/>
        </w:rPr>
        <w:t>　　4、活动策划：__班家委</w:t>
      </w:r>
      <w:r>
        <w:rPr>
          <w:lang w:eastAsia="zh-CN"/>
        </w:rPr>
        <w:br/>
      </w:r>
      <w:r>
        <w:rPr>
          <w:lang w:eastAsia="zh-CN"/>
        </w:rPr>
        <w:t>　　5、活动主持：刘妈妈</w:t>
      </w:r>
      <w:r>
        <w:rPr>
          <w:lang w:eastAsia="zh-CN"/>
        </w:rPr>
        <w:br/>
      </w:r>
      <w:r>
        <w:rPr>
          <w:lang w:eastAsia="zh-CN"/>
        </w:rPr>
        <w:t>　　协助人员：__班家委</w:t>
      </w:r>
      <w:r>
        <w:rPr>
          <w:lang w:eastAsia="zh-CN"/>
        </w:rPr>
        <w:br/>
      </w:r>
      <w:r>
        <w:rPr>
          <w:lang w:eastAsia="zh-CN"/>
        </w:rPr>
        <w:t>　　6、参与人员：__班小朋友及家长（邀请园领导）</w:t>
      </w:r>
      <w:r>
        <w:rPr>
          <w:lang w:eastAsia="zh-CN"/>
        </w:rPr>
        <w:br/>
      </w:r>
      <w:r>
        <w:rPr>
          <w:lang w:eastAsia="zh-CN"/>
        </w:rPr>
        <w:t>　　四、物品准备：</w:t>
      </w:r>
      <w:r>
        <w:rPr>
          <w:lang w:eastAsia="zh-CN"/>
        </w:rPr>
        <w:br/>
      </w:r>
      <w:r>
        <w:rPr>
          <w:lang w:eastAsia="zh-CN"/>
        </w:rPr>
        <w:t>　　1、家长们给宝宝穿合适运动的衣服，准备更换的衣物，遮阳帽等防晒用品；</w:t>
      </w:r>
      <w:r>
        <w:rPr>
          <w:lang w:eastAsia="zh-CN"/>
        </w:rPr>
        <w:br/>
      </w:r>
      <w:r>
        <w:rPr>
          <w:lang w:eastAsia="zh-CN"/>
        </w:rPr>
        <w:t>　　2、防蚊用品；跌打油、创口贴等防意外的用品，家委会适当准备，家里有的可以自己准备；</w:t>
      </w:r>
      <w:r>
        <w:rPr>
          <w:lang w:eastAsia="zh-CN"/>
        </w:rPr>
        <w:br/>
      </w:r>
      <w:r>
        <w:rPr>
          <w:lang w:eastAsia="zh-CN"/>
        </w:rPr>
        <w:t>　　3、自带饮用水、食物及水果；餐巾纸、湿纸巾和垃圾袋等；</w:t>
      </w:r>
      <w:r>
        <w:rPr>
          <w:lang w:eastAsia="zh-CN"/>
        </w:rPr>
        <w:br/>
      </w:r>
      <w:r>
        <w:rPr>
          <w:lang w:eastAsia="zh-CN"/>
        </w:rPr>
        <w:t>　　4、宝宝的脚踏车、风筝、帐篷、吊床、野餐垫等，家里有的都可以带上；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5、幼儿家长联系电话通讯录；</w:t>
      </w:r>
      <w:r>
        <w:rPr>
          <w:lang w:eastAsia="zh-CN"/>
        </w:rPr>
        <w:br/>
      </w:r>
      <w:r>
        <w:rPr>
          <w:lang w:eastAsia="zh-CN"/>
        </w:rPr>
        <w:t>　　6、家长们有专业相机的可以带上。</w:t>
      </w:r>
      <w:r>
        <w:rPr>
          <w:lang w:eastAsia="zh-CN"/>
        </w:rPr>
        <w:br/>
      </w:r>
      <w:r>
        <w:rPr>
          <w:lang w:eastAsia="zh-CN"/>
        </w:rPr>
        <w:t>　　五、活动内容：</w:t>
      </w:r>
      <w:r>
        <w:rPr>
          <w:lang w:eastAsia="zh-CN"/>
        </w:rPr>
        <w:br/>
      </w:r>
      <w:r>
        <w:rPr>
          <w:lang w:eastAsia="zh-CN"/>
        </w:rPr>
        <w:t>　　1、安全教育：</w:t>
      </w:r>
      <w:r>
        <w:rPr>
          <w:lang w:eastAsia="zh-CN"/>
        </w:rPr>
        <w:br/>
      </w:r>
      <w:r>
        <w:rPr>
          <w:lang w:eastAsia="zh-CN"/>
        </w:rPr>
        <w:t>　　多次对孩子进行安全教育，指导孩子们听从老师和家长的指挥，不随意离开集体，避免去靠近河边的地方，有不舒服及时报告老师和家长。</w:t>
      </w:r>
      <w:r>
        <w:rPr>
          <w:lang w:eastAsia="zh-CN"/>
        </w:rPr>
        <w:br/>
      </w:r>
      <w:r>
        <w:rPr>
          <w:lang w:eastAsia="zh-CN"/>
        </w:rPr>
        <w:t>　　2、寻找，观察春天的景色：</w:t>
      </w:r>
      <w:r>
        <w:rPr>
          <w:lang w:eastAsia="zh-CN"/>
        </w:rPr>
        <w:br/>
      </w:r>
      <w:r>
        <w:rPr>
          <w:lang w:eastAsia="zh-CN"/>
        </w:rPr>
        <w:t>　　到达目的地后，给老师和孩子们派发印有幼儿园名称的小红旗，带领孩子们进行步行游园活动。</w:t>
      </w:r>
      <w:r>
        <w:rPr>
          <w:lang w:eastAsia="zh-CN"/>
        </w:rPr>
        <w:br/>
      </w:r>
      <w:r>
        <w:rPr>
          <w:lang w:eastAsia="zh-CN"/>
        </w:rPr>
        <w:t>　　3、亲子游戏：</w:t>
      </w:r>
      <w:r>
        <w:rPr>
          <w:lang w:eastAsia="zh-CN"/>
        </w:rPr>
        <w:br/>
      </w:r>
      <w:r>
        <w:rPr>
          <w:lang w:eastAsia="zh-CN"/>
        </w:rPr>
        <w:t>　　（1）破冰游戏（让大家迅速熟悉起来的游戏）</w:t>
      </w:r>
      <w:r>
        <w:rPr>
          <w:lang w:eastAsia="zh-CN"/>
        </w:rPr>
        <w:br/>
      </w:r>
      <w:r>
        <w:rPr>
          <w:lang w:eastAsia="zh-CN"/>
        </w:rPr>
        <w:t>　　玩法：将所有人排成相对的两个同心圆，边唱歌边走动转圈，内外圈的旋转方向相反，歌声一停，面对面的两人要相互握手，并向对方介绍自我，歌声再起时，游戏继续进行；</w:t>
      </w:r>
      <w:r>
        <w:rPr>
          <w:lang w:eastAsia="zh-CN"/>
        </w:rPr>
        <w:br/>
      </w:r>
      <w:r>
        <w:rPr>
          <w:lang w:eastAsia="zh-CN"/>
        </w:rPr>
        <w:t>　　（2）找孩子</w:t>
      </w:r>
      <w:r>
        <w:rPr>
          <w:lang w:eastAsia="zh-CN"/>
        </w:rPr>
        <w:br/>
      </w:r>
      <w:r>
        <w:rPr>
          <w:lang w:eastAsia="zh-CN"/>
        </w:rPr>
        <w:t>　　玩法：家长和孩子隔离一定距离站成两行，家长蒙上眼睛，原地转三圈后，走到对面找到自己的孩子再返回，用时少者胜利；</w:t>
      </w:r>
      <w:r>
        <w:rPr>
          <w:lang w:eastAsia="zh-CN"/>
        </w:rPr>
        <w:br/>
      </w:r>
      <w:r>
        <w:rPr>
          <w:lang w:eastAsia="zh-CN"/>
        </w:rPr>
        <w:t>　　（3）袋鼠抱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玩法：8个家庭为一队，每队分成两组，面对面站立。幼儿学袋鼠抱紧家长的头颈，双腿夹住家长的腰，家长不能用手抱孩子。游戏开始，第一个家长跑向对面的家长，拍一下对面家长的手，对面家长则跑至对面。哪队家长先跑完为胜。</w:t>
      </w:r>
      <w:r>
        <w:rPr>
          <w:lang w:eastAsia="zh-CN"/>
        </w:rPr>
        <w:br/>
      </w:r>
      <w:r>
        <w:rPr>
          <w:lang w:eastAsia="zh-CN"/>
        </w:rPr>
        <w:t>　　（4）沙地寻宝</w:t>
      </w:r>
      <w:r>
        <w:rPr>
          <w:lang w:eastAsia="zh-CN"/>
        </w:rPr>
        <w:br/>
      </w:r>
      <w:r>
        <w:rPr>
          <w:lang w:eastAsia="zh-CN"/>
        </w:rPr>
        <w:t>　　准备：各种“宝藏”若干</w:t>
      </w:r>
      <w:r>
        <w:rPr>
          <w:lang w:eastAsia="zh-CN"/>
        </w:rPr>
        <w:br/>
      </w:r>
      <w:r>
        <w:rPr>
          <w:lang w:eastAsia="zh-CN"/>
        </w:rPr>
        <w:t>　　玩法：在沙地中已藏好“宝藏”，幼儿和家长组成一个寻宝队，把沙地中的“宝藏”找出来，哪队找出来的最多为胜。</w:t>
      </w:r>
      <w:r>
        <w:rPr>
          <w:lang w:eastAsia="zh-CN"/>
        </w:rPr>
        <w:br/>
      </w:r>
      <w:r>
        <w:rPr>
          <w:lang w:eastAsia="zh-CN"/>
        </w:rPr>
        <w:t>　　4、疯狂趣味拍照：</w:t>
      </w:r>
      <w:r>
        <w:rPr>
          <w:lang w:eastAsia="zh-CN"/>
        </w:rPr>
        <w:br/>
      </w:r>
      <w:r>
        <w:rPr>
          <w:lang w:eastAsia="zh-CN"/>
        </w:rPr>
        <w:t>　　（1）请家长担任专业摄影师，热烈欢迎有兴趣爱好的家长报名；</w:t>
      </w:r>
      <w:r>
        <w:rPr>
          <w:lang w:eastAsia="zh-CN"/>
        </w:rPr>
        <w:br/>
      </w:r>
      <w:r>
        <w:rPr>
          <w:lang w:eastAsia="zh-CN"/>
        </w:rPr>
        <w:t>　　（2）在游园的时候，亲子们可以各种搞怪拍照；</w:t>
      </w:r>
      <w:r>
        <w:rPr>
          <w:lang w:eastAsia="zh-CN"/>
        </w:rPr>
        <w:br/>
      </w:r>
      <w:r>
        <w:rPr>
          <w:lang w:eastAsia="zh-CN"/>
        </w:rPr>
        <w:t>　　（3）捕捉精彩游戏瞬间，留下宝贵回忆；</w:t>
      </w:r>
      <w:r>
        <w:rPr>
          <w:lang w:eastAsia="zh-CN"/>
        </w:rPr>
        <w:br/>
      </w:r>
      <w:r>
        <w:rPr>
          <w:lang w:eastAsia="zh-CN"/>
        </w:rPr>
        <w:t>　　（4）亲子游戏结束后，各种趣味造型拍照；</w:t>
      </w:r>
      <w:r>
        <w:rPr>
          <w:lang w:eastAsia="zh-CN"/>
        </w:rPr>
        <w:br/>
      </w:r>
      <w:r>
        <w:rPr>
          <w:lang w:eastAsia="zh-CN"/>
        </w:rPr>
        <w:t>　　（5）单人的照片上传到Q群，自行下载；趣味集体照，将冲洗出来后派发给每一位参与的小朋友。</w:t>
      </w:r>
      <w:r>
        <w:rPr>
          <w:lang w:eastAsia="zh-CN"/>
        </w:rPr>
        <w:br/>
      </w:r>
      <w:r>
        <w:rPr>
          <w:lang w:eastAsia="zh-CN"/>
        </w:rPr>
        <w:t>　　5、集体休息、品尝分享食物，分享春游的感受，自发表演节目；</w:t>
      </w:r>
      <w:r>
        <w:rPr>
          <w:lang w:eastAsia="zh-CN"/>
        </w:rPr>
        <w:br/>
      </w:r>
      <w:r>
        <w:rPr>
          <w:lang w:eastAsia="zh-CN"/>
        </w:rPr>
        <w:t>　　6、清理场地，整理幼儿物品，返程。</w:t>
      </w:r>
      <w:r>
        <w:rPr>
          <w:lang w:eastAsia="zh-CN"/>
        </w:rPr>
        <w:br/>
      </w:r>
      <w:r>
        <w:rPr>
          <w:lang w:eastAsia="zh-CN"/>
        </w:rPr>
        <w:t>　　六、温馨提示：</w:t>
      </w:r>
      <w:r>
        <w:rPr>
          <w:lang w:eastAsia="zh-CN"/>
        </w:rPr>
        <w:br/>
      </w:r>
      <w:r>
        <w:rPr>
          <w:lang w:eastAsia="zh-CN"/>
        </w:rPr>
        <w:t>　　1、本次活动属于非官方组织，自愿参与原则，请各位家长确保自身及孩子的人身财物安全；</w:t>
      </w:r>
      <w:r>
        <w:rPr>
          <w:lang w:eastAsia="zh-CN"/>
        </w:rPr>
        <w:br/>
      </w:r>
      <w:r>
        <w:rPr>
          <w:lang w:eastAsia="zh-CN"/>
        </w:rPr>
        <w:t>　　2、尽量所有小朋友都能参加，每一位小朋友至少一名家长陪同；</w:t>
      </w:r>
      <w:r>
        <w:rPr>
          <w:lang w:eastAsia="zh-CN"/>
        </w:rPr>
        <w:br/>
      </w:r>
      <w:r>
        <w:rPr>
          <w:lang w:eastAsia="zh-CN"/>
        </w:rPr>
        <w:t>　　春游注意事项</w:t>
      </w:r>
      <w:r>
        <w:rPr>
          <w:lang w:eastAsia="zh-CN"/>
        </w:rPr>
        <w:br/>
      </w:r>
      <w:r>
        <w:rPr>
          <w:lang w:eastAsia="zh-CN"/>
        </w:rPr>
        <w:t>　　幼儿园春游注意事项之一</w:t>
      </w:r>
      <w:r>
        <w:rPr>
          <w:lang w:eastAsia="zh-CN"/>
        </w:rPr>
        <w:br/>
      </w:r>
      <w:r>
        <w:rPr>
          <w:lang w:eastAsia="zh-CN"/>
        </w:rPr>
        <w:t>　　目的地的选择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幼儿春游宜选择近郊公园、农庄或者有教育意义的景点等。而且路途比较平坦的，不要选择山区公路出行，因为幼儿乘坐交通工具时不宜急转弯、急刹车。车程应该控制在一小时之内的目的地。公园或农庄必须要有完善的安全设施，主要是水塘或湖泊要有围栏、农庄的动物必须是圈养的等。</w:t>
      </w:r>
      <w:r>
        <w:rPr>
          <w:lang w:eastAsia="zh-CN"/>
        </w:rPr>
        <w:br/>
      </w:r>
      <w:r>
        <w:rPr>
          <w:lang w:eastAsia="zh-CN"/>
        </w:rPr>
        <w:t>　　幼儿园春游注意事项之二</w:t>
      </w:r>
      <w:r>
        <w:rPr>
          <w:lang w:eastAsia="zh-CN"/>
        </w:rPr>
        <w:br/>
      </w:r>
      <w:r>
        <w:rPr>
          <w:lang w:eastAsia="zh-CN"/>
        </w:rPr>
        <w:t>　　必备的衣物</w:t>
      </w:r>
      <w:r>
        <w:rPr>
          <w:lang w:eastAsia="zh-CN"/>
        </w:rPr>
        <w:br/>
      </w:r>
      <w:r>
        <w:rPr>
          <w:lang w:eastAsia="zh-CN"/>
        </w:rPr>
        <w:t>　　孩子在活动过程中比较活跃，经常会大量出汗。汗湿如果没有及时擦干，捂在衣物里靠孩子的体温捂干或被风吹干，很容易引发感冒。因此，老师或家长应该随身携带一些隔汗巾或内衣，及时地帮孩子擦干身上的汗水或更换衣服。</w:t>
      </w:r>
      <w:r>
        <w:rPr>
          <w:lang w:eastAsia="zh-CN"/>
        </w:rPr>
        <w:br/>
      </w:r>
      <w:r>
        <w:rPr>
          <w:lang w:eastAsia="zh-CN"/>
        </w:rPr>
        <w:t>　　幼儿园春游注意事项之三</w:t>
      </w:r>
      <w:r>
        <w:rPr>
          <w:lang w:eastAsia="zh-CN"/>
        </w:rPr>
        <w:br/>
      </w:r>
      <w:r>
        <w:rPr>
          <w:lang w:eastAsia="zh-CN"/>
        </w:rPr>
        <w:t>　　必备的食品</w:t>
      </w:r>
      <w:r>
        <w:rPr>
          <w:lang w:eastAsia="zh-CN"/>
        </w:rPr>
        <w:br/>
      </w:r>
      <w:r>
        <w:rPr>
          <w:lang w:eastAsia="zh-CN"/>
        </w:rPr>
        <w:t>　　春游时，家长一般会为孩子准备一些食物和零食。某些食物是不适宜由孩子携带食用的，例如果冻、有核的蜜饯，孩子在食用时一不小心就会噎住。有奶油夹心的点心容易变质，香蕉容易被捂烂，所以也不适宜携带。</w:t>
      </w:r>
      <w:r>
        <w:rPr>
          <w:lang w:eastAsia="zh-CN"/>
        </w:rPr>
        <w:br/>
      </w:r>
      <w:r>
        <w:rPr>
          <w:lang w:eastAsia="zh-CN"/>
        </w:rPr>
        <w:t>　　建议可以适当准备几瓶水、适量的小面包或糕点、味道鲜美的小水果。</w:t>
      </w:r>
      <w:r>
        <w:rPr>
          <w:lang w:eastAsia="zh-CN"/>
        </w:rPr>
        <w:br/>
      </w:r>
      <w:r>
        <w:rPr>
          <w:lang w:eastAsia="zh-CN"/>
        </w:rPr>
        <w:t>　　幼儿园春游注意事项之四</w:t>
      </w:r>
      <w:r>
        <w:rPr>
          <w:lang w:eastAsia="zh-CN"/>
        </w:rPr>
        <w:br/>
      </w:r>
      <w:r>
        <w:rPr>
          <w:lang w:eastAsia="zh-CN"/>
        </w:rPr>
        <w:t>　　必备的药品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幼儿在看到鲜花、绿草之时总是很激动的，激动之余，难免会手舞足蹈，如此，磕伤碰伤也是难免的。因而，家长或老师在孩子们春游时一定要记得带上几瓶云南白药、创可贴之类的外伤外敷药品。注意这些药品不可以给孩子自己使用的。同时，如果孩子本身有一些身体不舒服的症状，一定要记得预先根据医嘱，带一些对症下药的常用药。</w:t>
      </w:r>
      <w:r>
        <w:rPr>
          <w:lang w:eastAsia="zh-CN"/>
        </w:rPr>
        <w:br/>
      </w:r>
      <w:r>
        <w:rPr>
          <w:lang w:eastAsia="zh-CN"/>
        </w:rPr>
        <w:t>　　但是如果孩子会晕车的话，家长可以在出门前给孩子吃一些晕车药。但千万不要擅自给孩子用药。老师也应注意，将容易晕车的孩子安排坐在前排靠窗通风的位置。</w:t>
      </w:r>
      <w:r>
        <w:rPr>
          <w:lang w:eastAsia="zh-CN"/>
        </w:rPr>
        <w:br/>
      </w:r>
      <w:r>
        <w:rPr>
          <w:lang w:eastAsia="zh-CN"/>
        </w:rPr>
        <w:t>　　幼儿园春游注意事项之五</w:t>
      </w:r>
      <w:r>
        <w:rPr>
          <w:lang w:eastAsia="zh-CN"/>
        </w:rPr>
        <w:br/>
      </w:r>
      <w:r>
        <w:rPr>
          <w:lang w:eastAsia="zh-CN"/>
        </w:rPr>
        <w:t>　　必备的其它用品</w:t>
      </w:r>
      <w:r>
        <w:rPr>
          <w:lang w:eastAsia="zh-CN"/>
        </w:rPr>
        <w:br/>
      </w:r>
      <w:r>
        <w:rPr>
          <w:lang w:eastAsia="zh-CN"/>
        </w:rPr>
        <w:t>　　春暖花开，风景优美，拍照是必不可少，所以出行相机是必备的，如果有场地，可以带小朋友玩游戏、放风筝、踢足球等。所以可以带一些玩具、泡泡机、风筝或足球。</w:t>
      </w:r>
      <w:r>
        <w:rPr>
          <w:lang w:eastAsia="zh-CN"/>
        </w:rPr>
        <w:br/>
      </w:r>
      <w:r>
        <w:rPr>
          <w:lang w:eastAsia="zh-CN"/>
        </w:rPr>
        <w:t>　　幼儿园春游注意事项之六</w:t>
      </w:r>
      <w:r>
        <w:rPr>
          <w:lang w:eastAsia="zh-CN"/>
        </w:rPr>
        <w:br/>
      </w:r>
      <w:r>
        <w:rPr>
          <w:lang w:eastAsia="zh-CN"/>
        </w:rPr>
        <w:t>　　提前做好安全教育</w:t>
      </w:r>
      <w:r>
        <w:rPr>
          <w:lang w:eastAsia="zh-CN"/>
        </w:rPr>
        <w:br/>
      </w:r>
      <w:r>
        <w:rPr>
          <w:lang w:eastAsia="zh-CN"/>
        </w:rPr>
        <w:t>　　老师对幼儿进行春游活动安全教育，增强幼儿安全防范意识和自我保护能力。家长也要叮嘱孩子在旅途要注意安全，不要随意走散，不要玩一些躲藏的游戏。</w:t>
      </w:r>
      <w:r>
        <w:rPr>
          <w:lang w:eastAsia="zh-CN"/>
        </w:rPr>
        <w:br/>
      </w:r>
      <w:r>
        <w:rPr>
          <w:lang w:eastAsia="zh-CN"/>
        </w:rPr>
        <w:t>　　幼儿园春游注意事项之七</w:t>
      </w:r>
      <w:r>
        <w:rPr>
          <w:lang w:eastAsia="zh-CN"/>
        </w:rPr>
        <w:br/>
      </w:r>
      <w:r>
        <w:rPr>
          <w:lang w:eastAsia="zh-CN"/>
        </w:rPr>
        <w:t>　　观景注意事项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老师要注意观察活动场地的周围环境，提醒孩子注意脚下高低。尤其是在一些人工仿造自然山洞、树林的环境中，由于光线较暗、地面高低不平，老师们要特别注意。提醒孩子注意脚下高低，不趴在栏杆上，不爬假山等。家长与幼儿保持距离，不奔跑、不推挤、不掉队。老师在旅行过程要记得经常清点人数。</w:t>
      </w:r>
      <w:r>
        <w:rPr>
          <w:lang w:eastAsia="zh-CN"/>
        </w:rPr>
        <w:br/>
      </w:r>
      <w:r>
        <w:rPr>
          <w:lang w:eastAsia="zh-CN"/>
        </w:rPr>
        <w:t>　　幼儿园春游注意事项之八</w:t>
      </w:r>
      <w:r>
        <w:rPr>
          <w:lang w:eastAsia="zh-CN"/>
        </w:rPr>
        <w:br/>
      </w:r>
      <w:r>
        <w:rPr>
          <w:lang w:eastAsia="zh-CN"/>
        </w:rPr>
        <w:t>　　出游途中的学习教育</w:t>
      </w:r>
      <w:r>
        <w:rPr>
          <w:lang w:eastAsia="zh-CN"/>
        </w:rPr>
        <w:br/>
      </w:r>
      <w:r>
        <w:rPr>
          <w:lang w:eastAsia="zh-CN"/>
        </w:rPr>
        <w:t>　　很多动物或植物以及人文景观，幼儿是初次见到，老师或家长可以对孩子进行相关的教育。春游可以培养孩子们团结协作精神，共同出游可以帮助孩子们增进友谊。还有提醒幼儿和家长注意爱护花草，不乱扔垃圾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篇7 </w:t>
      </w:r>
      <w:r>
        <w:rPr>
          <w:lang w:eastAsia="zh-CN"/>
        </w:rPr>
        <w:br/>
      </w:r>
      <w:r>
        <w:rPr>
          <w:lang w:eastAsia="zh-CN"/>
        </w:rPr>
        <w:t>　　一、活动目标：</w:t>
      </w:r>
      <w:r>
        <w:rPr>
          <w:lang w:eastAsia="zh-CN"/>
        </w:rPr>
        <w:br/>
      </w:r>
      <w:r>
        <w:rPr>
          <w:lang w:eastAsia="zh-CN"/>
        </w:rPr>
        <w:t>　　1、结合主题活动，让幼儿感受春天的变化</w:t>
      </w:r>
      <w:r>
        <w:rPr>
          <w:lang w:eastAsia="zh-CN"/>
        </w:rPr>
        <w:br/>
      </w:r>
      <w:r>
        <w:rPr>
          <w:lang w:eastAsia="zh-CN"/>
        </w:rPr>
        <w:t>　　2、通过组织幼儿外出活动，真正让幼儿走进大自然，开阔孩子们的眼界，增强孩子们的团队意识。</w:t>
      </w:r>
      <w:r>
        <w:rPr>
          <w:lang w:eastAsia="zh-CN"/>
        </w:rPr>
        <w:br/>
      </w:r>
      <w:r>
        <w:rPr>
          <w:lang w:eastAsia="zh-CN"/>
        </w:rPr>
        <w:t>　　二、活动地点：白沙门公园</w:t>
      </w:r>
      <w:r>
        <w:rPr>
          <w:lang w:eastAsia="zh-CN"/>
        </w:rPr>
        <w:br/>
      </w:r>
      <w:r>
        <w:rPr>
          <w:lang w:eastAsia="zh-CN"/>
        </w:rPr>
        <w:t>　　三、活动人物：小中班全体老师及全体幼儿 家长若干</w:t>
      </w:r>
      <w:r>
        <w:rPr>
          <w:lang w:eastAsia="zh-CN"/>
        </w:rPr>
        <w:br/>
      </w:r>
      <w:r>
        <w:rPr>
          <w:lang w:eastAsia="zh-CN"/>
        </w:rPr>
        <w:t>　　四、活动时间：周五(3月30日)</w:t>
      </w:r>
      <w:r>
        <w:rPr>
          <w:lang w:eastAsia="zh-CN"/>
        </w:rPr>
        <w:br/>
      </w:r>
      <w:r>
        <w:rPr>
          <w:lang w:eastAsia="zh-CN"/>
        </w:rPr>
        <w:t>　　五、活动准备：</w:t>
      </w:r>
      <w:r>
        <w:rPr>
          <w:lang w:eastAsia="zh-CN"/>
        </w:rPr>
        <w:br/>
      </w:r>
      <w:r>
        <w:rPr>
          <w:lang w:eastAsia="zh-CN"/>
        </w:rPr>
        <w:t>　　1、教师确定参观的路线</w:t>
      </w:r>
      <w:r>
        <w:rPr>
          <w:lang w:eastAsia="zh-CN"/>
        </w:rPr>
        <w:br/>
      </w:r>
      <w:r>
        <w:rPr>
          <w:lang w:eastAsia="zh-CN"/>
        </w:rPr>
        <w:t>　　2、向各位家长做好通知工作，特别是小班的家长要求都能参加，告知家长本次活动的目的以及配合的事项。</w:t>
      </w:r>
      <w:r>
        <w:rPr>
          <w:lang w:eastAsia="zh-CN"/>
        </w:rPr>
        <w:br/>
      </w:r>
      <w:r>
        <w:rPr>
          <w:lang w:eastAsia="zh-CN"/>
        </w:rPr>
        <w:t>　　3、教师准备游戏及道具。</w:t>
      </w:r>
      <w:r>
        <w:rPr>
          <w:lang w:eastAsia="zh-CN"/>
        </w:rPr>
        <w:br/>
      </w:r>
      <w:r>
        <w:rPr>
          <w:lang w:eastAsia="zh-CN"/>
        </w:rPr>
        <w:t>　　六、安全保障措施：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1、加强管理和监督措施。对各个环节的安全防范措施做到层层落实，责任到人。</w:t>
      </w:r>
      <w:r>
        <w:rPr>
          <w:lang w:eastAsia="zh-CN"/>
        </w:rPr>
        <w:br/>
      </w:r>
      <w:r>
        <w:rPr>
          <w:lang w:eastAsia="zh-CN"/>
        </w:rPr>
        <w:t>　　2、班级教师对幼儿进行春游活动安全教育，增强幼儿安全防范意识和自我保护能力。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3、春游活动期间一切行动听指挥，准时出发，准时返校。</w:t>
      </w:r>
      <w:r>
        <w:rPr>
          <w:lang w:eastAsia="zh-CN"/>
        </w:rPr>
        <w:br/>
      </w:r>
      <w:r>
        <w:rPr>
          <w:lang w:eastAsia="zh-CN"/>
        </w:rPr>
        <w:t>　　4、班主任在每一次集合时一定要清点好幼儿人数，确保幼儿安全。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>　　5、保健医生携带好急救用品。以防幼儿突发事情。</w:t>
      </w:r>
      <w:r>
        <w:rPr>
          <w:lang w:eastAsia="zh-CN"/>
        </w:rPr>
        <w:br/>
      </w:r>
      <w:r>
        <w:rPr>
          <w:lang w:eastAsia="zh-CN"/>
        </w:rPr>
        <w:t>　　6、参观。活动时要做到井然有序，教育幼儿不拥挤、不追跑、不打闹。上、下车有序。在车上不能大声暄哗，不能将头和手伸出窗外。</w:t>
      </w:r>
      <w:r>
        <w:rPr>
          <w:lang w:eastAsia="zh-CN"/>
        </w:rPr>
        <w:br/>
      </w:r>
      <w:r>
        <w:rPr>
          <w:lang w:eastAsia="zh-CN"/>
        </w:rPr>
        <w:t>　　7、注意言行文明，爱护公物，不随地乱扔垃圾。</w:t>
      </w:r>
      <w:r>
        <w:rPr>
          <w:lang w:eastAsia="zh-CN"/>
        </w:rPr>
        <w:br/>
      </w:r>
      <w:r>
        <w:rPr>
          <w:lang w:eastAsia="zh-CN"/>
        </w:rPr>
        <w:t>　　8、全体幼儿必须穿好校服。</w:t>
      </w:r>
      <w:r>
        <w:rPr>
          <w:lang w:eastAsia="zh-CN"/>
        </w:rPr>
        <w:br/>
      </w:r>
      <w:r>
        <w:rPr>
          <w:lang w:eastAsia="zh-CN"/>
        </w:rPr>
        <w:t>　　七、活动过程：</w:t>
      </w:r>
      <w:r>
        <w:rPr>
          <w:lang w:eastAsia="zh-CN"/>
        </w:rPr>
        <w:br/>
      </w:r>
      <w:r>
        <w:rPr>
          <w:lang w:eastAsia="zh-CN"/>
        </w:rPr>
        <w:t>　　1、观察白沙门共园的树木、花草，感受春天的美丽景色。</w:t>
      </w:r>
      <w:r>
        <w:rPr>
          <w:lang w:eastAsia="zh-CN"/>
        </w:rPr>
        <w:br/>
      </w:r>
      <w:r>
        <w:rPr>
          <w:lang w:eastAsia="zh-CN"/>
        </w:rPr>
        <w:t>　　2、游戏活动：集体活动：玩沙、参观大榕树、游乐场等。</w:t>
      </w:r>
      <w:r>
        <w:rPr>
          <w:lang w:eastAsia="zh-CN"/>
        </w:rPr>
        <w:br/>
      </w:r>
      <w:r>
        <w:rPr>
          <w:lang w:eastAsia="zh-CN"/>
        </w:rPr>
        <w:t>　　3、亲子游戏：</w:t>
      </w:r>
      <w:r>
        <w:rPr>
          <w:lang w:eastAsia="zh-CN"/>
        </w:rPr>
        <w:br/>
      </w:r>
      <w:r>
        <w:rPr>
          <w:lang w:eastAsia="zh-CN"/>
        </w:rPr>
        <w:t>　　(1)揪尾巴 准备：尾巴若干 玩法：游戏开始时，一位家长和孩子各自将红色带的三分之一塞进裤腰里，其余的部分拖在外面当尾巴。尾巴不可太短，否则孩子不容易抓住。家长和孩子面对面站立，同时数一，二，三，两人同时开始左右挪动，互相揪对方的尾巴，先揪到尾巴的为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(2)沙地寻宝 准备：各种宝藏若干 玩法：在沙地中已藏好宝藏，幼儿和家长组成一个寻宝队，把沙地中的宝藏找出来，哪队找出来的最多为胜。</w:t>
      </w:r>
      <w:r>
        <w:rPr>
          <w:lang w:eastAsia="zh-CN"/>
        </w:rPr>
        <w:br/>
      </w:r>
      <w:r>
        <w:rPr>
          <w:lang w:eastAsia="zh-CN"/>
        </w:rPr>
        <w:t>　　(3)袋鼠抱 玩法：8个家庭为一队，每队分成两组，面对面站立。幼儿学袋鼠抱紧家长的头颈，双腿夹住家长的腰，家长不能用手抱孩子。游戏开始，第一个家长跑向对面的家长，拍一下对面家长的手，对面家长则跑至对面。哪队家长先跑完为胜。</w:t>
      </w:r>
      <w:r>
        <w:rPr>
          <w:lang w:eastAsia="zh-CN"/>
        </w:rPr>
        <w:br/>
      </w:r>
      <w:r>
        <w:rPr>
          <w:lang w:eastAsia="zh-CN"/>
        </w:rPr>
        <w:t>　　八、活动结束，乘专车返回幼儿园。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篇8 </w:t>
      </w:r>
      <w:r>
        <w:rPr>
          <w:lang w:eastAsia="zh-CN"/>
        </w:rPr>
        <w:br/>
      </w:r>
      <w:r>
        <w:rPr>
          <w:lang w:eastAsia="zh-CN"/>
        </w:rPr>
        <w:t>　　目标：</w:t>
      </w:r>
      <w:r>
        <w:rPr>
          <w:lang w:eastAsia="zh-CN"/>
        </w:rPr>
        <w:br/>
      </w:r>
      <w:r>
        <w:rPr>
          <w:lang w:eastAsia="zh-CN"/>
        </w:rPr>
        <w:t>　　1、通过春游活动，让幼儿感受大自然的美，观察身边花、草、树木的变化。</w:t>
      </w:r>
      <w:r>
        <w:rPr>
          <w:lang w:eastAsia="zh-CN"/>
        </w:rPr>
        <w:br/>
      </w:r>
      <w:r>
        <w:rPr>
          <w:lang w:eastAsia="zh-CN"/>
        </w:rPr>
        <w:t>　　2、在外出活动中，通过观察、讨论让幼儿体会干净整洁的环境能给人带来愉快的心情，从而激发幼儿保护环境，美化环境的情感。</w:t>
      </w:r>
      <w:r>
        <w:rPr>
          <w:lang w:eastAsia="zh-CN"/>
        </w:rPr>
        <w:br/>
      </w:r>
      <w:r>
        <w:rPr>
          <w:lang w:eastAsia="zh-CN"/>
        </w:rPr>
        <w:t>　　准备：书包，(轻便、合适)的衣裤、鞋子;马夹袋、(干、湿)纸巾，稍许零食;</w:t>
      </w:r>
      <w:r>
        <w:rPr>
          <w:lang w:eastAsia="zh-CN"/>
        </w:rPr>
        <w:br/>
      </w:r>
      <w:r>
        <w:rPr>
          <w:lang w:eastAsia="zh-CN"/>
        </w:rPr>
        <w:t>　　过程：</w:t>
      </w:r>
      <w:r>
        <w:rPr>
          <w:lang w:eastAsia="zh-CN"/>
        </w:rPr>
        <w:br/>
      </w:r>
      <w:r>
        <w:rPr>
          <w:lang w:eastAsia="zh-CN"/>
        </w:rPr>
        <w:t>　　一、出发前的谈话</w:t>
      </w:r>
      <w:r>
        <w:rPr>
          <w:lang w:eastAsia="zh-CN"/>
        </w:rPr>
        <w:br/>
      </w:r>
      <w:r>
        <w:rPr>
          <w:lang w:eastAsia="zh-CN"/>
        </w:rPr>
        <w:t>　　1、 外出活动时注意安全、引导幼儿观察春天的景物。</w:t>
      </w:r>
      <w:r>
        <w:rPr>
          <w:lang w:eastAsia="zh-CN"/>
        </w:rPr>
        <w:br/>
      </w:r>
      <w:r>
        <w:rPr>
          <w:lang w:eastAsia="zh-CN"/>
        </w:rPr>
        <w:t>　　(1)给幼儿检查书包和衣服、鞋子。</w:t>
      </w:r>
      <w:r>
        <w:rPr>
          <w:lang w:eastAsia="zh-CN"/>
        </w:rPr>
        <w:br/>
      </w:r>
      <w:r>
        <w:rPr>
          <w:lang w:eastAsia="zh-CN"/>
        </w:rPr>
        <w:t>　　(2)两个两个手牵手，眼睛看前面，不东张西望。</w:t>
      </w:r>
      <w:r>
        <w:rPr>
          <w:lang w:eastAsia="zh-CN"/>
        </w:rPr>
        <w:br/>
      </w:r>
      <w:r>
        <w:rPr>
          <w:lang w:eastAsia="zh-CN"/>
        </w:rPr>
        <w:t>　　(3)上下车时，慢慢等待，不推拉前面的小朋友。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(4)在活动中，不能单独离开集体，应与老师和小朋友在一起。</w:t>
      </w:r>
      <w:r>
        <w:rPr>
          <w:lang w:eastAsia="zh-CN"/>
        </w:rPr>
        <w:br/>
      </w:r>
      <w:r>
        <w:rPr>
          <w:lang w:eastAsia="zh-CN"/>
        </w:rPr>
        <w:t>　　(5)哥哥、姐姐应照顾好小班的弟弟妹妹，在活动中要一直与弟弟妹妹手牵手，不能让他们走丢了。</w:t>
      </w:r>
      <w:r>
        <w:rPr>
          <w:lang w:eastAsia="zh-CN"/>
        </w:rPr>
        <w:br/>
      </w:r>
      <w:r>
        <w:rPr>
          <w:lang w:eastAsia="zh-CN"/>
        </w:rPr>
        <w:t>　　(6)寻找春天的花、草、树等。</w:t>
      </w:r>
      <w:r>
        <w:rPr>
          <w:lang w:eastAsia="zh-CN"/>
        </w:rPr>
        <w:br/>
      </w:r>
      <w:r>
        <w:rPr>
          <w:lang w:eastAsia="zh-CN"/>
        </w:rPr>
        <w:t>　　2、礼仪卫生注意事项：</w:t>
      </w:r>
      <w:r>
        <w:rPr>
          <w:lang w:eastAsia="zh-CN"/>
        </w:rPr>
        <w:br/>
      </w:r>
      <w:r>
        <w:rPr>
          <w:lang w:eastAsia="zh-CN"/>
        </w:rPr>
        <w:t>　　(1)在公共场所不大声喧哗。(包括车内)</w:t>
      </w:r>
      <w:r>
        <w:rPr>
          <w:lang w:eastAsia="zh-CN"/>
        </w:rPr>
        <w:br/>
      </w:r>
      <w:r>
        <w:rPr>
          <w:lang w:eastAsia="zh-CN"/>
        </w:rPr>
        <w:t>　　(2)在公园里不随便采摘花草。</w:t>
      </w:r>
      <w:r>
        <w:rPr>
          <w:lang w:eastAsia="zh-CN"/>
        </w:rPr>
        <w:br/>
      </w:r>
      <w:r>
        <w:rPr>
          <w:lang w:eastAsia="zh-CN"/>
        </w:rPr>
        <w:t>　　(3)人多拥挤处要排队，遵守规则。</w:t>
      </w:r>
      <w:r>
        <w:rPr>
          <w:lang w:eastAsia="zh-CN"/>
        </w:rPr>
        <w:br/>
      </w:r>
      <w:r>
        <w:rPr>
          <w:lang w:eastAsia="zh-CN"/>
        </w:rPr>
        <w:t>　　(4)废纸、包装纸等杂物可以装进自己的垃圾袋内(在车上)或废物箱内。</w:t>
      </w:r>
      <w:r>
        <w:rPr>
          <w:lang w:eastAsia="zh-CN"/>
        </w:rPr>
        <w:br/>
      </w:r>
      <w:r>
        <w:rPr>
          <w:lang w:eastAsia="zh-CN"/>
        </w:rPr>
        <w:t>　　(5)在参观海底世界时，要遵守海洋馆内的规则(不拍打玻璃，不在馆内奔跑等)。</w:t>
      </w:r>
      <w:r>
        <w:rPr>
          <w:lang w:eastAsia="zh-CN"/>
        </w:rPr>
        <w:br/>
      </w:r>
      <w:r>
        <w:rPr>
          <w:lang w:eastAsia="zh-CN"/>
        </w:rPr>
        <w:t>　　二、活动流程</w:t>
      </w:r>
      <w:r>
        <w:rPr>
          <w:lang w:eastAsia="zh-CN"/>
        </w:rPr>
        <w:br/>
      </w:r>
      <w:r>
        <w:rPr>
          <w:lang w:eastAsia="zh-CN"/>
        </w:rPr>
        <w:t>　　1、上午8：45开车。</w:t>
      </w:r>
      <w:r>
        <w:rPr>
          <w:lang w:eastAsia="zh-CN"/>
        </w:rPr>
        <w:br/>
      </w:r>
      <w:r>
        <w:rPr>
          <w:lang w:eastAsia="zh-CN"/>
        </w:rPr>
        <w:t>　　2、参加游艺机活动</w:t>
      </w:r>
      <w:r>
        <w:rPr>
          <w:lang w:eastAsia="zh-CN"/>
        </w:rPr>
        <w:br/>
      </w:r>
      <w:r>
        <w:rPr>
          <w:lang w:eastAsia="zh-CN"/>
        </w:rPr>
        <w:t>　　3、午餐(提醒幼儿注意公共场所环境的整洁，将纸屑丢入垃圾袋中)</w:t>
      </w:r>
      <w:r>
        <w:rPr>
          <w:lang w:eastAsia="zh-CN"/>
        </w:rPr>
        <w:br/>
      </w:r>
      <w:r>
        <w:rPr>
          <w:lang w:eastAsia="zh-CN"/>
        </w:rPr>
        <w:t>　　4、参观海底世界</w:t>
      </w:r>
      <w:r>
        <w:rPr>
          <w:lang w:eastAsia="zh-CN"/>
        </w:rPr>
        <w:br/>
      </w:r>
      <w:r>
        <w:rPr>
          <w:lang w:eastAsia="zh-CN"/>
        </w:rPr>
        <w:t>　　5、上车、回园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篇9 </w:t>
      </w:r>
      <w:r>
        <w:rPr>
          <w:lang w:eastAsia="zh-CN"/>
        </w:rPr>
        <w:br/>
      </w:r>
      <w:r>
        <w:rPr>
          <w:lang w:eastAsia="zh-CN"/>
        </w:rPr>
        <w:t>　　活动目标：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1、发展幼儿身体的协调能力，亲近自然，开拓视野，让幼儿感受春天，激发热爱大自然的情感。</w:t>
      </w:r>
      <w:r>
        <w:rPr>
          <w:lang w:eastAsia="zh-CN"/>
        </w:rPr>
        <w:br/>
      </w:r>
      <w:r>
        <w:rPr>
          <w:lang w:eastAsia="zh-CN"/>
        </w:rPr>
        <w:t>　　2、增强幼儿的环保意识。</w:t>
      </w:r>
      <w:r>
        <w:rPr>
          <w:lang w:eastAsia="zh-CN"/>
        </w:rPr>
        <w:br/>
      </w:r>
      <w:r>
        <w:rPr>
          <w:lang w:eastAsia="zh-CN"/>
        </w:rPr>
        <w:t>　　3、让幼儿感受集体生活的乐趣，培养集体意识集体观念。</w:t>
      </w:r>
      <w:r>
        <w:rPr>
          <w:lang w:eastAsia="zh-CN"/>
        </w:rPr>
        <w:br/>
      </w:r>
      <w:r>
        <w:rPr>
          <w:lang w:eastAsia="zh-CN"/>
        </w:rPr>
        <w:t>　　活动准备：</w:t>
      </w:r>
      <w:r>
        <w:rPr>
          <w:lang w:eastAsia="zh-CN"/>
        </w:rPr>
        <w:br/>
      </w:r>
      <w:r>
        <w:rPr>
          <w:lang w:eastAsia="zh-CN"/>
        </w:rPr>
        <w:t>　　1、联系好校车三辆。</w:t>
      </w:r>
      <w:r>
        <w:rPr>
          <w:lang w:eastAsia="zh-CN"/>
        </w:rPr>
        <w:br/>
      </w:r>
      <w:r>
        <w:rPr>
          <w:lang w:eastAsia="zh-CN"/>
        </w:rPr>
        <w:t>　　2、提前请家长为幼儿准备水、少量零食、餐纸、垃圾袋。</w:t>
      </w:r>
      <w:r>
        <w:rPr>
          <w:lang w:eastAsia="zh-CN"/>
        </w:rPr>
        <w:br/>
      </w:r>
      <w:r>
        <w:rPr>
          <w:lang w:eastAsia="zh-CN"/>
        </w:rPr>
        <w:t>　　3、全体幼儿穿好校服。</w:t>
      </w:r>
      <w:r>
        <w:rPr>
          <w:lang w:eastAsia="zh-CN"/>
        </w:rPr>
        <w:br/>
      </w:r>
      <w:r>
        <w:rPr>
          <w:lang w:eastAsia="zh-CN"/>
        </w:rPr>
        <w:t>　　活动地点：_公园。</w:t>
      </w:r>
      <w:r>
        <w:rPr>
          <w:lang w:eastAsia="zh-CN"/>
        </w:rPr>
        <w:br/>
      </w:r>
      <w:r>
        <w:rPr>
          <w:lang w:eastAsia="zh-CN"/>
        </w:rPr>
        <w:t>　　活动时间：_年4月13日。</w:t>
      </w:r>
      <w:r>
        <w:rPr>
          <w:lang w:eastAsia="zh-CN"/>
        </w:rPr>
        <w:br/>
      </w:r>
      <w:r>
        <w:rPr>
          <w:lang w:eastAsia="zh-CN"/>
        </w:rPr>
        <w:t>　　安全保障措施：</w:t>
      </w:r>
      <w:r>
        <w:rPr>
          <w:lang w:eastAsia="zh-CN"/>
        </w:rPr>
        <w:br/>
      </w:r>
      <w:r>
        <w:rPr>
          <w:lang w:eastAsia="zh-CN"/>
        </w:rPr>
        <w:t>　　1、加强管理和监督措施。各班老师全面负责班级幼儿出游的安全工作，维护好纪律。</w:t>
      </w:r>
      <w:r>
        <w:rPr>
          <w:lang w:eastAsia="zh-CN"/>
        </w:rPr>
        <w:br/>
      </w:r>
      <w:r>
        <w:rPr>
          <w:lang w:eastAsia="zh-CN"/>
        </w:rPr>
        <w:t>　　2、班级对春游进行安全教育，增强安全防范意识和自我保护能力。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3、活动期间一切行动听指挥，准时出发，准时返校。</w:t>
      </w:r>
      <w:r>
        <w:rPr>
          <w:lang w:eastAsia="zh-CN"/>
        </w:rPr>
        <w:br/>
      </w:r>
      <w:r>
        <w:rPr>
          <w:lang w:eastAsia="zh-CN"/>
        </w:rPr>
        <w:t>　　活动过程：</w:t>
      </w:r>
      <w:r>
        <w:rPr>
          <w:lang w:eastAsia="zh-CN"/>
        </w:rPr>
        <w:br/>
      </w:r>
      <w:r>
        <w:rPr>
          <w:lang w:eastAsia="zh-CN"/>
        </w:rPr>
        <w:t>　　1、上午8：45全体幼儿集合乘车出发。</w:t>
      </w:r>
      <w:r>
        <w:rPr>
          <w:lang w:eastAsia="zh-CN"/>
        </w:rPr>
        <w:br/>
      </w:r>
      <w:r>
        <w:rPr>
          <w:lang w:eastAsia="zh-CN"/>
        </w:rPr>
        <w:t>　　2、达到公园，各班幼儿在老师的带领下观察公园风景。</w:t>
      </w:r>
      <w:r>
        <w:rPr>
          <w:lang w:eastAsia="zh-CN"/>
        </w:rPr>
        <w:br/>
      </w:r>
      <w:r>
        <w:rPr>
          <w:lang w:eastAsia="zh-CN"/>
        </w:rPr>
        <w:t>　　3、游戏活动：</w:t>
      </w:r>
      <w:r>
        <w:rPr>
          <w:lang w:eastAsia="zh-CN"/>
        </w:rPr>
        <w:br/>
      </w:r>
      <w:r>
        <w:rPr>
          <w:lang w:eastAsia="zh-CN"/>
        </w:rPr>
        <w:t>　　(1)钻圈游戏：发展幼儿俯身钻的的能力，培养幼儿灵敏、协调等素质。</w:t>
      </w:r>
      <w:r>
        <w:rPr>
          <w:lang w:eastAsia="zh-CN"/>
        </w:rPr>
        <w:br/>
      </w:r>
      <w:r>
        <w:rPr>
          <w:lang w:eastAsia="zh-CN"/>
        </w:rPr>
        <w:t>　　(2)抢凳子游戏：发展幼儿走跑交替及灵敏反应的能力。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(3)跳台阶：发展幼儿的跳跃能力和平衡能力。</w:t>
      </w:r>
      <w:r>
        <w:rPr>
          <w:lang w:eastAsia="zh-CN"/>
        </w:rPr>
        <w:br/>
      </w:r>
      <w:r>
        <w:rPr>
          <w:lang w:eastAsia="zh-CN"/>
        </w:rPr>
        <w:t>　　4、9：45各班老师带幼儿一起爬小山，到达山顶后，大家找一块草地一起分享食品。</w:t>
      </w:r>
      <w:r>
        <w:rPr>
          <w:lang w:eastAsia="zh-CN"/>
        </w:rPr>
        <w:br/>
      </w:r>
      <w:r>
        <w:rPr>
          <w:lang w:eastAsia="zh-CN"/>
        </w:rPr>
        <w:t>　　5、10：45自由活动：大家一起玩放风筝游戏。</w:t>
      </w:r>
      <w:r>
        <w:rPr>
          <w:lang w:eastAsia="zh-CN"/>
        </w:rPr>
        <w:br/>
      </w:r>
      <w:r>
        <w:rPr>
          <w:lang w:eastAsia="zh-CN"/>
        </w:rPr>
        <w:t>　　6、11：30组织幼儿集合拍照留念，乘车返校。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篇10 </w:t>
      </w:r>
      <w:r>
        <w:rPr>
          <w:lang w:eastAsia="zh-CN"/>
        </w:rPr>
        <w:br/>
      </w:r>
      <w:r>
        <w:rPr>
          <w:lang w:eastAsia="zh-CN"/>
        </w:rPr>
        <w:t>　　一、活动目标：</w:t>
      </w:r>
      <w:r>
        <w:rPr>
          <w:lang w:eastAsia="zh-CN"/>
        </w:rPr>
        <w:br/>
      </w:r>
      <w:r>
        <w:rPr>
          <w:lang w:eastAsia="zh-CN"/>
        </w:rPr>
        <w:t>　　1、学习徒步走路，锻炼孩子的意志。</w:t>
      </w:r>
      <w:r>
        <w:rPr>
          <w:lang w:eastAsia="zh-CN"/>
        </w:rPr>
        <w:br/>
      </w:r>
      <w:r>
        <w:rPr>
          <w:lang w:eastAsia="zh-CN"/>
        </w:rPr>
        <w:t>　　2、通过春游活动，让孩子与大自然的亲密接触，感受春天的美丽。</w:t>
      </w:r>
      <w:r>
        <w:rPr>
          <w:lang w:eastAsia="zh-CN"/>
        </w:rPr>
        <w:br/>
      </w:r>
      <w:r>
        <w:rPr>
          <w:lang w:eastAsia="zh-CN"/>
        </w:rPr>
        <w:t>　　3、知道要跟着老师和同伴，不能擅自离开集体。</w:t>
      </w:r>
      <w:r>
        <w:rPr>
          <w:lang w:eastAsia="zh-CN"/>
        </w:rPr>
        <w:br/>
      </w:r>
      <w:r>
        <w:rPr>
          <w:lang w:eastAsia="zh-CN"/>
        </w:rPr>
        <w:t>　　4、争做环保小卫士，教育幼儿爱卫生，不随便乱扔垃圾。</w:t>
      </w:r>
      <w:r>
        <w:rPr>
          <w:lang w:eastAsia="zh-CN"/>
        </w:rPr>
        <w:br/>
      </w:r>
      <w:r>
        <w:rPr>
          <w:lang w:eastAsia="zh-CN"/>
        </w:rPr>
        <w:t>　　二、活动准备：</w:t>
      </w:r>
      <w:r>
        <w:rPr>
          <w:lang w:eastAsia="zh-CN"/>
        </w:rPr>
        <w:br/>
      </w:r>
      <w:r>
        <w:rPr>
          <w:lang w:eastAsia="zh-CN"/>
        </w:rPr>
        <w:t>　　1、稳定幼儿情绪，做好准备工作(上厕所、检查衣物、所带物品)。</w:t>
      </w:r>
      <w:r>
        <w:rPr>
          <w:lang w:eastAsia="zh-CN"/>
        </w:rPr>
        <w:br/>
      </w:r>
      <w:r>
        <w:rPr>
          <w:lang w:eastAsia="zh-CN"/>
        </w:rPr>
        <w:t>　　2、带领幼儿上车，安排座位，提醒幼儿注意安全，关注个别幼儿。</w:t>
      </w:r>
      <w:r>
        <w:rPr>
          <w:lang w:eastAsia="zh-CN"/>
        </w:rPr>
        <w:br/>
      </w:r>
      <w:r>
        <w:rPr>
          <w:lang w:eastAsia="zh-CN"/>
        </w:rPr>
        <w:t>　　3、着装准备：穿轻便鞋子、适量的衣服、请家长为宝宝统一穿园服。</w:t>
      </w:r>
      <w:r>
        <w:rPr>
          <w:lang w:eastAsia="zh-CN"/>
        </w:rPr>
        <w:br/>
      </w:r>
      <w:r>
        <w:rPr>
          <w:lang w:eastAsia="zh-CN"/>
        </w:rPr>
        <w:t>　　4、食品准备：少量零食、饮料、餐巾纸(水果削皮切块，放进保鲜袋;有危险的小零食不要携带)</w:t>
      </w:r>
      <w:r>
        <w:rPr>
          <w:lang w:eastAsia="zh-CN"/>
        </w:rPr>
        <w:br/>
      </w:r>
      <w:r>
        <w:rPr>
          <w:lang w:eastAsia="zh-CN"/>
        </w:rPr>
        <w:t>　　5、教师准备垃圾袋、纸巾、照相机等。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三、活动安排：</w:t>
      </w:r>
      <w:r>
        <w:rPr>
          <w:lang w:eastAsia="zh-CN"/>
        </w:rPr>
        <w:br/>
      </w:r>
      <w:r>
        <w:rPr>
          <w:lang w:eastAsia="zh-CN"/>
        </w:rPr>
        <w:t>　　活动时间：4月4日上午</w:t>
      </w:r>
      <w:r>
        <w:rPr>
          <w:lang w:eastAsia="zh-CN"/>
        </w:rPr>
        <w:br/>
      </w:r>
      <w:r>
        <w:rPr>
          <w:lang w:eastAsia="zh-CN"/>
        </w:rPr>
        <w:t>　　活动地点：__公园</w:t>
      </w:r>
      <w:r>
        <w:rPr>
          <w:lang w:eastAsia="zh-CN"/>
        </w:rPr>
        <w:br/>
      </w:r>
      <w:r>
        <w:rPr>
          <w:lang w:eastAsia="zh-CN"/>
        </w:rPr>
        <w:t>　　参加人员：全体幼儿、教职员工。</w:t>
      </w:r>
      <w:r>
        <w:rPr>
          <w:lang w:eastAsia="zh-CN"/>
        </w:rPr>
        <w:br/>
      </w:r>
      <w:r>
        <w:rPr>
          <w:lang w:eastAsia="zh-CN"/>
        </w:rPr>
        <w:t>　　每班三位教师，班主任负责带队组织活动。(组织幼儿游戏、幼儿安全、队伍的排列、清点人数、活动小结等等)。配班老师负责协助(幼儿安全、队伍的排列、观察体弱幼儿)。保育老师负责后勤(穿脱衣服、药品拿放、垃圾的整理等等)。</w:t>
      </w:r>
      <w:r>
        <w:rPr>
          <w:lang w:eastAsia="zh-CN"/>
        </w:rPr>
        <w:br/>
      </w:r>
      <w:r>
        <w:rPr>
          <w:lang w:eastAsia="zh-CN"/>
        </w:rPr>
        <w:t>　　四、安全保障措施：</w:t>
      </w:r>
      <w:r>
        <w:rPr>
          <w:lang w:eastAsia="zh-CN"/>
        </w:rPr>
        <w:br/>
      </w:r>
      <w:r>
        <w:rPr>
          <w:lang w:eastAsia="zh-CN"/>
        </w:rPr>
        <w:t>　　1、加强管理和监督措施。本班教师全面负责幼儿出游的安全工作，组织好幼儿活动，配班老师帮助维持纪律，保育员负责照顾好幼儿出游的护理工作。</w:t>
      </w:r>
      <w:r>
        <w:rPr>
          <w:lang w:eastAsia="zh-CN"/>
        </w:rPr>
        <w:br/>
      </w:r>
      <w:r>
        <w:rPr>
          <w:lang w:eastAsia="zh-CN"/>
        </w:rPr>
        <w:t>　　2、班级老师对幼儿进行春游活动安全教育，增强幼儿安全防范意识和自我保护能力。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3、保健医生携带好急救用品，以防幼儿突发事情。</w:t>
      </w:r>
      <w:r>
        <w:rPr>
          <w:lang w:eastAsia="zh-CN"/>
        </w:rPr>
        <w:br/>
      </w:r>
      <w:r>
        <w:rPr>
          <w:lang w:eastAsia="zh-CN"/>
        </w:rPr>
        <w:t>　　4、春游活动期间一切行动听指挥，准时出发，准时返校。</w:t>
      </w:r>
      <w:r>
        <w:rPr>
          <w:lang w:eastAsia="zh-CN"/>
        </w:rPr>
        <w:br/>
      </w:r>
      <w:r>
        <w:rPr>
          <w:lang w:eastAsia="zh-CN"/>
        </w:rPr>
        <w:t>　　5、全体幼儿必须穿好园服，背好书包。</w:t>
      </w:r>
      <w:r>
        <w:rPr>
          <w:lang w:eastAsia="zh-CN"/>
        </w:rPr>
        <w:br/>
      </w:r>
      <w:r>
        <w:rPr>
          <w:lang w:eastAsia="zh-CN"/>
        </w:rPr>
        <w:t>　　6、参观。活动时要做到井然有序，教育幼儿不拥挤、不追跑、不打闹。上、下车有序。在车上不能大声暄哗，不能将头和手伸出窗外。</w:t>
      </w:r>
      <w:r>
        <w:rPr>
          <w:lang w:eastAsia="zh-CN"/>
        </w:rPr>
        <w:br/>
      </w:r>
      <w:r>
        <w:rPr>
          <w:lang w:eastAsia="zh-CN"/>
        </w:rPr>
        <w:t>　　7、注意言行文明，爱护公物，不随地乱扔垃圾。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8、班主任老师在每一次集合时一定要清点好幼儿人数，确保幼儿安全。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>　　五、春游过程：</w:t>
      </w:r>
      <w:r>
        <w:rPr>
          <w:lang w:eastAsia="zh-CN"/>
        </w:rPr>
        <w:br/>
      </w:r>
      <w:r>
        <w:rPr>
          <w:lang w:eastAsia="zh-CN"/>
        </w:rPr>
        <w:t>　　1、寻找，观察春天的景色。到达公园后，孩子们先参观公园周围的环境。</w:t>
      </w:r>
      <w:r>
        <w:rPr>
          <w:lang w:eastAsia="zh-CN"/>
        </w:rPr>
        <w:br/>
      </w:r>
      <w:r>
        <w:rPr>
          <w:lang w:eastAsia="zh-CN"/>
        </w:rPr>
        <w:t>　　(1)摸一摸草地，感受春天嫩绿的草地。</w:t>
      </w:r>
      <w:r>
        <w:rPr>
          <w:lang w:eastAsia="zh-CN"/>
        </w:rPr>
        <w:br/>
      </w:r>
      <w:r>
        <w:rPr>
          <w:lang w:eastAsia="zh-CN"/>
        </w:rPr>
        <w:t>　　(2)观察柳树的颜色，形态，柳树像什么?</w:t>
      </w:r>
      <w:r>
        <w:rPr>
          <w:lang w:eastAsia="zh-CN"/>
        </w:rPr>
        <w:br/>
      </w:r>
      <w:r>
        <w:rPr>
          <w:lang w:eastAsia="zh-CN"/>
        </w:rPr>
        <w:t>　　(3)找一找哪些花开了，说一说是什么颜色的。(这里是为了培养幼儿的观察能力，让孩子们对几种花的形状、颜色等进行对比，并感受春天的气息，及时进行爱护花草的教育。)</w:t>
      </w:r>
      <w:r>
        <w:rPr>
          <w:lang w:eastAsia="zh-CN"/>
        </w:rPr>
        <w:br/>
      </w:r>
      <w:r>
        <w:rPr>
          <w:lang w:eastAsia="zh-CN"/>
        </w:rPr>
        <w:t>　　(4)草坪上做游戏。</w:t>
      </w:r>
      <w:r>
        <w:rPr>
          <w:lang w:eastAsia="zh-CN"/>
        </w:rPr>
        <w:br/>
      </w:r>
      <w:r>
        <w:rPr>
          <w:lang w:eastAsia="zh-CN"/>
        </w:rPr>
        <w:t>　　A、揪尾巴</w:t>
      </w:r>
      <w:r>
        <w:rPr>
          <w:lang w:eastAsia="zh-CN"/>
        </w:rPr>
        <w:br/>
      </w:r>
      <w:r>
        <w:rPr>
          <w:lang w:eastAsia="zh-CN"/>
        </w:rPr>
        <w:t>　　准备：“尾巴”若干</w:t>
      </w:r>
      <w:r>
        <w:rPr>
          <w:lang w:eastAsia="zh-CN"/>
        </w:rPr>
        <w:br/>
      </w:r>
      <w:r>
        <w:rPr>
          <w:lang w:eastAsia="zh-CN"/>
        </w:rPr>
        <w:t>　　玩法：幼儿各自将红色带的三分之一塞进裤腰里，其余的部分拖在外面当“尾巴”。“尾巴”不可太短，否则不容易抓住。在一定范围内，幼儿自由结伴，同时数“一、二、三”游戏开始，想办法去揪别人的“尾巴”，同时也要保护好自己的“尾巴”，先揪到“尾巴”的为胜。被揪去“尾巴”的人退出游戏，等待下一轮，若揪去别人的尾巴，没有保护好自己的尾巴也算输。</w:t>
      </w:r>
      <w:r>
        <w:rPr>
          <w:lang w:eastAsia="zh-CN"/>
        </w:rPr>
        <w:br/>
      </w:r>
      <w:r>
        <w:rPr>
          <w:lang w:eastAsia="zh-CN"/>
        </w:rPr>
        <w:t>　　B、火车过山洞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lang w:eastAsia="zh-CN"/>
        </w:rPr>
        <w:t>　　玩法：选两名幼儿搭起手当山洞，选一名幼儿当火车头，其他幼儿跟在后面搭成火车，一边念儿歌“小火车，呜呜呜，过山洞，过铁桥……”一边钻山洞。儿歌念完时，当山洞的人就将手放下捉住没有通过的人，然后捉住的人当山洞，游戏继续进行。</w:t>
      </w:r>
      <w:r>
        <w:rPr>
          <w:lang w:eastAsia="zh-CN"/>
        </w:rPr>
        <w:br/>
      </w:r>
      <w:r>
        <w:rPr>
          <w:lang w:eastAsia="zh-CN"/>
        </w:rPr>
        <w:t>　　C、老狼老狼几点钟</w:t>
      </w:r>
      <w:r>
        <w:rPr>
          <w:lang w:eastAsia="zh-CN"/>
        </w:rPr>
        <w:br/>
      </w:r>
      <w:r>
        <w:rPr>
          <w:lang w:eastAsia="zh-CN"/>
        </w:rPr>
        <w:t>　　准备：老狼头饰一个</w:t>
      </w:r>
      <w:r>
        <w:rPr>
          <w:lang w:eastAsia="zh-CN"/>
        </w:rPr>
        <w:br/>
      </w:r>
      <w:r>
        <w:rPr>
          <w:lang w:eastAsia="zh-CN"/>
        </w:rPr>
        <w:t>　　玩法：老师扮老狼，捂着眼面背对着幼儿，其余幼儿扮小羊站在老狼背后。游戏开始后，小羊开始问：“老狼老狼几点了？”老狼回答：“九点了。”小羊继续问“老狼老狼几点啦？”老狼大声说 “十二点啦！”这时候，小羊四散跑开，因为老狼一报十二点就意味着追捕开始了。如果有一只小羊被老狼抓住，被捉住的小羊再扮演老狼，游戏重新开始。</w:t>
      </w:r>
      <w:r>
        <w:rPr>
          <w:lang w:eastAsia="zh-CN"/>
        </w:rPr>
        <w:br/>
      </w:r>
      <w:r>
        <w:rPr>
          <w:lang w:eastAsia="zh-CN"/>
        </w:rPr>
        <w:t>　　3、参观小河增长相关知识。</w:t>
      </w:r>
      <w:r>
        <w:rPr>
          <w:lang w:eastAsia="zh-CN"/>
        </w:rPr>
        <w:br/>
      </w:r>
      <w:r>
        <w:rPr>
          <w:lang w:eastAsia="zh-CN"/>
        </w:rPr>
        <w:t>　　4、幼儿分享食物，教育孩子不随便乱扔瓜皮纸屑，养成讲卫生的好习惯。(可以让幼儿进行食物的分享，培养他们合群的能力，并养成良好的卫生习惯，不随地乱扔垃圾。)</w:t>
      </w:r>
      <w:r>
        <w:rPr>
          <w:lang w:eastAsia="zh-CN"/>
        </w:rPr>
        <w:br/>
      </w:r>
      <w:r>
        <w:rPr>
          <w:lang w:eastAsia="zh-CN"/>
        </w:rPr>
        <w:t>　　5、清理场地，整理幼儿物品，清点幼儿的人数。(培养幼儿有基本的卫生习惯，并有初步的安全意识，能跟随自己的老师，不到处乱跑。)本班教师负责拍照，每处的照片，活动的照片。</w:t>
      </w:r>
      <w:r>
        <w:rPr>
          <w:lang w:eastAsia="zh-CN"/>
        </w:rPr>
        <w:br/>
      </w:r>
      <w:r>
        <w:rPr>
          <w:lang w:eastAsia="zh-CN"/>
        </w:rPr>
        <w:t>　　六、活动结束，乘专车返回幼儿园。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篇11 </w:t>
      </w:r>
      <w:r>
        <w:rPr>
          <w:lang w:eastAsia="zh-CN"/>
        </w:rPr>
        <w:br/>
      </w:r>
      <w:r>
        <w:rPr>
          <w:lang w:eastAsia="zh-CN"/>
        </w:rPr>
        <w:t>　　活动意义：</w:t>
      </w:r>
      <w:r>
        <w:rPr>
          <w:lang w:eastAsia="zh-CN"/>
        </w:rPr>
        <w:br/>
      </w:r>
      <w:r>
        <w:rPr>
          <w:lang w:eastAsia="zh-CN"/>
        </w:rPr>
        <w:t>　　通过春游活动，让幼儿体会大自然的美丽，培养他们从小爱护环境、爱护大自然的高尚情操。</w:t>
      </w:r>
      <w:r>
        <w:rPr>
          <w:lang w:eastAsia="zh-CN"/>
        </w:rPr>
        <w:br/>
      </w:r>
      <w:r>
        <w:rPr>
          <w:lang w:eastAsia="zh-CN"/>
        </w:rPr>
        <w:t>　　活动时间：20年4月1日(9:0011：30)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lang w:eastAsia="zh-CN"/>
        </w:rPr>
        <w:t>　　活动地点：大河岸</w:t>
      </w:r>
      <w:r>
        <w:rPr>
          <w:lang w:eastAsia="zh-CN"/>
        </w:rPr>
        <w:br/>
      </w:r>
      <w:r>
        <w:rPr>
          <w:lang w:eastAsia="zh-CN"/>
        </w:rPr>
        <w:t>　　一、活动准备：</w:t>
      </w:r>
      <w:r>
        <w:rPr>
          <w:lang w:eastAsia="zh-CN"/>
        </w:rPr>
        <w:br/>
      </w:r>
      <w:r>
        <w:rPr>
          <w:lang w:eastAsia="zh-CN"/>
        </w:rPr>
        <w:t>　　温馨提示准备工作如下</w:t>
      </w:r>
      <w:r>
        <w:rPr>
          <w:lang w:eastAsia="zh-CN"/>
        </w:rPr>
        <w:br/>
      </w:r>
      <w:r>
        <w:rPr>
          <w:lang w:eastAsia="zh-CN"/>
        </w:rPr>
        <w:t>　　1、班牌</w:t>
      </w:r>
      <w:r>
        <w:rPr>
          <w:lang w:eastAsia="zh-CN"/>
        </w:rPr>
        <w:br/>
      </w:r>
      <w:r>
        <w:rPr>
          <w:lang w:eastAsia="zh-CN"/>
        </w:rPr>
        <w:t>　　2、哨子(耳麦)</w:t>
      </w:r>
      <w:r>
        <w:rPr>
          <w:lang w:eastAsia="zh-CN"/>
        </w:rPr>
        <w:br/>
      </w:r>
      <w:r>
        <w:rPr>
          <w:lang w:eastAsia="zh-CN"/>
        </w:rPr>
        <w:t>　　3、幼儿联系电话通讯录</w:t>
      </w:r>
      <w:r>
        <w:rPr>
          <w:lang w:eastAsia="zh-CN"/>
        </w:rPr>
        <w:br/>
      </w:r>
      <w:r>
        <w:rPr>
          <w:lang w:eastAsia="zh-CN"/>
        </w:rPr>
        <w:t>　　4、小奖品</w:t>
      </w:r>
      <w:r>
        <w:rPr>
          <w:lang w:eastAsia="zh-CN"/>
        </w:rPr>
        <w:br/>
      </w:r>
      <w:r>
        <w:rPr>
          <w:lang w:eastAsia="zh-CN"/>
        </w:rPr>
        <w:t>　　5、教师安排：</w:t>
      </w:r>
      <w:r>
        <w:rPr>
          <w:lang w:eastAsia="zh-CN"/>
        </w:rPr>
        <w:br/>
      </w:r>
      <w:r>
        <w:rPr>
          <w:lang w:eastAsia="zh-CN"/>
        </w:rPr>
        <w:t>　　大(1)班：略</w:t>
      </w:r>
      <w:r>
        <w:rPr>
          <w:lang w:eastAsia="zh-CN"/>
        </w:rPr>
        <w:br/>
      </w:r>
      <w:r>
        <w:rPr>
          <w:lang w:eastAsia="zh-CN"/>
        </w:rPr>
        <w:t>　　大(2)班：略</w:t>
      </w:r>
      <w:r>
        <w:rPr>
          <w:lang w:eastAsia="zh-CN"/>
        </w:rPr>
        <w:br/>
      </w:r>
      <w:r>
        <w:rPr>
          <w:lang w:eastAsia="zh-CN"/>
        </w:rPr>
        <w:t>　　学(1)班：略</w:t>
      </w:r>
      <w:r>
        <w:rPr>
          <w:lang w:eastAsia="zh-CN"/>
        </w:rPr>
        <w:br/>
      </w:r>
      <w:r>
        <w:rPr>
          <w:lang w:eastAsia="zh-CN"/>
        </w:rPr>
        <w:t>　　学(2)班：略</w:t>
      </w:r>
      <w:r>
        <w:rPr>
          <w:lang w:eastAsia="zh-CN"/>
        </w:rPr>
        <w:br/>
      </w:r>
      <w:r>
        <w:rPr>
          <w:lang w:eastAsia="zh-CN"/>
        </w:rPr>
        <w:t>　　7、3月31日各班提前上一节春游安全教育活动</w:t>
      </w:r>
      <w:r>
        <w:rPr>
          <w:lang w:eastAsia="zh-CN"/>
        </w:rPr>
        <w:br/>
      </w:r>
      <w:r>
        <w:rPr>
          <w:lang w:eastAsia="zh-CN"/>
        </w:rPr>
        <w:t>　　8、通知家长：</w:t>
      </w:r>
      <w:r>
        <w:rPr>
          <w:lang w:eastAsia="zh-CN"/>
        </w:rPr>
        <w:br/>
      </w:r>
      <w:r>
        <w:rPr>
          <w:lang w:eastAsia="zh-CN"/>
        </w:rPr>
        <w:t>　　①春游时间：4月1日上午)</w:t>
      </w:r>
      <w:r>
        <w:rPr>
          <w:lang w:eastAsia="zh-CN"/>
        </w:rPr>
        <w:br/>
      </w:r>
      <w:r>
        <w:rPr>
          <w:lang w:eastAsia="zh-CN"/>
        </w:rPr>
        <w:t>　　②春游准备：食物、水、餐巾纸、垃圾袋、书包、运动鞋</w:t>
      </w:r>
      <w:r>
        <w:rPr>
          <w:lang w:eastAsia="zh-CN"/>
        </w:rPr>
        <w:br/>
      </w:r>
      <w:r>
        <w:rPr>
          <w:lang w:eastAsia="zh-CN"/>
        </w:rPr>
        <w:t>　　③活动延伸：画、谈春游所见所想(并和家长交流)</w:t>
      </w:r>
      <w:r>
        <w:rPr>
          <w:lang w:eastAsia="zh-CN"/>
        </w:rPr>
        <w:br/>
      </w:r>
      <w:r>
        <w:rPr>
          <w:lang w:eastAsia="zh-CN"/>
        </w:rPr>
        <w:t>　　9、清点人数，记录缺席者姓名：各班出发前、到达目的地后、活动结束前</w:t>
      </w:r>
      <w:r>
        <w:rPr>
          <w:lang w:eastAsia="zh-CN"/>
        </w:rPr>
        <w:br/>
      </w:r>
      <w:r>
        <w:rPr>
          <w:lang w:eastAsia="zh-CN"/>
        </w:rPr>
        <w:t>　　二、安全保障措施：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lang w:eastAsia="zh-CN"/>
        </w:rPr>
        <w:t>　　1、加强管理和监督措施。保教主管对各个环节的安全防范措施做到层层落实，责任到人。各班主任是班级安全工作的第一责任人，其他三位老师协助班主任全面负责幼儿出游的安全工作，两位主班教师负责组织好幼儿活动，维持好纪律，照顾好幼儿出游的一切工作。</w:t>
      </w:r>
      <w:r>
        <w:rPr>
          <w:lang w:eastAsia="zh-CN"/>
        </w:rPr>
        <w:br/>
      </w:r>
      <w:r>
        <w:rPr>
          <w:lang w:eastAsia="zh-CN"/>
        </w:rPr>
        <w:t>　　2、班级教师对幼儿进行春游活动安全教育，增强幼儿安全防范意识和自我保护能力。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3、各班携带好急救药品。以防幼儿突发事情。</w:t>
      </w:r>
      <w:r>
        <w:rPr>
          <w:lang w:eastAsia="zh-CN"/>
        </w:rPr>
        <w:br/>
      </w:r>
      <w:r>
        <w:rPr>
          <w:lang w:eastAsia="zh-CN"/>
        </w:rPr>
        <w:t>　　4、春游活动期间一切行动听指挥，准时出发，准时集合。</w:t>
      </w:r>
      <w:r>
        <w:rPr>
          <w:lang w:eastAsia="zh-CN"/>
        </w:rPr>
        <w:br/>
      </w:r>
      <w:r>
        <w:rPr>
          <w:lang w:eastAsia="zh-CN"/>
        </w:rPr>
        <w:t>　　5、活动时要做到井然有序，教育幼儿不拥挤、不追跑、不打闹。</w:t>
      </w:r>
      <w:r>
        <w:rPr>
          <w:lang w:eastAsia="zh-CN"/>
        </w:rPr>
        <w:br/>
      </w:r>
      <w:r>
        <w:rPr>
          <w:lang w:eastAsia="zh-CN"/>
        </w:rPr>
        <w:t>　　7、注意言行文明，爱护公物，不随地乱扔垃圾。</w:t>
      </w:r>
      <w:r>
        <w:rPr>
          <w:lang w:eastAsia="zh-CN"/>
        </w:rPr>
        <w:br/>
      </w:r>
      <w:r>
        <w:rPr>
          <w:lang w:eastAsia="zh-CN"/>
        </w:rPr>
        <w:t>　　8、班主任在每一次集合时一定要清点好幼儿人数，确保幼儿安全。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>　　三、注意事项：</w:t>
      </w:r>
      <w:r>
        <w:rPr>
          <w:lang w:eastAsia="zh-CN"/>
        </w:rPr>
        <w:br/>
      </w:r>
      <w:r>
        <w:rPr>
          <w:lang w:eastAsia="zh-CN"/>
        </w:rPr>
        <w:t>　　1、出发前清点人数，检查各项准备工作。</w:t>
      </w:r>
      <w:r>
        <w:rPr>
          <w:lang w:eastAsia="zh-CN"/>
        </w:rPr>
        <w:br/>
      </w:r>
      <w:r>
        <w:rPr>
          <w:lang w:eastAsia="zh-CN"/>
        </w:rPr>
        <w:t>　　2、出发顺序及候场：大(1)班、大(2)班、学(1)班、学(2)班</w:t>
      </w:r>
      <w:r>
        <w:rPr>
          <w:lang w:eastAsia="zh-CN"/>
        </w:rPr>
        <w:br/>
      </w:r>
      <w:r>
        <w:rPr>
          <w:lang w:eastAsia="zh-CN"/>
        </w:rPr>
        <w:t>　　3、各班均统一排成四路纵队，横排2人拉手。</w:t>
      </w:r>
      <w:r>
        <w:rPr>
          <w:lang w:eastAsia="zh-CN"/>
        </w:rPr>
        <w:br/>
      </w:r>
      <w:r>
        <w:rPr>
          <w:lang w:eastAsia="zh-CN"/>
        </w:rPr>
        <w:t>　　4、环境卫生教育，不乱扔任何垃圾。</w:t>
      </w:r>
      <w:r>
        <w:rPr>
          <w:lang w:eastAsia="zh-CN"/>
        </w:rPr>
        <w:br/>
      </w:r>
      <w:r>
        <w:rPr>
          <w:lang w:eastAsia="zh-CN"/>
        </w:rPr>
        <w:t>　　四、活动程序：</w:t>
      </w:r>
      <w:r>
        <w:rPr>
          <w:lang w:eastAsia="zh-CN"/>
        </w:rPr>
        <w:br/>
      </w:r>
      <w:r>
        <w:rPr>
          <w:lang w:eastAsia="zh-CN"/>
        </w:rPr>
        <w:t>　　8：30&amp;&amp;8：50幼儿活动前准备。</w:t>
      </w:r>
      <w:r>
        <w:rPr>
          <w:lang w:eastAsia="zh-CN"/>
        </w:rPr>
        <w:br/>
      </w:r>
      <w:r>
        <w:rPr>
          <w:lang w:eastAsia="zh-CN"/>
        </w:rPr>
        <w:t>　　8：50 准时出发。</w:t>
      </w:r>
      <w:r>
        <w:rPr>
          <w:lang w:eastAsia="zh-CN"/>
        </w:rPr>
        <w:br/>
      </w:r>
      <w:r>
        <w:rPr>
          <w:lang w:eastAsia="zh-CN"/>
        </w:rPr>
        <w:t>　　9：20 各班完成系列活动:</w:t>
      </w:r>
      <w:r>
        <w:rPr>
          <w:lang w:eastAsia="zh-CN"/>
        </w:rPr>
        <w:br/>
      </w:r>
      <w:r>
        <w:rPr>
          <w:lang w:eastAsia="zh-CN"/>
        </w:rPr>
        <w:t>　　一、老师引导观察油菜花、小麦、板栗树等(20分钟)</w:t>
      </w:r>
      <w:r>
        <w:rPr>
          <w:lang w:eastAsia="zh-CN"/>
        </w:rPr>
        <w:br/>
      </w:r>
      <w:r>
        <w:rPr>
          <w:lang w:eastAsia="zh-CN"/>
        </w:rPr>
        <w:t>　　二、各班拍照：《春天里的笑脸》(10分钟)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lang w:eastAsia="zh-CN"/>
        </w:rPr>
        <w:t>　　三、吃点心，补充能量。 (20分钟)</w:t>
      </w:r>
      <w:r>
        <w:rPr>
          <w:lang w:eastAsia="zh-CN"/>
        </w:rPr>
        <w:br/>
      </w:r>
      <w:r>
        <w:rPr>
          <w:lang w:eastAsia="zh-CN"/>
        </w:rPr>
        <w:t>　　四、各班小游戏 (20分钟)</w:t>
      </w:r>
      <w:r>
        <w:rPr>
          <w:lang w:eastAsia="zh-CN"/>
        </w:rPr>
        <w:br/>
      </w:r>
      <w:r>
        <w:rPr>
          <w:lang w:eastAsia="zh-CN"/>
        </w:rPr>
        <w:t>　　11：30&amp;&amp;接前准备工作，清点物品及人数、发放小奖品，布置春游作业，等待校车来接。</w:t>
      </w:r>
      <w:r>
        <w:rPr>
          <w:lang w:eastAsia="zh-CN"/>
        </w:rPr>
        <w:br/>
      </w:r>
      <w:r>
        <w:rPr>
          <w:lang w:eastAsia="zh-CN"/>
        </w:rPr>
        <w:t>　　11：40&amp;&amp;春游结束</w:t>
      </w:r>
      <w:r>
        <w:rPr>
          <w:lang w:eastAsia="zh-CN"/>
        </w:rPr>
        <w:br/>
      </w:r>
      <w:r>
        <w:rPr>
          <w:lang w:eastAsia="zh-CN"/>
        </w:rPr>
        <w:t>　　五、活动延伸：</w:t>
      </w:r>
      <w:r>
        <w:rPr>
          <w:lang w:eastAsia="zh-CN"/>
        </w:rPr>
        <w:br/>
      </w:r>
      <w:r>
        <w:rPr>
          <w:lang w:eastAsia="zh-CN"/>
        </w:rPr>
        <w:t>　　谈春游、画春游(谈话、画展)</w:t>
      </w:r>
      <w:r>
        <w:rPr>
          <w:lang w:eastAsia="zh-CN"/>
        </w:rPr>
        <w:br/>
      </w:r>
      <w:r>
        <w:rPr>
          <w:lang w:eastAsia="zh-CN"/>
        </w:rPr>
        <w:t>　　春游活动16字方针：</w:t>
      </w:r>
      <w:r>
        <w:rPr>
          <w:lang w:eastAsia="zh-CN"/>
        </w:rPr>
        <w:br/>
      </w:r>
      <w:r>
        <w:rPr>
          <w:lang w:eastAsia="zh-CN"/>
        </w:rPr>
        <w:t>　　准备充分、措施得力、过程充实、安全第一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篇12 </w:t>
      </w:r>
      <w:r>
        <w:rPr>
          <w:lang w:eastAsia="zh-CN"/>
        </w:rPr>
        <w:br/>
      </w:r>
      <w:r>
        <w:rPr>
          <w:lang w:eastAsia="zh-CN"/>
        </w:rPr>
        <w:t>　　一、幼儿基本情况分析：</w:t>
      </w:r>
      <w:r>
        <w:rPr>
          <w:lang w:eastAsia="zh-CN"/>
        </w:rPr>
        <w:br/>
      </w:r>
      <w:r>
        <w:rPr>
          <w:lang w:eastAsia="zh-CN"/>
        </w:rPr>
        <w:t>　　本班这学期男生13名，女生9名，总人数22名。大多数幼儿上过暑假班。新生情绪不稳，焦虑，在常规方面，行为能力，语言表达能力等方面都需要老师的共同配合，同心协力，但有个别幼儿由于在家自由散漫惯了，所以自控能力较差，卫生习惯也不好，挑食，争抢东西现象时有发生。幼儿在上课时走动现象也比较严重。而菲菲，航航小朋友自理能力和常规较差，吃饭、上厕所、穿脱衣服都需要帮助，我们要与父母及时沟通，共同配合，加强锻炼。并让幼儿能够大胆，清楚的用普通话表达自己的愿望和请求，使幼儿在一学期里能够得到最大的收获。</w:t>
      </w:r>
      <w:r>
        <w:rPr>
          <w:lang w:eastAsia="zh-CN"/>
        </w:rPr>
        <w:br/>
      </w:r>
      <w:r>
        <w:rPr>
          <w:lang w:eastAsia="zh-CN"/>
        </w:rPr>
        <w:t>　　二、本学期主要工作任务</w:t>
      </w:r>
      <w:r>
        <w:rPr>
          <w:lang w:eastAsia="zh-CN"/>
        </w:rPr>
        <w:br/>
      </w:r>
      <w:r>
        <w:rPr>
          <w:lang w:eastAsia="zh-CN"/>
        </w:rPr>
        <w:t>　　(一)保教工作：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lang w:eastAsia="zh-CN"/>
        </w:rPr>
        <w:t>　　1、制定幼儿一日生活常规，将常规教育贯穿于一日生活之中，保证幼儿一日生活活动的正常开展。</w:t>
      </w:r>
      <w:r>
        <w:rPr>
          <w:lang w:eastAsia="zh-CN"/>
        </w:rPr>
        <w:br/>
      </w:r>
      <w:r>
        <w:rPr>
          <w:lang w:eastAsia="zh-CN"/>
        </w:rPr>
        <w:t>　　2、制定适合本班幼儿年龄特点及发展水平的教学计划，及促进幼儿综合发展的课程。</w:t>
      </w:r>
      <w:r>
        <w:rPr>
          <w:lang w:eastAsia="zh-CN"/>
        </w:rPr>
        <w:br/>
      </w:r>
      <w:r>
        <w:rPr>
          <w:lang w:eastAsia="zh-CN"/>
        </w:rPr>
        <w:t>　　3、创造和谐，宽松的教育环境，充分利用环境创设这一资源促进幼儿认知能力的发展。</w:t>
      </w:r>
      <w:r>
        <w:rPr>
          <w:lang w:eastAsia="zh-CN"/>
        </w:rPr>
        <w:br/>
      </w:r>
      <w:r>
        <w:rPr>
          <w:lang w:eastAsia="zh-CN"/>
        </w:rPr>
        <w:t>　　3、运用标记，故事等形式让幼儿明确一日要求，培养优良的学习常规。</w:t>
      </w:r>
      <w:r>
        <w:rPr>
          <w:lang w:eastAsia="zh-CN"/>
        </w:rPr>
        <w:br/>
      </w:r>
      <w:r>
        <w:rPr>
          <w:lang w:eastAsia="zh-CN"/>
        </w:rPr>
        <w:t>　　4、教师在活动实施前作好充分的教学准备(包括活动材料的准备，经验，知识的准备)。幼儿的操作材料根据能力强弱安排准备。</w:t>
      </w:r>
      <w:r>
        <w:rPr>
          <w:lang w:eastAsia="zh-CN"/>
        </w:rPr>
        <w:br/>
      </w:r>
      <w:r>
        <w:rPr>
          <w:lang w:eastAsia="zh-CN"/>
        </w:rPr>
        <w:t>　　5、根据幼儿对游戏的爱好，充分运用游戏作为幼儿活动的基本形式，在对幼儿感兴趣的动手活动中训练小肌肉动作，手眼协调，同时帮助幼儿巩固对一些基本图形的认识，并会尝试图形的匹配。</w:t>
      </w:r>
      <w:r>
        <w:rPr>
          <w:lang w:eastAsia="zh-CN"/>
        </w:rPr>
        <w:br/>
      </w:r>
      <w:r>
        <w:rPr>
          <w:lang w:eastAsia="zh-CN"/>
        </w:rPr>
        <w:t>　　6、有计划地开展新主题活动《宝宝真能干 》，制定主题活动网络、主题目标网络。</w:t>
      </w:r>
      <w:r>
        <w:rPr>
          <w:lang w:eastAsia="zh-CN"/>
        </w:rPr>
        <w:br/>
      </w:r>
      <w:r>
        <w:rPr>
          <w:lang w:eastAsia="zh-CN"/>
        </w:rPr>
        <w:t>　　7、加强保育知识学习和正确技能操作，提高保育质量。对幼儿进行自我防护认识的培养，提高自我防护能力。</w:t>
      </w:r>
      <w:r>
        <w:rPr>
          <w:lang w:eastAsia="zh-CN"/>
        </w:rPr>
        <w:br/>
      </w:r>
      <w:r>
        <w:rPr>
          <w:lang w:eastAsia="zh-CN"/>
        </w:rPr>
        <w:t>　　8、开展适合幼儿身心健康的丰富的各项活动，如：《涂色比赛》、《穿衣比赛》等活动，充分的调动孩子们学习的主动性。本学期里，除了开展主题活动还开展了教师节，中秋节，国庆节，圣诞节，元旦春节等习俗活动。</w:t>
      </w:r>
      <w:r>
        <w:rPr>
          <w:lang w:eastAsia="zh-CN"/>
        </w:rPr>
        <w:br/>
      </w:r>
      <w:r>
        <w:rPr>
          <w:lang w:eastAsia="zh-CN"/>
        </w:rPr>
        <w:t>　　(二)、幼儿预期发展目标：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lang w:eastAsia="zh-CN"/>
        </w:rPr>
        <w:t>　　1、锻炼幼儿自己的事情自己做，提高主动性。</w:t>
      </w:r>
      <w:r>
        <w:rPr>
          <w:lang w:eastAsia="zh-CN"/>
        </w:rPr>
        <w:br/>
      </w:r>
      <w:r>
        <w:rPr>
          <w:lang w:eastAsia="zh-CN"/>
        </w:rPr>
        <w:t>　　2、 学会遵守一些公共秩序，懂得一些基本的礼节。</w:t>
      </w:r>
      <w:r>
        <w:rPr>
          <w:lang w:eastAsia="zh-CN"/>
        </w:rPr>
        <w:br/>
      </w:r>
      <w:r>
        <w:rPr>
          <w:lang w:eastAsia="zh-CN"/>
        </w:rPr>
        <w:t>　　3、学会尊重别人，懂得友好相处、互相谦让。</w:t>
      </w:r>
      <w:r>
        <w:rPr>
          <w:lang w:eastAsia="zh-CN"/>
        </w:rPr>
        <w:br/>
      </w:r>
      <w:r>
        <w:rPr>
          <w:lang w:eastAsia="zh-CN"/>
        </w:rPr>
        <w:t>　　4、学习观察周围自然环境和自然现象的明显特征和变化，运用各种感官感知事物。</w:t>
      </w:r>
      <w:r>
        <w:rPr>
          <w:lang w:eastAsia="zh-CN"/>
        </w:rPr>
        <w:br/>
      </w:r>
      <w:r>
        <w:rPr>
          <w:lang w:eastAsia="zh-CN"/>
        </w:rPr>
        <w:t>　　5、逐步丰富词汇量，能运用一些词汇进行表达。</w:t>
      </w:r>
      <w:r>
        <w:rPr>
          <w:lang w:eastAsia="zh-CN"/>
        </w:rPr>
        <w:br/>
      </w:r>
      <w:r>
        <w:rPr>
          <w:lang w:eastAsia="zh-CN"/>
        </w:rPr>
        <w:t>　　6、学习跟着音乐节奏做动作，愿意大胆地参加艺术活动。</w:t>
      </w:r>
      <w:r>
        <w:rPr>
          <w:lang w:eastAsia="zh-CN"/>
        </w:rPr>
        <w:br/>
      </w:r>
      <w:r>
        <w:rPr>
          <w:lang w:eastAsia="zh-CN"/>
        </w:rPr>
        <w:t>　　7、学会遵守日常行为规范，愿意与他人交往，与同伴共同活动，不争抢玩具。</w:t>
      </w:r>
      <w:r>
        <w:rPr>
          <w:lang w:eastAsia="zh-CN"/>
        </w:rPr>
        <w:br/>
      </w:r>
      <w:r>
        <w:rPr>
          <w:lang w:eastAsia="zh-CN"/>
        </w:rPr>
        <w:t>　　8、有初步的自我认识，主动参与集体生活和学习，增强独立能力。</w:t>
      </w:r>
      <w:r>
        <w:rPr>
          <w:lang w:eastAsia="zh-CN"/>
        </w:rPr>
        <w:br/>
      </w:r>
      <w:r>
        <w:rPr>
          <w:lang w:eastAsia="zh-CN"/>
        </w:rPr>
        <w:t>　　9、培养幼儿学会与人分享。</w:t>
      </w:r>
      <w:r>
        <w:rPr>
          <w:lang w:eastAsia="zh-CN"/>
        </w:rPr>
        <w:br/>
      </w:r>
      <w:r>
        <w:rPr>
          <w:lang w:eastAsia="zh-CN"/>
        </w:rPr>
        <w:t>　　10、对幼儿在走，跑，跳，平衡等方面进行锻炼，在期末对幼儿进行测查，检测幼儿的身体动作发展情况。</w:t>
      </w:r>
      <w:r>
        <w:rPr>
          <w:lang w:eastAsia="zh-CN"/>
        </w:rPr>
        <w:br/>
      </w:r>
      <w:r>
        <w:rPr>
          <w:lang w:eastAsia="zh-CN"/>
        </w:rPr>
        <w:t>　　11、继续鼓励幼儿用普通话与老师、同伴交流。</w:t>
      </w:r>
      <w:r>
        <w:rPr>
          <w:lang w:eastAsia="zh-CN"/>
        </w:rPr>
        <w:br/>
      </w:r>
      <w:r>
        <w:rPr>
          <w:lang w:eastAsia="zh-CN"/>
        </w:rPr>
        <w:t>　　(三)教研工作</w:t>
      </w:r>
      <w:r>
        <w:rPr>
          <w:lang w:eastAsia="zh-CN"/>
        </w:rPr>
        <w:br/>
      </w:r>
      <w:r>
        <w:rPr>
          <w:lang w:eastAsia="zh-CN"/>
        </w:rPr>
        <w:t>　　1、主动参加段的教研活动，认真实施教研计划，进行阶段记录，反馈，期末做出专题总结及交流。</w:t>
      </w:r>
      <w:r>
        <w:rPr>
          <w:lang w:eastAsia="zh-CN"/>
        </w:rPr>
        <w:br/>
      </w:r>
      <w:r>
        <w:rPr>
          <w:lang w:eastAsia="zh-CN"/>
        </w:rPr>
        <w:t>　　2、认真开展主题活动，不断充实自己，运疒灵活多样的教育模式，完成主题活动内容。做到有计划、有准备、有记弛、有积累。注意环境对幼儿发展的影响，根据主题创设与之相适应的环，做到主题与环境相配合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lang w:eastAsia="zh-CN"/>
        </w:rPr>
        <w:t>　　3、按时开展区域活动和角色游戏，做到材料充足，及时调查，满足幼儿动手动脑、探索发现的欲望。主动开展丰富的户外游戏和体育活动，保证幼儿一日活动量，促进幼儿身体各机能协调发展。</w:t>
      </w:r>
      <w:r>
        <w:rPr>
          <w:lang w:eastAsia="zh-CN"/>
        </w:rPr>
        <w:br/>
      </w:r>
      <w:r>
        <w:rPr>
          <w:lang w:eastAsia="zh-CN"/>
        </w:rPr>
        <w:t>　　4、认真对待园内公开教学，吸取和参考别人的经验，同时及时进行交流和整改。</w:t>
      </w:r>
      <w:r>
        <w:rPr>
          <w:lang w:eastAsia="zh-CN"/>
        </w:rPr>
        <w:br/>
      </w:r>
      <w:r>
        <w:rPr>
          <w:lang w:eastAsia="zh-CN"/>
        </w:rPr>
        <w:t>　　(四)父母工作：</w:t>
      </w:r>
      <w:r>
        <w:rPr>
          <w:lang w:eastAsia="zh-CN"/>
        </w:rPr>
        <w:br/>
      </w:r>
      <w:r>
        <w:rPr>
          <w:lang w:eastAsia="zh-CN"/>
        </w:rPr>
        <w:t>　　1、开学后利用接送幼儿的机会与父母沟通，了解幼儿在家情况，与父母交流教育方法，家园配合，共同促进幼儿发展。</w:t>
      </w:r>
      <w:r>
        <w:rPr>
          <w:lang w:eastAsia="zh-CN"/>
        </w:rPr>
        <w:br/>
      </w:r>
      <w:r>
        <w:rPr>
          <w:lang w:eastAsia="zh-CN"/>
        </w:rPr>
        <w:t>　　2. 每个月更换父母园地内容，内容的选择体现丰富性，实用性，教育性，让父母根据父母园地的内容对幼儿的薄弱环节加以辅导，复习。</w:t>
      </w:r>
      <w:r>
        <w:rPr>
          <w:lang w:eastAsia="zh-CN"/>
        </w:rPr>
        <w:br/>
      </w:r>
      <w:r>
        <w:rPr>
          <w:lang w:eastAsia="zh-CN"/>
        </w:rPr>
        <w:t>　　3、期初召开父母会，向父母介绍教室主要工作。</w:t>
      </w:r>
      <w:r>
        <w:rPr>
          <w:lang w:eastAsia="zh-CN"/>
        </w:rPr>
        <w:br/>
      </w:r>
      <w:r>
        <w:rPr>
          <w:lang w:eastAsia="zh-CN"/>
        </w:rPr>
        <w:t>　　4、继续加强与父母的交流与沟通，以家访、电话、接送时的交谈等形式，让父母了解孩子的在园的生活学习情况。</w:t>
      </w:r>
      <w:r>
        <w:rPr>
          <w:lang w:eastAsia="zh-CN"/>
        </w:rPr>
        <w:br/>
      </w:r>
      <w:r>
        <w:rPr>
          <w:lang w:eastAsia="zh-CN"/>
        </w:rPr>
        <w:t>　　5、举行父母开放半日活动，使父母了解教室在保教方面的活动情况。</w:t>
      </w:r>
      <w:r>
        <w:rPr>
          <w:lang w:eastAsia="zh-CN"/>
        </w:rPr>
        <w:br/>
      </w:r>
      <w:r>
        <w:rPr>
          <w:lang w:eastAsia="zh-CN"/>
        </w:rPr>
        <w:t>　　6、在班里建立父母园地，每月出版家园联系专刊。</w:t>
      </w:r>
      <w:r>
        <w:rPr>
          <w:lang w:eastAsia="zh-CN"/>
        </w:rPr>
        <w:br/>
      </w:r>
      <w:r>
        <w:rPr>
          <w:lang w:eastAsia="zh-CN"/>
        </w:rPr>
        <w:t>　　7、继续做好接送工作。来园和离园时，请父母出示接送卡，确保幼儿的安全。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篇13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lang w:eastAsia="zh-CN"/>
        </w:rPr>
        <w:t>　　为了开拓幼儿的视野，增长知识，亲近自然、感受生活，让幼儿在与大自然的接触中感受人与自然的和谐的重要，增强环保意识，萌发他们爱周围环境、爱家乡、爱祖国的情感，我园特地决定举行一次“大手牵小手，一起去春游”的活动。</w:t>
      </w:r>
      <w:r>
        <w:rPr>
          <w:lang w:eastAsia="zh-CN"/>
        </w:rPr>
        <w:br/>
      </w:r>
      <w:r>
        <w:rPr>
          <w:lang w:eastAsia="zh-CN"/>
        </w:rPr>
        <w:t>　　一、活动目标：</w:t>
      </w:r>
      <w:r>
        <w:rPr>
          <w:lang w:eastAsia="zh-CN"/>
        </w:rPr>
        <w:br/>
      </w:r>
      <w:r>
        <w:rPr>
          <w:lang w:eastAsia="zh-CN"/>
        </w:rPr>
        <w:t>　　1、亲近自然、感受春天，让幼儿在大自然的接触中感受人与自然的和谐的重要，增强环保意识。</w:t>
      </w:r>
      <w:r>
        <w:rPr>
          <w:lang w:eastAsia="zh-CN"/>
        </w:rPr>
        <w:br/>
      </w:r>
      <w:r>
        <w:rPr>
          <w:lang w:eastAsia="zh-CN"/>
        </w:rPr>
        <w:t>　　2、感受集体外出活动的乐趣，并知道外出活动的一些安全知识。</w:t>
      </w:r>
      <w:r>
        <w:rPr>
          <w:lang w:eastAsia="zh-CN"/>
        </w:rPr>
        <w:br/>
      </w:r>
      <w:r>
        <w:rPr>
          <w:lang w:eastAsia="zh-CN"/>
        </w:rPr>
        <w:t>　　3、让幼儿感受春天的变化以及春天的美。</w:t>
      </w:r>
      <w:r>
        <w:rPr>
          <w:lang w:eastAsia="zh-CN"/>
        </w:rPr>
        <w:br/>
      </w:r>
      <w:r>
        <w:rPr>
          <w:lang w:eastAsia="zh-CN"/>
        </w:rPr>
        <w:t>　　二、活动时间：</w:t>
      </w:r>
      <w:r>
        <w:rPr>
          <w:lang w:eastAsia="zh-CN"/>
        </w:rPr>
        <w:br/>
      </w:r>
      <w:r>
        <w:rPr>
          <w:lang w:eastAsia="zh-CN"/>
        </w:rPr>
        <w:t>　　20__年3月3日(周五)</w:t>
      </w:r>
      <w:r>
        <w:rPr>
          <w:lang w:eastAsia="zh-CN"/>
        </w:rPr>
        <w:br/>
      </w:r>
      <w:r>
        <w:rPr>
          <w:lang w:eastAsia="zh-CN"/>
        </w:rPr>
        <w:t>　　三、活动地点：</w:t>
      </w:r>
      <w:r>
        <w:rPr>
          <w:lang w:eastAsia="zh-CN"/>
        </w:rPr>
        <w:br/>
      </w:r>
      <w:r>
        <w:rPr>
          <w:lang w:eastAsia="zh-CN"/>
        </w:rPr>
        <w:t>　　周家大院</w:t>
      </w:r>
      <w:r>
        <w:rPr>
          <w:lang w:eastAsia="zh-CN"/>
        </w:rPr>
        <w:br/>
      </w:r>
      <w:r>
        <w:rPr>
          <w:lang w:eastAsia="zh-CN"/>
        </w:rPr>
        <w:t>　　四、活动准备：</w:t>
      </w:r>
      <w:r>
        <w:rPr>
          <w:lang w:eastAsia="zh-CN"/>
        </w:rPr>
        <w:br/>
      </w:r>
      <w:r>
        <w:rPr>
          <w:lang w:eastAsia="zh-CN"/>
        </w:rPr>
        <w:t>　　邀请函、校车2台、风筝、药品、纸巾、音响、话筒、签到册、各班幼儿名单及电话、班牌、横幅、音乐。</w:t>
      </w:r>
      <w:r>
        <w:rPr>
          <w:lang w:eastAsia="zh-CN"/>
        </w:rPr>
        <w:br/>
      </w:r>
      <w:r>
        <w:rPr>
          <w:lang w:eastAsia="zh-CN"/>
        </w:rPr>
        <w:t>　　五、活动流程：</w:t>
      </w:r>
      <w:r>
        <w:rPr>
          <w:lang w:eastAsia="zh-CN"/>
        </w:rPr>
        <w:br/>
      </w:r>
      <w:r>
        <w:rPr>
          <w:lang w:eastAsia="zh-CN"/>
        </w:rPr>
        <w:t>　　8：30家长在园签到。</w:t>
      </w:r>
      <w:r>
        <w:rPr>
          <w:lang w:eastAsia="zh-CN"/>
        </w:rPr>
        <w:br/>
      </w:r>
      <w:r>
        <w:rPr>
          <w:lang w:eastAsia="zh-CN"/>
        </w:rPr>
        <w:t>　　8：45家长集合园长发言。</w:t>
      </w:r>
      <w:r>
        <w:rPr>
          <w:lang w:eastAsia="zh-CN"/>
        </w:rPr>
        <w:br/>
      </w:r>
      <w:r>
        <w:rPr>
          <w:lang w:eastAsia="zh-CN"/>
        </w:rPr>
        <w:t>　　9：00各班教师组织幼儿及家长乘车(班主任在车上点名清点人数)。</w:t>
      </w:r>
      <w:r>
        <w:rPr>
          <w:lang w:eastAsia="zh-CN"/>
        </w:rPr>
        <w:br/>
      </w:r>
      <w:r>
        <w:rPr>
          <w:lang w:eastAsia="zh-CN"/>
        </w:rPr>
        <w:t>　　9：30周家大院门口集合拍照(班主任清点人数)。</w:t>
      </w:r>
      <w:r>
        <w:rPr>
          <w:lang w:eastAsia="zh-CN"/>
        </w:rPr>
        <w:br/>
      </w:r>
      <w:r>
        <w:rPr>
          <w:lang w:eastAsia="zh-CN"/>
        </w:rPr>
        <w:t>　　9：35—9：50发放风筝幼儿与家长作画。</w:t>
      </w:r>
      <w:r>
        <w:rPr>
          <w:lang w:eastAsia="zh-CN"/>
        </w:rPr>
        <w:br/>
      </w:r>
      <w:r>
        <w:rPr>
          <w:lang w:eastAsia="zh-CN"/>
        </w:rPr>
        <w:t>　　10：00组织家长拍照。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lang w:eastAsia="zh-CN"/>
        </w:rPr>
        <w:t>　　10：00—11：00幼儿与家长放风筝、欣赏油菜花。</w:t>
      </w:r>
      <w:r>
        <w:rPr>
          <w:lang w:eastAsia="zh-CN"/>
        </w:rPr>
        <w:br/>
      </w:r>
      <w:r>
        <w:rPr>
          <w:lang w:eastAsia="zh-CN"/>
        </w:rPr>
        <w:t>　　11：05集合坐车返园(班主任在车上点名清点人数)。</w:t>
      </w:r>
      <w:r>
        <w:rPr>
          <w:lang w:eastAsia="zh-CN"/>
        </w:rPr>
        <w:br/>
      </w:r>
      <w:r>
        <w:rPr>
          <w:lang w:eastAsia="zh-CN"/>
        </w:rPr>
        <w:t>　　11：20幼儿园集合(班主任清点人数)。</w:t>
      </w:r>
      <w:r>
        <w:rPr>
          <w:lang w:eastAsia="zh-CN"/>
        </w:rPr>
        <w:br/>
      </w:r>
      <w:r>
        <w:rPr>
          <w:lang w:eastAsia="zh-CN"/>
        </w:rPr>
        <w:t>　　六、安全保障措施：</w:t>
      </w:r>
      <w:r>
        <w:rPr>
          <w:lang w:eastAsia="zh-CN"/>
        </w:rPr>
        <w:br/>
      </w:r>
      <w:r>
        <w:rPr>
          <w:lang w:eastAsia="zh-CN"/>
        </w:rPr>
        <w:t>　　1、加强管理和监督措施。班主任是班级安全工作的第一责任人，全面负责幼儿出游的安全工作，教师负责组织好幼儿活动，维持好纪律。保育员负责照顾好幼儿出游的护理工作。除此以外，各班级增配行政人员和家长委员会成员，保障出游的安全工作。</w:t>
      </w:r>
      <w:r>
        <w:rPr>
          <w:lang w:eastAsia="zh-CN"/>
        </w:rPr>
        <w:br/>
      </w:r>
      <w:r>
        <w:rPr>
          <w:lang w:eastAsia="zh-CN"/>
        </w:rPr>
        <w:t>　　2、增强幼儿安全防范意识和自我保护能力。</w:t>
      </w:r>
      <w:r>
        <w:rPr>
          <w:lang w:eastAsia="zh-CN"/>
        </w:rPr>
        <w:br/>
      </w:r>
      <w:r>
        <w:rPr>
          <w:lang w:eastAsia="zh-CN"/>
        </w:rPr>
        <w:t>　　3、携带好急救用品，以防幼儿突发事情。</w:t>
      </w:r>
      <w:r>
        <w:rPr>
          <w:lang w:eastAsia="zh-CN"/>
        </w:rPr>
        <w:br/>
      </w:r>
      <w:r>
        <w:rPr>
          <w:lang w:eastAsia="zh-CN"/>
        </w:rPr>
        <w:t>　　4、春游活动期间一切行动听指挥，准时出发，准时返园。</w:t>
      </w:r>
      <w:r>
        <w:rPr>
          <w:lang w:eastAsia="zh-CN"/>
        </w:rPr>
        <w:br/>
      </w:r>
      <w:r>
        <w:rPr>
          <w:lang w:eastAsia="zh-CN"/>
        </w:rPr>
        <w:t>　　5、全体幼儿必须穿舒适的鞋子、易于穿脱的外套。</w:t>
      </w:r>
      <w:r>
        <w:rPr>
          <w:lang w:eastAsia="zh-CN"/>
        </w:rPr>
        <w:br/>
      </w:r>
      <w:r>
        <w:rPr>
          <w:lang w:eastAsia="zh-CN"/>
        </w:rPr>
        <w:t>　　6、参观。不能大声暄哗、打闹。</w:t>
      </w:r>
      <w:r>
        <w:rPr>
          <w:lang w:eastAsia="zh-CN"/>
        </w:rPr>
        <w:br/>
      </w:r>
      <w:r>
        <w:rPr>
          <w:lang w:eastAsia="zh-CN"/>
        </w:rPr>
        <w:t>　　7、注意言行文明，爱护公物，不随地乱扔垃圾。</w:t>
      </w:r>
      <w:r>
        <w:rPr>
          <w:lang w:eastAsia="zh-CN"/>
        </w:rPr>
        <w:br/>
      </w:r>
      <w:r>
        <w:rPr>
          <w:lang w:eastAsia="zh-CN"/>
        </w:rPr>
        <w:t>　　8、班主任在每一次集合时一定要清点好幼儿人数，确保幼儿安全。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篇14 </w:t>
      </w:r>
      <w:r>
        <w:rPr>
          <w:lang w:eastAsia="zh-CN"/>
        </w:rPr>
        <w:br/>
      </w:r>
      <w:r>
        <w:rPr>
          <w:lang w:eastAsia="zh-CN"/>
        </w:rPr>
        <w:t>　　活动目标：</w:t>
      </w:r>
      <w:r>
        <w:rPr>
          <w:lang w:eastAsia="zh-CN"/>
        </w:rPr>
        <w:br/>
      </w:r>
      <w:r>
        <w:rPr>
          <w:lang w:eastAsia="zh-CN"/>
        </w:rPr>
        <w:t>　　1.能感知幼儿园过年前的景象。</w:t>
      </w:r>
      <w:r>
        <w:rPr>
          <w:lang w:eastAsia="zh-CN"/>
        </w:rPr>
        <w:br/>
      </w:r>
      <w:r>
        <w:rPr>
          <w:lang w:eastAsia="zh-CN"/>
        </w:rPr>
        <w:t>　　2.会用一些词语表达自己的感受。</w:t>
      </w:r>
      <w:r>
        <w:rPr>
          <w:lang w:eastAsia="zh-CN"/>
        </w:rPr>
        <w:br/>
      </w:r>
      <w:r>
        <w:rPr>
          <w:lang w:eastAsia="zh-CN"/>
        </w:rPr>
        <w:t>　　活动准备：</w:t>
      </w:r>
      <w:r>
        <w:rPr>
          <w:lang w:eastAsia="zh-CN"/>
        </w:rPr>
        <w:br/>
      </w:r>
      <w:r>
        <w:rPr>
          <w:lang w:eastAsia="zh-CN"/>
        </w:rPr>
        <w:t>　　中大班及幼儿园已进行新年布置。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>
        <w:rPr>
          <w:lang w:eastAsia="zh-CN"/>
        </w:rPr>
        <w:t>　　活动过程：</w:t>
      </w:r>
      <w:r>
        <w:rPr>
          <w:lang w:eastAsia="zh-CN"/>
        </w:rPr>
        <w:br/>
      </w:r>
      <w:r>
        <w:rPr>
          <w:lang w:eastAsia="zh-CN"/>
        </w:rPr>
        <w:t>　　1.引发参观兴趣。</w:t>
      </w:r>
      <w:r>
        <w:rPr>
          <w:lang w:eastAsia="zh-CN"/>
        </w:rPr>
        <w:br/>
      </w:r>
      <w:r>
        <w:rPr>
          <w:lang w:eastAsia="zh-CN"/>
        </w:rPr>
        <w:t>　　?提问：这几天幼儿园和哥哥姐姐班发生了什么变化?</w:t>
      </w:r>
      <w:r>
        <w:rPr>
          <w:lang w:eastAsia="zh-CN"/>
        </w:rPr>
        <w:br/>
      </w:r>
      <w:r>
        <w:rPr>
          <w:lang w:eastAsia="zh-CN"/>
        </w:rPr>
        <w:t>　　为什么要布置得那么漂亮?</w:t>
      </w:r>
      <w:r>
        <w:rPr>
          <w:lang w:eastAsia="zh-CN"/>
        </w:rPr>
        <w:br/>
      </w:r>
      <w:r>
        <w:rPr>
          <w:lang w:eastAsia="zh-CN"/>
        </w:rPr>
        <w:t>　　他们是怎么打扮幼儿园的?</w:t>
      </w:r>
      <w:r>
        <w:rPr>
          <w:lang w:eastAsia="zh-CN"/>
        </w:rPr>
        <w:br/>
      </w:r>
      <w:r>
        <w:rPr>
          <w:lang w:eastAsia="zh-CN"/>
        </w:rPr>
        <w:t>　　2.明确参观时的纪律。</w:t>
      </w:r>
      <w:r>
        <w:rPr>
          <w:lang w:eastAsia="zh-CN"/>
        </w:rPr>
        <w:br/>
      </w:r>
      <w:r>
        <w:rPr>
          <w:lang w:eastAsia="zh-CN"/>
        </w:rPr>
        <w:t>　　?跟着队伍走，小声讲话，别影响别人。</w:t>
      </w:r>
      <w:r>
        <w:rPr>
          <w:lang w:eastAsia="zh-CN"/>
        </w:rPr>
        <w:br/>
      </w:r>
      <w:r>
        <w:rPr>
          <w:lang w:eastAsia="zh-CN"/>
        </w:rPr>
        <w:t>　　?爱护哥哥姐姐布置的环境，不用手乱碰。</w:t>
      </w:r>
      <w:r>
        <w:rPr>
          <w:lang w:eastAsia="zh-CN"/>
        </w:rPr>
        <w:br/>
      </w:r>
      <w:r>
        <w:rPr>
          <w:lang w:eastAsia="zh-CN"/>
        </w:rPr>
        <w:t>　　?与哥哥姐姐、叔叔阿姨、老师谈话时有礼貌等。</w:t>
      </w:r>
      <w:r>
        <w:rPr>
          <w:lang w:eastAsia="zh-CN"/>
        </w:rPr>
        <w:br/>
      </w:r>
      <w:r>
        <w:rPr>
          <w:lang w:eastAsia="zh-CN"/>
        </w:rPr>
        <w:t>　　3.幼儿参观幼儿园的节日环境布置。</w:t>
      </w:r>
      <w:r>
        <w:rPr>
          <w:lang w:eastAsia="zh-CN"/>
        </w:rPr>
        <w:br/>
      </w:r>
      <w:r>
        <w:rPr>
          <w:lang w:eastAsia="zh-CN"/>
        </w:rPr>
        <w:t>　　?教师启发幼儿用适当的词语描述节日景象，体验要过新年的愉快情感。鼓励幼儿与遇见的哥哥姐姐等交谈。</w:t>
      </w:r>
      <w:r>
        <w:rPr>
          <w:lang w:eastAsia="zh-CN"/>
        </w:rPr>
        <w:br/>
      </w:r>
      <w:r>
        <w:rPr>
          <w:lang w:eastAsia="zh-CN"/>
        </w:rPr>
        <w:t>　　4.共同布置自己的班级。</w:t>
      </w:r>
      <w:r>
        <w:rPr>
          <w:lang w:eastAsia="zh-CN"/>
        </w:rPr>
        <w:br/>
      </w:r>
      <w:r>
        <w:rPr>
          <w:lang w:eastAsia="zh-CN"/>
        </w:rPr>
        <w:t>　　?鼓励幼儿自己动手和老师一起把教室也打扮打扮。</w:t>
      </w:r>
      <w:r>
        <w:rPr>
          <w:lang w:eastAsia="zh-CN"/>
        </w:rPr>
        <w:br/>
      </w:r>
      <w:r>
        <w:rPr>
          <w:lang w:eastAsia="zh-CN"/>
        </w:rPr>
        <w:t>　　如：粘贴彩色纸、挂哥哥姐姐送来的红灯笼。</w:t>
      </w:r>
      <w:r>
        <w:rPr>
          <w:lang w:eastAsia="zh-CN"/>
        </w:rPr>
        <w:br/>
      </w:r>
      <w:r>
        <w:rPr>
          <w:lang w:eastAsia="zh-CN"/>
        </w:rPr>
        <w:t>　　建议：</w:t>
      </w:r>
      <w:r>
        <w:rPr>
          <w:lang w:eastAsia="zh-CN"/>
        </w:rPr>
        <w:br/>
      </w:r>
      <w:r>
        <w:rPr>
          <w:lang w:eastAsia="zh-CN"/>
        </w:rPr>
        <w:t>　　本活动也可采用大带小的形式进行。</w:t>
      </w:r>
      <w:r>
        <w:rPr>
          <w:lang w:eastAsia="zh-CN"/>
        </w:rPr>
        <w:br/>
      </w:r>
      <w:r>
        <w:rPr>
          <w:lang w:eastAsia="zh-CN"/>
        </w:rPr>
        <w:t>　　评价：</w:t>
      </w:r>
      <w:r>
        <w:rPr>
          <w:lang w:eastAsia="zh-CN"/>
        </w:rPr>
        <w:br/>
      </w:r>
      <w:r>
        <w:rPr>
          <w:lang w:eastAsia="zh-CN"/>
        </w:rPr>
        <w:t>　　1.能观察中大班教室及幼儿环境中的漂亮布置，会描述自己所看到的节日景象。</w:t>
      </w:r>
      <w:r>
        <w:rPr>
          <w:lang w:eastAsia="zh-CN"/>
        </w:rPr>
        <w:br/>
      </w:r>
      <w:r>
        <w:rPr>
          <w:lang w:eastAsia="zh-CN"/>
        </w:rPr>
        <w:t>　　2.有迎新年的快乐情绪，参加布置活动。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篇15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>
        <w:rPr>
          <w:lang w:eastAsia="zh-CN"/>
        </w:rPr>
        <w:t>　　一、准备活动</w:t>
      </w:r>
      <w:r>
        <w:rPr>
          <w:lang w:eastAsia="zh-CN"/>
        </w:rPr>
        <w:br/>
      </w:r>
      <w:r>
        <w:rPr>
          <w:lang w:eastAsia="zh-CN"/>
        </w:rPr>
        <w:t>　　幼儿收集各种风筝的有关资料</w:t>
      </w:r>
      <w:r>
        <w:rPr>
          <w:lang w:eastAsia="zh-CN"/>
        </w:rPr>
        <w:br/>
      </w:r>
      <w:r>
        <w:rPr>
          <w:lang w:eastAsia="zh-CN"/>
        </w:rPr>
        <w:t>　　布置环境“美丽的风筝“</w:t>
      </w:r>
      <w:r>
        <w:rPr>
          <w:lang w:eastAsia="zh-CN"/>
        </w:rPr>
        <w:br/>
      </w:r>
      <w:r>
        <w:rPr>
          <w:lang w:eastAsia="zh-CN"/>
        </w:rPr>
        <w:t>　　二、基本活动</w:t>
      </w:r>
      <w:r>
        <w:rPr>
          <w:lang w:eastAsia="zh-CN"/>
        </w:rPr>
        <w:br/>
      </w:r>
      <w:r>
        <w:rPr>
          <w:lang w:eastAsia="zh-CN"/>
        </w:rPr>
        <w:t>　　1、组织幼儿观察各种风筝的特点</w:t>
      </w:r>
      <w:r>
        <w:rPr>
          <w:lang w:eastAsia="zh-CN"/>
        </w:rPr>
        <w:br/>
      </w:r>
      <w:r>
        <w:rPr>
          <w:lang w:eastAsia="zh-CN"/>
        </w:rPr>
        <w:t>　　引导幼儿说出，风筝的结构基本上是由竹条和各种丝绸、布、线制作成的。</w:t>
      </w:r>
      <w:r>
        <w:rPr>
          <w:lang w:eastAsia="zh-CN"/>
        </w:rPr>
        <w:br/>
      </w:r>
      <w:r>
        <w:rPr>
          <w:lang w:eastAsia="zh-CN"/>
        </w:rPr>
        <w:t>　　2、了解风筝的制作步奏，提高幼儿动手能力。</w:t>
      </w:r>
      <w:r>
        <w:rPr>
          <w:lang w:eastAsia="zh-CN"/>
        </w:rPr>
        <w:br/>
      </w:r>
      <w:r>
        <w:rPr>
          <w:lang w:eastAsia="zh-CN"/>
        </w:rPr>
        <w:t>　　教师示范制作风筝的步奏，幼儿尝试制作风筝。</w:t>
      </w:r>
      <w:r>
        <w:rPr>
          <w:lang w:eastAsia="zh-CN"/>
        </w:rPr>
        <w:br/>
      </w:r>
      <w:r>
        <w:rPr>
          <w:lang w:eastAsia="zh-CN"/>
        </w:rPr>
        <w:t>　　展示幼儿作品，引导幼儿相互交流自己制作过程，体验成功的快乐。</w:t>
      </w:r>
      <w:r>
        <w:rPr>
          <w:lang w:eastAsia="zh-CN"/>
        </w:rPr>
        <w:br/>
      </w:r>
      <w:r>
        <w:rPr>
          <w:lang w:eastAsia="zh-CN"/>
        </w:rPr>
        <w:t>　　3、布置环境“美丽的风筝”</w:t>
      </w:r>
      <w:r>
        <w:rPr>
          <w:lang w:eastAsia="zh-CN"/>
        </w:rPr>
        <w:br/>
      </w:r>
      <w:r>
        <w:rPr>
          <w:lang w:eastAsia="zh-CN"/>
        </w:rPr>
        <w:t>　　三、社会实践活动</w:t>
      </w:r>
      <w:r>
        <w:rPr>
          <w:lang w:eastAsia="zh-CN"/>
        </w:rPr>
        <w:br/>
      </w:r>
      <w:r>
        <w:rPr>
          <w:lang w:eastAsia="zh-CN"/>
        </w:rPr>
        <w:t>　　1、乘车到汾河公园，家长在公园门口等候。</w:t>
      </w:r>
      <w:r>
        <w:rPr>
          <w:lang w:eastAsia="zh-CN"/>
        </w:rPr>
        <w:br/>
      </w:r>
      <w:r>
        <w:rPr>
          <w:lang w:eastAsia="zh-CN"/>
        </w:rPr>
        <w:t>　　2、与幼儿进行社会实践互动游戏“我知道的风筝”。</w:t>
      </w:r>
      <w:r>
        <w:rPr>
          <w:lang w:eastAsia="zh-CN"/>
        </w:rPr>
        <w:br/>
      </w:r>
      <w:r>
        <w:rPr>
          <w:lang w:eastAsia="zh-CN"/>
        </w:rPr>
        <w:t>　　3、向幼儿及家长提出活动要求，请家长与幼儿一起观察各种风筝的外型特点，在活动过程中注意幼儿的安全。并提醒家长活动结束时间及集合时间。</w:t>
      </w:r>
      <w:r>
        <w:rPr>
          <w:lang w:eastAsia="zh-CN"/>
        </w:rPr>
        <w:br/>
      </w:r>
      <w:r>
        <w:rPr>
          <w:lang w:eastAsia="zh-CN"/>
        </w:rPr>
        <w:t>　　4、幼儿自由组合进行活动。</w:t>
      </w:r>
      <w:r>
        <w:rPr>
          <w:lang w:eastAsia="zh-CN"/>
        </w:rPr>
        <w:br/>
      </w:r>
      <w:r>
        <w:rPr>
          <w:lang w:eastAsia="zh-CN"/>
        </w:rPr>
        <w:t>　　四、延伸活动</w:t>
      </w:r>
      <w:r>
        <w:rPr>
          <w:lang w:eastAsia="zh-CN"/>
        </w:rPr>
        <w:br/>
      </w:r>
      <w:r>
        <w:rPr>
          <w:lang w:eastAsia="zh-CN"/>
        </w:rPr>
        <w:t>　　主题绘画“我最喜欢的风筝”</w:t>
      </w:r>
      <w:r>
        <w:rPr>
          <w:lang w:eastAsia="zh-CN"/>
        </w:rPr>
        <w:br/>
      </w:r>
      <w:r>
        <w:rPr>
          <w:lang w:eastAsia="zh-CN"/>
        </w:rPr>
        <w:t>　　活动小结：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1、促进幼儿全面、和谐的发展。</w:t>
      </w:r>
      <w:r>
        <w:rPr>
          <w:lang w:eastAsia="zh-CN"/>
        </w:rPr>
        <w:br/>
      </w:r>
      <w:r>
        <w:rPr>
          <w:lang w:eastAsia="zh-CN"/>
        </w:rPr>
        <w:t>　　社会实践活动“美丽的风筝”在家长和幼儿的欢歌笑语中圆满结束了。通过此次活动，不仅是幼儿开阔了视野，增长了许多社会经验，在活动过程中，孩子们始终以活动主体参与每一个环节，使幼儿的探索欲望、合作能力、人际交往以及对事情安排的.有续性都得到了发展。</w:t>
      </w:r>
      <w:r>
        <w:rPr>
          <w:lang w:eastAsia="zh-CN"/>
        </w:rPr>
        <w:br/>
      </w:r>
      <w:r>
        <w:rPr>
          <w:lang w:eastAsia="zh-CN"/>
        </w:rPr>
        <w:t>　　2、提高家园合作意识，使幼儿园工作顺利进行得到更大的保障。</w:t>
      </w:r>
      <w:r>
        <w:rPr>
          <w:lang w:eastAsia="zh-CN"/>
        </w:rPr>
        <w:br/>
      </w:r>
      <w:r>
        <w:rPr>
          <w:lang w:eastAsia="zh-CN"/>
        </w:rPr>
        <w:t>　　通过此次活动，是家长进一步了解幼儿园的工作，并对此项活动表示了极大的肯定，与此同时还进一步提出一些更加合理的建议，从而主动发挥了主人翁意识，是我园工作更加完美和人性化。</w:t>
      </w:r>
      <w:r>
        <w:rPr>
          <w:lang w:eastAsia="zh-CN"/>
        </w:rPr>
        <w:br/>
      </w:r>
      <w:r>
        <w:rPr>
          <w:lang w:eastAsia="zh-CN"/>
        </w:rPr>
        <w:t xml:space="preserve">    幼儿园春游计划 篇16 </w:t>
      </w:r>
      <w:r>
        <w:rPr>
          <w:lang w:eastAsia="zh-CN"/>
        </w:rPr>
        <w:br/>
      </w:r>
      <w:r>
        <w:rPr>
          <w:lang w:eastAsia="zh-CN"/>
        </w:rPr>
        <w:t>　　1、开拓视野，增长知识，亲近自然、感受生活，让在与大自然的接触中感受人与自然和谐的重要，增强环保意识。</w:t>
      </w:r>
      <w:r>
        <w:rPr>
          <w:lang w:eastAsia="zh-CN"/>
        </w:rPr>
        <w:br/>
      </w:r>
      <w:r>
        <w:rPr>
          <w:lang w:eastAsia="zh-CN"/>
        </w:rPr>
        <w:t>　　2、了解山西的名胜古迹，激发幼儿爱家乡的情感。</w:t>
      </w:r>
      <w:r>
        <w:rPr>
          <w:lang w:eastAsia="zh-CN"/>
        </w:rPr>
        <w:br/>
      </w:r>
      <w:r>
        <w:rPr>
          <w:lang w:eastAsia="zh-CN"/>
        </w:rPr>
        <w:t>　　时间：__年4月25日(星期四)</w:t>
      </w:r>
      <w:r>
        <w:rPr>
          <w:lang w:eastAsia="zh-CN"/>
        </w:rPr>
        <w:br/>
      </w:r>
      <w:r>
        <w:rPr>
          <w:lang w:eastAsia="zh-CN"/>
        </w:rPr>
        <w:t>　　地点：晋祠公园</w:t>
      </w:r>
      <w:r>
        <w:rPr>
          <w:lang w:eastAsia="zh-CN"/>
        </w:rPr>
        <w:br/>
      </w:r>
      <w:r>
        <w:rPr>
          <w:lang w:eastAsia="zh-CN"/>
        </w:rPr>
        <w:t>　　活动准备</w:t>
      </w:r>
      <w:r>
        <w:rPr>
          <w:lang w:eastAsia="zh-CN"/>
        </w:rPr>
        <w:br/>
      </w:r>
      <w:r>
        <w:rPr>
          <w:lang w:eastAsia="zh-CN"/>
        </w:rPr>
        <w:t>　　1、提前查看地点、制定春游路线。</w:t>
      </w:r>
      <w:r>
        <w:rPr>
          <w:lang w:eastAsia="zh-CN"/>
        </w:rPr>
        <w:br/>
      </w:r>
      <w:r>
        <w:rPr>
          <w:lang w:eastAsia="zh-CN"/>
        </w:rPr>
        <w:t>　　2、准备好垃圾袋，带好相机。</w:t>
      </w:r>
      <w:r>
        <w:rPr>
          <w:lang w:eastAsia="zh-CN"/>
        </w:rPr>
        <w:br/>
      </w:r>
      <w:r>
        <w:rPr>
          <w:lang w:eastAsia="zh-CN"/>
        </w:rPr>
        <w:t>　　3、服装：给幼儿穿上便于活动的服装，合适、轻便的鞋子，</w:t>
      </w:r>
      <w:r>
        <w:rPr>
          <w:lang w:eastAsia="zh-CN"/>
        </w:rPr>
        <w:br/>
      </w:r>
      <w:r>
        <w:rPr>
          <w:lang w:eastAsia="zh-CN"/>
        </w:rPr>
        <w:t>　　4 校车5台：8：45从园出发，12点返回。</w:t>
      </w:r>
      <w:r>
        <w:rPr>
          <w:lang w:eastAsia="zh-CN"/>
        </w:rPr>
        <w:br/>
      </w:r>
      <w:r>
        <w:rPr>
          <w:lang w:eastAsia="zh-CN"/>
        </w:rPr>
        <w:t>　　5 ;幼儿自备小零食、水等。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https://d.book118.com/096130033113010044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613003311301004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