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计划参考活动计划实用模板</w:t>
      </w:r>
    </w:p>
    <w:p>
      <w:pPr>
        <w:spacing w:before="100" w:after="200" w:line="360" w:lineRule="auto"/>
        <w:ind w:firstLine="576"/>
        <w:jc w:val="left"/>
      </w:pPr>
      <w:r>
        <w:rPr>
          <w:rFonts w:ascii="宋体" w:eastAsia="宋体" w:hAnsi="宋体"/>
          <w:sz w:val="28"/>
        </w:rPr>
        <w:t>活动主题活动计划。</w:t>
      </w:r>
    </w:p>
    <w:p>
      <w:pPr>
        <w:spacing w:before="100" w:after="200" w:line="360" w:lineRule="auto"/>
        <w:ind w:firstLine="576"/>
        <w:jc w:val="left"/>
      </w:pPr>
      <w:r>
        <w:rPr>
          <w:rFonts w:ascii="宋体" w:eastAsia="宋体" w:hAnsi="宋体"/>
          <w:sz w:val="28"/>
        </w:rPr>
        <w:t>深入贯彻落实温州市教育局关于全面提高教育教学质量的精神,以深化初中课程为重点,以“课堂评价”带动下的“课堂任务单”的推进作为课堂变革项目实施为核心,开展山绣中学语文的实践与研究;以提升学生语文素养为宗旨,继续推行“大阅读”理念,丰富阅读方式,拓展深化读写结合的广度和深度;规范并努力建立以“大阅读”理念为主轴的山绣中学特色的教研活动。</w:t>
      </w:r>
    </w:p>
    <w:p>
      <w:pPr>
        <w:spacing w:before="100" w:after="200" w:line="360" w:lineRule="auto"/>
        <w:ind w:firstLine="576"/>
        <w:jc w:val="left"/>
      </w:pPr>
      <w:r>
        <w:rPr>
          <w:rFonts w:ascii="宋体" w:eastAsia="宋体" w:hAnsi="宋体"/>
          <w:sz w:val="28"/>
        </w:rPr>
        <w:t>[实用]冬至活动谋划计划最新模板</w:t>
      </w:r>
    </w:p>
    <w:p>
      <w:pPr>
        <w:spacing w:before="100" w:after="200" w:line="360" w:lineRule="auto"/>
        <w:jc w:val="left"/>
      </w:pPr>
      <w:r>
        <w:rPr>
          <w:rFonts w:ascii="宋体 (中文正文)" w:eastAsia="宋体" w:hAnsi="宋体 (中文正文)"/>
          <w:b/>
          <w:sz w:val="28"/>
        </w:rPr>
        <w:t>一、活动主题：冬至热乎的饺子，温暖的心</w:t>
      </w:r>
    </w:p>
    <w:p>
      <w:pPr>
        <w:spacing w:before="100" w:after="200" w:line="360" w:lineRule="auto"/>
        <w:jc w:val="left"/>
      </w:pPr>
      <w:r>
        <w:rPr>
          <w:rFonts w:ascii="宋体 (中文正文)" w:eastAsia="宋体" w:hAnsi="宋体 (中文正文)"/>
          <w:sz w:val="28"/>
        </w:rPr>
        <w:t>二、活动目的：</w:t>
      </w:r>
    </w:p>
    <w:p>
      <w:pPr>
        <w:spacing w:before="100" w:after="200" w:line="360" w:lineRule="auto"/>
        <w:ind w:firstLine="576"/>
        <w:jc w:val="left"/>
      </w:pPr>
      <w:r>
        <w:rPr>
          <w:rFonts w:ascii="宋体" w:eastAsia="宋体" w:hAnsi="宋体"/>
          <w:sz w:val="28"/>
        </w:rPr>
        <w:t>1.让同学感觉到节日的温暖，缓解思乡之情。</w:t>
      </w:r>
    </w:p>
    <w:p>
      <w:pPr>
        <w:spacing w:before="100" w:after="200" w:line="360" w:lineRule="auto"/>
        <w:ind w:firstLine="576"/>
        <w:jc w:val="left"/>
      </w:pPr>
      <w:r>
        <w:rPr>
          <w:rFonts w:ascii="宋体" w:eastAsia="宋体" w:hAnsi="宋体"/>
          <w:sz w:val="28"/>
        </w:rPr>
        <w:t>2.弘扬我国的传统饮食文化。</w:t>
      </w:r>
    </w:p>
    <w:p>
      <w:pPr>
        <w:spacing w:before="100" w:after="200" w:line="360" w:lineRule="auto"/>
        <w:ind w:firstLine="576"/>
        <w:jc w:val="left"/>
      </w:pPr>
      <w:r>
        <w:rPr>
          <w:rFonts w:ascii="宋体" w:eastAsia="宋体" w:hAnsi="宋体"/>
          <w:sz w:val="28"/>
        </w:rPr>
        <w:t>3.增进同学之间的感情，培养团体协作精神，丰富大学业余生活。</w:t>
      </w:r>
    </w:p>
    <w:p>
      <w:pPr>
        <w:spacing w:before="100" w:after="200" w:line="360" w:lineRule="auto"/>
        <w:ind w:firstLine="576"/>
        <w:jc w:val="left"/>
      </w:pPr>
      <w:r>
        <w:rPr>
          <w:rFonts w:ascii="宋体" w:eastAsia="宋体" w:hAnsi="宋体"/>
          <w:sz w:val="28"/>
        </w:rPr>
        <w:t>4.为大家缓解压力，希望大家用轻松的心态来对待即将到来的考试。</w:t>
      </w:r>
    </w:p>
    <w:p>
      <w:pPr>
        <w:spacing w:before="100" w:after="200" w:line="360" w:lineRule="auto"/>
        <w:jc w:val="left"/>
      </w:pPr>
      <w:r>
        <w:rPr>
          <w:rFonts w:ascii="宋体 (中文正文)" w:eastAsia="宋体" w:hAnsi="宋体 (中文正文)"/>
          <w:sz w:val="28"/>
        </w:rPr>
        <w:t>三、活动时间和地点：</w:t>
      </w:r>
    </w:p>
    <w:p>
      <w:pPr>
        <w:spacing w:before="100" w:after="200" w:line="360" w:lineRule="auto"/>
        <w:ind w:firstLine="576"/>
        <w:jc w:val="left"/>
      </w:pPr>
      <w:r>
        <w:rPr>
          <w:rFonts w:ascii="宋体" w:eastAsia="宋体" w:hAnsi="宋体"/>
          <w:sz w:val="28"/>
        </w:rPr>
        <w:t>时间：20xx年12月22日(周四)下午</w:t>
      </w:r>
    </w:p>
    <w:p>
      <w:pPr>
        <w:spacing w:before="100" w:after="200" w:line="360" w:lineRule="auto"/>
        <w:ind w:firstLine="576"/>
        <w:jc w:val="left"/>
      </w:pPr>
      <w:r>
        <w:rPr>
          <w:rFonts w:ascii="宋体" w:eastAsia="宋体" w:hAnsi="宋体"/>
          <w:sz w:val="28"/>
        </w:rPr>
        <w:t>地点：第二食堂</w:t>
      </w:r>
    </w:p>
    <w:p>
      <w:pPr>
        <w:spacing w:before="100" w:after="200" w:line="360" w:lineRule="auto"/>
        <w:jc w:val="left"/>
      </w:pPr>
      <w:r>
        <w:rPr>
          <w:rFonts w:ascii="宋体 (中文正文)" w:eastAsia="宋体" w:hAnsi="宋体 (中文正文)"/>
          <w:sz w:val="28"/>
        </w:rPr>
        <w:t>四、活动流程：</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sz w:val="28"/>
        </w:rPr>
        <w:t>1、活动准备：</w:t>
      </w:r>
    </w:p>
    <w:p>
      <w:pPr>
        <w:spacing w:before="100" w:after="200" w:line="360" w:lineRule="auto"/>
        <w:ind w:firstLine="576"/>
        <w:jc w:val="left"/>
      </w:pPr>
      <w:r>
        <w:rPr>
          <w:rFonts w:ascii="宋体" w:eastAsia="宋体" w:hAnsi="宋体"/>
          <w:sz w:val="28"/>
        </w:rPr>
        <w:t>(1)与餐厅方面商定活动前的相关事宜，包饺子材料及工具由餐厅准备。</w:t>
      </w:r>
    </w:p>
    <w:p>
      <w:pPr>
        <w:spacing w:before="100" w:after="200" w:line="360" w:lineRule="auto"/>
        <w:jc w:val="left"/>
      </w:pPr>
      <w:r>
        <w:rPr>
          <w:rFonts w:ascii="宋体 (中文正文)" w:eastAsia="宋体" w:hAnsi="宋体 (中文正文)"/>
          <w:sz w:val="28"/>
        </w:rPr>
        <w:t>(2)活动前召开班会：</w:t>
      </w:r>
    </w:p>
    <w:p>
      <w:pPr>
        <w:spacing w:before="100" w:after="200" w:line="360" w:lineRule="auto"/>
        <w:ind w:firstLine="576"/>
        <w:jc w:val="left"/>
      </w:pPr>
      <w:r>
        <w:rPr>
          <w:rFonts w:ascii="宋体" w:eastAsia="宋体" w:hAnsi="宋体"/>
          <w:sz w:val="28"/>
        </w:rPr>
        <w:t>a.鼓励大家踊跃参与，预计参加人数38人;</w:t>
      </w:r>
    </w:p>
    <w:p>
      <w:pPr>
        <w:spacing w:before="100" w:after="200" w:line="360" w:lineRule="auto"/>
        <w:ind w:firstLine="576"/>
        <w:jc w:val="left"/>
      </w:pPr>
      <w:r>
        <w:rPr>
          <w:rFonts w:ascii="宋体" w:eastAsia="宋体" w:hAnsi="宋体"/>
          <w:sz w:val="28"/>
        </w:rPr>
        <w:t>b.本次活动由班费支出;</w:t>
      </w:r>
    </w:p>
    <w:p>
      <w:pPr>
        <w:spacing w:before="100" w:after="200" w:line="360" w:lineRule="auto"/>
        <w:ind w:firstLine="576"/>
        <w:jc w:val="left"/>
      </w:pPr>
      <w:r>
        <w:rPr>
          <w:rFonts w:ascii="宋体" w:eastAsia="宋体" w:hAnsi="宋体"/>
          <w:sz w:val="28"/>
        </w:rPr>
        <w:t>c.6人一组，以抽签的形式，抽到相同号码的为一组;</w:t>
      </w:r>
    </w:p>
    <w:p>
      <w:pPr>
        <w:spacing w:before="100" w:after="200" w:line="360" w:lineRule="auto"/>
        <w:ind w:firstLine="576"/>
        <w:jc w:val="left"/>
      </w:pPr>
      <w:r>
        <w:rPr>
          <w:rFonts w:ascii="宋体" w:eastAsia="宋体" w:hAnsi="宋体"/>
          <w:sz w:val="28"/>
        </w:rPr>
        <w:t>d.说明各活动的评比规则以及奖品发放规则;</w:t>
      </w:r>
    </w:p>
    <w:p>
      <w:pPr>
        <w:spacing w:before="100" w:after="200" w:line="360" w:lineRule="auto"/>
        <w:ind w:firstLine="576"/>
        <w:jc w:val="left"/>
      </w:pPr>
      <w:r>
        <w:rPr>
          <w:rFonts w:ascii="宋体" w:eastAsia="宋体" w:hAnsi="宋体"/>
          <w:sz w:val="28"/>
        </w:rPr>
        <w:t>e.自荐或推选一名或两名主持人，人选待定。</w:t>
      </w:r>
    </w:p>
    <w:p>
      <w:pPr>
        <w:spacing w:before="100" w:after="200" w:line="360" w:lineRule="auto"/>
        <w:ind w:firstLine="576"/>
        <w:jc w:val="left"/>
      </w:pPr>
      <w:r>
        <w:rPr>
          <w:rFonts w:ascii="宋体" w:eastAsia="宋体" w:hAnsi="宋体"/>
          <w:sz w:val="28"/>
        </w:rPr>
        <w:t>(3)活动组织人员事先准备相关奖品和香皂(供活动结束后同学洗手);</w:t>
      </w:r>
    </w:p>
    <w:p>
      <w:pPr>
        <w:spacing w:before="100" w:after="200" w:line="360" w:lineRule="auto"/>
        <w:ind w:firstLine="576"/>
        <w:jc w:val="left"/>
      </w:pPr>
      <w:r>
        <w:rPr>
          <w:rFonts w:ascii="宋体" w:eastAsia="宋体" w:hAnsi="宋体"/>
          <w:sz w:val="28"/>
        </w:rPr>
        <w:t>(4)要求同学们取下戒指、手链等饰品。</w:t>
      </w:r>
    </w:p>
    <w:p>
      <w:pPr>
        <w:spacing w:before="100" w:after="200" w:line="360" w:lineRule="auto"/>
        <w:ind w:firstLine="576"/>
        <w:jc w:val="left"/>
      </w:pPr>
      <w:r>
        <w:rPr>
          <w:rFonts w:ascii="宋体" w:eastAsia="宋体" w:hAnsi="宋体"/>
          <w:sz w:val="28"/>
        </w:rPr>
        <w:t>2、活动内容</w:t>
      </w:r>
    </w:p>
    <w:p>
      <w:pPr>
        <w:spacing w:before="100" w:after="200" w:line="360" w:lineRule="auto"/>
        <w:ind w:firstLine="576"/>
        <w:jc w:val="left"/>
      </w:pPr>
      <w:r>
        <w:rPr>
          <w:rFonts w:ascii="宋体" w:eastAsia="宋体" w:hAnsi="宋体"/>
          <w:sz w:val="28"/>
        </w:rPr>
        <w:t>(1)主要内容：包饺子比赛</w:t>
      </w:r>
    </w:p>
    <w:p>
      <w:pPr>
        <w:spacing w:before="100" w:after="200" w:line="360" w:lineRule="auto"/>
        <w:ind w:firstLine="576"/>
        <w:jc w:val="left"/>
      </w:pPr>
      <w:r>
        <w:rPr>
          <w:rFonts w:ascii="宋体" w:eastAsia="宋体" w:hAnsi="宋体"/>
          <w:sz w:val="28"/>
        </w:rPr>
        <w:t>①擀饺子皮比赛(相同时间内最快擀出最多饺子皮的组为赢);</w:t>
      </w:r>
    </w:p>
    <w:p>
      <w:pPr>
        <w:spacing w:before="100" w:after="200" w:line="360" w:lineRule="auto"/>
        <w:ind w:firstLine="576"/>
        <w:jc w:val="left"/>
      </w:pPr>
      <w:r>
        <w:rPr>
          <w:rFonts w:ascii="宋体" w:eastAsia="宋体" w:hAnsi="宋体"/>
          <w:sz w:val="28"/>
        </w:rPr>
        <w:t>②包饺子速度赛(指定必须要包若干教子，用时最短的组为赢);</w:t>
      </w:r>
    </w:p>
    <w:p>
      <w:pPr>
        <w:spacing w:before="100" w:after="200" w:line="360" w:lineRule="auto"/>
        <w:ind w:firstLine="576"/>
        <w:jc w:val="left"/>
      </w:pPr>
      <w:r>
        <w:rPr>
          <w:rFonts w:ascii="宋体" w:eastAsia="宋体" w:hAnsi="宋体"/>
          <w:sz w:val="28"/>
        </w:rPr>
        <w:t>③饺子创意比赛(如：在外形(做成动物形状、或用芝麻装饰饺子皮)、内容(放一枚硬币、放辣椒)上的变化)，创新者为赢。</w:t>
      </w:r>
    </w:p>
    <w:p>
      <w:pPr>
        <w:spacing w:before="100" w:after="200" w:line="360" w:lineRule="auto"/>
        <w:ind w:firstLine="576"/>
        <w:jc w:val="left"/>
      </w:pPr>
      <w:r>
        <w:rPr>
          <w:rFonts w:ascii="宋体" w:eastAsia="宋体" w:hAnsi="宋体"/>
          <w:sz w:val="28"/>
        </w:rPr>
        <w:t>(2)其他活动：趣味小游戏</w:t>
      </w:r>
    </w:p>
    <w:p>
      <w:pPr>
        <w:spacing w:before="100" w:after="200" w:line="360" w:lineRule="auto"/>
        <w:ind w:firstLine="576"/>
        <w:jc w:val="left"/>
      </w:pPr>
      <w:r>
        <w:rPr>
          <w:rFonts w:ascii="宋体" w:eastAsia="宋体" w:hAnsi="宋体"/>
          <w:sz w:val="28"/>
        </w:rPr>
        <w:t>2猜谜语得惊喜、抢凳子、泡泡糖等各种小游戏，穿插在主活动中进行。</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(各活动的时间视活动进程而定)。</w:t>
      </w:r>
    </w:p>
    <w:p>
      <w:pPr>
        <w:spacing w:before="100" w:after="200" w:line="360" w:lineRule="auto"/>
        <w:ind w:firstLine="576"/>
        <w:jc w:val="left"/>
      </w:pPr>
      <w:r>
        <w:rPr>
          <w:rFonts w:ascii="宋体" w:eastAsia="宋体" w:hAnsi="宋体"/>
          <w:sz w:val="28"/>
        </w:rPr>
        <w:t>3、活动进程</w:t>
      </w:r>
    </w:p>
    <w:p>
      <w:pPr>
        <w:spacing w:before="100" w:after="200" w:line="360" w:lineRule="auto"/>
        <w:ind w:firstLine="576"/>
        <w:jc w:val="left"/>
      </w:pPr>
      <w:r>
        <w:rPr>
          <w:rFonts w:ascii="宋体" w:eastAsia="宋体" w:hAnsi="宋体"/>
          <w:sz w:val="28"/>
        </w:rPr>
        <w:t>(1)各组定一个小组长和一个口号，可以鼓舞士气</w:t>
      </w:r>
    </w:p>
    <w:p>
      <w:pPr>
        <w:spacing w:before="100" w:after="200" w:line="360" w:lineRule="auto"/>
        <w:ind w:firstLine="576"/>
        <w:jc w:val="left"/>
      </w:pPr>
      <w:r>
        <w:rPr>
          <w:rFonts w:ascii="宋体" w:eastAsia="宋体" w:hAnsi="宋体"/>
          <w:sz w:val="28"/>
        </w:rPr>
        <w:t>(2)包饺子</w:t>
      </w:r>
    </w:p>
    <w:p>
      <w:pPr>
        <w:spacing w:before="100" w:after="200" w:line="360" w:lineRule="auto"/>
        <w:ind w:firstLine="576"/>
        <w:jc w:val="left"/>
      </w:pPr>
      <w:r>
        <w:rPr>
          <w:rFonts w:ascii="宋体" w:eastAsia="宋体" w:hAnsi="宋体"/>
          <w:sz w:val="28"/>
        </w:rPr>
        <w:t>①小组内部人员分工：和面、擀皮、包馅等。</w:t>
      </w:r>
    </w:p>
    <w:p>
      <w:pPr>
        <w:spacing w:before="100" w:after="200" w:line="360" w:lineRule="auto"/>
        <w:ind w:firstLine="576"/>
        <w:jc w:val="left"/>
      </w:pPr>
      <w:r>
        <w:rPr>
          <w:rFonts w:ascii="宋体" w:eastAsia="宋体" w:hAnsi="宋体"/>
          <w:sz w:val="28"/>
        </w:rPr>
        <w:t>②包饺子比赛开始，齐心合力，勇夺大奖。</w:t>
      </w:r>
    </w:p>
    <w:p>
      <w:pPr>
        <w:spacing w:before="100" w:after="200" w:line="360" w:lineRule="auto"/>
        <w:ind w:firstLine="576"/>
        <w:jc w:val="left"/>
      </w:pPr>
      <w:r>
        <w:rPr>
          <w:rFonts w:ascii="宋体" w:eastAsia="宋体" w:hAnsi="宋体"/>
          <w:sz w:val="28"/>
        </w:rPr>
        <w:t>③评委参与各组作业、视察情况。</w:t>
      </w:r>
    </w:p>
    <w:p>
      <w:pPr>
        <w:spacing w:before="100" w:after="200" w:line="360" w:lineRule="auto"/>
        <w:ind w:firstLine="576"/>
        <w:jc w:val="left"/>
      </w:pPr>
      <w:r>
        <w:rPr>
          <w:rFonts w:ascii="宋体" w:eastAsia="宋体" w:hAnsi="宋体"/>
          <w:sz w:val="28"/>
        </w:rPr>
        <w:t>④主持人随机采访各组、照相;</w:t>
      </w:r>
    </w:p>
    <w:p>
      <w:pPr>
        <w:spacing w:before="100" w:after="200" w:line="360" w:lineRule="auto"/>
        <w:ind w:firstLine="576"/>
        <w:jc w:val="left"/>
      </w:pPr>
      <w:r>
        <w:rPr>
          <w:rFonts w:ascii="宋体" w:eastAsia="宋体" w:hAnsi="宋体"/>
          <w:sz w:val="28"/>
        </w:rPr>
        <w:t>(3)活动期间组织同学们玩互动游戏，如传话游戏、吃饺子比赛，或猜谜语得奖品等周边活动(可以与包饺子同时进行)</w:t>
      </w:r>
    </w:p>
    <w:p>
      <w:pPr>
        <w:spacing w:before="100" w:after="200" w:line="360" w:lineRule="auto"/>
        <w:ind w:firstLine="576"/>
        <w:jc w:val="left"/>
      </w:pPr>
      <w:r>
        <w:rPr>
          <w:rFonts w:ascii="宋体" w:eastAsia="宋体" w:hAnsi="宋体"/>
          <w:sz w:val="28"/>
        </w:rPr>
        <w:t>(4)评比</w:t>
      </w:r>
    </w:p>
    <w:p>
      <w:pPr>
        <w:spacing w:before="100" w:after="200" w:line="360" w:lineRule="auto"/>
        <w:ind w:firstLine="576"/>
        <w:jc w:val="left"/>
      </w:pPr>
      <w:r>
        <w:rPr>
          <w:rFonts w:ascii="宋体" w:eastAsia="宋体" w:hAnsi="宋体"/>
          <w:sz w:val="28"/>
        </w:rPr>
        <w:t>①擀饺子皮比赛、包饺子速度赛、饺子创意比赛中各评出第一名和第二名;</w:t>
      </w:r>
    </w:p>
    <w:p>
      <w:pPr>
        <w:spacing w:before="100" w:after="200" w:line="360" w:lineRule="auto"/>
        <w:ind w:firstLine="576"/>
        <w:jc w:val="left"/>
      </w:pPr>
      <w:r>
        <w:rPr>
          <w:rFonts w:ascii="宋体" w:eastAsia="宋体" w:hAnsi="宋体"/>
          <w:sz w:val="28"/>
        </w:rPr>
        <w:t>②包饺子最快的小组可评为“快手组”;</w:t>
      </w:r>
    </w:p>
    <w:p>
      <w:pPr>
        <w:spacing w:before="100" w:after="200" w:line="360" w:lineRule="auto"/>
        <w:ind w:firstLine="576"/>
        <w:jc w:val="left"/>
      </w:pPr>
      <w:r>
        <w:rPr>
          <w:rFonts w:ascii="宋体" w:eastAsia="宋体" w:hAnsi="宋体"/>
          <w:sz w:val="28"/>
        </w:rPr>
        <w:t>③每组选3个饺子参加比赛，由大众评委评出“巧手组”;</w:t>
      </w:r>
    </w:p>
    <w:p>
      <w:pPr>
        <w:spacing w:before="100" w:after="200" w:line="360" w:lineRule="auto"/>
        <w:ind w:firstLine="576"/>
        <w:jc w:val="left"/>
      </w:pPr>
      <w:r>
        <w:rPr>
          <w:rFonts w:ascii="宋体" w:eastAsia="宋体" w:hAnsi="宋体"/>
          <w:sz w:val="28"/>
        </w:rPr>
        <w:t>(5)吃饺子，发礼物</w:t>
      </w:r>
    </w:p>
    <w:p>
      <w:pPr>
        <w:spacing w:before="100" w:after="200" w:line="360" w:lineRule="auto"/>
        <w:ind w:firstLine="576"/>
        <w:jc w:val="left"/>
      </w:pPr>
      <w:r>
        <w:rPr>
          <w:rFonts w:ascii="宋体" w:eastAsia="宋体" w:hAnsi="宋体"/>
          <w:sz w:val="28"/>
        </w:rPr>
        <w:t>在规定的1分钟内吃掉最多饺子的同学、猜谜语正确的同学和“快手组”、“巧手组”组员等各个活动胜出者均可得到“精美礼品”一份。</w:t>
      </w:r>
    </w:p>
    <w:p>
      <w:pPr>
        <w:spacing w:before="100" w:after="200" w:line="360" w:lineRule="auto"/>
        <w:jc w:val="left"/>
      </w:pPr>
      <w:r>
        <w:rPr>
          <w:rFonts w:ascii="宋体 (中文正文)" w:eastAsia="宋体" w:hAnsi="宋体 (中文正文)"/>
          <w:b/>
          <w:sz w:val="28"/>
        </w:rPr>
        <w:t>五、本次活动应注意的问题及细节：</w:t>
      </w:r>
    </w:p>
    <w:p>
      <w:pPr>
        <w:spacing w:before="100" w:after="200" w:line="360" w:lineRule="auto"/>
        <w:ind w:firstLine="576"/>
        <w:jc w:val="left"/>
      </w:pPr>
      <w:r>
        <w:rPr>
          <w:rFonts w:ascii="宋体" w:eastAsia="宋体" w:hAnsi="宋体"/>
          <w:sz w:val="28"/>
        </w:rPr>
        <w:t>1.活动开展前，广泛征求大家意见。</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2.提前确定好场地。</w:t>
      </w:r>
    </w:p>
    <w:p>
      <w:pPr>
        <w:spacing w:before="100" w:after="200" w:line="360" w:lineRule="auto"/>
        <w:ind w:firstLine="576"/>
        <w:jc w:val="left"/>
      </w:pPr>
      <w:r>
        <w:rPr>
          <w:rFonts w:ascii="宋体" w:eastAsia="宋体" w:hAnsi="宋体"/>
          <w:sz w:val="28"/>
        </w:rPr>
        <w:t>3.生活委员做好经费预算，避免不必要的开支。</w:t>
      </w:r>
    </w:p>
    <w:p>
      <w:pPr>
        <w:spacing w:before="100" w:after="200" w:line="360" w:lineRule="auto"/>
        <w:ind w:firstLine="576"/>
        <w:jc w:val="left"/>
      </w:pPr>
      <w:r>
        <w:rPr>
          <w:rFonts w:ascii="宋体" w:eastAsia="宋体" w:hAnsi="宋体"/>
          <w:sz w:val="28"/>
        </w:rPr>
        <w:t>4.活动中，班长及各班委负起责任做好工作，让同学们享受其中。</w:t>
      </w:r>
    </w:p>
    <w:p>
      <w:pPr>
        <w:spacing w:before="100" w:after="200" w:line="360" w:lineRule="auto"/>
        <w:ind w:firstLine="576"/>
        <w:jc w:val="left"/>
      </w:pPr>
      <w:r>
        <w:rPr>
          <w:rFonts w:ascii="宋体" w:eastAsia="宋体" w:hAnsi="宋体"/>
          <w:sz w:val="28"/>
        </w:rPr>
        <w:t>5.做好活动结束后的善后工作。</w:t>
      </w:r>
    </w:p>
    <w:p>
      <w:pPr>
        <w:spacing w:before="100" w:after="200" w:line="360" w:lineRule="auto"/>
        <w:ind w:firstLine="576"/>
        <w:jc w:val="left"/>
      </w:pPr>
      <w:r>
        <w:rPr>
          <w:rFonts w:ascii="宋体" w:eastAsia="宋体" w:hAnsi="宋体"/>
          <w:sz w:val="28"/>
        </w:rPr>
        <w:t>6.用相机记录下精彩的瞬间。</w:t>
      </w:r>
    </w:p>
    <w:p>
      <w:pPr>
        <w:spacing w:before="100" w:after="200" w:line="360" w:lineRule="auto"/>
        <w:jc w:val="left"/>
      </w:pPr>
      <w:r>
        <w:rPr>
          <w:rFonts w:ascii="宋体 (中文正文)" w:eastAsia="宋体" w:hAnsi="宋体 (中文正文)"/>
          <w:b/>
          <w:sz w:val="28"/>
        </w:rPr>
        <w:t>六、活动主要参与者：xx班全班同学</w:t>
      </w:r>
    </w:p>
    <w:p>
      <w:pPr>
        <w:spacing w:before="100" w:after="200" w:line="360" w:lineRule="auto"/>
        <w:ind w:firstLine="576"/>
        <w:jc w:val="left"/>
      </w:pPr>
      <w:r>
        <w:rPr>
          <w:rFonts w:ascii="宋体" w:eastAsia="宋体" w:hAnsi="宋体"/>
          <w:sz w:val="28"/>
        </w:rPr>
        <w:t>【实用方案】小班元旦活动计划模板</w:t>
      </w:r>
    </w:p>
    <w:p>
      <w:pPr>
        <w:spacing w:before="100" w:after="200" w:line="360" w:lineRule="auto"/>
        <w:jc w:val="left"/>
      </w:pPr>
      <w:r>
        <w:rPr>
          <w:rFonts w:ascii="宋体 (中文正文)" w:eastAsia="宋体" w:hAnsi="宋体 (中文正文)"/>
          <w:b/>
          <w:sz w:val="28"/>
        </w:rPr>
        <w:t>一、教师致新年贺词</w:t>
      </w:r>
    </w:p>
    <w:p>
      <w:pPr>
        <w:spacing w:before="100" w:after="200" w:line="360" w:lineRule="auto"/>
        <w:ind w:firstLine="576"/>
        <w:jc w:val="left"/>
      </w:pPr>
      <w:r>
        <w:rPr>
          <w:rFonts w:ascii="宋体" w:eastAsia="宋体" w:hAnsi="宋体"/>
          <w:sz w:val="28"/>
        </w:rPr>
        <w:t>各位家长朋友，你们好！日月穿梭，寒暑，新的一年向我们走来，缘分是我们相聚在中心幼儿园，相聚在中心幼儿园的小班，在这个欢乐的日子里，我代表幼儿园的领导和宝宝班的三位老师、小朋友对你们的到来，表示热列的欢迎，同时以最诚挚的心意、用最吉祥的语言祝福你们，感谢你们在本学期对我们工作的支持和帮助。在我们共同度过的这些日子里，我们一同体验的秋的丰硕河冬的美丽，验证着孩子们一点一滴的进步，茁壮的成长。今天我们满怀喜悦的迎来了充满希望的20xx年，新年的阳光将洒在你们的我们的身上，新年的春风将吹在我们的脸上，在这里我先给大家拜个早年，并致以诚挚的祝愿：祝大家新年快乐！身体健康！全家幸福！祝愿我们可爱的孩子们健康快乐的成长！</w:t>
      </w:r>
    </w:p>
    <w:p>
      <w:pPr>
        <w:spacing w:before="100" w:after="200" w:line="360" w:lineRule="auto"/>
        <w:jc w:val="left"/>
      </w:pPr>
      <w:r>
        <w:rPr>
          <w:rFonts w:ascii="宋体 (中文正文)" w:eastAsia="宋体" w:hAnsi="宋体 (中文正文)"/>
          <w:b/>
          <w:sz w:val="28"/>
        </w:rPr>
        <w:t>二、家长代表致辞。</w:t>
      </w:r>
    </w:p>
    <w:p>
      <w:pPr>
        <w:spacing w:before="100" w:after="200" w:line="360" w:lineRule="auto"/>
        <w:ind w:firstLine="576"/>
        <w:jc w:val="left"/>
      </w:pPr>
      <w:r>
        <w:rPr>
          <w:rFonts w:ascii="宋体" w:eastAsia="宋体" w:hAnsi="宋体"/>
          <w:sz w:val="28"/>
        </w:rPr>
        <w:t>三、集体表演：儿歌、歌曲在本学期里，我们的孩子学习了小班教程和妙事多音乐课程，在学习的过程中，孩子们懂得了很多的道理，学习很多的知识，下面就请大家一起来欣赏一下吧！</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1、儿歌：《我爱爸爸妈妈》</w:t>
      </w:r>
    </w:p>
    <w:p>
      <w:pPr>
        <w:spacing w:before="100" w:after="200" w:line="360" w:lineRule="auto"/>
        <w:ind w:firstLine="576"/>
        <w:jc w:val="left"/>
      </w:pPr>
      <w:r>
        <w:rPr>
          <w:rFonts w:ascii="宋体" w:eastAsia="宋体" w:hAnsi="宋体"/>
          <w:sz w:val="28"/>
        </w:rPr>
        <w:t>2、歌曲：《新年好》</w:t>
      </w:r>
    </w:p>
    <w:p>
      <w:pPr>
        <w:spacing w:before="100" w:after="200" w:line="360" w:lineRule="auto"/>
        <w:ind w:firstLine="576"/>
        <w:jc w:val="left"/>
      </w:pPr>
      <w:r>
        <w:rPr>
          <w:rFonts w:ascii="宋体" w:eastAsia="宋体" w:hAnsi="宋体"/>
          <w:sz w:val="28"/>
        </w:rPr>
        <w:t>3、歌曲：《小鱼小鱼游》</w:t>
      </w:r>
    </w:p>
    <w:p>
      <w:pPr>
        <w:spacing w:before="100" w:after="200" w:line="360" w:lineRule="auto"/>
        <w:ind w:firstLine="576"/>
        <w:jc w:val="left"/>
      </w:pPr>
      <w:r>
        <w:rPr>
          <w:rFonts w:ascii="宋体" w:eastAsia="宋体" w:hAnsi="宋体"/>
          <w:sz w:val="28"/>
        </w:rPr>
        <w:t>5、歌曲：《可爱小猪》</w:t>
      </w:r>
    </w:p>
    <w:p>
      <w:pPr>
        <w:spacing w:before="100" w:after="200" w:line="360" w:lineRule="auto"/>
        <w:ind w:firstLine="576"/>
        <w:jc w:val="left"/>
      </w:pPr>
      <w:r>
        <w:rPr>
          <w:rFonts w:ascii="宋体" w:eastAsia="宋体" w:hAnsi="宋体"/>
          <w:sz w:val="28"/>
        </w:rPr>
        <w:t>6、歌曲：《泰迪熊》</w:t>
      </w:r>
    </w:p>
    <w:p>
      <w:pPr>
        <w:spacing w:before="100" w:after="200" w:line="360" w:lineRule="auto"/>
        <w:ind w:firstLine="576"/>
        <w:jc w:val="left"/>
      </w:pPr>
      <w:r>
        <w:rPr>
          <w:rFonts w:ascii="宋体" w:eastAsia="宋体" w:hAnsi="宋体"/>
          <w:sz w:val="28"/>
        </w:rPr>
        <w:t>7、歌曲：《小手爬》</w:t>
      </w:r>
    </w:p>
    <w:p>
      <w:pPr>
        <w:spacing w:before="100" w:after="200" w:line="360" w:lineRule="auto"/>
        <w:ind w:firstLine="576"/>
        <w:jc w:val="left"/>
      </w:pPr>
      <w:r>
        <w:rPr>
          <w:rFonts w:ascii="宋体" w:eastAsia="宋体" w:hAnsi="宋体"/>
          <w:sz w:val="28"/>
        </w:rPr>
        <w:t>8、歌曲：《买菜》</w:t>
      </w:r>
    </w:p>
    <w:p>
      <w:pPr>
        <w:spacing w:before="100" w:after="200" w:line="360" w:lineRule="auto"/>
        <w:ind w:firstLine="576"/>
        <w:jc w:val="left"/>
      </w:pPr>
      <w:r>
        <w:rPr>
          <w:rFonts w:ascii="宋体" w:eastAsia="宋体" w:hAnsi="宋体"/>
          <w:sz w:val="28"/>
        </w:rPr>
        <w:t>9、歌曲：《两只蚂蚁》</w:t>
      </w:r>
    </w:p>
    <w:p>
      <w:pPr>
        <w:spacing w:before="100" w:after="200" w:line="360" w:lineRule="auto"/>
        <w:ind w:firstLine="576"/>
        <w:jc w:val="left"/>
      </w:pPr>
      <w:r>
        <w:rPr>
          <w:rFonts w:ascii="宋体" w:eastAsia="宋体" w:hAnsi="宋体"/>
          <w:sz w:val="28"/>
        </w:rPr>
        <w:t>10、歌曲：《笑一个吧》</w:t>
      </w:r>
    </w:p>
    <w:p>
      <w:pPr>
        <w:spacing w:before="100" w:after="200" w:line="360" w:lineRule="auto"/>
        <w:ind w:firstLine="576"/>
        <w:jc w:val="left"/>
      </w:pPr>
      <w:r>
        <w:rPr>
          <w:rFonts w:ascii="宋体" w:eastAsia="宋体" w:hAnsi="宋体"/>
          <w:sz w:val="28"/>
        </w:rPr>
        <w:t>11、儿歌：《新年到》</w:t>
      </w:r>
    </w:p>
    <w:p>
      <w:pPr>
        <w:spacing w:before="100" w:after="200" w:line="360" w:lineRule="auto"/>
        <w:ind w:firstLine="576"/>
        <w:jc w:val="left"/>
      </w:pPr>
      <w:r>
        <w:rPr>
          <w:rFonts w:ascii="宋体" w:eastAsia="宋体" w:hAnsi="宋体"/>
          <w:sz w:val="28"/>
        </w:rPr>
        <w:t>12、节奏乐：《铃儿响叮当》</w:t>
      </w:r>
    </w:p>
    <w:p>
      <w:pPr>
        <w:spacing w:before="100" w:after="200" w:line="360" w:lineRule="auto"/>
        <w:jc w:val="left"/>
      </w:pPr>
      <w:r>
        <w:rPr>
          <w:rFonts w:ascii="宋体 (中文正文)" w:eastAsia="宋体" w:hAnsi="宋体 (中文正文)"/>
          <w:sz w:val="28"/>
        </w:rPr>
        <w:t>四、体操表演：</w:t>
      </w:r>
    </w:p>
    <w:p>
      <w:pPr>
        <w:spacing w:before="100" w:after="200" w:line="360" w:lineRule="auto"/>
        <w:ind w:firstLine="576"/>
        <w:jc w:val="left"/>
      </w:pPr>
      <w:r>
        <w:rPr>
          <w:rFonts w:ascii="宋体" w:eastAsia="宋体" w:hAnsi="宋体"/>
          <w:sz w:val="28"/>
        </w:rPr>
        <w:t>1、小动物体操</w:t>
      </w:r>
    </w:p>
    <w:p>
      <w:pPr>
        <w:spacing w:before="100" w:after="200" w:line="360" w:lineRule="auto"/>
        <w:ind w:firstLine="576"/>
        <w:jc w:val="left"/>
      </w:pPr>
      <w:r>
        <w:rPr>
          <w:rFonts w:ascii="宋体" w:eastAsia="宋体" w:hAnsi="宋体"/>
          <w:sz w:val="28"/>
        </w:rPr>
        <w:t>2、雪人体操</w:t>
      </w:r>
    </w:p>
    <w:p>
      <w:pPr>
        <w:spacing w:before="100" w:after="200" w:line="360" w:lineRule="auto"/>
        <w:jc w:val="left"/>
      </w:pPr>
      <w:r>
        <w:rPr>
          <w:rFonts w:ascii="宋体 (中文正文)" w:eastAsia="宋体" w:hAnsi="宋体 (中文正文)"/>
          <w:sz w:val="28"/>
        </w:rPr>
        <w:t>五、亲子游戏：</w:t>
      </w:r>
    </w:p>
    <w:p>
      <w:pPr>
        <w:spacing w:before="100" w:after="200" w:line="360" w:lineRule="auto"/>
        <w:ind w:firstLine="576"/>
        <w:jc w:val="left"/>
      </w:pPr>
      <w:r>
        <w:rPr>
          <w:rFonts w:ascii="宋体" w:eastAsia="宋体" w:hAnsi="宋体"/>
          <w:sz w:val="28"/>
        </w:rPr>
        <w:t>1、口香糖</w:t>
      </w:r>
    </w:p>
    <w:p>
      <w:pPr>
        <w:spacing w:before="100" w:after="200" w:line="360" w:lineRule="auto"/>
        <w:ind w:firstLine="576"/>
        <w:jc w:val="left"/>
      </w:pPr>
      <w:r>
        <w:rPr>
          <w:rFonts w:ascii="宋体" w:eastAsia="宋体" w:hAnsi="宋体"/>
          <w:sz w:val="28"/>
        </w:rPr>
        <w:t>2、开飞机</w:t>
      </w:r>
    </w:p>
    <w:p>
      <w:pPr>
        <w:spacing w:before="100" w:after="200" w:line="360" w:lineRule="auto"/>
        <w:ind w:firstLine="576"/>
        <w:jc w:val="left"/>
      </w:pPr>
      <w:r>
        <w:rPr>
          <w:rFonts w:ascii="宋体" w:eastAsia="宋体" w:hAnsi="宋体"/>
          <w:sz w:val="28"/>
        </w:rPr>
        <w:t>3、骑马游戏</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六、妙事多音乐活动展示：------精品节目此活动由家长参与，亲子互动：</w:t>
      </w:r>
    </w:p>
    <w:p>
      <w:pPr>
        <w:spacing w:before="100" w:after="200" w:line="360" w:lineRule="auto"/>
        <w:ind w:firstLine="576"/>
        <w:jc w:val="left"/>
      </w:pPr>
      <w:r>
        <w:rPr>
          <w:rFonts w:ascii="宋体" w:eastAsia="宋体" w:hAnsi="宋体"/>
          <w:sz w:val="28"/>
        </w:rPr>
        <w:t>1、《围圈圈》</w:t>
      </w:r>
    </w:p>
    <w:p>
      <w:pPr>
        <w:spacing w:before="100" w:after="200" w:line="360" w:lineRule="auto"/>
        <w:ind w:firstLine="576"/>
        <w:jc w:val="left"/>
      </w:pPr>
      <w:r>
        <w:rPr>
          <w:rFonts w:ascii="宋体" w:eastAsia="宋体" w:hAnsi="宋体"/>
          <w:sz w:val="28"/>
        </w:rPr>
        <w:t>2、《以色列舞曲》</w:t>
      </w:r>
    </w:p>
    <w:p>
      <w:pPr>
        <w:spacing w:before="100" w:after="200" w:line="360" w:lineRule="auto"/>
        <w:ind w:firstLine="576"/>
        <w:jc w:val="left"/>
      </w:pPr>
      <w:r>
        <w:rPr>
          <w:rFonts w:ascii="宋体" w:eastAsia="宋体" w:hAnsi="宋体"/>
          <w:sz w:val="28"/>
        </w:rPr>
        <w:t>3、《赏月舞》</w:t>
      </w:r>
    </w:p>
    <w:p>
      <w:pPr>
        <w:spacing w:before="100" w:after="200" w:line="360" w:lineRule="auto"/>
        <w:ind w:firstLine="576"/>
        <w:jc w:val="left"/>
      </w:pPr>
      <w:r>
        <w:rPr>
          <w:rFonts w:ascii="宋体" w:eastAsia="宋体" w:hAnsi="宋体"/>
          <w:sz w:val="28"/>
        </w:rPr>
        <w:t>4、亨德尔：小步舞曲《水上音乐》国王与公主</w:t>
      </w:r>
    </w:p>
    <w:p>
      <w:pPr>
        <w:spacing w:before="100" w:after="200" w:line="360" w:lineRule="auto"/>
        <w:ind w:firstLine="576"/>
        <w:jc w:val="left"/>
      </w:pPr>
      <w:r>
        <w:rPr>
          <w:rFonts w:ascii="宋体" w:eastAsia="宋体" w:hAnsi="宋体"/>
          <w:sz w:val="28"/>
        </w:rPr>
        <w:t>5、彩虹伞游戏：《拿昆乐器》《火车轰隆隆》</w:t>
      </w:r>
    </w:p>
    <w:p>
      <w:pPr>
        <w:spacing w:before="100" w:after="200" w:line="360" w:lineRule="auto"/>
        <w:ind w:firstLine="576"/>
        <w:jc w:val="left"/>
      </w:pPr>
      <w:r>
        <w:rPr>
          <w:rFonts w:ascii="宋体" w:eastAsia="宋体" w:hAnsi="宋体"/>
          <w:sz w:val="28"/>
        </w:rPr>
        <w:t>6、华尔兹：（由家长抱着孩子跟着音乐随意走动，放松活动）</w:t>
      </w:r>
    </w:p>
    <w:p>
      <w:pPr>
        <w:spacing w:before="100" w:after="200" w:line="360" w:lineRule="auto"/>
        <w:jc w:val="left"/>
      </w:pPr>
      <w:r>
        <w:rPr>
          <w:rFonts w:ascii="宋体 (中文正文)" w:eastAsia="宋体" w:hAnsi="宋体 (中文正文)"/>
          <w:b/>
          <w:sz w:val="28"/>
        </w:rPr>
        <w:t>七、集体活动：《假如感到幸福你就拍拍手》</w:t>
      </w:r>
    </w:p>
    <w:p>
      <w:pPr>
        <w:spacing w:before="100" w:after="200" w:line="360" w:lineRule="auto"/>
        <w:jc w:val="left"/>
      </w:pPr>
      <w:r>
        <w:rPr>
          <w:rFonts w:ascii="宋体 (中文正文)" w:eastAsia="宋体" w:hAnsi="宋体 (中文正文)"/>
          <w:b/>
          <w:sz w:val="28"/>
        </w:rPr>
        <w:t>八、结束。</w:t>
      </w:r>
    </w:p>
    <w:p>
      <w:pPr>
        <w:spacing w:before="100" w:after="200" w:line="360" w:lineRule="auto"/>
        <w:ind w:firstLine="576"/>
        <w:jc w:val="left"/>
      </w:pPr>
      <w:r>
        <w:rPr>
          <w:rFonts w:ascii="宋体" w:eastAsia="宋体" w:hAnsi="宋体"/>
          <w:sz w:val="28"/>
        </w:rPr>
        <w:t>[实用计划范文]活动规划模板</w:t>
      </w:r>
    </w:p>
    <w:p>
      <w:pPr>
        <w:spacing w:before="100" w:after="200" w:line="360" w:lineRule="auto"/>
        <w:ind w:firstLine="576"/>
        <w:jc w:val="left"/>
      </w:pPr>
      <w:r>
        <w:rPr>
          <w:rFonts w:ascii="宋体" w:eastAsia="宋体" w:hAnsi="宋体"/>
          <w:sz w:val="28"/>
        </w:rPr>
        <w:t>让孩子做家务是帮助孩子成长的最好机会，它不仅可以增加孩子做事能力，更可培养其责任心。为进一步培养学生的自理能力，培养孩子热爱劳动的良好习惯，让孩子们参与到家庭事务的管理中来，体验父母的辛苦，以实际行动感恩父母，学校将开展“美在六一家政值周”活动。</w:t>
      </w:r>
    </w:p>
    <w:p>
      <w:pPr>
        <w:spacing w:before="100" w:after="200" w:line="360" w:lineRule="auto"/>
        <w:jc w:val="left"/>
      </w:pPr>
      <w:r>
        <w:rPr>
          <w:rFonts w:ascii="宋体 (中文正文)" w:eastAsia="宋体" w:hAnsi="宋体 (中文正文)"/>
          <w:sz w:val="28"/>
        </w:rPr>
        <w:t>一、具体要求：</w:t>
      </w:r>
    </w:p>
    <w:p>
      <w:pPr>
        <w:spacing w:before="100" w:after="200" w:line="360" w:lineRule="auto"/>
        <w:jc w:val="left"/>
      </w:pPr>
      <w:r>
        <w:rPr>
          <w:rFonts w:ascii="宋体 (中文正文)" w:eastAsia="宋体" w:hAnsi="宋体 (中文正文)"/>
          <w:sz w:val="28"/>
        </w:rPr>
        <w:t>第一阶段：</w:t>
      </w:r>
    </w:p>
    <w:p>
      <w:pPr>
        <w:spacing w:before="100" w:after="200" w:line="360" w:lineRule="auto"/>
        <w:ind w:firstLine="576"/>
        <w:jc w:val="left"/>
      </w:pPr>
      <w:r>
        <w:rPr>
          <w:rFonts w:ascii="宋体" w:eastAsia="宋体" w:hAnsi="宋体"/>
          <w:sz w:val="28"/>
        </w:rPr>
        <w:t>“家政值周快乐体验”：1、活动时间：6月8日-14日；2、倡议同学们一周内在做到自己的事情自己做的前提下，每天帮助父母至少做一项力所能及的家务。</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sz w:val="28"/>
        </w:rPr>
        <w:t>第二阶段：</w:t>
      </w:r>
    </w:p>
    <w:p>
      <w:pPr>
        <w:spacing w:before="100" w:after="200" w:line="360" w:lineRule="auto"/>
        <w:ind w:firstLine="576"/>
        <w:jc w:val="left"/>
      </w:pPr>
      <w:r>
        <w:rPr>
          <w:rFonts w:ascii="宋体" w:eastAsia="宋体" w:hAnsi="宋体"/>
          <w:sz w:val="28"/>
        </w:rPr>
        <w:t>“家政值周快乐感悟”：1、活动时间：6月15日-6月16日；2、要求同学们认真填写“家政值周记录表”并请家长做出评价（附：记录表参考电子版）；</w:t>
      </w:r>
    </w:p>
    <w:p>
      <w:pPr>
        <w:spacing w:before="100" w:after="200" w:line="360" w:lineRule="auto"/>
        <w:jc w:val="left"/>
      </w:pPr>
      <w:r>
        <w:rPr>
          <w:rFonts w:ascii="宋体 (中文正文)" w:eastAsia="宋体" w:hAnsi="宋体 (中文正文)"/>
          <w:sz w:val="28"/>
        </w:rPr>
        <w:t>第三阶段：</w:t>
      </w:r>
    </w:p>
    <w:p>
      <w:pPr>
        <w:spacing w:before="100" w:after="200" w:line="360" w:lineRule="auto"/>
        <w:ind w:firstLine="576"/>
        <w:jc w:val="left"/>
      </w:pPr>
      <w:r>
        <w:rPr>
          <w:rFonts w:ascii="宋体" w:eastAsia="宋体" w:hAnsi="宋体"/>
          <w:sz w:val="28"/>
        </w:rPr>
        <w:t>“家政值周感恩班会”：1、活动时间：6月17日下午班会课时间；2、以班为单位开展主题班会，互相交流活动感悟；3、每班评选出2个优秀学生进行表彰（学校提供荣誉证书）；4、每班将2份填好后的“家政值周记录表”（电子版）最晚于6月19日前传至校内网-德育-20xx-“20xx家政值周”相应文件夹内。</w:t>
      </w:r>
    </w:p>
    <w:p>
      <w:pPr>
        <w:spacing w:before="100" w:after="200" w:line="360" w:lineRule="auto"/>
        <w:jc w:val="left"/>
      </w:pPr>
      <w:r>
        <w:rPr>
          <w:rFonts w:ascii="宋体 (中文正文)" w:eastAsia="宋体" w:hAnsi="宋体 (中文正文)"/>
          <w:sz w:val="28"/>
        </w:rPr>
        <w:t>二、几点说明：</w:t>
      </w:r>
    </w:p>
    <w:p>
      <w:pPr>
        <w:spacing w:before="100" w:after="200" w:line="360" w:lineRule="auto"/>
        <w:ind w:firstLine="576"/>
        <w:jc w:val="left"/>
      </w:pPr>
      <w:r>
        <w:rPr>
          <w:rFonts w:ascii="宋体" w:eastAsia="宋体" w:hAnsi="宋体"/>
          <w:sz w:val="28"/>
        </w:rPr>
        <w:t>1、“家政值周环保我能行”：填写的“家政值周记录表”要求同学们尽量使用电子版填写，家里没有电脑的，可自备一张纸绘制填写；表格样式可依据个人情况在内容不变的情况下进行设计。</w:t>
      </w:r>
    </w:p>
    <w:p>
      <w:pPr>
        <w:spacing w:before="100" w:after="200" w:line="360" w:lineRule="auto"/>
        <w:ind w:firstLine="576"/>
        <w:jc w:val="left"/>
      </w:pPr>
      <w:r>
        <w:rPr>
          <w:rFonts w:ascii="宋体" w:eastAsia="宋体" w:hAnsi="宋体"/>
          <w:sz w:val="28"/>
        </w:rPr>
        <w:t>2、“家政值周节约我能行”：在进行家务体验时，要让家长进行指导，如：如何做到洗菜水、淘米水的二次利用等等，学习节水、电、气小窍门等，争做家务环保小能手。</w:t>
      </w:r>
    </w:p>
    <w:p>
      <w:pPr>
        <w:spacing w:before="100" w:after="200" w:line="360" w:lineRule="auto"/>
        <w:ind w:firstLine="576"/>
        <w:jc w:val="left"/>
      </w:pPr>
      <w:r>
        <w:rPr>
          <w:rFonts w:ascii="宋体" w:eastAsia="宋体" w:hAnsi="宋体"/>
          <w:sz w:val="28"/>
        </w:rPr>
        <w:t>3、“家政值周安全我能行”：在进行家务体验时，务必在家长指导下进行，要选择适合自己年龄特点的家务劳动，不可私自用火、电、气等，争做安全小卫士。</w:t>
      </w:r>
    </w:p>
    <w:p>
      <w:pPr>
        <w:spacing w:before="100" w:after="200" w:line="360" w:lineRule="auto"/>
        <w:ind w:firstLine="576"/>
        <w:jc w:val="left"/>
      </w:pPr>
      <w:r>
        <w:rPr>
          <w:rFonts w:ascii="宋体" w:eastAsia="宋体" w:hAnsi="宋体"/>
          <w:sz w:val="28"/>
        </w:rPr>
        <w:t>4、“家政值周坚持我能行”：要求通过此次活动，让同学们进一步体验父母的辛苦，坚持每天帮助父母做力所能及的事情，以实际行动报答父母的养育之恩，传承美德，做莲池最美少年。</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[实用模板]组织户外登山活动计划</w:t>
      </w:r>
    </w:p>
    <w:p>
      <w:pPr>
        <w:spacing w:before="100" w:after="200" w:line="360" w:lineRule="auto"/>
        <w:jc w:val="left"/>
      </w:pPr>
      <w:r>
        <w:rPr>
          <w:rFonts w:ascii="宋体 (中文正文)" w:eastAsia="宋体" w:hAnsi="宋体 (中文正文)"/>
          <w:sz w:val="28"/>
        </w:rPr>
        <w:t>一、活动题目：</w:t>
      </w:r>
    </w:p>
    <w:p>
      <w:pPr>
        <w:spacing w:before="100" w:after="200" w:line="360" w:lineRule="auto"/>
        <w:ind w:firstLine="576"/>
        <w:jc w:val="left"/>
      </w:pPr>
      <w:r>
        <w:rPr>
          <w:rFonts w:ascii="宋体" w:eastAsia="宋体" w:hAnsi="宋体"/>
          <w:sz w:val="28"/>
        </w:rPr>
        <w:t>《工会单位职工第一届健身登山比赛》</w:t>
      </w:r>
    </w:p>
    <w:p>
      <w:pPr>
        <w:spacing w:before="100" w:after="200" w:line="360" w:lineRule="auto"/>
        <w:jc w:val="left"/>
      </w:pPr>
      <w:r>
        <w:rPr>
          <w:rFonts w:ascii="宋体 (中文正文)" w:eastAsia="宋体" w:hAnsi="宋体 (中文正文)"/>
          <w:sz w:val="28"/>
        </w:rPr>
        <w:t>二、活动意义：</w:t>
      </w:r>
    </w:p>
    <w:p>
      <w:pPr>
        <w:spacing w:before="100" w:after="200" w:line="360" w:lineRule="auto"/>
        <w:ind w:firstLine="576"/>
        <w:jc w:val="left"/>
      </w:pPr>
      <w:r>
        <w:rPr>
          <w:rFonts w:ascii="宋体" w:eastAsia="宋体" w:hAnsi="宋体"/>
          <w:sz w:val="28"/>
        </w:rPr>
        <w:t>通过组织职工进行登山比赛，提高职工身体素质以及团队合作精神。</w:t>
      </w:r>
    </w:p>
    <w:p>
      <w:pPr>
        <w:spacing w:before="100" w:after="200" w:line="360" w:lineRule="auto"/>
        <w:jc w:val="left"/>
      </w:pPr>
      <w:r>
        <w:rPr>
          <w:rFonts w:ascii="宋体 (中文正文)" w:eastAsia="宋体" w:hAnsi="宋体 (中文正文)"/>
          <w:sz w:val="28"/>
        </w:rPr>
        <w:t>三、活动前期准备：</w:t>
      </w:r>
    </w:p>
    <w:p>
      <w:pPr>
        <w:spacing w:before="100" w:after="200" w:line="360" w:lineRule="auto"/>
        <w:ind w:firstLine="576"/>
        <w:jc w:val="left"/>
      </w:pPr>
      <w:r>
        <w:rPr>
          <w:rFonts w:ascii="宋体" w:eastAsia="宋体" w:hAnsi="宋体"/>
          <w:sz w:val="28"/>
        </w:rPr>
        <w:t>由局工会办公室负责此次活动的组织工作，并安排专人负责整个活动的安全预防工作。各科室负责本次活动的宣传活动，办公室负责活动中的摄影和后期的宣传工作，</w:t>
      </w:r>
    </w:p>
    <w:p>
      <w:pPr>
        <w:spacing w:before="100" w:after="200" w:line="360" w:lineRule="auto"/>
        <w:jc w:val="left"/>
      </w:pPr>
      <w:r>
        <w:rPr>
          <w:rFonts w:ascii="宋体 (中文正文)" w:eastAsia="宋体" w:hAnsi="宋体 (中文正文)"/>
          <w:b/>
          <w:sz w:val="28"/>
        </w:rPr>
        <w:t>四、活动所需物品：(办公室准备)</w:t>
      </w:r>
    </w:p>
    <w:p>
      <w:pPr>
        <w:spacing w:before="100" w:after="200" w:line="360" w:lineRule="auto"/>
        <w:ind w:firstLine="576"/>
        <w:jc w:val="left"/>
      </w:pPr>
      <w:r>
        <w:rPr>
          <w:rFonts w:ascii="宋体" w:eastAsia="宋体" w:hAnsi="宋体"/>
          <w:sz w:val="28"/>
        </w:rPr>
        <w:t>队旗：2面(规格1.2米_1.8米)，每面队旗上印有局工会名称，分为男子队、女子队;参与人员每人一套运动服装;矿泉水：约8件，发放给参加本次活动的比赛人员和工作人员，人手一瓶;口哨(发令枪)：1个。</w:t>
      </w:r>
    </w:p>
    <w:p>
      <w:pPr>
        <w:spacing w:before="100" w:after="200" w:line="360" w:lineRule="auto"/>
        <w:jc w:val="left"/>
      </w:pPr>
      <w:r>
        <w:rPr>
          <w:rFonts w:ascii="宋体 (中文正文)" w:eastAsia="宋体" w:hAnsi="宋体 (中文正文)"/>
          <w:sz w:val="28"/>
        </w:rPr>
        <w:t>五、活动时间：</w:t>
      </w:r>
    </w:p>
    <w:p>
      <w:pPr>
        <w:spacing w:before="100" w:after="200" w:line="360" w:lineRule="auto"/>
        <w:ind w:firstLine="576"/>
        <w:jc w:val="left"/>
      </w:pPr>
      <w:r>
        <w:rPr>
          <w:rFonts w:ascii="宋体" w:eastAsia="宋体" w:hAnsi="宋体"/>
          <w:sz w:val="28"/>
        </w:rPr>
        <w:t>11月上旬</w:t>
      </w:r>
    </w:p>
    <w:p>
      <w:pPr>
        <w:spacing w:before="100" w:after="200" w:line="360" w:lineRule="auto"/>
        <w:jc w:val="left"/>
      </w:pPr>
      <w:r>
        <w:rPr>
          <w:rFonts w:ascii="宋体 (中文正文)" w:eastAsia="宋体" w:hAnsi="宋体 (中文正文)"/>
          <w:sz w:val="28"/>
        </w:rPr>
        <w:t>六、活动路线：</w:t>
      </w:r>
    </w:p>
    <w:p>
      <w:pPr>
        <w:spacing w:before="100" w:after="200" w:line="360" w:lineRule="auto"/>
        <w:ind w:firstLine="576"/>
        <w:jc w:val="left"/>
      </w:pPr>
      <w:r>
        <w:rPr>
          <w:rFonts w:ascii="宋体" w:eastAsia="宋体" w:hAnsi="宋体"/>
          <w:sz w:val="28"/>
        </w:rPr>
        <w:t>望王山山底路口→望王山(顶点)→返回;</w:t>
      </w:r>
    </w:p>
    <w:p>
      <w:pPr>
        <w:spacing w:before="100" w:after="200" w:line="360" w:lineRule="auto"/>
        <w:jc w:val="left"/>
      </w:pPr>
      <w:r>
        <w:rPr>
          <w:rFonts w:ascii="宋体 (中文正文)" w:eastAsia="宋体" w:hAnsi="宋体 (中文正文)"/>
          <w:b/>
          <w:sz w:val="28"/>
        </w:rPr>
        <w:t>七、联络小组及工作人员组成：</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比赛设立望王山山下和山顶上两个联络小组。山下小组由袁晓明等组成，山顶上的小组由__等组成。付雪梅主任负责裁判工作。何斌负责安全工作。</w:t>
      </w:r>
    </w:p>
    <w:p>
      <w:pPr>
        <w:spacing w:before="100" w:after="200" w:line="360" w:lineRule="auto"/>
        <w:jc w:val="left"/>
      </w:pPr>
      <w:r>
        <w:rPr>
          <w:rFonts w:ascii="宋体 (中文正文)" w:eastAsia="宋体" w:hAnsi="宋体 (中文正文)"/>
          <w:sz w:val="28"/>
        </w:rPr>
        <w:t>八、比赛办法：</w:t>
      </w:r>
    </w:p>
    <w:p>
      <w:pPr>
        <w:spacing w:before="100" w:after="200" w:line="360" w:lineRule="auto"/>
        <w:ind w:firstLine="576"/>
        <w:jc w:val="left"/>
      </w:pPr>
      <w:r>
        <w:rPr>
          <w:rFonts w:ascii="宋体" w:eastAsia="宋体" w:hAnsi="宋体"/>
          <w:sz w:val="28"/>
        </w:rPr>
        <w:t>比赛开始前，参赛人员列好队以后由每队队长对该队员的进行登记，听到比赛开始的命以后，参赛人员开始比赛，登上“山顶”以后到裁判员处报到，由裁判员做好登记，比赛结束后统一组织下山。</w:t>
      </w:r>
    </w:p>
    <w:p>
      <w:pPr>
        <w:spacing w:before="100" w:after="200" w:line="360" w:lineRule="auto"/>
        <w:jc w:val="left"/>
      </w:pPr>
      <w:r>
        <w:rPr>
          <w:rFonts w:ascii="宋体 (中文正文)" w:eastAsia="宋体" w:hAnsi="宋体 (中文正文)"/>
          <w:sz w:val="28"/>
        </w:rPr>
        <w:t>九、奖项设置：</w:t>
      </w:r>
    </w:p>
    <w:p>
      <w:pPr>
        <w:spacing w:before="100" w:after="200" w:line="360" w:lineRule="auto"/>
        <w:ind w:firstLine="576"/>
        <w:jc w:val="left"/>
      </w:pPr>
      <w:r>
        <w:rPr>
          <w:rFonts w:ascii="宋体" w:eastAsia="宋体" w:hAnsi="宋体"/>
          <w:sz w:val="28"/>
        </w:rPr>
        <w:t>比赛队伍分成男子组和女子组。比赛奖项分设：一、二、三等奖，分别发放证书。一等奖一名;二等奖一名;三等奖一名。</w:t>
      </w:r>
    </w:p>
    <w:p>
      <w:pPr>
        <w:spacing w:before="100" w:after="200" w:line="360" w:lineRule="auto"/>
        <w:jc w:val="left"/>
      </w:pPr>
      <w:r>
        <w:rPr>
          <w:rFonts w:ascii="宋体 (中文正文)" w:eastAsia="宋体" w:hAnsi="宋体 (中文正文)"/>
          <w:sz w:val="28"/>
        </w:rPr>
        <w:t>十、活动安排：</w:t>
      </w:r>
    </w:p>
    <w:p>
      <w:pPr>
        <w:spacing w:before="100" w:after="200" w:line="360" w:lineRule="auto"/>
        <w:ind w:firstLine="576"/>
        <w:jc w:val="left"/>
      </w:pPr>
      <w:r>
        <w:rPr>
          <w:rFonts w:ascii="宋体" w:eastAsia="宋体" w:hAnsi="宋体"/>
          <w:sz w:val="28"/>
        </w:rPr>
        <w:t>8：00：参赛人员在望王山下集合，由每队队长带队，讲解登山注意事项;9：15：由队长带队把各自队伍领至望王山下起始点集合，由裁判长讲解活动规则，单位领导比赛前进行讲话并宣布比赛开始，放发令枪;9：30：比赛开始，直至活动结束。参赛的人员人数，由办公室于10月31日报单位领导，单位统一安排就餐(工作餐)，比赛过程结束后，单位办公室组织集合。</w:t>
      </w:r>
    </w:p>
    <w:p>
      <w:pPr>
        <w:spacing w:before="100" w:after="200" w:line="360" w:lineRule="auto"/>
        <w:jc w:val="left"/>
      </w:pPr>
      <w:r>
        <w:rPr>
          <w:rFonts w:ascii="宋体 (中文正文)" w:eastAsia="宋体" w:hAnsi="宋体 (中文正文)"/>
          <w:sz w:val="28"/>
        </w:rPr>
        <w:t>十一、活动经费：</w:t>
      </w:r>
    </w:p>
    <w:p>
      <w:pPr>
        <w:spacing w:before="100" w:after="200" w:line="360" w:lineRule="auto"/>
        <w:ind w:firstLine="576"/>
        <w:jc w:val="left"/>
      </w:pPr>
      <w:r>
        <w:rPr>
          <w:rFonts w:ascii="宋体" w:eastAsia="宋体" w:hAnsi="宋体"/>
          <w:sz w:val="28"/>
        </w:rPr>
        <w:t>运动服装36套，每套1300元，共计361300=46800(元)</w:t>
      </w:r>
    </w:p>
    <w:p>
      <w:pPr>
        <w:spacing w:before="100" w:after="200" w:line="360" w:lineRule="auto"/>
        <w:ind w:firstLine="576"/>
        <w:jc w:val="left"/>
      </w:pPr>
      <w:r>
        <w:rPr>
          <w:rFonts w:ascii="宋体" w:eastAsia="宋体" w:hAnsi="宋体"/>
          <w:sz w:val="28"/>
        </w:rPr>
        <w:t>水8件，每件45元，共计845=360(元)</w:t>
      </w:r>
    </w:p>
    <w:p>
      <w:pPr>
        <w:spacing w:before="100" w:after="200" w:line="360" w:lineRule="auto"/>
        <w:ind w:firstLine="576"/>
        <w:jc w:val="left"/>
      </w:pPr>
      <w:r>
        <w:rPr>
          <w:rFonts w:ascii="宋体" w:eastAsia="宋体" w:hAnsi="宋体"/>
          <w:sz w:val="28"/>
        </w:rPr>
        <w:t>队旗2面，口哨，证书6个，共计800元</w:t>
      </w:r>
    </w:p>
    <w:p>
      <w:pPr>
        <w:spacing w:before="100" w:after="200" w:line="360" w:lineRule="auto"/>
        <w:ind w:firstLine="576"/>
        <w:jc w:val="left"/>
      </w:pPr>
      <w:r>
        <w:rPr>
          <w:rFonts w:ascii="宋体" w:eastAsia="宋体" w:hAnsi="宋体"/>
          <w:sz w:val="28"/>
        </w:rPr>
        <w:t>工作餐5桌，每桌600元，共计5600=3000(元)</w:t>
      </w:r>
    </w:p>
    <w:p>
      <w:pPr>
        <w:spacing w:before="100" w:after="200" w:line="360" w:lineRule="auto"/>
        <w:ind w:firstLine="576"/>
        <w:jc w:val="left"/>
      </w:pPr>
      <w:r>
        <w:rPr>
          <w:rFonts w:ascii="宋体" w:eastAsia="宋体" w:hAnsi="宋体"/>
          <w:sz w:val="28"/>
        </w:rPr>
        <w:t>共计经费50960元</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sz w:val="28"/>
        </w:rPr>
        <w:t>注意事项：</w:t>
      </w:r>
    </w:p>
    <w:p>
      <w:pPr>
        <w:spacing w:before="100" w:after="200" w:line="360" w:lineRule="auto"/>
        <w:ind w:firstLine="576"/>
        <w:jc w:val="left"/>
      </w:pPr>
      <w:r>
        <w:rPr>
          <w:rFonts w:ascii="宋体" w:eastAsia="宋体" w:hAnsi="宋体"/>
          <w:sz w:val="28"/>
        </w:rPr>
        <w:t>1、参赛人员在比赛中须穿运动鞋或者球鞋，登山时注意途中安全;</w:t>
      </w:r>
    </w:p>
    <w:p>
      <w:pPr>
        <w:spacing w:before="100" w:after="200" w:line="360" w:lineRule="auto"/>
        <w:ind w:firstLine="576"/>
        <w:jc w:val="left"/>
      </w:pPr>
      <w:r>
        <w:rPr>
          <w:rFonts w:ascii="宋体" w:eastAsia="宋体" w:hAnsi="宋体"/>
          <w:sz w:val="28"/>
        </w:rPr>
        <w:t>2、比赛中提倡“友谊、团结和互助“的精神;</w:t>
      </w:r>
    </w:p>
    <w:p>
      <w:pPr>
        <w:spacing w:before="100" w:after="200" w:line="360" w:lineRule="auto"/>
        <w:ind w:firstLine="576"/>
        <w:jc w:val="left"/>
      </w:pPr>
      <w:r>
        <w:rPr>
          <w:rFonts w:ascii="宋体" w:eastAsia="宋体" w:hAnsi="宋体"/>
          <w:sz w:val="28"/>
        </w:rPr>
        <w:t>3、参赛人员遵守公共道德，爱护生态环境，禁止乱丢垃圾;</w:t>
      </w:r>
    </w:p>
    <w:p>
      <w:pPr>
        <w:spacing w:before="100" w:after="200" w:line="360" w:lineRule="auto"/>
        <w:ind w:firstLine="576"/>
        <w:jc w:val="left"/>
      </w:pPr>
      <w:r>
        <w:rPr>
          <w:rFonts w:ascii="宋体" w:eastAsia="宋体" w:hAnsi="宋体"/>
          <w:sz w:val="28"/>
        </w:rPr>
        <w:t>4、工作人员要坚守岗位，沿途维护比赛秩序，确保此次比赛有序进行</w:t>
      </w:r>
    </w:p>
    <w:p>
      <w:pPr>
        <w:spacing w:before="100" w:after="200" w:line="360" w:lineRule="auto"/>
        <w:ind w:firstLine="576"/>
        <w:jc w:val="left"/>
      </w:pPr>
      <w:r>
        <w:rPr>
          <w:rFonts w:ascii="宋体" w:eastAsia="宋体" w:hAnsi="宋体"/>
          <w:sz w:val="28"/>
        </w:rPr>
        <w:t>5、参加活动者要听从工作人员的指挥，积极配合共同完成登山比赛的活动。</w:t>
      </w:r>
    </w:p>
    <w:p>
      <w:pPr>
        <w:spacing w:before="100" w:after="200" w:line="360" w:lineRule="auto"/>
        <w:ind w:firstLine="576"/>
        <w:jc w:val="left"/>
      </w:pPr>
      <w:r>
        <w:rPr>
          <w:rFonts w:ascii="宋体" w:eastAsia="宋体" w:hAnsi="宋体"/>
          <w:sz w:val="28"/>
        </w:rPr>
        <w:t>##结束</w:t>
      </w:r>
    </w:p>
    <w:p>
      <w:pPr>
        <w:spacing w:before="100" w:after="200" w:line="360" w:lineRule="auto"/>
        <w:ind w:firstLine="576"/>
        <w:jc w:val="left"/>
      </w:pPr>
      <w:r>
        <w:rPr>
          <w:rFonts w:ascii="宋体" w:eastAsia="宋体" w:hAnsi="宋体"/>
          <w:sz w:val="28"/>
        </w:rPr>
        <w:t>[实用方案]圣诞节活动计划模板</w:t>
      </w:r>
    </w:p>
    <w:p>
      <w:pPr>
        <w:spacing w:before="100" w:after="200" w:line="360" w:lineRule="auto"/>
        <w:ind w:firstLine="576"/>
        <w:jc w:val="left"/>
      </w:pPr>
      <w:r>
        <w:rPr>
          <w:rFonts w:ascii="宋体" w:eastAsia="宋体" w:hAnsi="宋体"/>
          <w:sz w:val="28"/>
        </w:rPr>
        <w:t>1、圣诞义卖活动</w:t>
      </w:r>
    </w:p>
    <w:p>
      <w:pPr>
        <w:spacing w:before="100" w:after="200" w:line="360" w:lineRule="auto"/>
        <w:ind w:firstLine="576"/>
        <w:jc w:val="left"/>
      </w:pPr>
      <w:r>
        <w:rPr>
          <w:rFonts w:ascii="宋体" w:eastAsia="宋体" w:hAnsi="宋体"/>
          <w:sz w:val="28"/>
        </w:rPr>
        <w:t>活动时间：xxxx年12月25日中午11：50～中午1：10</w:t>
      </w:r>
    </w:p>
    <w:p>
      <w:pPr>
        <w:spacing w:before="100" w:after="200" w:line="360" w:lineRule="auto"/>
        <w:ind w:firstLine="576"/>
        <w:jc w:val="left"/>
      </w:pPr>
      <w:r>
        <w:rPr>
          <w:rFonts w:ascii="宋体" w:eastAsia="宋体" w:hAnsi="宋体"/>
          <w:sz w:val="28"/>
        </w:rPr>
        <w:t>活动地点：学校操场</w:t>
      </w:r>
    </w:p>
    <w:p>
      <w:pPr>
        <w:spacing w:before="100" w:after="200" w:line="360" w:lineRule="auto"/>
        <w:ind w:firstLine="576"/>
        <w:jc w:val="left"/>
      </w:pPr>
      <w:r>
        <w:rPr>
          <w:rFonts w:ascii="宋体" w:eastAsia="宋体" w:hAnsi="宋体"/>
          <w:sz w:val="28"/>
        </w:rPr>
        <w:t>活动对象：全校师生</w:t>
      </w:r>
    </w:p>
    <w:p>
      <w:pPr>
        <w:spacing w:before="100" w:after="200" w:line="360" w:lineRule="auto"/>
        <w:ind w:firstLine="576"/>
        <w:jc w:val="left"/>
      </w:pPr>
      <w:r>
        <w:rPr>
          <w:rFonts w:ascii="宋体" w:eastAsia="宋体" w:hAnsi="宋体"/>
          <w:sz w:val="28"/>
        </w:rPr>
        <w:t>义卖年级：一～六年级</w:t>
      </w:r>
    </w:p>
    <w:p>
      <w:pPr>
        <w:spacing w:before="100" w:after="200" w:line="360" w:lineRule="auto"/>
        <w:ind w:firstLine="576"/>
        <w:jc w:val="left"/>
      </w:pPr>
      <w:r>
        <w:rPr>
          <w:rFonts w:ascii="宋体" w:eastAsia="宋体" w:hAnsi="宋体"/>
          <w:sz w:val="28"/>
        </w:rPr>
        <w:t>具体要求见十二月每月一事“爱心义卖”方案。</w:t>
      </w:r>
    </w:p>
    <w:p>
      <w:pPr>
        <w:spacing w:before="100" w:after="200" w:line="360" w:lineRule="auto"/>
        <w:ind w:firstLine="576"/>
        <w:jc w:val="left"/>
      </w:pPr>
      <w:r>
        <w:rPr>
          <w:rFonts w:ascii="宋体" w:eastAsia="宋体" w:hAnsi="宋体"/>
          <w:sz w:val="28"/>
        </w:rPr>
        <w:t>友情提醒：义卖活动时师生都戴上圣诞帽。</w:t>
      </w:r>
    </w:p>
    <w:p>
      <w:pPr>
        <w:spacing w:before="100" w:after="200" w:line="360" w:lineRule="auto"/>
        <w:ind w:firstLine="576"/>
        <w:jc w:val="left"/>
      </w:pPr>
      <w:r>
        <w:rPr>
          <w:rFonts w:ascii="宋体" w:eastAsia="宋体" w:hAnsi="宋体"/>
          <w:sz w:val="28"/>
        </w:rPr>
        <w:t>2、圣诞联欢活动</w:t>
      </w:r>
    </w:p>
    <w:p>
      <w:pPr>
        <w:spacing w:before="100" w:after="200" w:line="360" w:lineRule="auto"/>
        <w:ind w:firstLine="576"/>
        <w:jc w:val="left"/>
      </w:pPr>
      <w:r>
        <w:rPr>
          <w:rFonts w:ascii="宋体" w:eastAsia="宋体" w:hAnsi="宋体"/>
          <w:sz w:val="28"/>
        </w:rPr>
        <w:t>活动对象：一～六年级全体学生</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活动地点：各班教室</w:t>
      </w:r>
    </w:p>
    <w:p>
      <w:pPr>
        <w:spacing w:before="100" w:after="200" w:line="360" w:lineRule="auto"/>
        <w:jc w:val="left"/>
      </w:pPr>
      <w:r>
        <w:rPr>
          <w:rFonts w:ascii="宋体 (中文正文)" w:eastAsia="宋体" w:hAnsi="宋体 (中文正文)"/>
          <w:sz w:val="28"/>
        </w:rPr>
        <w:t>活动时间：</w:t>
      </w:r>
    </w:p>
    <w:p>
      <w:pPr>
        <w:spacing w:before="100" w:after="200" w:line="360" w:lineRule="auto"/>
        <w:ind w:firstLine="576"/>
        <w:jc w:val="left"/>
      </w:pPr>
      <w:r>
        <w:rPr>
          <w:rFonts w:ascii="宋体" w:eastAsia="宋体" w:hAnsi="宋体"/>
          <w:sz w:val="28"/>
        </w:rPr>
        <w:t>走读：12月25日下午2：50～4：20</w:t>
      </w:r>
    </w:p>
    <w:p>
      <w:pPr>
        <w:spacing w:before="100" w:after="200" w:line="360" w:lineRule="auto"/>
        <w:ind w:firstLine="576"/>
        <w:jc w:val="left"/>
      </w:pPr>
      <w:r>
        <w:rPr>
          <w:rFonts w:ascii="宋体" w:eastAsia="宋体" w:hAnsi="宋体"/>
          <w:sz w:val="28"/>
        </w:rPr>
        <w:t>半托：12月25日晚上5：30～7：00</w:t>
      </w:r>
    </w:p>
    <w:p>
      <w:pPr>
        <w:spacing w:before="100" w:after="200" w:line="360" w:lineRule="auto"/>
        <w:ind w:firstLine="576"/>
        <w:jc w:val="left"/>
      </w:pPr>
      <w:r>
        <w:rPr>
          <w:rFonts w:ascii="宋体" w:eastAsia="宋体" w:hAnsi="宋体"/>
          <w:sz w:val="28"/>
        </w:rPr>
        <w:t>全托：12月25日晚上6：00～7：30</w:t>
      </w:r>
    </w:p>
    <w:p>
      <w:pPr>
        <w:spacing w:before="100" w:after="200" w:line="360" w:lineRule="auto"/>
        <w:ind w:firstLine="576"/>
        <w:jc w:val="left"/>
      </w:pPr>
      <w:r>
        <w:rPr>
          <w:rFonts w:ascii="宋体" w:eastAsia="宋体" w:hAnsi="宋体"/>
          <w:sz w:val="28"/>
        </w:rPr>
        <w:t>活动负责：班主任具体负责，副班主任协助。</w:t>
      </w:r>
    </w:p>
    <w:p>
      <w:pPr>
        <w:spacing w:before="100" w:after="200" w:line="360" w:lineRule="auto"/>
        <w:jc w:val="left"/>
      </w:pPr>
      <w:r>
        <w:rPr>
          <w:rFonts w:ascii="宋体 (中文正文)" w:eastAsia="宋体" w:hAnsi="宋体 (中文正文)"/>
          <w:sz w:val="28"/>
        </w:rPr>
        <w:t>活动要求：</w:t>
      </w:r>
    </w:p>
    <w:p>
      <w:pPr>
        <w:spacing w:before="100" w:after="200" w:line="360" w:lineRule="auto"/>
        <w:ind w:firstLine="576"/>
        <w:jc w:val="left"/>
      </w:pPr>
      <w:r>
        <w:rPr>
          <w:rFonts w:ascii="宋体" w:eastAsia="宋体" w:hAnsi="宋体"/>
          <w:sz w:val="28"/>
        </w:rPr>
        <w:t>（1）以班级为单位开展联欢活动，活动以游艺类节目为主，穿插圣诞节、圣诞树、圣诞老人的传说、圣诞老人分发礼物等。</w:t>
      </w:r>
    </w:p>
    <w:p>
      <w:pPr>
        <w:spacing w:before="100" w:after="200" w:line="360" w:lineRule="auto"/>
        <w:ind w:firstLine="576"/>
        <w:jc w:val="left"/>
      </w:pPr>
      <w:r>
        <w:rPr>
          <w:rFonts w:ascii="宋体" w:eastAsia="宋体" w:hAnsi="宋体"/>
          <w:sz w:val="28"/>
        </w:rPr>
        <w:t>（2）老师和学生统一戴上圣诞帽（老师的圣诞帽由学校统一提供，学生的圣诞帽由学生自备，如果没有也不作强求）；</w:t>
      </w:r>
    </w:p>
    <w:p>
      <w:pPr>
        <w:spacing w:before="100" w:after="200" w:line="360" w:lineRule="auto"/>
        <w:ind w:firstLine="576"/>
        <w:jc w:val="left"/>
      </w:pPr>
      <w:r>
        <w:rPr>
          <w:rFonts w:ascii="宋体" w:eastAsia="宋体" w:hAnsi="宋体"/>
          <w:sz w:val="28"/>
        </w:rPr>
        <w:t>（3）下午5：00所有行政和相关老师统一在学校用餐，晚饭后蹲点行政插到各年级与生同乐。</w:t>
      </w:r>
    </w:p>
    <w:p>
      <w:pPr>
        <w:spacing w:before="100" w:after="200" w:line="360" w:lineRule="auto"/>
        <w:ind w:firstLine="576"/>
        <w:jc w:val="left"/>
      </w:pPr>
      <w:r>
        <w:rPr>
          <w:rFonts w:ascii="宋体" w:eastAsia="宋体" w:hAnsi="宋体"/>
          <w:sz w:val="28"/>
        </w:rPr>
        <w:t>（4）早晨在底楼导护的老师戴好圣诞帽在东校门迎接学生。平安夜、圣诞夜行政值班、保育老师也戴圣诞帽。</w:t>
      </w:r>
    </w:p>
    <w:p>
      <w:pPr>
        <w:spacing w:before="100" w:after="200" w:line="360" w:lineRule="auto"/>
        <w:ind w:firstLine="576"/>
        <w:jc w:val="left"/>
      </w:pPr>
      <w:r>
        <w:rPr>
          <w:rFonts w:ascii="宋体" w:eastAsia="宋体" w:hAnsi="宋体"/>
          <w:sz w:val="28"/>
        </w:rPr>
        <w:t>3、圣诞有礼活动</w:t>
      </w:r>
    </w:p>
    <w:p>
      <w:pPr>
        <w:spacing w:before="100" w:after="200" w:line="360" w:lineRule="auto"/>
        <w:ind w:firstLine="576"/>
        <w:jc w:val="left"/>
      </w:pPr>
      <w:r>
        <w:rPr>
          <w:rFonts w:ascii="宋体" w:eastAsia="宋体" w:hAnsi="宋体"/>
          <w:sz w:val="28"/>
        </w:rPr>
        <w:t>（2）全托生：由学校生活指导中心安排给每位学生准备一份小礼物。</w:t>
      </w:r>
    </w:p>
    <w:p>
      <w:pPr>
        <w:spacing w:before="100" w:after="200" w:line="360" w:lineRule="auto"/>
        <w:ind w:firstLine="576"/>
        <w:jc w:val="left"/>
      </w:pPr>
      <w:r>
        <w:rPr>
          <w:rFonts w:ascii="宋体" w:eastAsia="宋体" w:hAnsi="宋体"/>
          <w:sz w:val="28"/>
        </w:rPr>
        <w:t>[实用模板]元旦主题活动计划篇二</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一、指导思想：在辞旧迎新欢度节日的同时，不忘祖国苦难的历史和不屈不挠的革命斗争历程，激发学生热爱家乡、热爱祖国、热爱中国共产党之情，同时让每个同学都能参与班级主题活动，让每个学生都有展示自己的机会。</w:t>
      </w:r>
    </w:p>
    <w:p>
      <w:pPr>
        <w:spacing w:before="100" w:after="200" w:line="360" w:lineRule="auto"/>
        <w:jc w:val="left"/>
      </w:pPr>
      <w:r>
        <w:rPr>
          <w:rFonts w:ascii="宋体 (中文正文)" w:eastAsia="宋体" w:hAnsi="宋体 (中文正文)"/>
          <w:b/>
          <w:sz w:val="28"/>
        </w:rPr>
        <w:t>二、活动主题：辞旧迎新又一年</w:t>
      </w:r>
    </w:p>
    <w:p>
      <w:pPr>
        <w:spacing w:before="100" w:after="200" w:line="360" w:lineRule="auto"/>
        <w:jc w:val="left"/>
      </w:pPr>
      <w:r>
        <w:rPr>
          <w:rFonts w:ascii="宋体 (中文正文)" w:eastAsia="宋体" w:hAnsi="宋体 (中文正文)"/>
          <w:b/>
          <w:sz w:val="28"/>
        </w:rPr>
        <w:t>三、活动时间：20xx年12月30日下午</w:t>
      </w:r>
    </w:p>
    <w:p>
      <w:pPr>
        <w:spacing w:before="100" w:after="200" w:line="360" w:lineRule="auto"/>
        <w:ind w:firstLine="576"/>
        <w:jc w:val="left"/>
      </w:pPr>
      <w:r>
        <w:rPr>
          <w:rFonts w:ascii="宋体" w:eastAsia="宋体" w:hAnsi="宋体"/>
          <w:sz w:val="28"/>
        </w:rPr>
        <w:t>四：节目主持人：宁靖晖张亦珩</w:t>
      </w:r>
    </w:p>
    <w:p>
      <w:pPr>
        <w:spacing w:before="100" w:after="200" w:line="360" w:lineRule="auto"/>
        <w:jc w:val="left"/>
      </w:pPr>
      <w:r>
        <w:rPr>
          <w:rFonts w:ascii="宋体 (中文正文)" w:eastAsia="宋体" w:hAnsi="宋体 (中文正文)"/>
          <w:sz w:val="28"/>
        </w:rPr>
        <w:t>五、活动准备：</w:t>
      </w:r>
    </w:p>
    <w:p>
      <w:pPr>
        <w:spacing w:before="100" w:after="200" w:line="360" w:lineRule="auto"/>
        <w:ind w:firstLine="576"/>
        <w:jc w:val="left"/>
      </w:pPr>
      <w:r>
        <w:rPr>
          <w:rFonts w:ascii="宋体" w:eastAsia="宋体" w:hAnsi="宋体"/>
          <w:sz w:val="28"/>
        </w:rPr>
        <w:t>1、歌曲、舞蹈、故事、谜语、器乐等节目。</w:t>
      </w:r>
    </w:p>
    <w:p>
      <w:pPr>
        <w:spacing w:before="100" w:after="200" w:line="360" w:lineRule="auto"/>
        <w:ind w:firstLine="576"/>
        <w:jc w:val="left"/>
      </w:pPr>
      <w:r>
        <w:rPr>
          <w:rFonts w:ascii="宋体" w:eastAsia="宋体" w:hAnsi="宋体"/>
          <w:sz w:val="28"/>
        </w:rPr>
        <w:t>2、教室布置有浓厚的节日气氛。</w:t>
      </w:r>
    </w:p>
    <w:p>
      <w:pPr>
        <w:spacing w:before="100" w:after="200" w:line="360" w:lineRule="auto"/>
        <w:jc w:val="left"/>
      </w:pPr>
      <w:r>
        <w:rPr>
          <w:rFonts w:ascii="宋体 (中文正文)" w:eastAsia="宋体" w:hAnsi="宋体 (中文正文)"/>
          <w:sz w:val="28"/>
        </w:rPr>
        <w:t>六、活动过程：</w:t>
      </w:r>
    </w:p>
    <w:p>
      <w:pPr>
        <w:spacing w:before="100" w:after="200" w:line="360" w:lineRule="auto"/>
        <w:ind w:firstLine="576"/>
        <w:jc w:val="left"/>
      </w:pPr>
      <w:r>
        <w:rPr>
          <w:rFonts w:ascii="宋体" w:eastAsia="宋体" w:hAnsi="宋体"/>
          <w:sz w:val="28"/>
        </w:rPr>
        <w:t>甲：敬爱的老师</w:t>
      </w:r>
    </w:p>
    <w:p>
      <w:pPr>
        <w:spacing w:before="100" w:after="200" w:line="360" w:lineRule="auto"/>
        <w:ind w:firstLine="576"/>
        <w:jc w:val="left"/>
      </w:pPr>
      <w:r>
        <w:rPr>
          <w:rFonts w:ascii="宋体" w:eastAsia="宋体" w:hAnsi="宋体"/>
          <w:sz w:val="28"/>
        </w:rPr>
        <w:t>乙：亲爱的同学们</w:t>
      </w:r>
    </w:p>
    <w:p>
      <w:pPr>
        <w:spacing w:before="100" w:after="200" w:line="360" w:lineRule="auto"/>
        <w:ind w:firstLine="576"/>
        <w:jc w:val="left"/>
      </w:pPr>
      <w:r>
        <w:rPr>
          <w:rFonts w:ascii="宋体" w:eastAsia="宋体" w:hAnsi="宋体"/>
          <w:sz w:val="28"/>
        </w:rPr>
        <w:t>合：大家下午好！</w:t>
      </w:r>
    </w:p>
    <w:p>
      <w:pPr>
        <w:spacing w:before="100" w:after="200" w:line="360" w:lineRule="auto"/>
        <w:ind w:firstLine="576"/>
        <w:jc w:val="left"/>
      </w:pPr>
      <w:r>
        <w:rPr>
          <w:rFonts w:ascii="宋体" w:eastAsia="宋体" w:hAnsi="宋体"/>
          <w:sz w:val="28"/>
        </w:rPr>
        <w:t>甲：光阴似箭</w:t>
      </w:r>
    </w:p>
    <w:p>
      <w:pPr>
        <w:spacing w:before="100" w:after="200" w:line="360" w:lineRule="auto"/>
        <w:ind w:firstLine="576"/>
        <w:jc w:val="left"/>
      </w:pPr>
      <w:r>
        <w:rPr>
          <w:rFonts w:ascii="宋体" w:eastAsia="宋体" w:hAnsi="宋体"/>
          <w:sz w:val="28"/>
        </w:rPr>
        <w:t>乙：日月如梭</w:t>
      </w:r>
    </w:p>
    <w:p>
      <w:pPr>
        <w:spacing w:before="100" w:after="200" w:line="360" w:lineRule="auto"/>
        <w:ind w:firstLine="576"/>
        <w:jc w:val="left"/>
      </w:pPr>
      <w:r>
        <w:rPr>
          <w:rFonts w:ascii="宋体" w:eastAsia="宋体" w:hAnsi="宋体"/>
          <w:sz w:val="28"/>
        </w:rPr>
        <w:t>合：转眼间，就到了20xx年的最后的一个月了</w:t>
      </w:r>
    </w:p>
    <w:p>
      <w:pPr>
        <w:spacing w:before="100" w:after="200" w:line="360" w:lineRule="auto"/>
        <w:ind w:firstLine="576"/>
        <w:jc w:val="left"/>
      </w:pPr>
      <w:r>
        <w:rPr>
          <w:rFonts w:ascii="宋体" w:eastAsia="宋体" w:hAnsi="宋体"/>
          <w:sz w:val="28"/>
        </w:rPr>
        <w:t>甲：在这辞旧迎新的时刻</w:t>
      </w:r>
    </w:p>
    <w:p>
      <w:pPr>
        <w:spacing w:before="100" w:after="200" w:line="360" w:lineRule="auto"/>
        <w:ind w:firstLine="576"/>
        <w:jc w:val="left"/>
      </w:pPr>
      <w:r>
        <w:rPr>
          <w:rFonts w:ascii="宋体" w:eastAsia="宋体" w:hAnsi="宋体"/>
          <w:sz w:val="28"/>
        </w:rPr>
        <w:t>乙：我们感到无比快乐！</w:t>
      </w:r>
    </w:p>
    <w:p>
      <w:pPr>
        <w:spacing w:before="100" w:after="200" w:line="360" w:lineRule="auto"/>
        <w:ind w:firstLine="576"/>
        <w:jc w:val="left"/>
      </w:pPr>
      <w:r>
        <w:rPr>
          <w:rFonts w:ascii="宋体" w:eastAsia="宋体" w:hAnsi="宋体"/>
          <w:sz w:val="28"/>
        </w:rPr>
        <w:t>甲：大地，又迎来一个新春，</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乙：小树，又增加一个年轮，</w:t>
      </w:r>
    </w:p>
    <w:p>
      <w:pPr>
        <w:spacing w:before="100" w:after="200" w:line="360" w:lineRule="auto"/>
        <w:ind w:firstLine="576"/>
        <w:jc w:val="left"/>
      </w:pPr>
      <w:r>
        <w:rPr>
          <w:rFonts w:ascii="宋体" w:eastAsia="宋体" w:hAnsi="宋体"/>
          <w:sz w:val="28"/>
        </w:rPr>
        <w:t>甲：地球，又绕太阳转了一圈，</w:t>
      </w:r>
    </w:p>
    <w:p>
      <w:pPr>
        <w:spacing w:before="100" w:after="200" w:line="360" w:lineRule="auto"/>
        <w:ind w:firstLine="576"/>
        <w:jc w:val="left"/>
      </w:pPr>
      <w:r>
        <w:rPr>
          <w:rFonts w:ascii="宋体" w:eastAsia="宋体" w:hAnsi="宋体"/>
          <w:sz w:val="28"/>
        </w:rPr>
        <w:t>乙：我们啊，又长大了一岁。</w:t>
      </w:r>
    </w:p>
    <w:p>
      <w:pPr>
        <w:spacing w:before="100" w:after="200" w:line="360" w:lineRule="auto"/>
        <w:ind w:firstLine="576"/>
        <w:jc w:val="left"/>
      </w:pPr>
      <w:r>
        <w:rPr>
          <w:rFonts w:ascii="宋体" w:eastAsia="宋体" w:hAnsi="宋体"/>
          <w:sz w:val="28"/>
        </w:rPr>
        <w:t>甲：看，新年，向我们敞开了大门。</w:t>
      </w:r>
    </w:p>
    <w:p>
      <w:pPr>
        <w:spacing w:before="100" w:after="200" w:line="360" w:lineRule="auto"/>
        <w:ind w:firstLine="576"/>
        <w:jc w:val="left"/>
      </w:pPr>
      <w:r>
        <w:rPr>
          <w:rFonts w:ascii="宋体" w:eastAsia="宋体" w:hAnsi="宋体"/>
          <w:sz w:val="28"/>
        </w:rPr>
        <w:t>乙：听，金钟朗朗，这是新年动人的旋律。</w:t>
      </w:r>
    </w:p>
    <w:p>
      <w:pPr>
        <w:spacing w:before="100" w:after="200" w:line="360" w:lineRule="auto"/>
        <w:ind w:firstLine="576"/>
        <w:jc w:val="left"/>
      </w:pPr>
      <w:r>
        <w:rPr>
          <w:rFonts w:ascii="宋体" w:eastAsia="宋体" w:hAnsi="宋体"/>
          <w:sz w:val="28"/>
        </w:rPr>
        <w:t>合：下面请听由朱莉、王婷、何琳、张韵、李杰怡给我们带来的小合唱《我怎样长大》。</w:t>
      </w:r>
    </w:p>
    <w:p>
      <w:pPr>
        <w:spacing w:before="100" w:after="200" w:line="360" w:lineRule="auto"/>
        <w:ind w:firstLine="576"/>
        <w:jc w:val="left"/>
      </w:pPr>
      <w:r>
        <w:rPr>
          <w:rFonts w:ascii="宋体" w:eastAsia="宋体" w:hAnsi="宋体"/>
          <w:sz w:val="28"/>
        </w:rPr>
        <w:t>甲：日历带着祝愿、带着嘱托</w:t>
      </w:r>
    </w:p>
    <w:p>
      <w:pPr>
        <w:spacing w:before="100" w:after="200" w:line="360" w:lineRule="auto"/>
        <w:ind w:firstLine="576"/>
        <w:jc w:val="left"/>
      </w:pPr>
      <w:r>
        <w:rPr>
          <w:rFonts w:ascii="宋体" w:eastAsia="宋体" w:hAnsi="宋体"/>
          <w:sz w:val="28"/>
        </w:rPr>
        <w:t>乙：又翻开了新的一页，</w:t>
      </w:r>
    </w:p>
    <w:p>
      <w:pPr>
        <w:spacing w:before="100" w:after="200" w:line="360" w:lineRule="auto"/>
        <w:ind w:firstLine="576"/>
        <w:jc w:val="left"/>
      </w:pPr>
      <w:r>
        <w:rPr>
          <w:rFonts w:ascii="宋体" w:eastAsia="宋体" w:hAnsi="宋体"/>
          <w:sz w:val="28"/>
        </w:rPr>
        <w:t>甲：冬天又翱翔着矫健的雄鹰</w:t>
      </w:r>
    </w:p>
    <w:p>
      <w:pPr>
        <w:spacing w:before="100" w:after="200" w:line="360" w:lineRule="auto"/>
        <w:ind w:firstLine="576"/>
        <w:jc w:val="left"/>
      </w:pPr>
      <w:r>
        <w:rPr>
          <w:rFonts w:ascii="宋体" w:eastAsia="宋体" w:hAnsi="宋体"/>
          <w:sz w:val="28"/>
        </w:rPr>
        <w:t>乙：拉近了我们成长的距离……</w:t>
      </w:r>
    </w:p>
    <w:p>
      <w:pPr>
        <w:spacing w:before="100" w:after="200" w:line="360" w:lineRule="auto"/>
        <w:ind w:firstLine="576"/>
        <w:jc w:val="left"/>
      </w:pPr>
      <w:r>
        <w:rPr>
          <w:rFonts w:ascii="宋体" w:eastAsia="宋体" w:hAnsi="宋体"/>
          <w:sz w:val="28"/>
        </w:rPr>
        <w:t>甲：春天又向我们走来，</w:t>
      </w:r>
    </w:p>
    <w:p>
      <w:pPr>
        <w:spacing w:before="100" w:after="200" w:line="360" w:lineRule="auto"/>
        <w:ind w:firstLine="576"/>
        <w:jc w:val="left"/>
      </w:pPr>
      <w:r>
        <w:rPr>
          <w:rFonts w:ascii="宋体" w:eastAsia="宋体" w:hAnsi="宋体"/>
          <w:sz w:val="28"/>
        </w:rPr>
        <w:t>乙：染红了我们快乐的生活</w:t>
      </w:r>
    </w:p>
    <w:p>
      <w:pPr>
        <w:spacing w:before="100" w:after="200" w:line="360" w:lineRule="auto"/>
        <w:ind w:firstLine="576"/>
        <w:jc w:val="left"/>
      </w:pPr>
      <w:r>
        <w:rPr>
          <w:rFonts w:ascii="宋体" w:eastAsia="宋体" w:hAnsi="宋体"/>
          <w:sz w:val="28"/>
        </w:rPr>
        <w:t>合：新的一年又来到了。</w:t>
      </w:r>
    </w:p>
    <w:p>
      <w:pPr>
        <w:spacing w:before="100" w:after="200" w:line="360" w:lineRule="auto"/>
        <w:ind w:firstLine="576"/>
        <w:jc w:val="left"/>
      </w:pPr>
      <w:r>
        <w:rPr>
          <w:rFonts w:ascii="宋体" w:eastAsia="宋体" w:hAnsi="宋体"/>
          <w:sz w:val="28"/>
        </w:rPr>
        <w:t>甲：新年是什么？</w:t>
      </w:r>
    </w:p>
    <w:p>
      <w:pPr>
        <w:spacing w:before="100" w:after="200" w:line="360" w:lineRule="auto"/>
        <w:ind w:firstLine="576"/>
        <w:jc w:val="left"/>
      </w:pPr>
      <w:r>
        <w:rPr>
          <w:rFonts w:ascii="宋体" w:eastAsia="宋体" w:hAnsi="宋体"/>
          <w:sz w:val="28"/>
        </w:rPr>
        <w:t>乙：新年是什么？</w:t>
      </w:r>
    </w:p>
    <w:p>
      <w:pPr>
        <w:spacing w:before="100" w:after="200" w:line="360" w:lineRule="auto"/>
        <w:ind w:firstLine="576"/>
        <w:jc w:val="left"/>
      </w:pPr>
      <w:r>
        <w:rPr>
          <w:rFonts w:ascii="宋体" w:eastAsia="宋体" w:hAnsi="宋体"/>
          <w:sz w:val="28"/>
        </w:rPr>
        <w:t>合：让我们一起去听听张怡的歌声《四季童趣》。</w:t>
      </w:r>
    </w:p>
    <w:p>
      <w:pPr>
        <w:spacing w:before="100" w:after="200" w:line="360" w:lineRule="auto"/>
        <w:ind w:firstLine="576"/>
        <w:jc w:val="left"/>
      </w:pPr>
      <w:r>
        <w:rPr>
          <w:rFonts w:ascii="宋体" w:eastAsia="宋体" w:hAnsi="宋体"/>
          <w:sz w:val="28"/>
        </w:rPr>
        <w:t>甲：新年就是无限的期待与欢乐</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乙：元旦节是美丽的，也是快乐的请欣赏刘欣怡的电子琴独奏《粉刷匠》。</w:t>
      </w:r>
    </w:p>
    <w:p>
      <w:pPr>
        <w:spacing w:before="100" w:after="200" w:line="360" w:lineRule="auto"/>
        <w:ind w:firstLine="576"/>
        <w:jc w:val="left"/>
      </w:pPr>
      <w:r>
        <w:rPr>
          <w:rFonts w:ascii="宋体" w:eastAsia="宋体" w:hAnsi="宋体"/>
          <w:sz w:val="28"/>
        </w:rPr>
        <w:t>甲：怀念万千祝福在这充满喜悦的佳节里，祝福串成一首诗、组成一曲旋律、开启一片温馨的心灵</w:t>
      </w:r>
    </w:p>
    <w:p>
      <w:pPr>
        <w:spacing w:before="100" w:after="200" w:line="360" w:lineRule="auto"/>
        <w:ind w:firstLine="576"/>
        <w:jc w:val="left"/>
      </w:pPr>
      <w:r>
        <w:rPr>
          <w:rFonts w:ascii="宋体" w:eastAsia="宋体" w:hAnsi="宋体"/>
          <w:sz w:val="28"/>
        </w:rPr>
        <w:t>乙：温馨的气息、恬静的氛围、舒心的休憩编织成您快活的生活下面请同学们欣赏宁靖晖给大家表演的笛子独奏《我是一个兵》。</w:t>
      </w:r>
    </w:p>
    <w:p>
      <w:pPr>
        <w:spacing w:before="100" w:after="200" w:line="360" w:lineRule="auto"/>
        <w:ind w:firstLine="576"/>
        <w:jc w:val="left"/>
      </w:pPr>
      <w:r>
        <w:rPr>
          <w:rFonts w:ascii="宋体" w:eastAsia="宋体" w:hAnsi="宋体"/>
          <w:sz w:val="28"/>
        </w:rPr>
        <w:t>甲：大家喜欢猜谜语吗，我们今天的谜语是由甘友州、谢运来、田开阳、陈忠亮、鲁议、许凡秋实、王少瑞、张宇婷、欧国宇、陈凯、邱雨明、文开阳、刘欣他们来出题。</w:t>
      </w:r>
    </w:p>
    <w:p>
      <w:pPr>
        <w:spacing w:before="100" w:after="200" w:line="360" w:lineRule="auto"/>
        <w:ind w:firstLine="576"/>
        <w:jc w:val="left"/>
      </w:pPr>
      <w:r>
        <w:rPr>
          <w:rFonts w:ascii="宋体" w:eastAsia="宋体" w:hAnsi="宋体"/>
          <w:sz w:val="28"/>
        </w:rPr>
        <w:t>甲：在过去的一年里，我们一起播种春天的希望，拥抱盛夏的热情，</w:t>
      </w:r>
    </w:p>
    <w:p>
      <w:pPr>
        <w:spacing w:before="100" w:after="200" w:line="360" w:lineRule="auto"/>
        <w:ind w:firstLine="576"/>
        <w:jc w:val="left"/>
      </w:pPr>
      <w:r>
        <w:rPr>
          <w:rFonts w:ascii="宋体" w:eastAsia="宋体" w:hAnsi="宋体"/>
          <w:sz w:val="28"/>
        </w:rPr>
        <w:t>乙：我们一起收获秋天的硕果，感受严冬的凛冽。</w:t>
      </w:r>
    </w:p>
    <w:p>
      <w:pPr>
        <w:spacing w:before="100" w:after="200" w:line="360" w:lineRule="auto"/>
        <w:ind w:firstLine="576"/>
        <w:jc w:val="left"/>
      </w:pPr>
      <w:r>
        <w:rPr>
          <w:rFonts w:ascii="宋体" w:eastAsia="宋体" w:hAnsi="宋体"/>
          <w:sz w:val="28"/>
        </w:rPr>
        <w:t>甲：在过去的一年里，我们听说了许许多多的故事，</w:t>
      </w:r>
    </w:p>
    <w:p>
      <w:pPr>
        <w:spacing w:before="100" w:after="200" w:line="360" w:lineRule="auto"/>
        <w:ind w:firstLine="576"/>
        <w:jc w:val="left"/>
      </w:pPr>
      <w:r>
        <w:rPr>
          <w:rFonts w:ascii="宋体" w:eastAsia="宋体" w:hAnsi="宋体"/>
          <w:sz w:val="28"/>
        </w:rPr>
        <w:t>乙：下面请听罗宇阳给大家带来的故事《无面菩萨》</w:t>
      </w:r>
    </w:p>
    <w:p>
      <w:pPr>
        <w:spacing w:before="100" w:after="200" w:line="360" w:lineRule="auto"/>
        <w:ind w:firstLine="576"/>
        <w:jc w:val="left"/>
      </w:pPr>
      <w:r>
        <w:rPr>
          <w:rFonts w:ascii="宋体" w:eastAsia="宋体" w:hAnsi="宋体"/>
          <w:sz w:val="28"/>
        </w:rPr>
        <w:t>甲：我们是快乐的天使</w:t>
      </w:r>
    </w:p>
    <w:p>
      <w:pPr>
        <w:spacing w:before="100" w:after="200" w:line="360" w:lineRule="auto"/>
        <w:ind w:firstLine="576"/>
        <w:jc w:val="left"/>
      </w:pPr>
      <w:r>
        <w:rPr>
          <w:rFonts w:ascii="宋体" w:eastAsia="宋体" w:hAnsi="宋体"/>
          <w:sz w:val="28"/>
        </w:rPr>
        <w:t>乙：我们是幸福的一代</w:t>
      </w:r>
    </w:p>
    <w:p>
      <w:pPr>
        <w:spacing w:before="100" w:after="200" w:line="360" w:lineRule="auto"/>
        <w:ind w:firstLine="576"/>
        <w:jc w:val="left"/>
      </w:pPr>
      <w:r>
        <w:rPr>
          <w:rFonts w:ascii="宋体" w:eastAsia="宋体" w:hAnsi="宋体"/>
          <w:sz w:val="28"/>
        </w:rPr>
        <w:t>甲：爸爸、妈妈用爱哺育我们成长</w:t>
      </w:r>
    </w:p>
    <w:p>
      <w:pPr>
        <w:spacing w:before="100" w:after="200" w:line="360" w:lineRule="auto"/>
        <w:ind w:firstLine="576"/>
        <w:jc w:val="left"/>
      </w:pPr>
      <w:r>
        <w:rPr>
          <w:rFonts w:ascii="宋体" w:eastAsia="宋体" w:hAnsi="宋体"/>
          <w:sz w:val="28"/>
        </w:rPr>
        <w:t>乙：老师用爱教育我们成长</w:t>
      </w:r>
    </w:p>
    <w:p>
      <w:pPr>
        <w:spacing w:before="100" w:after="200" w:line="360" w:lineRule="auto"/>
        <w:ind w:firstLine="576"/>
        <w:jc w:val="left"/>
      </w:pPr>
      <w:r>
        <w:rPr>
          <w:rFonts w:ascii="宋体" w:eastAsia="宋体" w:hAnsi="宋体"/>
          <w:sz w:val="28"/>
        </w:rPr>
        <w:t>甲：我们的成长离不开父母的养育</w:t>
      </w:r>
    </w:p>
    <w:p>
      <w:pPr>
        <w:spacing w:before="100" w:after="200" w:line="360" w:lineRule="auto"/>
        <w:ind w:firstLine="576"/>
        <w:jc w:val="left"/>
      </w:pPr>
      <w:r>
        <w:rPr>
          <w:rFonts w:ascii="宋体" w:eastAsia="宋体" w:hAnsi="宋体"/>
          <w:sz w:val="28"/>
        </w:rPr>
        <w:t>乙：我们的进步离不开老师的教诲</w:t>
      </w:r>
    </w:p>
    <w:p>
      <w:pPr>
        <w:spacing w:before="100" w:after="200" w:line="360" w:lineRule="auto"/>
        <w:ind w:firstLine="576"/>
        <w:jc w:val="left"/>
      </w:pPr>
      <w:r>
        <w:rPr>
          <w:rFonts w:ascii="宋体" w:eastAsia="宋体" w:hAnsi="宋体"/>
          <w:sz w:val="28"/>
        </w:rPr>
        <w:t>甲：在这里，有默默耕耘的辛勤园丁，有孜孜以求的莘莘学子</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乙：在这里，散发着油墨的清香，跳动着青春的脉搏</w:t>
      </w:r>
    </w:p>
    <w:p>
      <w:pPr>
        <w:spacing w:before="100" w:after="200" w:line="360" w:lineRule="auto"/>
        <w:ind w:firstLine="576"/>
        <w:jc w:val="left"/>
      </w:pPr>
      <w:r>
        <w:rPr>
          <w:rFonts w:ascii="宋体" w:eastAsia="宋体" w:hAnsi="宋体"/>
          <w:sz w:val="28"/>
        </w:rPr>
        <w:t>甲：是他们为我们健康快乐的成长付出了心血，让我们用歌声来表达对他们的感谢。</w:t>
      </w:r>
    </w:p>
    <w:p>
      <w:pPr>
        <w:spacing w:before="100" w:after="200" w:line="360" w:lineRule="auto"/>
        <w:ind w:firstLine="576"/>
        <w:jc w:val="left"/>
      </w:pPr>
      <w:r>
        <w:rPr>
          <w:rFonts w:ascii="宋体" w:eastAsia="宋体" w:hAnsi="宋体"/>
          <w:sz w:val="28"/>
        </w:rPr>
        <w:t>乙：下面请听王家豪、黎松霖、曾雨逸、李小薇、谢小倩、廖琪带来的歌曲《采菱》。</w:t>
      </w:r>
    </w:p>
    <w:p>
      <w:pPr>
        <w:spacing w:before="100" w:after="200" w:line="360" w:lineRule="auto"/>
        <w:ind w:firstLine="576"/>
        <w:jc w:val="left"/>
      </w:pPr>
      <w:r>
        <w:rPr>
          <w:rFonts w:ascii="宋体" w:eastAsia="宋体" w:hAnsi="宋体"/>
          <w:sz w:val="28"/>
        </w:rPr>
        <w:t>甲：新年是播种的时刻</w:t>
      </w:r>
    </w:p>
    <w:p>
      <w:pPr>
        <w:spacing w:before="100" w:after="200" w:line="360" w:lineRule="auto"/>
        <w:ind w:firstLine="576"/>
        <w:jc w:val="left"/>
      </w:pPr>
      <w:r>
        <w:rPr>
          <w:rFonts w:ascii="宋体" w:eastAsia="宋体" w:hAnsi="宋体"/>
          <w:sz w:val="28"/>
        </w:rPr>
        <w:t>乙：新年是希望的开始</w:t>
      </w:r>
    </w:p>
    <w:p>
      <w:pPr>
        <w:spacing w:before="100" w:after="200" w:line="360" w:lineRule="auto"/>
        <w:ind w:firstLine="576"/>
        <w:jc w:val="left"/>
      </w:pPr>
      <w:r>
        <w:rPr>
          <w:rFonts w:ascii="宋体" w:eastAsia="宋体" w:hAnsi="宋体"/>
          <w:sz w:val="28"/>
        </w:rPr>
        <w:t>合：让我们许下新的愿望，定下新的目标</w:t>
      </w:r>
    </w:p>
    <w:p>
      <w:pPr>
        <w:spacing w:before="100" w:after="200" w:line="360" w:lineRule="auto"/>
        <w:ind w:firstLine="576"/>
        <w:jc w:val="left"/>
      </w:pPr>
      <w:r>
        <w:rPr>
          <w:rFonts w:ascii="宋体" w:eastAsia="宋体" w:hAnsi="宋体"/>
          <w:sz w:val="28"/>
        </w:rPr>
        <w:t>甲：下面请同学们欣赏由张琴、唐欣悦、李小薇演唱的歌曲《我是少年阿凡提》。</w:t>
      </w:r>
    </w:p>
    <w:p>
      <w:pPr>
        <w:spacing w:before="100" w:after="200" w:line="360" w:lineRule="auto"/>
        <w:ind w:firstLine="576"/>
        <w:jc w:val="left"/>
      </w:pPr>
      <w:r>
        <w:rPr>
          <w:rFonts w:ascii="宋体" w:eastAsia="宋体" w:hAnsi="宋体"/>
          <w:sz w:val="28"/>
        </w:rPr>
        <w:t>乙：20xx年，新的一年即将来到</w:t>
      </w:r>
    </w:p>
    <w:p>
      <w:pPr>
        <w:spacing w:before="100" w:after="200" w:line="360" w:lineRule="auto"/>
        <w:ind w:firstLine="576"/>
        <w:jc w:val="left"/>
      </w:pPr>
      <w:r>
        <w:rPr>
          <w:rFonts w:ascii="宋体" w:eastAsia="宋体" w:hAnsi="宋体"/>
          <w:sz w:val="28"/>
        </w:rPr>
        <w:t>甲：美好的春天，就要来到眼前。下面请同学们欣赏张亦珩给大家带来的舞蹈。</w:t>
      </w:r>
    </w:p>
    <w:p>
      <w:pPr>
        <w:spacing w:before="100" w:after="200" w:line="360" w:lineRule="auto"/>
        <w:ind w:firstLine="576"/>
        <w:jc w:val="left"/>
      </w:pPr>
      <w:r>
        <w:rPr>
          <w:rFonts w:ascii="宋体" w:eastAsia="宋体" w:hAnsi="宋体"/>
          <w:sz w:val="28"/>
        </w:rPr>
        <w:t>甲：今天，我们相聚在这里，享受缘分带给我们的欢乐，享受这段美好时光</w:t>
      </w:r>
    </w:p>
    <w:p>
      <w:pPr>
        <w:spacing w:before="100" w:after="200" w:line="360" w:lineRule="auto"/>
        <w:ind w:firstLine="576"/>
        <w:jc w:val="left"/>
      </w:pPr>
      <w:r>
        <w:rPr>
          <w:rFonts w:ascii="宋体" w:eastAsia="宋体" w:hAnsi="宋体"/>
          <w:sz w:val="28"/>
        </w:rPr>
        <w:t>乙：今天，我们相聚在这里，一起用心来感受真情，用爱来融化冰雪</w:t>
      </w:r>
    </w:p>
    <w:p>
      <w:pPr>
        <w:spacing w:before="100" w:after="200" w:line="360" w:lineRule="auto"/>
        <w:ind w:firstLine="576"/>
        <w:jc w:val="left"/>
      </w:pPr>
      <w:r>
        <w:rPr>
          <w:rFonts w:ascii="宋体" w:eastAsia="宋体" w:hAnsi="宋体"/>
          <w:sz w:val="28"/>
        </w:rPr>
        <w:t>甲：今天，我们相聚在这里，敞开你的心扉，释放你的激情</w:t>
      </w:r>
    </w:p>
    <w:p>
      <w:pPr>
        <w:spacing w:before="100" w:after="200" w:line="360" w:lineRule="auto"/>
        <w:ind w:firstLine="576"/>
        <w:jc w:val="left"/>
      </w:pPr>
      <w:r>
        <w:rPr>
          <w:rFonts w:ascii="宋体" w:eastAsia="宋体" w:hAnsi="宋体"/>
          <w:sz w:val="28"/>
        </w:rPr>
        <w:t>乙：下面请欣赏王朗给大家表演跆拳道。</w:t>
      </w:r>
    </w:p>
    <w:p>
      <w:pPr>
        <w:spacing w:before="100" w:after="200" w:line="360" w:lineRule="auto"/>
        <w:ind w:firstLine="576"/>
        <w:jc w:val="left"/>
      </w:pPr>
      <w:r>
        <w:rPr>
          <w:rFonts w:ascii="宋体" w:eastAsia="宋体" w:hAnsi="宋体"/>
          <w:sz w:val="28"/>
        </w:rPr>
        <w:t>甲：今天，我们相聚在这里，这里将成为欢乐的海洋，让快乐响彻云霄</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乙：今天，我们欢聚一堂、载歌载舞</w:t>
      </w:r>
    </w:p>
    <w:p>
      <w:pPr>
        <w:spacing w:before="100" w:after="200" w:line="360" w:lineRule="auto"/>
        <w:ind w:firstLine="576"/>
        <w:jc w:val="left"/>
      </w:pPr>
      <w:r>
        <w:rPr>
          <w:rFonts w:ascii="宋体" w:eastAsia="宋体" w:hAnsi="宋体"/>
          <w:sz w:val="28"/>
        </w:rPr>
        <w:t>甲：今天，我们激情满怀、心潮澎湃</w:t>
      </w:r>
    </w:p>
    <w:p>
      <w:pPr>
        <w:spacing w:before="100" w:after="200" w:line="360" w:lineRule="auto"/>
        <w:ind w:firstLine="576"/>
        <w:jc w:val="left"/>
      </w:pPr>
      <w:r>
        <w:rPr>
          <w:rFonts w:ascii="宋体" w:eastAsia="宋体" w:hAnsi="宋体"/>
          <w:sz w:val="28"/>
        </w:rPr>
        <w:t>乙：今天，让我们一起来欣赏张佳怡、张艺涵带来的舞蹈《NOBADY》</w:t>
      </w:r>
    </w:p>
    <w:p>
      <w:pPr>
        <w:spacing w:before="100" w:after="200" w:line="360" w:lineRule="auto"/>
        <w:ind w:firstLine="576"/>
        <w:jc w:val="left"/>
      </w:pPr>
      <w:r>
        <w:rPr>
          <w:rFonts w:ascii="宋体" w:eastAsia="宋体" w:hAnsi="宋体"/>
          <w:sz w:val="28"/>
        </w:rPr>
        <w:t>甲：愿我们伟大的祖国在新的一年里更加繁荣昌盛，如春天般生机盎然。</w:t>
      </w:r>
    </w:p>
    <w:p>
      <w:pPr>
        <w:spacing w:before="100" w:after="200" w:line="360" w:lineRule="auto"/>
        <w:ind w:firstLine="576"/>
        <w:jc w:val="left"/>
      </w:pPr>
      <w:r>
        <w:rPr>
          <w:rFonts w:ascii="宋体" w:eastAsia="宋体" w:hAnsi="宋体"/>
          <w:sz w:val="28"/>
        </w:rPr>
        <w:t>乙：最后，让我们齐唱《新年好》</w:t>
      </w:r>
    </w:p>
    <w:p>
      <w:pPr>
        <w:spacing w:before="100" w:after="200" w:line="360" w:lineRule="auto"/>
        <w:ind w:firstLine="576"/>
        <w:jc w:val="left"/>
      </w:pPr>
      <w:r>
        <w:rPr>
          <w:rFonts w:ascii="宋体" w:eastAsia="宋体" w:hAnsi="宋体"/>
          <w:sz w:val="28"/>
        </w:rPr>
        <w:t>甲：祝老师新年快乐，工作顺利</w:t>
      </w:r>
    </w:p>
    <w:p>
      <w:pPr>
        <w:spacing w:before="100" w:after="200" w:line="360" w:lineRule="auto"/>
        <w:ind w:firstLine="576"/>
        <w:jc w:val="left"/>
      </w:pPr>
      <w:r>
        <w:rPr>
          <w:rFonts w:ascii="宋体" w:eastAsia="宋体" w:hAnsi="宋体"/>
          <w:sz w:val="28"/>
        </w:rPr>
        <w:t>乙：祝同学们学习进步，天天快乐</w:t>
      </w:r>
    </w:p>
    <w:p>
      <w:pPr>
        <w:spacing w:before="100" w:after="200" w:line="360" w:lineRule="auto"/>
        <w:ind w:firstLine="576"/>
        <w:jc w:val="left"/>
      </w:pPr>
      <w:r>
        <w:rPr>
          <w:rFonts w:ascii="宋体" w:eastAsia="宋体" w:hAnsi="宋体"/>
          <w:sz w:val="28"/>
        </w:rPr>
        <w:t>合：“我与岁月共成长”主题班会到此结束</w:t>
      </w:r>
    </w:p>
    <w:p>
      <w:pPr>
        <w:spacing w:before="100" w:after="200" w:line="360" w:lineRule="auto"/>
        <w:ind w:firstLine="576"/>
        <w:jc w:val="left"/>
      </w:pPr>
      <w:r>
        <w:rPr>
          <w:rFonts w:ascii="宋体" w:eastAsia="宋体" w:hAnsi="宋体"/>
          <w:sz w:val="28"/>
        </w:rPr>
        <w:t>[实用方案]幼儿创意美术活动计划模板</w:t>
      </w:r>
    </w:p>
    <w:p>
      <w:pPr>
        <w:spacing w:before="100" w:after="200" w:line="360" w:lineRule="auto"/>
        <w:ind w:firstLine="576"/>
        <w:jc w:val="left"/>
      </w:pPr>
      <w:r>
        <w:rPr>
          <w:rFonts w:ascii="宋体" w:eastAsia="宋体" w:hAnsi="宋体"/>
          <w:sz w:val="28"/>
        </w:rPr>
        <w:t>活动主题：《爱我你就画画我》亲子美术活动</w:t>
      </w:r>
    </w:p>
    <w:p>
      <w:pPr>
        <w:spacing w:before="100" w:after="200" w:line="360" w:lineRule="auto"/>
        <w:ind w:firstLine="576"/>
        <w:jc w:val="left"/>
      </w:pPr>
      <w:r>
        <w:rPr>
          <w:rFonts w:ascii="宋体" w:eastAsia="宋体" w:hAnsi="宋体"/>
          <w:sz w:val="28"/>
        </w:rPr>
        <w:t>参加人员：少儿美术老师与家长幼儿</w:t>
      </w:r>
    </w:p>
    <w:p>
      <w:pPr>
        <w:spacing w:before="100" w:after="200" w:line="360" w:lineRule="auto"/>
        <w:jc w:val="left"/>
      </w:pPr>
      <w:r>
        <w:rPr>
          <w:rFonts w:ascii="宋体 (中文正文)" w:eastAsia="宋体" w:hAnsi="宋体 (中文正文)"/>
          <w:sz w:val="28"/>
        </w:rPr>
        <w:t>活动目标：</w:t>
      </w:r>
    </w:p>
    <w:p>
      <w:pPr>
        <w:spacing w:before="100" w:after="200" w:line="360" w:lineRule="auto"/>
        <w:ind w:firstLine="576"/>
        <w:jc w:val="left"/>
      </w:pPr>
      <w:r>
        <w:rPr>
          <w:rFonts w:ascii="宋体" w:eastAsia="宋体" w:hAnsi="宋体"/>
          <w:sz w:val="28"/>
        </w:rPr>
        <w:t>1、通过开展亲子同乐美术创意活动，让幼儿与家长一起体验美术创意活动的快乐，加强家长与孩子之间的情感交流。并在活动中增强幼儿团结协作、遵守规则的意识。</w:t>
      </w:r>
    </w:p>
    <w:p>
      <w:pPr>
        <w:spacing w:before="100" w:after="200" w:line="360" w:lineRule="auto"/>
        <w:ind w:firstLine="576"/>
        <w:jc w:val="left"/>
      </w:pPr>
      <w:r>
        <w:rPr>
          <w:rFonts w:ascii="宋体" w:eastAsia="宋体" w:hAnsi="宋体"/>
          <w:sz w:val="28"/>
        </w:rPr>
        <w:t>2、通过活动提升幼儿对美好事物的感知，体验艺术活动的美好过程，充分享受艺术活动成果给自己及亲人带来的喜悦。活动准备：</w:t>
      </w:r>
    </w:p>
    <w:p>
      <w:pPr>
        <w:spacing w:before="100" w:after="200" w:line="360" w:lineRule="auto"/>
        <w:ind w:firstLine="576"/>
        <w:jc w:val="left"/>
      </w:pPr>
      <w:r>
        <w:rPr>
          <w:rFonts w:ascii="宋体" w:eastAsia="宋体" w:hAnsi="宋体"/>
          <w:sz w:val="28"/>
        </w:rPr>
        <w:t>1、每个家庭准备120厘米见方的单层瓦楞纸(幼儿园准备)号笔、24色油画棒、壁纸刀、大剪子、擦手的毛巾或湿巾各一(家长自带)。</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2.幼儿亲子律动操《手拉着手一起走》、优美的背景轻音乐。</w:t>
      </w:r>
    </w:p>
    <w:p>
      <w:pPr>
        <w:spacing w:before="100" w:after="200" w:line="360" w:lineRule="auto"/>
        <w:ind w:firstLine="576"/>
        <w:jc w:val="left"/>
      </w:pPr>
      <w:r>
        <w:rPr>
          <w:rFonts w:ascii="宋体" w:eastAsia="宋体" w:hAnsi="宋体"/>
          <w:sz w:val="28"/>
        </w:rPr>
        <w:t>3、活动前各班召开家长动员大会，讲活动须知：</w:t>
      </w:r>
    </w:p>
    <w:p>
      <w:pPr>
        <w:spacing w:before="100" w:after="200" w:line="360" w:lineRule="auto"/>
        <w:ind w:firstLine="576"/>
        <w:jc w:val="left"/>
      </w:pPr>
      <w:r>
        <w:rPr>
          <w:rFonts w:ascii="宋体" w:eastAsia="宋体" w:hAnsi="宋体"/>
          <w:sz w:val="28"/>
        </w:rPr>
        <w:t>(1)活动中不允许带食品，确保保持场地的卫生。由于场地有限，所以每个孩子只允许一个家长陪同参加，另一个可以在一旁进行拍照，活动结束后欢迎摄影高手将照片发给老师!</w:t>
      </w:r>
    </w:p>
    <w:p>
      <w:pPr>
        <w:spacing w:before="100" w:after="200" w:line="360" w:lineRule="auto"/>
        <w:ind w:firstLine="576"/>
        <w:jc w:val="left"/>
      </w:pPr>
      <w:r>
        <w:rPr>
          <w:rFonts w:ascii="宋体" w:eastAsia="宋体" w:hAnsi="宋体"/>
          <w:sz w:val="28"/>
        </w:rPr>
        <w:t>(2)亲子活动的参与对象为孩子的爸爸或妈妈，尽量不要请爷爷奶奶或亲戚代劳，无论工作有多忙，请在一年中的这次活动抽出时间陪陪孩子!</w:t>
      </w:r>
    </w:p>
    <w:p>
      <w:pPr>
        <w:spacing w:before="100" w:after="200" w:line="360" w:lineRule="auto"/>
        <w:ind w:firstLine="576"/>
        <w:jc w:val="left"/>
      </w:pPr>
      <w:r>
        <w:rPr>
          <w:rFonts w:ascii="宋体" w:eastAsia="宋体" w:hAnsi="宋体"/>
          <w:sz w:val="28"/>
        </w:rPr>
        <w:t>(3)注意安全，家长在协助孩子作画时，要注意保管好和正确使用壁纸刀、大剪子等工具，避免划伤。活动结束后，各班教师将幼儿带回，其他家长</w:t>
      </w:r>
    </w:p>
    <w:p>
      <w:pPr>
        <w:spacing w:before="100" w:after="200" w:line="360" w:lineRule="auto"/>
        <w:jc w:val="left"/>
      </w:pPr>
      <w:r>
        <w:rPr>
          <w:rFonts w:ascii="宋体 (中文正文)" w:eastAsia="宋体" w:hAnsi="宋体 (中文正文)"/>
          <w:sz w:val="28"/>
        </w:rPr>
        <w:t>活动过程：</w:t>
      </w:r>
    </w:p>
    <w:p>
      <w:pPr>
        <w:spacing w:before="100" w:after="200" w:line="360" w:lineRule="auto"/>
        <w:jc w:val="left"/>
      </w:pPr>
      <w:r>
        <w:rPr>
          <w:rFonts w:ascii="宋体 (中文正文)" w:eastAsia="宋体" w:hAnsi="宋体 (中文正文)"/>
          <w:b/>
          <w:sz w:val="28"/>
        </w:rPr>
        <w:t>一、幼儿亲子律动操《手拉着手一起走》</w:t>
      </w:r>
    </w:p>
    <w:p>
      <w:pPr>
        <w:spacing w:before="100" w:after="200" w:line="360" w:lineRule="auto"/>
        <w:jc w:val="left"/>
      </w:pPr>
      <w:r>
        <w:rPr>
          <w:rFonts w:ascii="宋体 (中文正文)" w:eastAsia="宋体" w:hAnsi="宋体 (中文正文)"/>
          <w:b/>
          <w:sz w:val="28"/>
        </w:rPr>
        <w:t>二、《爱我你就画画我》亲子美术活动</w:t>
      </w:r>
    </w:p>
    <w:p>
      <w:pPr>
        <w:spacing w:before="100" w:after="200" w:line="360" w:lineRule="auto"/>
        <w:ind w:firstLine="576"/>
        <w:jc w:val="left"/>
      </w:pPr>
      <w:r>
        <w:rPr>
          <w:rFonts w:ascii="宋体" w:eastAsia="宋体" w:hAnsi="宋体"/>
          <w:sz w:val="28"/>
        </w:rPr>
        <w:t>1让我们尽情享受、欢乐开怀。在这个时刻，我们的爸爸妈妈们也回到了童年，和孩子一起享受画画的乐趣，所以，无论有多忙，无论有多累，都要陪孩子欢度这也许是一生中的美术创意!</w:t>
      </w:r>
    </w:p>
    <w:p>
      <w:pPr>
        <w:spacing w:before="100" w:after="200" w:line="360" w:lineRule="auto"/>
        <w:ind w:firstLine="576"/>
        <w:jc w:val="left"/>
      </w:pPr>
      <w:r>
        <w:rPr>
          <w:rFonts w:ascii="宋体" w:eastAsia="宋体" w:hAnsi="宋体"/>
          <w:sz w:val="28"/>
        </w:rPr>
        <w:t>2、宣布主题：爱我你就画画我</w:t>
      </w:r>
    </w:p>
    <w:p>
      <w:pPr>
        <w:spacing w:before="100" w:after="200" w:line="360" w:lineRule="auto"/>
        <w:ind w:firstLine="576"/>
        <w:jc w:val="left"/>
      </w:pPr>
      <w:r>
        <w:rPr>
          <w:rFonts w:ascii="宋体" w:eastAsia="宋体" w:hAnsi="宋体"/>
          <w:sz w:val="28"/>
        </w:rPr>
        <w:t>3、活动须知：在活动中要充分注意和孩子的协作，在给孩子给予帮助的同时也要尊重孩子的想法，积极配合，不要自作主张将活动全程包办，那样就失去了活动的意义。家长也要充分利用难得的活动和孩子多沟通，多交流，让孩子感受无与伦比的关爱和呵护。</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https://d.book118.com/096141122155010102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96141122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