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1B1F19" w:rsidRPr="00937657" w14:paraId="7F7A67AA" w14:textId="0AE8485B">
      <w:pPr>
        <w:pStyle w:val="Heading1"/>
        <w:jc w:val="center"/>
        <w:rPr>
          <w:color w:val="000000" w:themeColor="text1"/>
          <w:lang w:eastAsia="zh-CN"/>
        </w:rPr>
      </w:pPr>
      <w:r>
        <w:rPr>
          <w:color w:val="000000" w:themeColor="text1"/>
          <w:sz w:val="44"/>
          <w:lang w:eastAsia="zh-CN"/>
        </w:rPr>
        <w:t>学生感恩演讲稿范文锦集（30篇）</w:t>
      </w:r>
    </w:p>
    <w:p w:rsidR="001B1F19" w14:paraId="15E7D7A0" w14:textId="27C3F48A">
      <w:pPr>
        <w:rPr>
          <w:lang w:eastAsia="zh-CN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学生感恩演讲稿范文锦集（精选30篇）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 </w:t>
      </w:r>
      <w:r>
        <w:rPr>
          <w:lang w:eastAsia="zh-CN"/>
        </w:rPr>
        <w:br/>
      </w:r>
      <w:r>
        <w:rPr>
          <w:lang w:eastAsia="zh-CN"/>
        </w:rPr>
        <w:t>　　尊敬的老师，你们辛苦了;亲爱的同学们，大家上午好!</w:t>
      </w:r>
      <w:r>
        <w:rPr>
          <w:lang w:eastAsia="zh-CN"/>
        </w:rPr>
        <w:br/>
      </w:r>
      <w:r>
        <w:rPr>
          <w:lang w:eastAsia="zh-CN"/>
        </w:rPr>
        <w:t>　　我是小学五年级一班学生赵。今天我为大家演讲的题目是《妈妈，谢谢您》。</w:t>
      </w:r>
      <w:r>
        <w:rPr>
          <w:lang w:eastAsia="zh-CN"/>
        </w:rPr>
        <w:br/>
      </w:r>
      <w:r>
        <w:rPr>
          <w:lang w:eastAsia="zh-CN"/>
        </w:rPr>
        <w:t>　　妈妈，每当我唱起《母亲》这首歌时，一股母爱的暖流便汩汩涌进我的心房。妈妈，您的爱是伟大的、崇高的。没有您就没有我幸福的今天。妈妈，我从内心感激您。</w:t>
      </w:r>
      <w:r>
        <w:rPr>
          <w:lang w:eastAsia="zh-CN"/>
        </w:rPr>
        <w:br/>
      </w:r>
      <w:r>
        <w:rPr>
          <w:lang w:eastAsia="zh-CN"/>
        </w:rPr>
        <w:t>　　记得我五六岁的时候，爸爸出走了，说是给我们挣钱去，从此家里的重担全落在您孱弱的肩上。您没有钱供我上学，就去东挪西借。开学时，钱终于凑够了。“这一年的学费虽然够了，可是明年又怎么办?”我问您。可您并没有让我停学的念头，却说:“没事的，你爸爸明年回来可就好了。”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lang w:eastAsia="zh-CN"/>
        </w:rPr>
        <w:t>　　我等呀等呀!转眼又到了开学的那一天，可是爸爸仍然杳无音讯。我焦急得直跺脚。您看到后揪心地说:“孩子，你爸爸不回来了，他不管我们了，你上学的钱去哪儿再借呀?”顿时，我的眼眶里盈满了委屈的绝望的泪水。我抽泣着：“妈妈，我不上学了!”听了我的话，妈妈，您更难过了，您说：“孩子，妈妈不会让你失学的，你是妈妈唯一的希望啊。”</w:t>
      </w:r>
      <w:r>
        <w:rPr>
          <w:lang w:eastAsia="zh-CN"/>
        </w:rPr>
        <w:br/>
      </w:r>
      <w:r>
        <w:rPr>
          <w:lang w:eastAsia="zh-CN"/>
        </w:rPr>
        <w:t>　　钱是不能再借了。随后，妈妈又想尽了办法。白天，她头顶烈日给别人家锄地挣钱，晚上她又在灯下给药材商捡药挣钱。这样，日复一日，几个月过去了。我可怜的妈妈脸上失去了光泽，眼睛沉下去了，身体也消瘦多了，但她那股顽强的干劲依然不减。是什么力量支撑着她呢?啊，是一个母亲对子女执著的爱!是一种伟大的母爱!是一种血脉相连的骨肉亲情!</w:t>
      </w:r>
      <w:r>
        <w:rPr>
          <w:lang w:eastAsia="zh-CN"/>
        </w:rPr>
        <w:br/>
      </w:r>
      <w:r>
        <w:rPr>
          <w:lang w:eastAsia="zh-CN"/>
        </w:rPr>
        <w:t>　　有一天，我正在看书，妈妈告诉我第二天要去一个地方让我上更好的学校。“去哪儿?”我急忙问。妈妈轻声说：“去了你就知道了。”次日，我被母亲带到一个新村子安了家。这个家就是我现在的家。这里有我现在的爸爸。他对我可好啦!他送我上学，给我幸福，使我在新的生活里有了父爱的感受。我们一对苦命的母女重新找回了幸福的生活。</w:t>
      </w:r>
      <w:r>
        <w:rPr>
          <w:lang w:eastAsia="zh-CN"/>
        </w:rPr>
        <w:br/>
      </w:r>
      <w:r>
        <w:rPr>
          <w:lang w:eastAsia="zh-CN"/>
        </w:rPr>
        <w:t>　　天有不测风云，人有旦夕祸福。这样的好日子没过几年，灾难的阴云又一次笼罩了我的家庭。爸爸在去县城的途中发生车祸，双腿骨折。虽然村上给了我们屡屡关照，乡邻给了我们切切关心，学校给了我们殷殷关爱，让我们全家感恩不尽;但家里的重担毕竟再次落在妈妈的肩上。面对不公的苍天，面对多厄的命运，妈妈没有乞求，没有退缩。她紧紧地抱着我，含着热泪说：“乖女儿，不要怕，安心上学。天大的困难，有妈妈为你扛着、顶着……”看着眼前瘦弱而坚强的妈妈，我的心碎了。我恨苍天为什么对我们这样不公，我恨自己为什么不能为妈妈分忧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lang w:eastAsia="zh-CN"/>
        </w:rPr>
        <w:t>　　妈妈呀，妈妈!您对女儿的恩情比天高!比海深!是您为女儿撑起了生命的风帆，是您为女儿找到了生活的温暖。女儿一定要好好学习，以百倍的爱来报答您。在此，我想再说一声：“妈妈，谢—谢——您!”尊敬的老师，同学们：</w:t>
      </w:r>
      <w:r>
        <w:rPr>
          <w:lang w:eastAsia="zh-CN"/>
        </w:rPr>
        <w:br/>
      </w:r>
      <w:r>
        <w:rPr>
          <w:lang w:eastAsia="zh-CN"/>
        </w:rPr>
        <w:t>　　大家早上好!我今天演讲的题目是《学会感恩》。鲜花感恩雨露，因为雨露让它滋润;苍鹰感恩长空，因为长空让它飞翔;高山感恩大地，因为大地让它高耸。我感的，有很多很多!同学们，你们呢?我想也应如此吧，因为感恩才会有真挚的友情，因为感恩才会有这个多彩的社会，因为感恩才让我们的生活更加美好。那么，就让我们一起学会感恩吧!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lang w:eastAsia="zh-CN"/>
        </w:rPr>
        <w:t>　　古人说得好："滴水之恩，应当涌泉相报”。感恩是一种生活态度，是一种思想境界，是一种高尚品德，更是一份责任。作为学生的'我们，最要感恩的就是学校了。学校给了我们一个人生成长的大舞台：宽敞明亮的教室，崭新的桌椅，以及多媒体设施，为我们提供了一个优美的学习环境。窗明几净的图书阅览室，为我们提供了畅游知识的海洋;平坦美丽的大操场，为我们提供了锻炼身体的好去处，还有电脑室、多功能教室等等，无不是学校对我们奉献出无私的爱!同学们，请你把手放在自己的胸口扪心自问：“我感恩学校了吗?我对自己的行为负责任了吗?难道就用这一幕幕的不和谐因素去感恩学校吗?”，在我看来，对学校最好的感恩就是要爱护、维护和保护学校的公共设施，改掉那些不好的行为习惯!当你用双手把图书馆的书摆放整齐时，你会看到一双双赞许的目光鼓励着你!当你弯下腰捡起地上的垃圾时，你会看到不远处有更多得人也像你一样弯下了腰。</w:t>
      </w:r>
      <w:r>
        <w:rPr>
          <w:lang w:eastAsia="zh-CN"/>
        </w:rPr>
        <w:br/>
      </w:r>
      <w:r>
        <w:rPr>
          <w:lang w:eastAsia="zh-CN"/>
        </w:rPr>
        <w:t>　　我们还应该感恩我们的老师。在学校，老师是我们成长的领路人，是我们的朋友，老师尊重、理解和爱护我们，言传身教，让我们受益终身，老师为我们付出了心血和汗水，应该理解和尊重老师。此外，同学是我们学习生活的同伴，同学间应该互相鼓励，互相帮助，共同战胜困难与挫折，共同品尝学习的成功与快乐，我们应该感谢天天与我们相伴的同学。在家里，作为孩子的我们，还要感恩我们的父母。因为从我们来到世上的那一刻起，父母就多了一项繁重的负担，那就是照顾我们。尽管这是一种沉重的负担，但父母们却毫无怨言地一天天抚养我们长大。为了给我们一个舒适的生活环境，他们总是那么辛苦，那么努力。我们怎能不对父母怀有一颗感恩之心呢?感恩父母，我们至少要做到努力地学习，用良好的成绩去报答父母，而不是让父母整天为我们操心。</w:t>
      </w:r>
      <w:r>
        <w:rPr>
          <w:lang w:eastAsia="zh-CN"/>
        </w:rPr>
        <w:br/>
      </w:r>
      <w:r>
        <w:rPr>
          <w:lang w:eastAsia="zh-CN"/>
        </w:rPr>
        <w:t>　　我们需要感恩的还有很多。有一首歌唱到：“感恩的心，感谢有你，伴我一生，让我有勇气做我自己。感恩的心，感谢命运，花开花落，我一样会珍惜。”这首歌使我明白没有阳光，就没有温暖;没有水源，就没有生命;没有父母，就没有我们自己;没有一颗感恩的心，世界将会是一片孤独和黑暗。</w:t>
      </w:r>
      <w:r>
        <w:rPr>
          <w:lang w:eastAsia="zh-CN"/>
        </w:rPr>
        <w:br/>
      </w:r>
      <w:r>
        <w:rPr>
          <w:lang w:eastAsia="zh-CN"/>
        </w:rPr>
        <w:t>　　常怀感恩之心的人是幸福的!让我们常怀一颗感恩之心，用自己的行动去感恩学校、感恩家庭、感恩社会，感恩许许多多的人和物!</w:t>
      </w:r>
      <w:r>
        <w:rPr>
          <w:lang w:eastAsia="zh-CN"/>
        </w:rPr>
        <w:br/>
      </w:r>
      <w:r>
        <w:rPr>
          <w:lang w:eastAsia="zh-CN"/>
        </w:rPr>
        <w:t>　　我的演讲完毕，谢谢大家!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lang w:eastAsia="zh-CN"/>
        </w:rPr>
        <w:t xml:space="preserve">    学生感恩演讲稿范文锦集 篇2 </w:t>
      </w:r>
      <w:r>
        <w:rPr>
          <w:lang w:eastAsia="zh-CN"/>
        </w:rPr>
        <w:br/>
      </w:r>
      <w:r>
        <w:rPr>
          <w:lang w:eastAsia="zh-CN"/>
        </w:rPr>
        <w:t>　　亲爱的老师们，亲爱的学生们：</w:t>
      </w:r>
      <w:r>
        <w:rPr>
          <w:lang w:eastAsia="zh-CN"/>
        </w:rPr>
        <w:br/>
      </w:r>
      <w:r>
        <w:rPr>
          <w:lang w:eastAsia="zh-CN"/>
        </w:rPr>
        <w:t>　　大家好！</w:t>
      </w:r>
      <w:r>
        <w:rPr>
          <w:lang w:eastAsia="zh-CN"/>
        </w:rPr>
        <w:br/>
      </w:r>
      <w:r>
        <w:rPr>
          <w:lang w:eastAsia="zh-CN"/>
        </w:rPr>
        <w:t>　　鸟儿感谢蓝天，因为蓝天让它自由飞翔。巍峨的山峰感谢大地，因为大地使它直立。除了我的父母，我也要感谢一直苦心教我的老师们。他们给了我打开智慧之门的钥匙，他们给了我去知识海洋旅行的门票，他们毫无保留地教给我们他们一生所学的东西。</w:t>
      </w:r>
      <w:r>
        <w:rPr>
          <w:lang w:eastAsia="zh-CN"/>
        </w:rPr>
        <w:br/>
      </w:r>
      <w:r>
        <w:rPr>
          <w:lang w:eastAsia="zh-CN"/>
        </w:rPr>
        <w:t>　　亲爱的老师，正因为你，我们才在失落的夜空中拥有了指路明灯和永恒的北斗。你鼓励了一代又一代的青少年，一代又一代的青少年在你的细心呵护和严格教导下成长。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lang w:eastAsia="zh-CN"/>
        </w:rPr>
        <w:t>　　老师，你是一支蜡烛，闪耀着灿烂的光芒，你是一个勤奋的园丁，留下汗水淋漓，闪闪发光。你把我们带进教室，教给我们无尽的知识。你对我们的关心就像迎面吹来的温暖的春风。有人说，老师是烛光，燃烧自己，释放光芒；有人说老师是翅膀，可以让学生在太空翱翔。因为你，这个节日，教师节，是一个神圣而伟大的节日。你是点燃我们求知欲的火焰。你是粉丝，粉丝带走了我们对乐趣的渴望，带来了良好的学习氛围。你付出了，却什么都不想要。你在默默释放你的光芒，你的'资源也在一点点枯竭。你不是雨露，却能滋养花朵；你不是红烛，但你可以照亮你的心；你把我们的点点滴滴凝聚成灿烂耀眼的光芒；你把我们学习的每一项成就都写进了一本精彩的书；你把大海一样的知识注入我们的大脑。无论怎么歌颂，都不能停止歌颂自己的伟大和无私。现在我找不到任何成语来解释你博大的胸怀和真诚的叮咛了！</w:t>
      </w:r>
      <w:r>
        <w:rPr>
          <w:lang w:eastAsia="zh-CN"/>
        </w:rPr>
        <w:br/>
      </w:r>
      <w:r>
        <w:rPr>
          <w:lang w:eastAsia="zh-CN"/>
        </w:rPr>
        <w:t>　　虽然我们只是初升的太阳，但要释放光芒，懂得感恩，懂的感激。怀着对老师感恩的心行动。毕竟老师为我们所付出的已经太多太多。当我感受成功的喜悦，享受开心的时刻时，别忘了，这其中有一个一直支持自己鼓励自己的人，为我们付出了汗水和青春的人。现在我想真诚的对全天下老师们说声“谢谢”。</w:t>
      </w:r>
      <w:r>
        <w:rPr>
          <w:lang w:eastAsia="zh-CN"/>
        </w:rPr>
        <w:br/>
      </w:r>
      <w:r>
        <w:rPr>
          <w:lang w:eastAsia="zh-CN"/>
        </w:rPr>
        <w:t>　　我的演讲完毕，谢谢大家！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篇3 </w:t>
      </w:r>
      <w:r>
        <w:rPr>
          <w:lang w:eastAsia="zh-CN"/>
        </w:rPr>
        <w:br/>
      </w:r>
      <w:r>
        <w:rPr>
          <w:lang w:eastAsia="zh-CN"/>
        </w:rPr>
        <w:t>　　敬爱的老师，亲爱的同学们：</w:t>
      </w:r>
      <w:r>
        <w:rPr>
          <w:lang w:eastAsia="zh-CN"/>
        </w:rPr>
        <w:br/>
      </w:r>
      <w:r>
        <w:rPr>
          <w:lang w:eastAsia="zh-CN"/>
        </w:rPr>
        <w:t>　　大家好，我是八（8）班的。今天我演讲的题目是《感恩》。</w:t>
      </w:r>
      <w:r>
        <w:rPr>
          <w:lang w:eastAsia="zh-CN"/>
        </w:rPr>
        <w:br/>
      </w:r>
      <w:r>
        <w:rPr>
          <w:lang w:eastAsia="zh-CN"/>
        </w:rPr>
        <w:t>　　有一种爱，是那么的无私；有一种爱，是那么的不求回报；有一种爱，是那样的富有分量；有一种爱，是那样的幸福温暖。这就是父母无私无尽的爱。</w:t>
      </w:r>
      <w:r>
        <w:rPr>
          <w:lang w:eastAsia="zh-CN"/>
        </w:rPr>
        <w:br/>
      </w:r>
      <w:r>
        <w:rPr>
          <w:lang w:eastAsia="zh-CN"/>
        </w:rPr>
        <w:t>　　如果说父母对我们的爱是三月柔和的春风，那么感恩就是小草吐露的新绿；如果说父母对我们的爱是初夏生机的日光，感恩就是木材成长的浓绿；如果说父母对我们的爱是冬日洁白的雪花，感恩就是颗粒饱满的小麦。</w:t>
      </w:r>
      <w:r>
        <w:rPr>
          <w:lang w:eastAsia="zh-CN"/>
        </w:rPr>
        <w:br/>
      </w:r>
      <w:r>
        <w:rPr>
          <w:lang w:eastAsia="zh-CN"/>
        </w:rPr>
        <w:t>　　中国有句古语：“百善孝为先”。意思是说，孝敬父母是各种美德中占第一位的。一个人如果都不知道孝敬父母，就很难想象他会热爱祖国和人民。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lang w:eastAsia="zh-CN"/>
        </w:rPr>
        <w:t>　　古人说：“老吾老，以及人之老；幼吾幼，以及人之幼”。我们不仅要孝敬自己的父母，还应该尊敬别的老人，爱护年幼的孩子。“子路负米孝双亲”的故事想必大家都听说过，子路小的时候家里很穷，长年靠吃粗粮野菜等度日。有一次，年老的父母想吃米饭，可是家里一点米也没有，怎么办？子路想到要是翻过几道山到亲戚家借点米，不就可以满足父母的这点要求了吗？于是，小小的子路翻山越岭走了十几里路，从亲戚家背回了一小袋米，看到父母吃上了香喷喷的米饭，子路忘记了疲劳。邻居们都夸子路是一个勇敢孝顺的好孩子。</w:t>
      </w:r>
      <w:r>
        <w:rPr>
          <w:lang w:eastAsia="zh-CN"/>
        </w:rPr>
        <w:br/>
      </w:r>
      <w:r>
        <w:rPr>
          <w:lang w:eastAsia="zh-CN"/>
        </w:rPr>
        <w:t>　　“羊有跪乳之恩”，“鸦有反哺之恩”，“赠人玫瑰，手有余香”，这些都因怀有一颗感恩的心，才芬芳馥郁，香泽万里。所以我要感谢你，我生命中往来的路人，让我懂得淡来淡去才不牵累于心灵，感谢有你，来来去去，我都会珍惜；感谢你，我生命中所有的师长，让我懂得知识的宝贵，感谢有你，岁岁年年，我都会铭记；感谢你，我生命中至亲至密的朋友，快乐有你分享，悲伤有你倾听，感谢有你，忙忙碌碌，我都不会忘记；感谢你，我至真至爱的亲人，岁月途中，静静的看护着我，挡风遮雨，让我被爱的幸福中也学会了如何去爱他人，感谢有你，日日夜夜，我都留心里。</w:t>
      </w:r>
      <w:r>
        <w:rPr>
          <w:lang w:eastAsia="zh-CN"/>
        </w:rPr>
        <w:br/>
      </w:r>
      <w:r>
        <w:rPr>
          <w:lang w:eastAsia="zh-CN"/>
        </w:rPr>
        <w:t>　　让我们感激在我们成长道路上循循善诱的长辈,感激伴我们成长的朋友们.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lang w:eastAsia="zh-CN"/>
        </w:rPr>
        <w:t>　　让我们把"感恩之心"化为"感恩之行"吧,让我们回报父母，主动承担一些家务,体验父母的艰辛,减轻父母的负担,努力做让父母放心的好孩子。让我们回报老师，勤奋学习,刻苦钻研,插上创新的翅膀,在知识的海洋里遨游。让我们回报学校，做到不随地乱扔果皮纸屑,还校园一个整洁的环境。午休时不要吵闹,给大家一个安静的休息环境。</w:t>
      </w:r>
      <w:r>
        <w:rPr>
          <w:lang w:eastAsia="zh-CN"/>
        </w:rPr>
        <w:br/>
      </w:r>
      <w:r>
        <w:rPr>
          <w:lang w:eastAsia="zh-CN"/>
        </w:rPr>
        <w:t>　　我们要永远用一颗感恩的心看自然,看人类,看命运,要学会厚待,学会宽容,学会对待灾害,不幸不再耿耿于怀.感恩,会让我们变得富有,知道快乐,享受温暖; 感恩,不仅是一种礼仪,更是一种健康的心态。让我们每个人都怀揣一颗感恩之心,永远绽放出最灿烂的笑容!谢谢大家!我的演讲完毕！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篇4 </w:t>
      </w:r>
      <w:r>
        <w:rPr>
          <w:lang w:eastAsia="zh-CN"/>
        </w:rPr>
        <w:br/>
      </w:r>
      <w:r>
        <w:rPr>
          <w:lang w:eastAsia="zh-CN"/>
        </w:rPr>
        <w:t>　　尊敬的老师，亲爱的同学们：</w:t>
      </w:r>
      <w:r>
        <w:rPr>
          <w:lang w:eastAsia="zh-CN"/>
        </w:rPr>
        <w:br/>
      </w:r>
      <w:r>
        <w:rPr>
          <w:lang w:eastAsia="zh-CN"/>
        </w:rPr>
        <w:t>　　大家好!</w:t>
      </w:r>
      <w:r>
        <w:rPr>
          <w:lang w:eastAsia="zh-CN"/>
        </w:rPr>
        <w:br/>
      </w:r>
      <w:r>
        <w:rPr>
          <w:lang w:eastAsia="zh-CN"/>
        </w:rPr>
        <w:t>　　“感恩的心，感谢有你，伴我一生，让我有勇气去做我自己 ……”这首歌，教给了我做人的道理——用一颗感恩的心去面对生活，感恩生活中的一切。</w:t>
      </w:r>
      <w:r>
        <w:rPr>
          <w:lang w:eastAsia="zh-CN"/>
        </w:rPr>
        <w:br/>
      </w:r>
      <w:r>
        <w:rPr>
          <w:lang w:eastAsia="zh-CN"/>
        </w:rPr>
        <w:t>　　我要感恩，首先要感谢身边的许许多多的人——父母、老师、亲属、同学、朋友……要感谢父母，是父母让我来到了这个世界，是父母给了我家的温暖;要感谢老师，是老师传授给我知识;要感谢恩同学，是同学给了我集体的温馨;要感谢朋友，是朋友给了我友谊和快乐。</w:t>
      </w:r>
      <w:r>
        <w:rPr>
          <w:lang w:eastAsia="zh-CN"/>
        </w:rPr>
        <w:br/>
      </w:r>
      <w:r>
        <w:rPr>
          <w:lang w:eastAsia="zh-CN"/>
        </w:rPr>
        <w:t>　　除了要感恩身边的.人，我还要感恩身边的一些事物。感谢地球，是地球母亲给了我们一个赖以生存的环境;感谢谁，是水让我们的生命得以维持;感谢太阳，是太阳让万物享受到阳光的沐浴。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lang w:eastAsia="zh-CN"/>
        </w:rPr>
        <w:t>　　鸦有反哺之义，羊有跪乳之恩。学会感恩，可以让世界变得更加和谐，更加美好。在今后的生活中，我要以一颗感恩的心去面对生活。爸爸经常开车送我出去学习，病在车上等我好几个小时的课，非常辛苦。在这里，我要对爸爸说：“谢谢您!”</w:t>
      </w:r>
      <w:r>
        <w:rPr>
          <w:lang w:eastAsia="zh-CN"/>
        </w:rPr>
        <w:br/>
      </w:r>
      <w:r>
        <w:rPr>
          <w:lang w:eastAsia="zh-CN"/>
        </w:rPr>
        <w:t>　　有一句古话说：“滴水之恩，当涌泉相报。”生活中有千千万万需要我们感恩的人和物，我们要学会感恩生活种的一点一滴!如果世界上每一个人都学会了感恩，爱的花朵将洒满世界的每一个角落，爱的芬芳将浸润到每一个人的心田。如果是这样，世界将变得多么美好呀!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篇5 </w:t>
      </w:r>
      <w:r>
        <w:rPr>
          <w:lang w:eastAsia="zh-CN"/>
        </w:rPr>
        <w:br/>
      </w:r>
      <w:r>
        <w:rPr>
          <w:lang w:eastAsia="zh-CN"/>
        </w:rPr>
        <w:t>　　亲爱的领导、老师、同学们：</w:t>
      </w:r>
      <w:r>
        <w:rPr>
          <w:lang w:eastAsia="zh-CN"/>
        </w:rPr>
        <w:br/>
      </w:r>
      <w:r>
        <w:rPr>
          <w:lang w:eastAsia="zh-CN"/>
        </w:rPr>
        <w:t>　　五年过去了，我们从懵懂的年代，走到了花季。其中，你，宋先生——，令我难忘。</w:t>
      </w:r>
      <w:r>
        <w:rPr>
          <w:lang w:eastAsia="zh-CN"/>
        </w:rPr>
        <w:br/>
      </w:r>
      <w:r>
        <w:rPr>
          <w:lang w:eastAsia="zh-CN"/>
        </w:rPr>
        <w:t>　　你是微笑的女神。那是一年级。当我们走进教室，对一切都不熟悉的时候，是你的微笑让我感到温暖和熟悉。你走上讲台，冲我们微笑，笑得如此灿烂。“同学你好……”你的声音像黄鹂一样清脆悦耳，在教室的空气中蔓延，激荡着我的心。从这一刻起，我爱上了你，你的笑容深深的刻在我的心里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lang w:eastAsia="zh-CN"/>
        </w:rPr>
        <w:t>　　你是一个勤奋的园丁。春天来了，你播下六十六颗种子。如果你好好培养它们，你会在秋天结出巨大的果实。你永远不会放弃每一颗种子。当一个种子遇到“路障”时，你会毫不犹豫地花时间和精力去帮助他。我永远记得你对我的鼓励，这是我从萌芽成长为果实最好的肥料！我没有什么可以报答你的，我只是想用我的优异成绩让你骄傲！</w:t>
      </w:r>
      <w:r>
        <w:rPr>
          <w:lang w:eastAsia="zh-CN"/>
        </w:rPr>
        <w:br/>
      </w:r>
      <w:r>
        <w:rPr>
          <w:lang w:eastAsia="zh-CN"/>
        </w:rPr>
        <w:t>　　你是我的好朋友。你可能已经忘记了，但我会永远记得。那时候的课太受欢迎了，你都觉得痒痒的，忍不住来了。你就像一只轻盈的蝴蝶，我们不仅欣赏它。跳完之后，你的脸上出现了美丽的笑容。在我眼里，你是一个永远不会变老的朋友，给我们的校园生活增添了一抹亮色。</w:t>
      </w:r>
      <w:r>
        <w:rPr>
          <w:lang w:eastAsia="zh-CN"/>
        </w:rPr>
        <w:br/>
      </w:r>
      <w:r>
        <w:rPr>
          <w:lang w:eastAsia="zh-CN"/>
        </w:rPr>
        <w:t>　　宋先生，你像春风一样给我们带来了新的思想和活力；你给了我们知识和理智，就像夏天的暖风；你像凉爽的秋风一样审视我们的错误和缺点；你像冬天的寒风一样吹走了我们的污点和坏习惯。我永远不会让你失望，老师，我永远不会让你失望，老师！最后，我想真诚地对你说：“我爱你！”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篇6 </w:t>
      </w:r>
      <w:r>
        <w:rPr>
          <w:lang w:eastAsia="zh-CN"/>
        </w:rPr>
        <w:br/>
      </w:r>
      <w:r>
        <w:rPr>
          <w:lang w:eastAsia="zh-CN"/>
        </w:rPr>
        <w:t>　　为她的爱寓于普通、平凡和简单之中;崇高，是因为她的爱是用生命化作乳汁，哺育着我，使我的生命得以延续，得以蓬勃，得以灿烂。</w:t>
      </w:r>
      <w:r>
        <w:rPr>
          <w:lang w:eastAsia="zh-CN"/>
        </w:rPr>
        <w:br/>
      </w:r>
      <w:r>
        <w:rPr>
          <w:lang w:eastAsia="zh-CN"/>
        </w:rPr>
        <w:t>　　我不知道，如何诠释我的母亲，因为母亲淡淡的生活中却常常跳动着不一样的生活脉搏。</w:t>
      </w:r>
      <w:r>
        <w:rPr>
          <w:lang w:eastAsia="zh-CN"/>
        </w:rPr>
        <w:br/>
      </w:r>
      <w:r>
        <w:rPr>
          <w:lang w:eastAsia="zh-CN"/>
        </w:rPr>
        <w:t>　　母亲的爱是一道解不尽的方程，随着我的成长不断有新的解产生，使我有不同的理解。</w:t>
      </w:r>
      <w:r>
        <w:rPr>
          <w:lang w:eastAsia="zh-CN"/>
        </w:rPr>
        <w:br/>
      </w:r>
      <w:r>
        <w:rPr>
          <w:lang w:eastAsia="zh-CN"/>
        </w:rPr>
        <w:t>　　一、人要学会独立，自食其力加坚强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lang w:eastAsia="zh-CN"/>
        </w:rPr>
        <w:t>　　记得小的时候，总是看到许多同龄的小朋友在父母的接送下进出校园，而我却总是孤身一人在校园与回家的途中来回穿梭着，我小小的心有点悲凉，感觉总像茫茫大海中的一叶扁舟，无依无靠。一天，我吵闹着要母亲送我去学校，可母亲并不同意，她蹲下整理了一下我的衣服，语重心长的对我说：小雁只有离开它母亲避护的翅膀，才能学会展翅飞翔，寻找属于自己的一片天空。做人也应如此，不能依赖别人，人要学会独立，自食其力加坚强，才能在人生的旅途中搏击风雨。那时的我听了母亲的话似懂非懂的在思索中独自踏上了上学的路。现在我才真正领悟了母亲的那一席话，我也真正学会了独立与坚强。</w:t>
      </w:r>
      <w:r>
        <w:rPr>
          <w:lang w:eastAsia="zh-CN"/>
        </w:rPr>
        <w:br/>
      </w:r>
      <w:r>
        <w:rPr>
          <w:lang w:eastAsia="zh-CN"/>
        </w:rPr>
        <w:t>　　二、如果真的知道自己错了，无需别人多说，自己真正的反省，才是最有效的。</w:t>
      </w:r>
      <w:r>
        <w:rPr>
          <w:lang w:eastAsia="zh-CN"/>
        </w:rPr>
        <w:br/>
      </w:r>
      <w:r>
        <w:rPr>
          <w:lang w:eastAsia="zh-CN"/>
        </w:rPr>
        <w:t>　　人在少年总觉得母亲的话多，对一些鸡毛蒜皮的小事都爱唠叨半天。什么衣服不整齐，头发太乱等等，甚至有些事我都不知道自己做没做过，而母亲都会给我做饭后思想。</w:t>
      </w:r>
      <w:r>
        <w:rPr>
          <w:lang w:eastAsia="zh-CN"/>
        </w:rPr>
        <w:br/>
      </w:r>
      <w:r>
        <w:rPr>
          <w:lang w:eastAsia="zh-CN"/>
        </w:rPr>
        <w:t>　　而每当我真正犯下错误时，她从不骂我，也不说什么，总是保持沉默。我问母亲，这是为什么?她说：一个人如果真正的知道自己错了，无需别人多说，自己真正的反省才是最有效的。</w:t>
      </w:r>
      <w:r>
        <w:rPr>
          <w:lang w:eastAsia="zh-CN"/>
        </w:rPr>
        <w:br/>
      </w:r>
      <w:r>
        <w:rPr>
          <w:lang w:eastAsia="zh-CN"/>
        </w:rPr>
        <w:t>　　正由于母亲的教导，我做事之前，总要三思而后行，做到除恶留忧，让事情的发展更贴近自己的初衷。</w:t>
      </w:r>
      <w:r>
        <w:rPr>
          <w:lang w:eastAsia="zh-CN"/>
        </w:rPr>
        <w:br/>
      </w:r>
      <w:r>
        <w:rPr>
          <w:lang w:eastAsia="zh-CN"/>
        </w:rPr>
        <w:t>　　三、路是自己选的，就要自己走下去，做自我分析，选择正途。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lang w:eastAsia="zh-CN"/>
        </w:rPr>
        <w:t>　　花季之年，每每总听到有人抱怨母亲对自己的监控如同监视犯人一样。生活中什么母亲偷看自己的日记呀，有人打电话来便开始刺探军情呀，于是乎，便听到有人呼唤：我要自由，我要属于自己的空间。这一切似乎在我身上从没有发生，我有时甚至怀疑母亲不重视我，母亲坦言：路是自己选的，就要自己走，做自我分析。选择正途。</w:t>
      </w:r>
      <w:r>
        <w:rPr>
          <w:lang w:eastAsia="zh-CN"/>
        </w:rPr>
        <w:br/>
      </w:r>
      <w:r>
        <w:rPr>
          <w:lang w:eastAsia="zh-CN"/>
        </w:rPr>
        <w:t>　　此时，我才恍然大悟，我和母亲之间并没有什么所谓的代沟，因为我的一言一行早在平时与母亲的交流中反映了出来，我和母亲的思想也似乎到了一种不谋而合的境界。</w:t>
      </w:r>
      <w:r>
        <w:rPr>
          <w:lang w:eastAsia="zh-CN"/>
        </w:rPr>
        <w:br/>
      </w:r>
      <w:r>
        <w:rPr>
          <w:lang w:eastAsia="zh-CN"/>
        </w:rPr>
        <w:t>　　珍惜为我流的泪，珍惜为你的岁月，谁能无动又无衷这段珍贵我要用一辈子来珍惜母亲对我的教育。</w:t>
      </w:r>
      <w:r>
        <w:rPr>
          <w:lang w:eastAsia="zh-CN"/>
        </w:rPr>
        <w:br/>
      </w:r>
      <w:r>
        <w:rPr>
          <w:lang w:eastAsia="zh-CN"/>
        </w:rPr>
        <w:t>　　我想说：母亲，谢谢您给我的教育，让我懂得了许多，我感谢您!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篇7 </w:t>
      </w:r>
      <w:r>
        <w:rPr>
          <w:lang w:eastAsia="zh-CN"/>
        </w:rPr>
        <w:br/>
      </w:r>
      <w:r>
        <w:rPr>
          <w:lang w:eastAsia="zh-CN"/>
        </w:rPr>
        <w:t>　　尊敬的老师，亲爱的同学们：</w:t>
      </w:r>
      <w:r>
        <w:rPr>
          <w:lang w:eastAsia="zh-CN"/>
        </w:rPr>
        <w:br/>
      </w:r>
      <w:r>
        <w:rPr>
          <w:lang w:eastAsia="zh-CN"/>
        </w:rPr>
        <w:t>　　大家早上好!我今天演讲的题目是《学会感恩》。鲜花感恩雨露，因为雨露让它滋润;苍鹰感恩长空，因为长空让它飞翔;高山感恩大地，因为大地让它高耸。我感恩的，有很多很多!同学们，你们呢?我想也应如此吧，因为感恩才会有真挚的友情，因为感恩才会有这个多彩的社会，因为感恩才让我们的生活更加美好。那么，就让我们一起学会感恩吧!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lang w:eastAsia="zh-CN"/>
        </w:rPr>
        <w:t>　　古人说得好：滴水之恩，应当涌泉相报”。感恩是一种生活态度，是一种思想境界，是一种高尚品德，更是一份责任。作为学生的我们，最要感恩的就是学校了。学校给了我们一个人生成长的大舞台：宽敞明亮的教室，崭新的桌椅，以及多媒体设施，为我们提供了一个优美的学习环境。窗明几净的图书阅览室，为我们提供了畅游知识的海洋;平坦美丽的大操场，为我们提供了锻炼身体的好去处，还有电脑室、多功能教室等等，无不是学校对我们奉献出无私的爱!同学们，请你把手放在自己的胸口扪心自问：“我感恩学校了吗?我对自己的行为负责任了吗?”</w:t>
      </w:r>
      <w:r>
        <w:rPr>
          <w:lang w:eastAsia="zh-CN"/>
        </w:rPr>
        <w:br/>
      </w:r>
      <w:r>
        <w:rPr>
          <w:lang w:eastAsia="zh-CN"/>
        </w:rPr>
        <w:t>　　我们需要感恩的还有很多。有一首歌唱到：“感恩的心，感谢有你，伴我一生，让我有勇气做我自己。感恩的心，感谢命运，花开花落，我一样会珍惜。”这首歌使我明白没有阳光，就没有温暖;没有水源，就没有生命;没有父母，就没有我们自己;没有一颗感恩的心，世界将会是一片孤独和黑暗。</w:t>
      </w:r>
      <w:r>
        <w:rPr>
          <w:lang w:eastAsia="zh-CN"/>
        </w:rPr>
        <w:br/>
      </w:r>
      <w:r>
        <w:rPr>
          <w:lang w:eastAsia="zh-CN"/>
        </w:rPr>
        <w:t>　　我的演讲到此结束，谢谢大家!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篇8 </w:t>
      </w:r>
      <w:r>
        <w:rPr>
          <w:lang w:eastAsia="zh-CN"/>
        </w:rPr>
        <w:br/>
      </w:r>
      <w:r>
        <w:rPr>
          <w:lang w:eastAsia="zh-CN"/>
        </w:rPr>
        <w:t>　　亲爱的老师，同学们：</w:t>
      </w:r>
      <w:r>
        <w:rPr>
          <w:lang w:eastAsia="zh-CN"/>
        </w:rPr>
        <w:br/>
      </w:r>
      <w:r>
        <w:rPr>
          <w:lang w:eastAsia="zh-CN"/>
        </w:rPr>
        <w:t>　　你们好！</w:t>
      </w:r>
      <w:r>
        <w:rPr>
          <w:lang w:eastAsia="zh-CN"/>
        </w:rPr>
        <w:br/>
      </w:r>
      <w:r>
        <w:rPr>
          <w:lang w:eastAsia="zh-CN"/>
        </w:rPr>
        <w:t>　　感恩的心，感谢有你，伴我一生，让我有勇气做我自己。＂多么美的歌声，多么美的节奏呀！每当听到这首歌，我都会想起，想起我那慈祥的母亲。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lang w:eastAsia="zh-CN"/>
        </w:rPr>
        <w:t>　　每天清晨，是谁起来为我们做营养的早餐；夜深人静，当我们熟睡时，又是谁为我们盖被子；当我们遇到挫折使，又是谁给我们勇气；当那每天忙碌着的身影，那每天为我们付出的人，是谁，是我们的母亲啊！我的妈妈同样有着天下父母的慈爱。无私，妈妈对教育子女这方面非常关心，每个星期都会到书城去看关于教育方面的书，电视旁，电脑前，都会看到妈妈。她一定又在看书，她想让自己的孩子得到全方面完美的教育；她想让自己的孩子成为十全十美的人。为此，妈妈又去买了儿童饮食方面的书；每天都会让我吃到香甜可口的饭菜。虽然我们家庭条件不好，但是妈妈为了我什么都、愿意做。可是我们也会闹点小别扭，只不过妈妈依然不打我，依然爱着我。快小学毕业了，妈妈为了让我读一所好的中学，天天地奔波在各个中学，天天询问着哪个中学好，每天回来累得腰酸背痛，却不叫一声苦。</w:t>
      </w:r>
      <w:r>
        <w:rPr>
          <w:lang w:eastAsia="zh-CN"/>
        </w:rPr>
        <w:br/>
      </w:r>
      <w:r>
        <w:rPr>
          <w:lang w:eastAsia="zh-CN"/>
        </w:rPr>
        <w:t>　　我心里知道，妈妈冒者生命危险生下了我；我生病时，妈妈无微不至地关心着我；学习方面，妈妈也抓得很紧，每天做作业快到十点了，但妈妈也拖着疲劳陪着我。我也不会辜负妈妈对我的期望，我也一定会怀着感恩的心考进好的中学，让妈妈不再因为我操劳奔波。</w:t>
      </w:r>
      <w:r>
        <w:rPr>
          <w:lang w:eastAsia="zh-CN"/>
        </w:rPr>
        <w:br/>
      </w:r>
      <w:r>
        <w:rPr>
          <w:lang w:eastAsia="zh-CN"/>
        </w:rPr>
        <w:t>　　让我们这一生怀着感恩之心吧！</w:t>
      </w:r>
      <w:r>
        <w:rPr>
          <w:lang w:eastAsia="zh-CN"/>
        </w:rPr>
        <w:br/>
      </w:r>
      <w:r>
        <w:rPr>
          <w:lang w:eastAsia="zh-CN"/>
        </w:rPr>
        <w:t>　　我的演讲到此结束，谢谢大家！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篇9 </w:t>
      </w:r>
      <w:r>
        <w:rPr>
          <w:lang w:eastAsia="zh-CN"/>
        </w:rPr>
        <w:br/>
      </w:r>
      <w:r>
        <w:rPr>
          <w:lang w:eastAsia="zh-CN"/>
        </w:rPr>
        <w:t>　　各位亲爱的同学们：</w:t>
      </w:r>
      <w:r>
        <w:rPr>
          <w:lang w:eastAsia="zh-CN"/>
        </w:rPr>
        <w:br/>
      </w:r>
      <w:r>
        <w:rPr>
          <w:lang w:eastAsia="zh-CN"/>
        </w:rPr>
        <w:t>　　各位上午好!</w:t>
      </w:r>
      <w:r>
        <w:rPr>
          <w:lang w:eastAsia="zh-CN"/>
        </w:rPr>
        <w:br/>
      </w:r>
      <w:r>
        <w:rPr>
          <w:lang w:eastAsia="zh-CN"/>
        </w:rPr>
        <w:t>　　妈妈,每当我唱起《母亲》这首歌时,一股母爱的寒流便汩汩涌进我的心房。妈妈,您的爱是巨大的、高贵的。没有您就没有我幸福的今日。妈妈,我从心里感谢您。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lang w:eastAsia="zh-CN"/>
        </w:rPr>
        <w:t>　　记得我五六岁的时间,爸爸出走了,说是给我们挣钱去,今后家里的重担全落在您羸弱的肩上。您没有钱供我上学,就去东挪西借。开学时,钱终于凑够了。“这一年的学费固然够了,但是来岁又怎样办?”我问您。可您并没有让我停学的动机,却说:“没事的,你爸爸来岁返来可就好了。”</w:t>
      </w:r>
      <w:r>
        <w:rPr>
          <w:lang w:eastAsia="zh-CN"/>
        </w:rPr>
        <w:br/>
      </w:r>
      <w:r>
        <w:rPr>
          <w:lang w:eastAsia="zh-CN"/>
        </w:rPr>
        <w:t>　　我等呀等呀!转眼又到了开学的那一天,但是爸爸仍旧杳无消息。我着急得直顿脚。您看到后揪心肠说:“孩子,你爸爸不返来了,他不论我们了,你上学的钱去哪儿再借呀?”马上,我的眼眶里盈满了委曲的绝望的泪水。我哭泣着:“妈妈,我不上学了!”听了我的话,妈妈,您更惆怅了,您说:“孩子,妈妈不会让你失学的,你是妈妈独一的盼望啊。”小学生感恩演讲稿</w:t>
      </w:r>
      <w:r>
        <w:rPr>
          <w:lang w:eastAsia="zh-CN"/>
        </w:rPr>
        <w:br/>
      </w:r>
      <w:r>
        <w:rPr>
          <w:lang w:eastAsia="zh-CN"/>
        </w:rPr>
        <w:t>　　钱是不克不及再借了。随后,妈妈又想尽了措施。白昼,她头顶骄阳给他人家锄地挣钱,早晨她又在灯下给药材商捡药挣钱。如许,日复一日,几个月已往了。我不幸的妈妈脸上得到了光芒,眼睛沉下去了,身材也衰弱多了,但她那股坚强的劲头仍然不减。是什么气力支持着她呢?啊,是一个母亲对后代固执的爱!是一种巨大的母爱!是一种血脉相连的骨血亲情!</w:t>
      </w:r>
      <w:r>
        <w:rPr>
          <w:lang w:eastAsia="zh-CN"/>
        </w:rPr>
        <w:br/>
      </w:r>
      <w:r>
        <w:rPr>
          <w:lang w:eastAsia="zh-CN"/>
        </w:rPr>
        <w:t>　　有一天,我正在看书,妈妈报告我第二天要去一个中央让我上更好的学校。“去哪儿?”我急遽问。妈妈轻声说:“去了你就晓得了。”越日,我被母亲带到一个新村落安了家。这个家便是我如今的家。这里有我如今的爸爸。他对我可好啦!他送我上学,给我幸福,使我在新的生存里有了父爱的感觉。我们一对薄命的母女重新找回了幸福的生存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lang w:eastAsia="zh-CN"/>
        </w:rPr>
        <w:t>　　谢谢你，我的妈妈！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篇10 </w:t>
      </w:r>
      <w:r>
        <w:rPr>
          <w:lang w:eastAsia="zh-CN"/>
        </w:rPr>
        <w:br/>
      </w:r>
      <w:r>
        <w:rPr>
          <w:lang w:eastAsia="zh-CN"/>
        </w:rPr>
        <w:t>　　今天我演讲的题目是：《学会感恩》！</w:t>
      </w:r>
      <w:r>
        <w:rPr>
          <w:lang w:eastAsia="zh-CN"/>
        </w:rPr>
        <w:br/>
      </w:r>
      <w:r>
        <w:rPr>
          <w:lang w:eastAsia="zh-CN"/>
        </w:rPr>
        <w:t>　　花儿感谢小草，小草的碧绿衬托着花的美丽。小草感谢大树，大树的遮风挡雨带来小草绿油油的生长。大树感谢土壤，肥沃的土壤让大树茁壮成长。人，要有一颗感恩的心，感恩父母，感恩学校，感恩老师，感恩全世界！</w:t>
      </w:r>
      <w:r>
        <w:rPr>
          <w:lang w:eastAsia="zh-CN"/>
        </w:rPr>
        <w:br/>
      </w:r>
      <w:r>
        <w:rPr>
          <w:lang w:eastAsia="zh-CN"/>
        </w:rPr>
        <w:t>　　感恩于赋予我们生命的父母，感恩于给予我们知识的老师，感恩于提供我们学习环境的学校，感恩于帮助、关心和爱护我们的那些人，感恩于我们的祖国，感恩于大自然……感恩地活着，你才会发觉世界是如此美好！学会感恩，对生命怀有一颗感恩的心，心才能真正快乐。“羊有跪乳之恩”，“鸦有反哺之情”，“赠人玫瑰，手有余香”，这些都因怀有一颗感恩的心，才芬芳馥郁，香泽万里！</w:t>
      </w:r>
      <w:r>
        <w:rPr>
          <w:lang w:eastAsia="zh-CN"/>
        </w:rPr>
        <w:br/>
      </w:r>
      <w:r>
        <w:rPr>
          <w:lang w:eastAsia="zh-CN"/>
        </w:rPr>
        <w:t>　　同学们，感恩不是口号而是行动，让我们积极行动起来，让我们怀着感恩的心面向这个世界！让我们怀着感恩的心对待我们的生活！在感恩行动中，我们才能真正懂得：感恩是一种幸福，感恩让我们更快乐！</w:t>
      </w:r>
      <w:r>
        <w:rPr>
          <w:lang w:eastAsia="zh-CN"/>
        </w:rPr>
        <w:br/>
      </w:r>
      <w:r>
        <w:rPr>
          <w:lang w:eastAsia="zh-CN"/>
        </w:rPr>
        <w:t>　　我的演讲完毕！</w:t>
      </w:r>
      <w:r>
        <w:rPr>
          <w:lang w:eastAsia="zh-CN"/>
        </w:rPr>
        <w:br/>
      </w:r>
      <w:r>
        <w:rPr>
          <w:lang w:eastAsia="zh-CN"/>
        </w:rPr>
        <w:t>　　谢谢大家！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篇11 </w:t>
      </w:r>
      <w:r>
        <w:rPr>
          <w:lang w:eastAsia="zh-CN"/>
        </w:rPr>
        <w:br/>
      </w:r>
      <w:r>
        <w:rPr>
          <w:lang w:eastAsia="zh-CN"/>
        </w:rPr>
        <w:t>　　大家好！我是来自五年级三班的我心飞翔。</w:t>
      </w:r>
      <w:r>
        <w:rPr>
          <w:lang w:eastAsia="zh-CN"/>
        </w:rPr>
        <w:br/>
      </w:r>
      <w:r>
        <w:rPr>
          <w:lang w:eastAsia="zh-CN"/>
        </w:rPr>
        <w:t>　　今天我演讲的题目是：《学会感恩》！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lang w:eastAsia="zh-CN"/>
        </w:rPr>
        <w:t>　　花儿感谢小草，小草的碧绿衬托着花的美丽。小草感谢大树，大树的遮风挡雨带来小草绿油油的生长。大树感谢土壤，肥沃的土壤让大树茁壮成长。人，要有一颗感恩的心，感恩父母，感恩学校，感恩老师，感恩全世界！</w:t>
      </w:r>
      <w:r>
        <w:rPr>
          <w:lang w:eastAsia="zh-CN"/>
        </w:rPr>
        <w:br/>
      </w:r>
      <w:r>
        <w:rPr>
          <w:lang w:eastAsia="zh-CN"/>
        </w:rPr>
        <w:t>　　感恩于赋予我们生命的父母，感恩于给予我们知识的老师，感恩于提供我们学习环境的学校，感恩于帮助、关心和爱护我们的那些人，感恩于我们的祖国，感恩于大自然……感恩地活着，你才会发觉世界是如此美好！学会感恩，对生命怀有一颗感恩的心，心才能真正快乐。“羊有跪乳之恩”，“鸦有反哺之情”， “赠人玫瑰，手有余香”，这些都因怀有一颗感恩的心，才芬芳馥郁，香泽万里！</w:t>
      </w:r>
      <w:r>
        <w:rPr>
          <w:lang w:eastAsia="zh-CN"/>
        </w:rPr>
        <w:br/>
      </w:r>
      <w:r>
        <w:rPr>
          <w:lang w:eastAsia="zh-CN"/>
        </w:rPr>
        <w:t>　　同学们，感恩不是口号而是行动，让我们积极行动起来，让我们怀着感恩的心面向这个世界！让我们怀着感恩的心对待我们的生活！ 在感恩行动中，我们才能真正懂得：感恩是一种幸福，感恩让我们更快乐！</w:t>
      </w:r>
      <w:r>
        <w:rPr>
          <w:lang w:eastAsia="zh-CN"/>
        </w:rPr>
        <w:br/>
      </w:r>
      <w:r>
        <w:rPr>
          <w:lang w:eastAsia="zh-CN"/>
        </w:rPr>
        <w:t>　　我的演讲完毕！</w:t>
      </w:r>
      <w:r>
        <w:rPr>
          <w:lang w:eastAsia="zh-CN"/>
        </w:rPr>
        <w:br/>
      </w:r>
      <w:r>
        <w:rPr>
          <w:lang w:eastAsia="zh-CN"/>
        </w:rPr>
        <w:t>　　谢谢大家！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篇12 </w:t>
      </w:r>
      <w:r>
        <w:rPr>
          <w:lang w:eastAsia="zh-CN"/>
        </w:rPr>
        <w:br/>
      </w:r>
      <w:r>
        <w:rPr>
          <w:lang w:eastAsia="zh-CN"/>
        </w:rPr>
        <w:t>　　各位老师、同学们：</w:t>
      </w:r>
      <w:r>
        <w:rPr>
          <w:lang w:eastAsia="zh-CN"/>
        </w:rPr>
        <w:br/>
      </w:r>
      <w:r>
        <w:rPr>
          <w:lang w:eastAsia="zh-CN"/>
        </w:rPr>
        <w:t>　　大家好!</w:t>
      </w:r>
      <w:r>
        <w:rPr>
          <w:lang w:eastAsia="zh-CN"/>
        </w:rPr>
        <w:br/>
      </w:r>
      <w:r>
        <w:rPr>
          <w:lang w:eastAsia="zh-CN"/>
        </w:rPr>
        <w:t>　　星期四晚上，那一段时间是我生命中最难忘时刻，因为那时我真正懂得了感恩，懂得了父母对我的爱和父母背后的辛酸，让我真正知道了爱应该怎样表达。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lang w:eastAsia="zh-CN"/>
        </w:rPr>
        <w:t>　　看着他们述说着、哭着，我的泪水也不由自主地涌出来。当鲁冰花的音乐响起的时候，我想起了儿时妈妈一句一句的叫着我唱这首歌曲。我仿佛看到了妈妈打着节拍、抱着我，和我一起合唱那首鲁冰花啊~啊~夜夜想起妈妈的话，闪闪的泪光鲁冰花，天上的星星不说话，地上的娃娃想妈妈，天上的眼睛眨呀眨，妈妈的心呀鲁冰花，家乡的茶园开满花，妈妈的心肝在天涯……多美富有感情的歌词、美妙的旋侓呀!</w:t>
      </w:r>
      <w:r>
        <w:rPr>
          <w:lang w:eastAsia="zh-CN"/>
        </w:rPr>
        <w:br/>
      </w:r>
      <w:r>
        <w:rPr>
          <w:lang w:eastAsia="zh-CN"/>
        </w:rPr>
        <w:t>　　当他们说，爸爸我爱你，在他们爸爸的脸上亲一口的时候，我仿佛看见了，儿时我搂着爸爸的脖子，在他耳边亲切的说：“爸爸，我爱你”。用那红红的樱桃小嘴在他脸上轻轻地亲一口，然后我们都笑了。</w:t>
      </w:r>
      <w:r>
        <w:rPr>
          <w:lang w:eastAsia="zh-CN"/>
        </w:rPr>
        <w:br/>
      </w:r>
      <w:r>
        <w:rPr>
          <w:lang w:eastAsia="zh-CN"/>
        </w:rPr>
        <w:t>　　可是现在呢，那首鲁冰花，我早已厌烦。面对我的爸爸，我已无语，不能像儿时那样说出那样的话。但，在我内心深处，我是那样爱我的爸爸妈妈，从儿时到现在我从未改变过。但是，不知从什么时候起，在也表达不出来我对他们的爱。</w:t>
      </w:r>
      <w:r>
        <w:rPr>
          <w:lang w:eastAsia="zh-CN"/>
        </w:rPr>
        <w:br/>
      </w:r>
      <w:r>
        <w:rPr>
          <w:lang w:eastAsia="zh-CN"/>
        </w:rPr>
        <w:t>　　感恩教育正好把我打醒，让我想起，我对爸爸妈妈做的种.种错事，那些事错的一塌糊涂，回想起来真是后悔，我实在是太让爸爸妈妈伤心了。感恩教育让我彻底悔悟，我不该顶撞爸爸妈妈，他们是为了我好，爸爸妈妈，对不起，你们能原谅我吗?我请你们原谅我，原谅我犯下的种.种伤害你们的错事。原谅我好吗?</w:t>
      </w:r>
      <w:r>
        <w:rPr>
          <w:lang w:eastAsia="zh-CN"/>
        </w:rPr>
        <w:br/>
      </w:r>
      <w:r>
        <w:rPr>
          <w:lang w:eastAsia="zh-CN"/>
        </w:rPr>
        <w:t>　　我知道了感恩，同时我也懂得了爱。爱，就要大声地喊出来;爱，就要勇敢地说出来;爱，就要真诚的做出来。爸爸妈妈，我爱你们!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lang w:eastAsia="zh-CN"/>
        </w:rPr>
        <w:t>　　我的演讲完毕，谢谢大家!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篇13 </w:t>
      </w:r>
      <w:r>
        <w:rPr>
          <w:lang w:eastAsia="zh-CN"/>
        </w:rPr>
        <w:br/>
      </w:r>
      <w:r>
        <w:rPr>
          <w:lang w:eastAsia="zh-CN"/>
        </w:rPr>
        <w:t>　　各位老师，各位同学，大家好！</w:t>
      </w:r>
      <w:r>
        <w:rPr>
          <w:lang w:eastAsia="zh-CN"/>
        </w:rPr>
        <w:br/>
      </w:r>
      <w:r>
        <w:rPr>
          <w:lang w:eastAsia="zh-CN"/>
        </w:rPr>
        <w:t>　　我是三年级一班的邵伟。我今天演讲的主题是“感恩的老师”。</w:t>
      </w:r>
      <w:r>
        <w:rPr>
          <w:lang w:eastAsia="zh-CN"/>
        </w:rPr>
        <w:br/>
      </w:r>
      <w:r>
        <w:rPr>
          <w:lang w:eastAsia="zh-CN"/>
        </w:rPr>
        <w:t>　　花感激雨露，因为雨露滋润了它的生长；苍鹰感激天空，因为天空让它飞翔；山感激大地，因为大地使它巍峨；我想感谢我的老师。</w:t>
      </w:r>
      <w:r>
        <w:rPr>
          <w:lang w:eastAsia="zh-CN"/>
        </w:rPr>
        <w:br/>
      </w:r>
      <w:r>
        <w:rPr>
          <w:lang w:eastAsia="zh-CN"/>
        </w:rPr>
        <w:t>　　师爱叫师生情。这种感觉是世界上最严重的感觉。是老师在我犯错受罚的时候教我的；遇到难题的时候汗流浃背，是老师认真讲解。一脸的赞许让我很开心；一句热情的问候让我感受到了第二种亲情。</w:t>
      </w:r>
      <w:r>
        <w:rPr>
          <w:lang w:eastAsia="zh-CN"/>
        </w:rPr>
        <w:br/>
      </w:r>
      <w:r>
        <w:rPr>
          <w:lang w:eastAsia="zh-CN"/>
        </w:rPr>
        <w:t>　　我感谢老师们的辛勤教育，也感谢他的谆谆教诲。然而，无论多少赞美的话语，我都心存感激</w:t>
      </w:r>
      <w:r>
        <w:rPr>
          <w:lang w:eastAsia="zh-CN"/>
        </w:rPr>
        <w:br/>
      </w:r>
      <w:r>
        <w:rPr>
          <w:lang w:eastAsia="zh-CN"/>
        </w:rPr>
        <w:t>　　慕的辞藻，也比不上我们用爱和行动来感恩老师。</w:t>
      </w:r>
      <w:r>
        <w:rPr>
          <w:lang w:eastAsia="zh-CN"/>
        </w:rPr>
        <w:br/>
      </w:r>
      <w:r>
        <w:rPr>
          <w:lang w:eastAsia="zh-CN"/>
        </w:rPr>
        <w:t>　　当我怀着害怕的心第一次跨进校门时，老师您阳光般的笑容给我以安慰。您将我那颗恐惧的心理带进了学校，带进了丰富多彩校园，也带进了学习的殿堂。我怀着疑惑的心面对一道难题时，您耐心细致的给我讲解解题的思路，带我走进了趣味无穷的数学天地里。当我怀着惭愧的心面对错误时，您意味深长的教给我做人的道理。当我怀着失落的心面对失败时，您天使般的来到我身边给我以勇气与希望。当我怀着喜悦的心对待成功时，您善意的提醒给我以谦虚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>
        <w:rPr>
          <w:lang w:eastAsia="zh-CN"/>
        </w:rPr>
        <w:t>　　不论我遇到了什么，您都会与我一同面对。老师，在我的眼里您是神奇的。我发自内心地感谢您，“感恩您，我的老师，感恩您为我所做的一切!”</w:t>
      </w:r>
      <w:r>
        <w:rPr>
          <w:lang w:eastAsia="zh-CN"/>
        </w:rPr>
        <w:br/>
      </w:r>
      <w:r>
        <w:rPr>
          <w:lang w:eastAsia="zh-CN"/>
        </w:rPr>
        <w:t>　　感恩老师，并不需要我们去做什么惊天动地的大事。它表现在日常生活中的点点滴滴：课堂上，一道坚定的目光，一个轻轻的点头，证明了你的全身心地投入，你在专心地听课，这便是感恩;下课后，在走廊里看到了老师，一抹淡淡的微笑，一声礼貌的“老师好”，这也是感恩;放学了，向老师招招手，说上一句“老师再见”，这依然是对老师的感恩。</w:t>
      </w:r>
      <w:r>
        <w:rPr>
          <w:lang w:eastAsia="zh-CN"/>
        </w:rPr>
        <w:br/>
      </w:r>
      <w:r>
        <w:rPr>
          <w:lang w:eastAsia="zh-CN"/>
        </w:rPr>
        <w:t>　　同学们，老师们为了使我们学有所成，金榜题名，天天披星戴月，不辞劳苦无一句怨言;为了使我们形成健全的人格，言传身教，身体力行，不辞劳苦。同学们，纵使再多的话语，也道不尽我们对老师的一片敬佩之情，也说不尽我们对老师的爱，就让我们用爱和具体的行动来感谢老师的培育，因为老师是我们心中最可亲，最可敬的人!只有拥有一颗真诚的心，拥有一颗感恩的心，生活才会在我们的感恩中变得更加美好，变得更加温馨。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篇14 </w:t>
      </w:r>
      <w:r>
        <w:rPr>
          <w:lang w:eastAsia="zh-CN"/>
        </w:rPr>
        <w:br/>
      </w:r>
      <w:r>
        <w:rPr>
          <w:lang w:eastAsia="zh-CN"/>
        </w:rPr>
        <w:t>　　：</w:t>
      </w:r>
      <w:r>
        <w:rPr>
          <w:lang w:eastAsia="zh-CN"/>
        </w:rPr>
        <w:br/>
      </w:r>
      <w:r>
        <w:rPr>
          <w:lang w:eastAsia="zh-CN"/>
        </w:rPr>
        <w:t>　　大家好!我是来自0905班的选手，名叫张文，我演讲的题目是：对爸妈的安慰。先请大家听我讲一个故事。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>
        <w:rPr>
          <w:lang w:eastAsia="zh-CN"/>
        </w:rPr>
        <w:t>　　在今年的七月的一天下午，天气很热，一位农民工在高速路上工作，突然，一辆轿车以一百二十码的时速冲了过来，把这位农民工撞死，身体被撞的四分五裂，鲜血四处飞溅。他就是我的爸爸，摄像头记录下了这令我一生也忘不了的一幕。</w:t>
      </w:r>
      <w:r>
        <w:rPr>
          <w:lang w:eastAsia="zh-CN"/>
        </w:rPr>
        <w:br/>
      </w:r>
      <w:r>
        <w:rPr>
          <w:lang w:eastAsia="zh-CN"/>
        </w:rPr>
        <w:t>　　想起过去的种种，我好难过。</w:t>
      </w:r>
      <w:r>
        <w:rPr>
          <w:lang w:eastAsia="zh-CN"/>
        </w:rPr>
        <w:br/>
      </w:r>
      <w:r>
        <w:rPr>
          <w:lang w:eastAsia="zh-CN"/>
        </w:rPr>
        <w:t>　　爸爸妈妈为了我和弟弟的学业，吃尽了苦。妈妈在家辛苦的务农，爸爸在外拼命地打工，天热的时候，妈妈在田地里顶着太阳晒，实在是热的很了，就在树荫下歇歇，然后接着干。</w:t>
      </w:r>
      <w:r>
        <w:rPr>
          <w:lang w:eastAsia="zh-CN"/>
        </w:rPr>
        <w:br/>
      </w:r>
      <w:r>
        <w:rPr>
          <w:lang w:eastAsia="zh-CN"/>
        </w:rPr>
        <w:t>　　爸爸在高速路上打工时，由于天太热，皮肤会裂开和蜕皮，因此，他会喝好多水，吃不下饭。发回家的相片，我看了，他比我还瘦，日子长了，身体得了病，但他舍不得花钱看病。叔叔问他为什么舍不得吃舍不得穿，爸爸说：要把钱打回家，供孩子上学。</w:t>
      </w:r>
      <w:r>
        <w:rPr>
          <w:lang w:eastAsia="zh-CN"/>
        </w:rPr>
        <w:br/>
      </w:r>
      <w:r>
        <w:rPr>
          <w:lang w:eastAsia="zh-CN"/>
        </w:rPr>
        <w:t>　　就在我爸爸死的前一个月，我去了东莞，也去打工，和爸爸住在一起，看到他黝黑又廋的样子，我好难过。他是为了我们这个家变成这样的，自己舍不得吃舍不得穿，把好东西给了我和弟弟。</w:t>
      </w:r>
      <w:r>
        <w:rPr>
          <w:lang w:eastAsia="zh-CN"/>
        </w:rPr>
        <w:br/>
      </w:r>
      <w:r>
        <w:rPr>
          <w:lang w:eastAsia="zh-CN"/>
        </w:rPr>
        <w:t>　　在爸爸死的那天，我发工资，心里想着：爸爸的鞋坏的不能穿了，给爸爸买一双皮鞋，再买两瓶酒，他还喜欢吃烤鸭，再买一只烤鸭，自从爸爸出来到现在，还没和我在一起好好吃过饭呢。然而不然，当我回家时传来的不是爸爸下班的消息，而是爸爸的死讯。</w:t>
      </w:r>
      <w:r>
        <w:rPr>
          <w:lang w:eastAsia="zh-CN"/>
        </w:rPr>
        <w:br/>
      </w:r>
      <w:r>
        <w:rPr>
          <w:lang w:eastAsia="zh-CN"/>
        </w:rPr>
        <w:t>　　我哭了，哭的很伤心，爸爸不在了，永远回不来了，我再也听不到爸爸的笑了，再也看不到他那张脸了。那是一种怎样的痛?没人理解。</w:t>
      </w:r>
      <w:r>
        <w:rPr>
          <w:lang w:eastAsia="zh-CN"/>
        </w:rPr>
        <w:br/>
      </w:r>
      <w:r>
        <w:rPr>
          <w:lang w:eastAsia="zh-CN"/>
        </w:rPr>
        <w:t>　　我相信缘分，做父子也是如此。爸爸妈妈把我养大，在我刚要步入社会时，他却离开了，今生不能报答爸爸的爱，就让我下辈子去报答。我有一句话想对爸爸说，那就是：爸爸我你!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>
        <w:rPr>
          <w:lang w:eastAsia="zh-CN"/>
        </w:rPr>
        <w:t>　　做父母的就希望自己的孩子，在学校好好学习，天天向上，这就是对他们风吹日晒的安慰。那我们想一下，我们在学校的表现对得起他们吗?</w:t>
      </w:r>
      <w:r>
        <w:rPr>
          <w:lang w:eastAsia="zh-CN"/>
        </w:rPr>
        <w:br/>
      </w:r>
      <w:r>
        <w:rPr>
          <w:lang w:eastAsia="zh-CN"/>
        </w:rPr>
        <w:t>　　好了，让我们对天下所有的爸爸妈妈说一声：爸爸妈妈，我爱你们!我会好好读书的!</w:t>
      </w:r>
      <w:r>
        <w:rPr>
          <w:lang w:eastAsia="zh-CN"/>
        </w:rPr>
        <w:br/>
      </w:r>
      <w:r>
        <w:rPr>
          <w:lang w:eastAsia="zh-CN"/>
        </w:rPr>
        <w:t>　　来!我们一起喊：爸爸妈妈，我爱你们!我会好好读书的!</w:t>
      </w:r>
      <w:r>
        <w:rPr>
          <w:lang w:eastAsia="zh-CN"/>
        </w:rPr>
        <w:br/>
      </w:r>
      <w:r>
        <w:rPr>
          <w:lang w:eastAsia="zh-CN"/>
        </w:rPr>
        <w:t xml:space="preserve">    学生感恩演讲稿范文锦集 篇15 </w:t>
      </w:r>
      <w:r>
        <w:rPr>
          <w:lang w:eastAsia="zh-CN"/>
        </w:rPr>
        <w:br/>
      </w:r>
      <w:r>
        <w:rPr>
          <w:lang w:eastAsia="zh-CN"/>
        </w:rPr>
        <w:t>　　感恩是中华民族的传统美德之一。每人都应怀揣一颗感恩的心。感谢生活、感谢父母、感谢师长、感谢朋友。如果人与人之间缺乏感恩之心，必然会导致人际关系的冷淡，我们就会失去更好发展的环境，所以，每个人都应该学会感恩。</w:t>
      </w:r>
      <w:r>
        <w:rPr>
          <w:lang w:eastAsia="zh-CN"/>
        </w:rPr>
        <w:br/>
      </w:r>
      <w:r>
        <w:rPr>
          <w:lang w:eastAsia="zh-CN"/>
        </w:rPr>
        <w:t>　　我们高三学子必须会感恩，因为只有学会感恩的人才有一颗仁爱的心，从而使你更加热爱学习;我们必须学会感恩，因为你会在每天的感恩中获得源源不断的学习动力;我们必须学会感恩，因为在你遇到学习和生活中的困难与挫折时，感恩的心会让你战胜困难与挫折的勇气倍增。</w:t>
      </w:r>
      <w:r>
        <w:rPr>
          <w:lang w:eastAsia="zh-CN"/>
        </w:rPr>
        <w:br/>
      </w:r>
      <w:r>
        <w:rPr>
          <w:lang w:eastAsia="zh-CN"/>
        </w:rPr>
        <w:t>　　梦想是深藏在人们内心深处的最深切的渴望，是你学习进步的原动力，梦想能激发你生命中的全部潜能。梦想不是理性的计算，梦想是一种情绪状态，这种情绪的状态是以热情的方式展现的，这种热情可以让你创造出无法想象的奇迹。</w:t>
      </w:r>
      <w:r>
        <w:rPr>
          <w:lang w:eastAsia="zh-CN"/>
        </w:rPr>
        <w:br/>
      </w:r>
    </w:p>
    <w:p w:rsidR="001B1F19" w14:textId="27C3F48A">
      <w:pPr>
        <w:rPr>
          <w:lang w:eastAsia="zh-CN"/>
        </w:rPr>
      </w:pPr>
      <w:r>
        <w:rPr>
          <w:lang w:eastAsia="zh-CN"/>
        </w:rPr>
        <w:t>　　我们正处在青春的梦想旦，青春就是一个寻梦的过程。我们十几岁的生命中，总是充满五彩斑斓的梦境，沿着各种对未来的憧憬指向远方，给我们指明前进的道路。这些梦境就仿佛暗夜中的灯火，即便不能带来足够的明亮和温暖，但已足以带给我们无限的希望。</w:t>
      </w:r>
      <w:r>
        <w:rPr>
          <w:lang w:eastAsia="zh-CN"/>
        </w:rPr>
        <w:br/>
      </w:r>
      <w:r>
        <w:rPr>
          <w:lang w:eastAsia="zh-CN"/>
        </w:rPr>
        <w:t>　　在我们的日常生活中，总会有这样那样的不如意，在我们的学习中，总会遇到这样那样的困难与挫折，我们往往容易在这样的时刻放弃了忍耐，放弃了对远方的追逐，也最终放弃了仅剩的希望。这个时候，我们就很需要对梦想的坚持。我们的内心深处需要始终留下这样一份空间，来永久存放我们的梦想。无论风有多狂，雨有多大，我们都需要坚定地仰望那一片梦想的天空，相信它一如既往的湛蓝，相信风雨之后，那里会出现绚丽的彩虹，来慰藉我们曾经的伤痕累累，来慰藉那些坚强的永不破灭的梦。</w:t>
      </w:r>
      <w:r>
        <w:rPr>
          <w:lang w:eastAsia="zh-CN"/>
        </w:rPr>
        <w:br/>
      </w:r>
      <w:r>
        <w:rPr>
          <w:lang w:eastAsia="zh-CN"/>
        </w:rPr>
        <w:t>　　然而，虽然很多人明白，风雨过后会有美丽的彩虹，但是他们往往容易在大雨中迷失方向，在困难的重压下开始一蹶不振，在失败面前选择了止步不前。这样下去，他们就永远丧失了欣赏彩虹的美丽的机会，也就等于选择了与成功的一次次失之交臂。这样的结局，无疑令人痛惜。究其原因，不在于他们缺乏战胜困难的能力，而是他们缺少一种持久的坚持。这种坚持是对梦想的坚持，也是对自己的坚持。梦想在远方，始终指引着你，自信存在于内心，始终激励着你，只要你一直坚持，我不相信，你会一直在这个世界上看不到彩虹的美。</w:t>
      </w:r>
      <w:r>
        <w:rPr>
          <w:lang w:eastAsia="zh-CN"/>
        </w:rPr>
        <w:br/>
      </w:r>
      <w:r>
        <w:rPr>
          <w:lang w:eastAsia="zh-CN"/>
        </w:rPr>
        <w:t>　　成功，往往在于你再多坚持一点点。也许是一年，也许只是一秒种，你的生命便能得到升华，你的命运便能产生质变。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https://d.book118.com/097041110153006051</w:t>
        </w:r>
      </w:hyperlink>
    </w:p>
    <w:p w:rsidR="001B1F19">
      <w:pPr>
        <w:rPr>
          <w:lang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D07D03"/>
    <w:multiLevelType w:val="multilevel"/>
    <w:tmpl w:val="3AE4B26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0273113">
    <w:abstractNumId w:val="0"/>
  </w:num>
  <w:num w:numId="2" w16cid:durableId="149969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222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0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427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3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19"/>
    <w:rsid w:val="00012D24"/>
    <w:rsid w:val="000B76DB"/>
    <w:rsid w:val="001B1F19"/>
    <w:rsid w:val="002E2E1D"/>
    <w:rsid w:val="0093765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8D8A34"/>
  <w15:docId w15:val="{83B6B1C2-FF47-43CC-85A6-22B37870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仿宋" w:eastAsia="仿宋" w:hAnsi="仿宋"/>
      <w:sz w:val="28"/>
    </w:rPr>
  </w:style>
  <w:style w:type="paragraph" w:styleId="Heading1">
    <w:name w:val="heading 1"/>
    <w:basedOn w:val="Normal"/>
    <w:next w:val="Normal"/>
    <w:link w:val="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">
    <w:name w:val="页眉 字符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a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0">
    <w:name w:val="页脚 字符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1">
    <w:name w:val="标题 1 字符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标题 2 字符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标题 3 字符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e">
    <w:name w:val="Title"/>
    <w:basedOn w:val="Normal"/>
    <w:next w:val="Normal"/>
    <w:link w:val="a1"/>
    <w:uiPriority w:val="10"/>
    <w:qFormat/>
    <w:rsid w:val="00FC69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1">
    <w:name w:val="标题 字符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a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2">
    <w:name w:val="副标题 字符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a3"/>
    <w:uiPriority w:val="99"/>
    <w:unhideWhenUsed/>
    <w:rsid w:val="00AA1D8D"/>
    <w:pPr>
      <w:spacing w:after="120"/>
    </w:pPr>
  </w:style>
  <w:style w:type="character" w:customStyle="1" w:styleId="a3">
    <w:name w:val="正文文本 字符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20"/>
    <w:uiPriority w:val="99"/>
    <w:unhideWhenUsed/>
    <w:rsid w:val="00AA1D8D"/>
    <w:pPr>
      <w:spacing w:after="120" w:line="480" w:lineRule="auto"/>
    </w:pPr>
  </w:style>
  <w:style w:type="character" w:customStyle="1" w:styleId="20">
    <w:name w:val="正文文本 2 字符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3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0">
    <w:name w:val="正文文本 3 字符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a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4">
    <w:name w:val="宏文本 字符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a5"/>
    <w:uiPriority w:val="29"/>
    <w:qFormat/>
    <w:rsid w:val="00FC693F"/>
    <w:rPr>
      <w:i/>
      <w:iCs/>
      <w:color w:val="000000" w:themeColor="text1"/>
    </w:rPr>
  </w:style>
  <w:style w:type="character" w:customStyle="1" w:styleId="a5">
    <w:name w:val="引用 字符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4">
    <w:name w:val="标题 4 字符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标题 5 字符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标题 6 字符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标题 8 字符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">
    <w:name w:val="标题 9 字符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a6"/>
    <w:uiPriority w:val="30"/>
    <w:qFormat/>
    <w:rsid w:val="00FC693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6">
    <w:name w:val="明显引用 字符"/>
    <w:basedOn w:val="DefaultParagraphFont"/>
    <w:link w:val="IntenseQuote"/>
    <w:uiPriority w:val="30"/>
    <w:rsid w:val="00FC693F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7041110153006051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Leslie Kang</cp:lastModifiedBy>
  <cp:revision>6</cp:revision>
  <dcterms:created xsi:type="dcterms:W3CDTF">2024-01-11T00:28:00Z</dcterms:created>
  <dcterms:modified xsi:type="dcterms:W3CDTF">2024-02-08T13:34:00Z</dcterms:modified>
</cp:coreProperties>
</file>