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十二月个人工作总结范文（30篇）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十二月个人工作总结范文（精选30篇）</w:t>
      </w:r>
      <w:r>
        <w:rPr>
          <w:lang w:eastAsia="zh-CN"/>
        </w:rPr>
        <w:br/>
      </w:r>
      <w:r>
        <w:rPr>
          <w:lang w:eastAsia="zh-CN"/>
        </w:rPr>
        <w:t xml:space="preserve">    十二月个人工作总结范文 篇1 </w:t>
      </w:r>
      <w:r>
        <w:rPr>
          <w:lang w:eastAsia="zh-CN"/>
        </w:rPr>
        <w:br/>
      </w:r>
      <w:r>
        <w:rPr>
          <w:lang w:eastAsia="zh-CN"/>
        </w:rPr>
        <w:t>　　从__月__日入职到现在刚好1个月时间，这个月度总结对我来说刚好是新员工的入职总结，感受挺多的，也挺零乱的，仔细想想分成一下两个方面去说：</w:t>
      </w:r>
      <w:r>
        <w:rPr>
          <w:lang w:eastAsia="zh-CN"/>
        </w:rPr>
        <w:br/>
      </w:r>
      <w:r>
        <w:rPr>
          <w:lang w:eastAsia="zh-CN"/>
        </w:rPr>
        <w:t>　　1、工作任务方面</w:t>
      </w:r>
      <w:r>
        <w:rPr>
          <w:lang w:eastAsia="zh-CN"/>
        </w:rPr>
        <w:br/>
      </w:r>
      <w:r>
        <w:rPr>
          <w:lang w:eastAsia="zh-CN"/>
        </w:rPr>
        <w:t>　　在入职培训中，完成了C语言的程序，接下来的几个shell练习题，以及对系统的学习。这一系列的练习每个问题都是从开始的一片空白做起，从把问题分析清，考虑实现方法及工具的学习，最后动手实践一步步走下来。其间遇到了不少问题，也走过不少的弯路，但最后在调度组的同事的帮助下，都能够顺利完成。</w:t>
      </w:r>
      <w:r>
        <w:rPr>
          <w:lang w:eastAsia="zh-CN"/>
        </w:rPr>
        <w:br/>
      </w:r>
      <w:r>
        <w:rPr>
          <w:lang w:eastAsia="zh-CN"/>
        </w:rPr>
        <w:t>　　其中遇到困难最多的是调研任务，可能是在学校做事方法的影响，思考这个问题时总是不能够深入，动手收集数据时遇到了很棘手的问题，数据的组织，数据的量，数据的选取分布等等都存在考虑的漏洞。后来看了马总的调研报告，才有豁然开朗的感觉。由此也发现了自己在调研能力这方面的欠缺，日后还要继续进行，把调研工作做到实处，加深对死链的理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到目前为止接手两个模块，大概用了两三周的时间去学习和串讲，在接手这两个模块时最初的感受是任务来的太快，刚开始进入公司以为会有很长一段的缓冲时间去接受陪训式的学习，没想到公司这么勇于使用新人。后来我发现这也是公司进步的地方，通过任务的驱动，新人可以更快速的学习和提升个人能力，并且这种参与也让新人有种归属感，自信心的到了提升，能够调动新人的积极性。并且一开始就秉承认真负责的态度去做事，这也是一种宝贵的收获。</w:t>
      </w:r>
      <w:r>
        <w:rPr>
          <w:lang w:eastAsia="zh-CN"/>
        </w:rPr>
        <w:br/>
      </w:r>
      <w:r>
        <w:rPr>
          <w:lang w:eastAsia="zh-CN"/>
        </w:rPr>
        <w:t>　　当然也发现了一些问题，这些模块虽然逻辑不难，功能也容易理解，但是还是缺乏足够的文档和说明，这是我最初没有预料到的，导致很多策略模糊的地方需要不断的与老员工沟通，还是耽误了不少时间的。不过后来理解了产生这种现象的原因，并且也算给自己上了一课，提醒自己以后写文档时要时刻从第三方的角度考虑说明问题，时刻把读者当成一个新人。</w:t>
      </w:r>
      <w:r>
        <w:rPr>
          <w:lang w:eastAsia="zh-CN"/>
        </w:rPr>
        <w:br/>
      </w:r>
      <w:r>
        <w:rPr>
          <w:lang w:eastAsia="zh-CN"/>
        </w:rPr>
        <w:t>　　2、公司文化方面</w:t>
      </w:r>
      <w:r>
        <w:rPr>
          <w:lang w:eastAsia="zh-CN"/>
        </w:rPr>
        <w:br/>
      </w:r>
      <w:r>
        <w:rPr>
          <w:lang w:eastAsia="zh-CN"/>
        </w:rPr>
        <w:t>　　刚走出校门能进入这么优秀的公司，和这么多优秀的人一同工作，我是很幸运的。同时开始也带着很多的忧虑，害怕自己无法融入集体，害怕与牛人的交流有障碍。而进公司经过一段时间的体会，我这种疑虑逐渐消除了。每个人都很容易相处，沟通途径也很多，向任何一个人请教问题，都很热情的帮助答复，这对一个新人来说是莫大的鼓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公司的业余活动很多，员工们可以自得其乐。这也是让新人很喜欢的'一方面，还以为工作后整天就是干活，枯燥的盯着电脑。但这里有足球赛、电子竞技、午餐会、随机午餐、周三的趣味运动等等，一切都让人觉得很贴心舒适，在这样的环境里工作自然也觉得舒心和自在，从而可以更投入。</w:t>
      </w:r>
      <w:r>
        <w:rPr>
          <w:lang w:eastAsia="zh-CN"/>
        </w:rPr>
        <w:br/>
      </w:r>
      <w:r>
        <w:rPr>
          <w:lang w:eastAsia="zh-CN"/>
        </w:rPr>
        <w:t>　　总之，这里的每件事每个人无时无刻的不影响着我，让我不断的追求进步，享受工作带给我的快乐。</w:t>
      </w:r>
      <w:r>
        <w:rPr>
          <w:lang w:eastAsia="zh-CN"/>
        </w:rPr>
        <w:br/>
      </w:r>
      <w:r>
        <w:rPr>
          <w:lang w:eastAsia="zh-CN"/>
        </w:rPr>
        <w:t xml:space="preserve">    十二月个人工作总结范文 篇2 </w:t>
      </w:r>
      <w:r>
        <w:rPr>
          <w:lang w:eastAsia="zh-CN"/>
        </w:rPr>
        <w:br/>
      </w:r>
      <w:r>
        <w:rPr>
          <w:lang w:eastAsia="zh-CN"/>
        </w:rPr>
        <w:t>　　12月4日，__市供销社收到宜昌市供销社《确认函》，确认今年我市新建的供销红花套三农服务中心经省、市验收专班检查考核，达到合格标准，补助项目建设资金7万元。此外，今年土老憨蜜柑专业合作社土地托管项目，入选20__年供销合作总社农业综合开发预选项目，预计可获取项目建设资金280万元;黎亚金银花专业合作社荣获全国供销合作社系统农民专业合作社示范社称号;优利可柠檬专业合作社荣获湖北省供销社系统农民专业合作社示范社称号，省社补助建设资金3万元。</w:t>
      </w:r>
      <w:r>
        <w:rPr>
          <w:lang w:eastAsia="zh-CN"/>
        </w:rPr>
        <w:br/>
      </w:r>
      <w:r>
        <w:rPr>
          <w:lang w:eastAsia="zh-CN"/>
        </w:rPr>
        <w:t>　　20__年，__市供销社坚持项目兴社，科学整合社有资产，积极争取多方支持，认真谋划项目，精心组织建设，强化资本运营，打牢基层基础，有效破解“三农”发展难题，让老供销焕发新活力!</w:t>
      </w:r>
      <w:r>
        <w:rPr>
          <w:lang w:eastAsia="zh-CN"/>
        </w:rPr>
        <w:br/>
      </w:r>
      <w:r>
        <w:rPr>
          <w:lang w:eastAsia="zh-CN"/>
        </w:rPr>
        <w:t>　　12月21日上午10点08分，__市电子商务产业园启动仪式暨__市网商协会成立大会在九州丽景苑西班牙风情街举行，副市长龙顶泉、市政协副主席裴学中、市供销社、市经信局、各大电商企业负责人出席了启动仪式。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据笔者了解，电商产业园园区将设立电商办公区、产品展示区、职业培训区和仓储物流区四个功能区，建筑面积12000平方米，集电子商务、仓储物流、综合服务为一体，为“互联网+”产业打造一个集中办公、集中培训、一条龙服务的发展平台。目前，意向入园电商企业35家，预计年销售额可突破30亿元。项目正在申请中央财政“20__年供销合作社农村电子商务惠农工程项目”，已得到市政府及省、市各级供销系统的积极支持，相信在大众的不竭努力下，电商产业园必将开创一个崭新的商业经济模式，成为宜昌电商产业中最靓丽的一张名片。</w:t>
      </w:r>
      <w:r>
        <w:rPr>
          <w:lang w:eastAsia="zh-CN"/>
        </w:rPr>
        <w:br/>
      </w:r>
      <w:r>
        <w:rPr>
          <w:lang w:eastAsia="zh-CN"/>
        </w:rPr>
        <w:t>　　启动仪式上，大家共同祝愿了电商产业园成功运营，展望了电商发展的美好未来。在参观电商产业园的途中，龙顶泉表示希望全市各地各部门以此为契机，认真研究电商业主的政策需求、服务需求和配套需求，为__市电商产业的集聚发展提供更优质、更全面的服务。</w:t>
      </w:r>
      <w:r>
        <w:rPr>
          <w:lang w:eastAsia="zh-CN"/>
        </w:rPr>
        <w:br/>
      </w:r>
      <w:r>
        <w:rPr>
          <w:lang w:eastAsia="zh-CN"/>
        </w:rPr>
        <w:t>　　__供销社主任黄大曙表示，电商产业园的启动，有利于建设电商线上线下一体化融合体系，借助供销e家和农村电商国家队的优势，线上联结供销e家的电子商务平台，线下联结128家村级电商服务网点，为农村农业农民增收增效搞好系列化服务。推动电商从业人员抱团取暖，合作共赢，将农业与电商对接，达到全国供销e家一张网，供销产销一体化的产业格局。利用“互联网+供销”的理念，创新实践全新的农村电商产业新模式。</w:t>
      </w:r>
      <w:r>
        <w:rPr>
          <w:lang w:eastAsia="zh-CN"/>
        </w:rPr>
        <w:br/>
      </w:r>
      <w:r>
        <w:rPr>
          <w:lang w:eastAsia="zh-CN"/>
        </w:rPr>
        <w:t xml:space="preserve">    十二月个人工作总结范文 篇3 </w:t>
      </w:r>
      <w:r>
        <w:rPr>
          <w:lang w:eastAsia="zh-CN"/>
        </w:rPr>
        <w:br/>
      </w:r>
      <w:r>
        <w:rPr>
          <w:lang w:eastAsia="zh-CN"/>
        </w:rPr>
        <w:t>　　十二月份的工作已接近尾声，仔细回想一月来的工作，有收获,也有不足之处、失误之处。作以下总结：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一、月初统筹安排作好本月的工作计划及组织发动工作</w:t>
      </w:r>
      <w:r>
        <w:rPr>
          <w:lang w:eastAsia="zh-CN"/>
        </w:rPr>
        <w:br/>
      </w:r>
      <w:r>
        <w:rPr>
          <w:lang w:eastAsia="zh-CN"/>
        </w:rPr>
        <w:t>　　根据本月的工作计划及中心校的工作安排，确立本月的工作有：</w:t>
      </w:r>
      <w:r>
        <w:rPr>
          <w:lang w:eastAsia="zh-CN"/>
        </w:rPr>
        <w:br/>
      </w:r>
      <w:r>
        <w:rPr>
          <w:lang w:eastAsia="zh-CN"/>
        </w:rPr>
        <w:t>　　1.围绕教学效益年这一核心目标，继续深化常规管理。</w:t>
      </w:r>
      <w:r>
        <w:rPr>
          <w:lang w:eastAsia="zh-CN"/>
        </w:rPr>
        <w:br/>
      </w:r>
      <w:r>
        <w:rPr>
          <w:lang w:eastAsia="zh-CN"/>
        </w:rPr>
        <w:t>　　2.对照各科教学计划、教学进度，恢复教学秩序，以适当的时间、方式补差补缺，认真备课批改作业迎接了镇期中视导工作。</w:t>
      </w:r>
      <w:r>
        <w:rPr>
          <w:lang w:eastAsia="zh-CN"/>
        </w:rPr>
        <w:br/>
      </w:r>
      <w:r>
        <w:rPr>
          <w:lang w:eastAsia="zh-CN"/>
        </w:rPr>
        <w:t>　　3.本校以积极的态度开展校级达标升级课的工作。</w:t>
      </w:r>
      <w:r>
        <w:rPr>
          <w:lang w:eastAsia="zh-CN"/>
        </w:rPr>
        <w:br/>
      </w:r>
      <w:r>
        <w:rPr>
          <w:lang w:eastAsia="zh-CN"/>
        </w:rPr>
        <w:t>　　4.以认真的态度完成了“蓝天杯”教学设计评比任务。</w:t>
      </w:r>
      <w:r>
        <w:rPr>
          <w:lang w:eastAsia="zh-CN"/>
        </w:rPr>
        <w:br/>
      </w:r>
      <w:r>
        <w:rPr>
          <w:lang w:eastAsia="zh-CN"/>
        </w:rPr>
        <w:t>　　5.在近期完成了小学语文教师写字指导成果评比。</w:t>
      </w:r>
      <w:r>
        <w:rPr>
          <w:lang w:eastAsia="zh-CN"/>
        </w:rPr>
        <w:br/>
      </w:r>
      <w:r>
        <w:rPr>
          <w:lang w:eastAsia="zh-CN"/>
        </w:rPr>
        <w:t>　　6.搞好本月的校本教研工作。</w:t>
      </w:r>
      <w:r>
        <w:rPr>
          <w:lang w:eastAsia="zh-CN"/>
        </w:rPr>
        <w:br/>
      </w:r>
      <w:r>
        <w:rPr>
          <w:lang w:eastAsia="zh-CN"/>
        </w:rPr>
        <w:t>　　二、常规管理实抓、抓严</w:t>
      </w:r>
      <w:r>
        <w:rPr>
          <w:lang w:eastAsia="zh-CN"/>
        </w:rPr>
        <w:br/>
      </w:r>
      <w:r>
        <w:rPr>
          <w:lang w:eastAsia="zh-CN"/>
        </w:rPr>
        <w:t>　　常规管理是学校一项重要的教学工作，教学制度的形成是长期严格执行得以实现。从本校的实际来看，在常规方面差距有：教师的复备有形式化的倾向;教具准备不充分，教材不熟悉进课堂，严重降低了课堂教学效率。青年教师课后教学反思较简单，缺乏必要的反思。班主任工作不积极，学校很多工作停留在表面上，未能有效的变为实际行动，学校领导检查与督促不力;课堂教学相互交流的现象极少，交流仅表现在听课记录上，部分教师轻视写字课。如何改变这一现状是摆在学校面前的较迫切但又必须解决的.问题。在中心校的期中视导后，下发简报可以看出我校的各项检查总评全镇最末，这说明我校的检查力度还不够。</w:t>
      </w:r>
      <w:r>
        <w:rPr>
          <w:lang w:eastAsia="zh-CN"/>
        </w:rPr>
        <w:br/>
      </w:r>
      <w:r>
        <w:rPr>
          <w:lang w:eastAsia="zh-CN"/>
        </w:rPr>
        <w:t>　　三、坚持周查月报制度，力争取得成效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周查想落到实处，并在实际的工作中取得一定的效果是一件颇费头脑的事。怎样使周查得以坚持，并收到满意的效果?一靠广大教师高度的责任心，二靠学校领导坚强的决心，三靠灵活的方法和事后督促。我校教师众多，人手紧张，工作量大。这给周查带来了一定的困难。学校工作繁多，又时常受到临时工作的冲击，难以在规定的时间内检查完。我校采取了分散时间、定教师的方法进行抽查。从周查中看出部分教师态度认真，也有少部分教师思想不够积极，有应付的态度。</w:t>
      </w:r>
      <w:r>
        <w:rPr>
          <w:lang w:eastAsia="zh-CN"/>
        </w:rPr>
        <w:br/>
      </w:r>
      <w:r>
        <w:rPr>
          <w:lang w:eastAsia="zh-CN"/>
        </w:rPr>
        <w:t>　　四、校本教研</w:t>
      </w:r>
      <w:r>
        <w:rPr>
          <w:lang w:eastAsia="zh-CN"/>
        </w:rPr>
        <w:br/>
      </w:r>
      <w:r>
        <w:rPr>
          <w:lang w:eastAsia="zh-CN"/>
        </w:rPr>
        <w:t>　　本月由于受较多活动的影响，教研组活动未能正常开展，教师忙于期中视导，此项活动开展的不够及时、正常。</w:t>
      </w:r>
      <w:r>
        <w:rPr>
          <w:lang w:eastAsia="zh-CN"/>
        </w:rPr>
        <w:br/>
      </w:r>
      <w:r>
        <w:rPr>
          <w:lang w:eastAsia="zh-CN"/>
        </w:rPr>
        <w:t>　　五、缺点及前进方向</w:t>
      </w:r>
      <w:r>
        <w:rPr>
          <w:lang w:eastAsia="zh-CN"/>
        </w:rPr>
        <w:br/>
      </w:r>
      <w:r>
        <w:rPr>
          <w:lang w:eastAsia="zh-CN"/>
        </w:rPr>
        <w:t>　　1.加强班主任工作，我校的很多学生常规的养成，主要靠班主任的工作。</w:t>
      </w:r>
      <w:r>
        <w:rPr>
          <w:lang w:eastAsia="zh-CN"/>
        </w:rPr>
        <w:br/>
      </w:r>
      <w:r>
        <w:rPr>
          <w:lang w:eastAsia="zh-CN"/>
        </w:rPr>
        <w:t>　　2.学生兴趣小组的落实，从学生的组成、教师的搭配等方面入手，不求大面全，但求少而精。</w:t>
      </w:r>
      <w:r>
        <w:rPr>
          <w:lang w:eastAsia="zh-CN"/>
        </w:rPr>
        <w:br/>
      </w:r>
      <w:r>
        <w:rPr>
          <w:lang w:eastAsia="zh-CN"/>
        </w:rPr>
        <w:t>　　3.建立学习氛围浓厚的伟诚文化，以青年教师带头，力争百花齐放，卓有成效。</w:t>
      </w:r>
      <w:r>
        <w:rPr>
          <w:lang w:eastAsia="zh-CN"/>
        </w:rPr>
        <w:br/>
      </w:r>
      <w:r>
        <w:rPr>
          <w:lang w:eastAsia="zh-CN"/>
        </w:rPr>
        <w:t>　　六、本月无学生变动情况。</w:t>
      </w:r>
      <w:r>
        <w:rPr>
          <w:lang w:eastAsia="zh-CN"/>
        </w:rPr>
        <w:br/>
      </w:r>
      <w:r>
        <w:rPr>
          <w:lang w:eastAsia="zh-CN"/>
        </w:rPr>
        <w:t xml:space="preserve">    十二月个人工作总结范文 篇4 </w:t>
      </w:r>
      <w:r>
        <w:rPr>
          <w:lang w:eastAsia="zh-CN"/>
        </w:rPr>
        <w:br/>
      </w:r>
      <w:r>
        <w:rPr>
          <w:lang w:eastAsia="zh-CN"/>
        </w:rPr>
        <w:t>　　根据学前教育宣传活动的有关要求，我园积极采取措施，大力宣传国家学前教育政策，幼儿园的保教工作，家庭幼儿教育等有关知识，切实让广大家长、幼教工作者走出误区和困惑。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具体做了如下具体工作：</w:t>
      </w:r>
      <w:r>
        <w:rPr>
          <w:lang w:eastAsia="zh-CN"/>
        </w:rPr>
        <w:br/>
      </w:r>
      <w:r>
        <w:rPr>
          <w:lang w:eastAsia="zh-CN"/>
        </w:rPr>
        <w:t>　　1、广泛开展社会宣传，通过悬挂宣传标语、发放宣传册、宣传单、等方式，积极宣传国家、省、市学前教育政策。</w:t>
      </w:r>
      <w:r>
        <w:rPr>
          <w:lang w:eastAsia="zh-CN"/>
        </w:rPr>
        <w:br/>
      </w:r>
      <w:r>
        <w:rPr>
          <w:lang w:eastAsia="zh-CN"/>
        </w:rPr>
        <w:t>　　2、深入开展校内宣传。</w:t>
      </w:r>
      <w:r>
        <w:rPr>
          <w:lang w:eastAsia="zh-CN"/>
        </w:rPr>
        <w:br/>
      </w:r>
      <w:r>
        <w:rPr>
          <w:lang w:eastAsia="zh-CN"/>
        </w:rPr>
        <w:t>　　在宣传期间要组织全校教职工集中学习，同时向广大幼儿家长宣传国家和省市里有关学前教育政策。尤其要组织教师通过撰写学习笔记、集体交流、等方式，深刻理解规范办园、科学保教，以及幼儿园办园各个环节的具体要求，增强规范办园、科学保教的自觉性和主动性。</w:t>
      </w:r>
      <w:r>
        <w:rPr>
          <w:lang w:eastAsia="zh-CN"/>
        </w:rPr>
        <w:br/>
      </w:r>
      <w:r>
        <w:rPr>
          <w:lang w:eastAsia="zh-CN"/>
        </w:rPr>
        <w:t>　　3、组织科学保教相关活动。</w:t>
      </w:r>
      <w:r>
        <w:rPr>
          <w:lang w:eastAsia="zh-CN"/>
        </w:rPr>
        <w:br/>
      </w:r>
      <w:r>
        <w:rPr>
          <w:lang w:eastAsia="zh-CN"/>
        </w:rPr>
        <w:t>　　活动月期间，组织3次游戏活动开放日;召开1次全园家长会，覆盖所有在园幼儿的家长，重点宣传规范办园、科学保教;以宣传栏、致家长一封信等方式介绍规范办园、科学保教和幼儿园科学办园理念。</w:t>
      </w:r>
      <w:r>
        <w:rPr>
          <w:lang w:eastAsia="zh-CN"/>
        </w:rPr>
        <w:br/>
      </w:r>
      <w:r>
        <w:rPr>
          <w:lang w:eastAsia="zh-CN"/>
        </w:rPr>
        <w:t>　　通过宣传月活动，使我园进一步了解和理解国家的幼儿教育发展政策，特别是学前教育的中长期规划。进一步引起家长和社会对幼儿教育关注和重视，进一步端正了家长和社会对幼儿教育的观点，进一步引导全社会树立正确的教育理念，防止和纠正幼儿教育“小学化”倾向。更是让全社会了解学前教育发展现状、未来，让幼儿家长和幼教工作者掌握科学保教知识，让孩子快乐生活、健康成长。本次宣传月活动基本达到了预期的宣传效果。</w:t>
      </w:r>
      <w:r>
        <w:rPr>
          <w:lang w:eastAsia="zh-CN"/>
        </w:rPr>
        <w:br/>
      </w:r>
      <w:r>
        <w:rPr>
          <w:lang w:eastAsia="zh-CN"/>
        </w:rPr>
        <w:t>　　第二篇：幼儿学前教育十二月工作总结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十二月份的工作日较短，再加上流感的预防工作。所以这个月我们在紧张忙碌中度过的，回顾这一个月，有收获也有不足。</w:t>
      </w:r>
      <w:r>
        <w:rPr>
          <w:lang w:eastAsia="zh-CN"/>
        </w:rPr>
        <w:br/>
      </w:r>
      <w:r>
        <w:rPr>
          <w:lang w:eastAsia="zh-CN"/>
        </w:rPr>
        <w:t>　　一、重点工作：</w:t>
      </w:r>
      <w:r>
        <w:rPr>
          <w:lang w:eastAsia="zh-CN"/>
        </w:rPr>
        <w:br/>
      </w:r>
      <w:r>
        <w:rPr>
          <w:lang w:eastAsia="zh-CN"/>
        </w:rPr>
        <w:t>　　本月重点是做好区各级领导及同行教师的迎检工作，组织各班级教师进行环境布置，继续填充走廊及班级活动区材料，丰富幼儿操作材料。</w:t>
      </w:r>
      <w:r>
        <w:rPr>
          <w:lang w:eastAsia="zh-CN"/>
        </w:rPr>
        <w:br/>
      </w:r>
      <w:r>
        <w:rPr>
          <w:lang w:eastAsia="zh-CN"/>
        </w:rPr>
        <w:t>　　十二月份区教研室要求上交的论文，共有18名教师上交，教师们积极参加。</w:t>
      </w:r>
      <w:r>
        <w:rPr>
          <w:lang w:eastAsia="zh-CN"/>
        </w:rPr>
        <w:br/>
      </w:r>
      <w:r>
        <w:rPr>
          <w:lang w:eastAsia="zh-CN"/>
        </w:rPr>
        <w:t>　　为了让教师在音乐领域的教学水平快速提高，本月原定的教师音乐观摩活动与幼儿社会性实践活动秋游、由于流感，工作没有落实。我们将在下月完成。</w:t>
      </w:r>
      <w:r>
        <w:rPr>
          <w:lang w:eastAsia="zh-CN"/>
        </w:rPr>
        <w:br/>
      </w:r>
      <w:r>
        <w:rPr>
          <w:lang w:eastAsia="zh-CN"/>
        </w:rPr>
        <w:t>　　虽然本月幼儿出勤率略低，但是教师们能按时完成各班的教学内容，没有影响到幼儿园的正常教学与环境创设。</w:t>
      </w:r>
      <w:r>
        <w:rPr>
          <w:lang w:eastAsia="zh-CN"/>
        </w:rPr>
        <w:br/>
      </w:r>
      <w:r>
        <w:rPr>
          <w:lang w:eastAsia="zh-CN"/>
        </w:rPr>
        <w:t>　　5，各班教师积极做好流感的防治工作，密切关注每位幼儿。</w:t>
      </w:r>
      <w:r>
        <w:rPr>
          <w:lang w:eastAsia="zh-CN"/>
        </w:rPr>
        <w:br/>
      </w:r>
      <w:r>
        <w:rPr>
          <w:lang w:eastAsia="zh-CN"/>
        </w:rPr>
        <w:t>　　二、亮点工作：</w:t>
      </w:r>
      <w:r>
        <w:rPr>
          <w:lang w:eastAsia="zh-CN"/>
        </w:rPr>
        <w:br/>
      </w:r>
      <w:r>
        <w:rPr>
          <w:lang w:eastAsia="zh-CN"/>
        </w:rPr>
        <w:t>　　为了丰富幼儿课间生活，增强幼儿体育锻炼及竞争意识，本月我园组织大班、中班、小班，进行拔河比赛，通过拔河比赛，使幼儿们体验到团结合作和坚忍不拔的精神;促进幼儿之间的友好相处，使得幼儿园气氛更加活跃，加强各班小朋友间的交流。</w:t>
      </w:r>
      <w:r>
        <w:rPr>
          <w:lang w:eastAsia="zh-CN"/>
        </w:rPr>
        <w:br/>
      </w:r>
      <w:r>
        <w:rPr>
          <w:lang w:eastAsia="zh-CN"/>
        </w:rPr>
        <w:t xml:space="preserve">    十二月个人工作总结范文 篇5 </w:t>
      </w:r>
      <w:r>
        <w:rPr>
          <w:lang w:eastAsia="zh-CN"/>
        </w:rPr>
        <w:br/>
      </w:r>
      <w:r>
        <w:rPr>
          <w:lang w:eastAsia="zh-CN"/>
        </w:rPr>
        <w:t>　　一、个人工作情况汇报：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本月是公司不平凡的一个月，公司在12月5日正式挂牌营业，各项规章制度也相继出台，设计部在总经理周总的领导下，各部门的支持配合下圆满完成了各项设计工作，在这里我代表设计部对关心支持我们工作的领导和各部门同事表示感谢！</w:t>
      </w:r>
      <w:r>
        <w:rPr>
          <w:lang w:eastAsia="zh-CN"/>
        </w:rPr>
        <w:br/>
      </w:r>
      <w:r>
        <w:rPr>
          <w:lang w:eastAsia="zh-CN"/>
        </w:rPr>
        <w:t>　　这个月我主要负责配合罗总做好设计部工作衔接，由于罗总刚加盟公司，所以本月由我具体安排各项具体事务，并承接总公司内部份印刷、广告业务以及衔接、接送部分来公司校稿的各级领导等工作。</w:t>
      </w:r>
      <w:r>
        <w:rPr>
          <w:lang w:eastAsia="zh-CN"/>
        </w:rPr>
        <w:br/>
      </w:r>
      <w:r>
        <w:rPr>
          <w:lang w:eastAsia="zh-CN"/>
        </w:rPr>
        <w:t>　　我到公司的时间不长，对公司的业务也是一知半解，在这个时间段，我也是抱着学习的`态度，边学边看，不懂就问，可能有很多地方做得不尽如人意，还望领导和各位同事多多海涵！</w:t>
      </w:r>
      <w:r>
        <w:rPr>
          <w:lang w:eastAsia="zh-CN"/>
        </w:rPr>
        <w:br/>
      </w:r>
      <w:r>
        <w:rPr>
          <w:lang w:eastAsia="zh-CN"/>
        </w:rPr>
        <w:t>　　二、设计部本月完成工作内容：</w:t>
      </w:r>
      <w:r>
        <w:rPr>
          <w:lang w:eastAsia="zh-CN"/>
        </w:rPr>
        <w:br/>
      </w:r>
      <w:r>
        <w:rPr>
          <w:lang w:eastAsia="zh-CN"/>
        </w:rPr>
        <w:t>　　1、公司挂牌庆典仪式（完成）</w:t>
      </w:r>
      <w:r>
        <w:rPr>
          <w:lang w:eastAsia="zh-CN"/>
        </w:rPr>
        <w:br/>
      </w:r>
      <w:r>
        <w:rPr>
          <w:lang w:eastAsia="zh-CN"/>
        </w:rPr>
        <w:t>　　2、步步高、心连心DM若干档（长期业务）</w:t>
      </w:r>
      <w:r>
        <w:rPr>
          <w:lang w:eastAsia="zh-CN"/>
        </w:rPr>
        <w:br/>
      </w:r>
      <w:r>
        <w:rPr>
          <w:lang w:eastAsia="zh-CN"/>
        </w:rPr>
        <w:t>　　3、湘潭市年鉴（完成）</w:t>
      </w:r>
      <w:r>
        <w:rPr>
          <w:lang w:eastAsia="zh-CN"/>
        </w:rPr>
        <w:br/>
      </w:r>
      <w:r>
        <w:rPr>
          <w:lang w:eastAsia="zh-CN"/>
        </w:rPr>
        <w:t>　　4、烟草局动态期刊若干期（长期业务）</w:t>
      </w:r>
      <w:r>
        <w:rPr>
          <w:lang w:eastAsia="zh-CN"/>
        </w:rPr>
        <w:br/>
      </w:r>
      <w:r>
        <w:rPr>
          <w:lang w:eastAsia="zh-CN"/>
        </w:rPr>
        <w:t>　　5、房地产墙报千于平（完成）</w:t>
      </w:r>
      <w:r>
        <w:rPr>
          <w:lang w:eastAsia="zh-CN"/>
        </w:rPr>
        <w:br/>
      </w:r>
      <w:r>
        <w:rPr>
          <w:lang w:eastAsia="zh-CN"/>
        </w:rPr>
        <w:t>　　6、中心医院院报若干期（长期业务）</w:t>
      </w:r>
      <w:r>
        <w:rPr>
          <w:lang w:eastAsia="zh-CN"/>
        </w:rPr>
        <w:br/>
      </w:r>
      <w:r>
        <w:rPr>
          <w:lang w:eastAsia="zh-CN"/>
        </w:rPr>
        <w:t>　　7、总公司保密书籍两套（完成）</w:t>
      </w:r>
      <w:r>
        <w:rPr>
          <w:lang w:eastAsia="zh-CN"/>
        </w:rPr>
        <w:br/>
      </w:r>
      <w:r>
        <w:rPr>
          <w:lang w:eastAsia="zh-CN"/>
        </w:rPr>
        <w:t>　　8、三化办公室员工合理化建议卡（完成）</w:t>
      </w:r>
      <w:r>
        <w:rPr>
          <w:lang w:eastAsia="zh-CN"/>
        </w:rPr>
        <w:br/>
      </w:r>
      <w:r>
        <w:rPr>
          <w:lang w:eastAsia="zh-CN"/>
        </w:rPr>
        <w:t>　　9、市委电话本（完成）</w:t>
      </w:r>
      <w:r>
        <w:rPr>
          <w:lang w:eastAsia="zh-CN"/>
        </w:rPr>
        <w:br/>
      </w:r>
      <w:r>
        <w:rPr>
          <w:lang w:eastAsia="zh-CN"/>
        </w:rPr>
        <w:t>　　10、集团公司工会选票制版（完成）</w:t>
      </w:r>
      <w:r>
        <w:rPr>
          <w:lang w:eastAsia="zh-CN"/>
        </w:rPr>
        <w:br/>
      </w:r>
      <w:r>
        <w:rPr>
          <w:lang w:eastAsia="zh-CN"/>
        </w:rPr>
        <w:t>　　11、市委政报若干期（长期业务）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12、劳动局单页（完成）</w:t>
      </w:r>
      <w:r>
        <w:rPr>
          <w:lang w:eastAsia="zh-CN"/>
        </w:rPr>
        <w:br/>
      </w:r>
      <w:r>
        <w:rPr>
          <w:lang w:eastAsia="zh-CN"/>
        </w:rPr>
        <w:t>　　13、完善保密室设备及各项规章制度（完成）</w:t>
      </w:r>
      <w:r>
        <w:rPr>
          <w:lang w:eastAsia="zh-CN"/>
        </w:rPr>
        <w:br/>
      </w:r>
      <w:r>
        <w:rPr>
          <w:lang w:eastAsia="zh-CN"/>
        </w:rPr>
        <w:t>　　14、卫生局合格证（完成）</w:t>
      </w:r>
      <w:r>
        <w:rPr>
          <w:lang w:eastAsia="zh-CN"/>
        </w:rPr>
        <w:br/>
      </w:r>
      <w:r>
        <w:rPr>
          <w:lang w:eastAsia="zh-CN"/>
        </w:rPr>
        <w:t>　　15、江麓各部门名片300于盒（长期业务）</w:t>
      </w:r>
      <w:r>
        <w:rPr>
          <w:lang w:eastAsia="zh-CN"/>
        </w:rPr>
        <w:br/>
      </w:r>
      <w:r>
        <w:rPr>
          <w:lang w:eastAsia="zh-CN"/>
        </w:rPr>
        <w:t>　　16、科研所申报资料15套（完成）</w:t>
      </w:r>
      <w:r>
        <w:rPr>
          <w:lang w:eastAsia="zh-CN"/>
        </w:rPr>
        <w:br/>
      </w:r>
      <w:r>
        <w:rPr>
          <w:lang w:eastAsia="zh-CN"/>
        </w:rPr>
        <w:t>　　17、江麓各类单页千余张（种）（长期业务）各项任务完成情况附详单</w:t>
      </w:r>
      <w:r>
        <w:rPr>
          <w:lang w:eastAsia="zh-CN"/>
        </w:rPr>
        <w:br/>
      </w:r>
      <w:r>
        <w:rPr>
          <w:lang w:eastAsia="zh-CN"/>
        </w:rPr>
        <w:t>　　三、设计部发现不足与分析总结：</w:t>
      </w:r>
      <w:r>
        <w:rPr>
          <w:lang w:eastAsia="zh-CN"/>
        </w:rPr>
        <w:br/>
      </w:r>
      <w:r>
        <w:rPr>
          <w:lang w:eastAsia="zh-CN"/>
        </w:rPr>
        <w:t>　　本月主要针对公司延续业务及公司内部形象工作展开，制作了公司文化墙，宣传橱窗，各项规章制度牌，公司宣传单页，手提袋，礼品等一系列设计任务，目前设计部比较凸显的问题是人手不够，其中步步高、心连心DM单由于时间紧，要求高，任务重常常使得设计部加班加点，力不从心。</w:t>
      </w:r>
      <w:r>
        <w:rPr>
          <w:lang w:eastAsia="zh-CN"/>
        </w:rPr>
        <w:br/>
      </w:r>
      <w:r>
        <w:rPr>
          <w:lang w:eastAsia="zh-CN"/>
        </w:rPr>
        <w:t>　　部门运行方面没有出现大的状况。对于设计师，在重点培养与客户之间保持密切沟通的良好习惯，在时间管理及任务安排方面进行细化，每个业务都要设计师跟踪具体负责，分配到人。分配任务要合理化，规范化，定时定量定点检查验收。</w:t>
      </w:r>
      <w:r>
        <w:rPr>
          <w:lang w:eastAsia="zh-CN"/>
        </w:rPr>
        <w:br/>
      </w:r>
      <w:r>
        <w:rPr>
          <w:lang w:eastAsia="zh-CN"/>
        </w:rPr>
        <w:t>　　由于公司各项规章制度刚刚制定，部门之间有脱节以及重叠部分还要一个时间段磨合，并合理化。总之设计部尽量的腰承担起中间这个不可或缺的责任，将设计力量最大化。</w:t>
      </w:r>
      <w:r>
        <w:rPr>
          <w:lang w:eastAsia="zh-CN"/>
        </w:rPr>
        <w:br/>
      </w:r>
      <w:r>
        <w:rPr>
          <w:lang w:eastAsia="zh-CN"/>
        </w:rPr>
        <w:t>　　四、设计部20__元月工作计划及安排：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针对20__年12月工作的延续，目前能预测的业务具体分类如下：</w:t>
      </w:r>
      <w:r>
        <w:rPr>
          <w:lang w:eastAsia="zh-CN"/>
        </w:rPr>
        <w:br/>
      </w:r>
      <w:r>
        <w:rPr>
          <w:lang w:eastAsia="zh-CN"/>
        </w:rPr>
        <w:t>　　1、抓紧时间设计好九华接待志，暂由陈老师和罗总具体跟进，客户要求不能老换人，要有惯性设计思路。</w:t>
      </w:r>
      <w:r>
        <w:rPr>
          <w:lang w:eastAsia="zh-CN"/>
        </w:rPr>
        <w:br/>
      </w:r>
      <w:r>
        <w:rPr>
          <w:lang w:eastAsia="zh-CN"/>
        </w:rPr>
        <w:t>　　2、继续跟踪步步高DM单，并与市场部胡部长多沟通，理清设计思路，摸准客户的视觉偏好</w:t>
      </w:r>
      <w:r>
        <w:rPr>
          <w:lang w:eastAsia="zh-CN"/>
        </w:rPr>
        <w:br/>
      </w:r>
      <w:r>
        <w:rPr>
          <w:lang w:eastAsia="zh-CN"/>
        </w:rPr>
        <w:t>　　3、各类长期业务要专人跟进，一定要让客户满意</w:t>
      </w:r>
      <w:r>
        <w:rPr>
          <w:lang w:eastAsia="zh-CN"/>
        </w:rPr>
        <w:br/>
      </w:r>
      <w:r>
        <w:rPr>
          <w:lang w:eastAsia="zh-CN"/>
        </w:rPr>
        <w:t>　　4、加强门面管理，尽量做到门市天天有人</w:t>
      </w:r>
      <w:r>
        <w:rPr>
          <w:lang w:eastAsia="zh-CN"/>
        </w:rPr>
        <w:br/>
      </w:r>
      <w:r>
        <w:rPr>
          <w:lang w:eastAsia="zh-CN"/>
        </w:rPr>
        <w:t>　　5、加强江麓集团公司内部业务的管理整合，由小徐专人专机负责，并加强服务意识，强调微笑服务</w:t>
      </w:r>
      <w:r>
        <w:rPr>
          <w:lang w:eastAsia="zh-CN"/>
        </w:rPr>
        <w:br/>
      </w:r>
      <w:r>
        <w:rPr>
          <w:lang w:eastAsia="zh-CN"/>
        </w:rPr>
        <w:t>　　6、进一步规范保密室管理，严格执行保密制度</w:t>
      </w:r>
      <w:r>
        <w:rPr>
          <w:lang w:eastAsia="zh-CN"/>
        </w:rPr>
        <w:br/>
      </w:r>
      <w:r>
        <w:rPr>
          <w:lang w:eastAsia="zh-CN"/>
        </w:rPr>
        <w:t>　　7、专机专用，闲杂人等严禁动用设计部各项设备</w:t>
      </w:r>
      <w:r>
        <w:rPr>
          <w:lang w:eastAsia="zh-CN"/>
        </w:rPr>
        <w:br/>
      </w:r>
      <w:r>
        <w:rPr>
          <w:lang w:eastAsia="zh-CN"/>
        </w:rPr>
        <w:t xml:space="preserve">    十二月个人工作总结范文 篇6 </w:t>
      </w:r>
      <w:r>
        <w:rPr>
          <w:lang w:eastAsia="zh-CN"/>
        </w:rPr>
        <w:br/>
      </w:r>
      <w:r>
        <w:rPr>
          <w:lang w:eastAsia="zh-CN"/>
        </w:rPr>
        <w:t>　　在团支部的领导下，宣传部顺利并高质量的完成了本部在十二月所有的工作，在活动中充分的发挥了本部的作用，对活动起到的有力的宣传，希望能在以后的工作中继续努力并再创辉煌。</w:t>
      </w:r>
      <w:r>
        <w:rPr>
          <w:lang w:eastAsia="zh-CN"/>
        </w:rPr>
        <w:br/>
      </w:r>
      <w:r>
        <w:rPr>
          <w:lang w:eastAsia="zh-CN"/>
        </w:rPr>
        <w:t>　　本月我部主要做了纪念一二九大学生运动会和两万五接力比赛的宣传活动。我部成员积极地完成了这两次活动的板面制作工作。制作的板报受到了学生们的一致好评。这对于宣传部也是一个很好的鼓励。相信我部成员以后也会继续努力下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今后的活动中，我们将会与其他各部及其他各系进行团结合作，使得同学们的业余生活更加的丰富多彩，让我们的宣传部在活动中发挥更重要的作用，能有自己的主观能动性，为其他部门和其他系服好务，并创建出自己的特色，发挥本系的特长。</w:t>
      </w:r>
      <w:r>
        <w:rPr>
          <w:lang w:eastAsia="zh-CN"/>
        </w:rPr>
        <w:br/>
      </w:r>
      <w:r>
        <w:rPr>
          <w:lang w:eastAsia="zh-CN"/>
        </w:rPr>
        <w:t>　　这个月来学校的每次活动都积极参与，每个微笑每次喝彩都包荣了各级领导的关爱和鼓励；都凝结着我们宣传部所有人员的.辛苦和汗水还有给予我们悉心知道的各位老师在接下来的工作中，我们也会更加努力，赢得大家的更多信任，将宣传部工作做的更加出色，谢谢大家对我们部门的支持。</w:t>
      </w:r>
      <w:r>
        <w:rPr>
          <w:lang w:eastAsia="zh-CN"/>
        </w:rPr>
        <w:br/>
      </w:r>
      <w:r>
        <w:rPr>
          <w:lang w:eastAsia="zh-CN"/>
        </w:rPr>
        <w:t xml:space="preserve">    十二月个人工作总结范文 篇7 </w:t>
      </w:r>
      <w:r>
        <w:rPr>
          <w:lang w:eastAsia="zh-CN"/>
        </w:rPr>
        <w:br/>
      </w:r>
      <w:r>
        <w:rPr>
          <w:lang w:eastAsia="zh-CN"/>
        </w:rPr>
        <w:t>　　十二月份即将结束，我们生活部十二月份的工作也快接近尾声。可以说是工作一切顺利吧！也积极配合了学生会其它部门的各项活动。但是一个月来的点滴中仍有需要我们反思的地方，并正确认识错误，虚心改正，为以后的工作完成得更出色而努力。下面是我部的工作回顾与小结：</w:t>
      </w:r>
      <w:r>
        <w:rPr>
          <w:lang w:eastAsia="zh-CN"/>
        </w:rPr>
        <w:br/>
      </w:r>
      <w:r>
        <w:rPr>
          <w:lang w:eastAsia="zh-CN"/>
        </w:rPr>
        <w:t>　　一、日常工作方面</w:t>
      </w:r>
      <w:r>
        <w:rPr>
          <w:lang w:eastAsia="zh-CN"/>
        </w:rPr>
        <w:br/>
      </w:r>
      <w:r>
        <w:rPr>
          <w:lang w:eastAsia="zh-CN"/>
        </w:rPr>
        <w:t>　　1、食堂执勤工作</w:t>
      </w:r>
      <w:r>
        <w:rPr>
          <w:lang w:eastAsia="zh-CN"/>
        </w:rPr>
        <w:br/>
      </w:r>
      <w:r>
        <w:rPr>
          <w:lang w:eastAsia="zh-CN"/>
        </w:rPr>
        <w:t>　　本月我们生活部仍进行每周一次的食堂执勤工作，维护了食堂的用餐秩序，一般队伍都排得比较整齐，所以这也为同学们创造了一个更好的用餐环境。另外我们部门也积极配合了学院生活部对食堂执勤的工作，参与了对食堂提意见的讨论中。</w:t>
      </w:r>
      <w:r>
        <w:rPr>
          <w:lang w:eastAsia="zh-CN"/>
        </w:rPr>
        <w:br/>
      </w:r>
      <w:r>
        <w:rPr>
          <w:lang w:eastAsia="zh-CN"/>
        </w:rPr>
        <w:t>　　2、学院活动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们在十二份召开了学生会例会，会议提到请假制度，冬季晨跑的事以及各项活动的总结。我们生活部也积极配合这些活动做了后勤工作。也将部门中的关于学生购买火车票的资料收集工作按时按量完成好了，为同学们春运期间回家提供了便利。</w:t>
      </w:r>
      <w:r>
        <w:rPr>
          <w:lang w:eastAsia="zh-CN"/>
        </w:rPr>
        <w:br/>
      </w:r>
      <w:r>
        <w:rPr>
          <w:lang w:eastAsia="zh-CN"/>
        </w:rPr>
        <w:t>　　3、生活部内部会议</w:t>
      </w:r>
      <w:r>
        <w:rPr>
          <w:lang w:eastAsia="zh-CN"/>
        </w:rPr>
        <w:br/>
      </w:r>
      <w:r>
        <w:rPr>
          <w:lang w:eastAsia="zh-CN"/>
        </w:rPr>
        <w:t>　　我们在本月还举行了一次生活部各成员与商贸学院各班级生活委员之间的会议，主要对本月的食堂执勤工作做了总结，并对本部门怎样加强部门工作进行了讨论，各班生活委员也提出了各自的建议。</w:t>
      </w:r>
      <w:r>
        <w:rPr>
          <w:lang w:eastAsia="zh-CN"/>
        </w:rPr>
        <w:br/>
      </w:r>
      <w:r>
        <w:rPr>
          <w:lang w:eastAsia="zh-CN"/>
        </w:rPr>
        <w:t>　　二、工作成绩与不足之处</w:t>
      </w:r>
      <w:r>
        <w:rPr>
          <w:lang w:eastAsia="zh-CN"/>
        </w:rPr>
        <w:br/>
      </w:r>
      <w:r>
        <w:rPr>
          <w:lang w:eastAsia="zh-CN"/>
        </w:rPr>
        <w:t>　　在生活部各成员及生活委员的努力下，食堂的就餐秩序持续改观，并且部门积极配合了学院的运动会与各活动比赛的后勤工作。总的来说，执勤人员都认真负责，但工作时还需要改进，端正工作态度以及执勤标准。</w:t>
      </w:r>
      <w:r>
        <w:rPr>
          <w:lang w:eastAsia="zh-CN"/>
        </w:rPr>
        <w:br/>
      </w:r>
      <w:r>
        <w:rPr>
          <w:lang w:eastAsia="zh-CN"/>
        </w:rPr>
        <w:t>　　三、展望未来部门工作方向</w:t>
      </w:r>
      <w:r>
        <w:rPr>
          <w:lang w:eastAsia="zh-CN"/>
        </w:rPr>
        <w:br/>
      </w:r>
      <w:r>
        <w:rPr>
          <w:lang w:eastAsia="zh-CN"/>
        </w:rPr>
        <w:t>　　在下个月，学期也临近尾声，虽然部门不会举行大型的活动比赛，但仍会做好本职工作，促进生活部成员与同学之间的交流与合作。也将吸取上一个月的经验与不足，不断完善自己，使生活部更好更快的发展，也将为同学们提供更好的服务。</w:t>
      </w:r>
      <w:r>
        <w:rPr>
          <w:lang w:eastAsia="zh-CN"/>
        </w:rPr>
        <w:br/>
      </w:r>
      <w:r>
        <w:rPr>
          <w:lang w:eastAsia="zh-CN"/>
        </w:rPr>
        <w:t xml:space="preserve">    十二月个人工作总结范文 篇8 </w:t>
      </w:r>
      <w:r>
        <w:rPr>
          <w:lang w:eastAsia="zh-CN"/>
        </w:rPr>
        <w:br/>
      </w:r>
      <w:r>
        <w:rPr>
          <w:lang w:eastAsia="zh-CN"/>
        </w:rPr>
        <w:t>　　十二月份眨眼间就已经过去，经过这一个月的辛勤工作，我心中有了一点收获，为了在今后的时间里更好的开展工作，我感觉应该对自己最近的工作做一下总结，目的在于吸取失误教训，提高自身水平，我相信通过不断的总结，自己有信心也有决心把以后的工作做的更好。下面我对这一个月的工作进行简要的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本月各店指目标按时下达到店，做好重点货品的陈列。每天对销售情况进行分析汇总，同比去年6月本月下滑严重店铺：江三16910元下降30%。</w:t>
      </w:r>
      <w:r>
        <w:rPr>
          <w:lang w:eastAsia="zh-CN"/>
        </w:rPr>
        <w:br/>
      </w:r>
      <w:r>
        <w:rPr>
          <w:lang w:eastAsia="zh-CN"/>
        </w:rPr>
        <w:t>　　导致整个区域业绩下滑的情况主要有以下四点：</w:t>
      </w:r>
      <w:r>
        <w:rPr>
          <w:lang w:eastAsia="zh-CN"/>
        </w:rPr>
        <w:br/>
      </w:r>
      <w:r>
        <w:rPr>
          <w:lang w:eastAsia="zh-CN"/>
        </w:rPr>
        <w:t>　　1、超市合同到期撤场商铺较多;进店客流较少;连单率降低;畅销款七分裤货品到货未及时。同比上升店铺泰二12%，泰一6%，扬四3%，本月本区域总计完成170839元，达标79%。</w:t>
      </w:r>
      <w:r>
        <w:rPr>
          <w:lang w:eastAsia="zh-CN"/>
        </w:rPr>
        <w:br/>
      </w:r>
      <w:r>
        <w:rPr>
          <w:lang w:eastAsia="zh-CN"/>
        </w:rPr>
        <w:t>　　2、跟进区域各店铺的促销活动“清仓五折起”，发现活动效果不是太好。虽然试穿率较高，但买单率却很低(主要部分顾客觉的价格还是高)。后期公司采取了更大的促销活动“全场三折起”，因为活动力度较大，明显带动了销售业绩的提高，起到了月底冲刺销售关键。</w:t>
      </w:r>
      <w:r>
        <w:rPr>
          <w:lang w:eastAsia="zh-CN"/>
        </w:rPr>
        <w:br/>
      </w:r>
      <w:r>
        <w:rPr>
          <w:lang w:eastAsia="zh-CN"/>
        </w:rPr>
        <w:t>　　3、对各店铺各项例检进行抽查，发现区域内有个别店铺退仓有遗漏，已按照公司规定对相关店员做出处罚。同时对区域内所有店铺人员进行了相关教育，严格杜绝再次发生内似问题。</w:t>
      </w:r>
      <w:r>
        <w:rPr>
          <w:lang w:eastAsia="zh-CN"/>
        </w:rPr>
        <w:br/>
      </w:r>
      <w:r>
        <w:rPr>
          <w:lang w:eastAsia="zh-CN"/>
        </w:rPr>
        <w:t>　　4、针对泰州二店出现的丢货问题，本月公司领导针对此次事件提出了相关赔款方案，对此店员们都深刻领会了领导的关怀，对出现这样的问题都感到羞愧，纷纷表示在今后的工作中一定提高自己的责任心。同时公司领导对店员们后期工作中货品问题也给予了相关的指导方案。</w:t>
      </w:r>
      <w:r>
        <w:rPr>
          <w:lang w:eastAsia="zh-CN"/>
        </w:rPr>
        <w:br/>
      </w:r>
      <w:r>
        <w:rPr>
          <w:lang w:eastAsia="zh-CN"/>
        </w:rPr>
        <w:t xml:space="preserve">    十二月个人工作总结范文 篇9 </w:t>
      </w:r>
      <w:r>
        <w:rPr>
          <w:lang w:eastAsia="zh-CN"/>
        </w:rPr>
        <w:br/>
      </w:r>
      <w:r>
        <w:rPr>
          <w:lang w:eastAsia="zh-CN"/>
        </w:rPr>
        <w:t>　　十二月工作总结：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生活方面：对于本月引人注目的“洗澡APP”问题进行了同学意愿调查;完成了火车票优惠卡的办理，让同学们可以购买优惠的火车票;在临近元旦返家潮时，细致地统计班级同学离校情况。</w:t>
      </w:r>
      <w:r>
        <w:rPr>
          <w:lang w:eastAsia="zh-CN"/>
        </w:rPr>
        <w:br/>
      </w:r>
      <w:r>
        <w:rPr>
          <w:lang w:eastAsia="zh-CN"/>
        </w:rPr>
        <w:t>　　学习方面：总结归纳了同学们普遍希望取消早自习的意愿及合理原因，并向年级组汇报;规范了请假制度，并督促未销假同学及时销假。</w:t>
      </w:r>
      <w:r>
        <w:rPr>
          <w:lang w:eastAsia="zh-CN"/>
        </w:rPr>
        <w:br/>
      </w:r>
      <w:r>
        <w:rPr>
          <w:lang w:eastAsia="zh-CN"/>
        </w:rPr>
        <w:t>　　班级凝聚力建设方面：召开了班委会，组织商讨了班聚形式并细化分工，并计划在下个月组织集体实践活动。</w:t>
      </w:r>
      <w:r>
        <w:rPr>
          <w:lang w:eastAsia="zh-CN"/>
        </w:rPr>
        <w:br/>
      </w:r>
      <w:r>
        <w:rPr>
          <w:lang w:eastAsia="zh-CN"/>
        </w:rPr>
        <w:t>　　班级思想建设方面：严格落实上月策划的班级官Q推送时政要闻的活动，让同学们更好地了解国家大事。</w:t>
      </w:r>
      <w:r>
        <w:rPr>
          <w:lang w:eastAsia="zh-CN"/>
        </w:rPr>
        <w:br/>
      </w:r>
      <w:r>
        <w:rPr>
          <w:lang w:eastAsia="zh-CN"/>
        </w:rPr>
        <w:t>　　班委建设方面：召开班委会，组织开展了关于优秀班级体立项、班级社会实践活动，班级学风建设以及工作经验的交流，并再次强调了传达通知时人称错误的问题。</w:t>
      </w:r>
      <w:r>
        <w:rPr>
          <w:lang w:eastAsia="zh-CN"/>
        </w:rPr>
        <w:br/>
      </w:r>
      <w:r>
        <w:rPr>
          <w:lang w:eastAsia="zh-CN"/>
        </w:rPr>
        <w:t>　　一月工作计划：</w:t>
      </w:r>
      <w:r>
        <w:rPr>
          <w:lang w:eastAsia="zh-CN"/>
        </w:rPr>
        <w:br/>
      </w:r>
      <w:r>
        <w:rPr>
          <w:lang w:eastAsia="zh-CN"/>
        </w:rPr>
        <w:t>　　我们在完成了最后三门考试之后，将会迎来寒假，在最后的半个月里，我将会协助学习委员建设学风，尽最大可能减少班级挂科率，在考试过后，举办班级聚餐等集体活动增进友谊。并且认真统计班级同学寒假离校时间，确保同学们的安全。</w:t>
      </w:r>
      <w:r>
        <w:rPr>
          <w:lang w:eastAsia="zh-CN"/>
        </w:rPr>
        <w:br/>
      </w:r>
      <w:r>
        <w:rPr>
          <w:lang w:eastAsia="zh-CN"/>
        </w:rPr>
        <w:t xml:space="preserve">    十二月个人工作总结范文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冬天已经悄然来临，天气也越来越寒冷;十二月是一个寒风瑟瑟的季节，可是我们没有因为天气的寒冷就把工作落下，因为我们把天气看成了一种考验;随着接近期末，我部门的工作也愈加的繁忙，但忙碌只是个开始，细心、耐心才是我们工作中最后的考验!本月我部门一如既往配合与支持院上及系级领导的安排，接受领导的教诲，认真完成领导交待的工作与任务，做好了我部门该做的事，经过了一个月，我部门现将十二月工作总结如下:</w:t>
      </w:r>
      <w:r>
        <w:rPr>
          <w:lang w:eastAsia="zh-CN"/>
        </w:rPr>
        <w:br/>
      </w:r>
      <w:r>
        <w:rPr>
          <w:lang w:eastAsia="zh-CN"/>
        </w:rPr>
        <w:t>　　一、常规工作:</w:t>
      </w:r>
      <w:r>
        <w:rPr>
          <w:lang w:eastAsia="zh-CN"/>
        </w:rPr>
        <w:br/>
      </w:r>
      <w:r>
        <w:rPr>
          <w:lang w:eastAsia="zh-CN"/>
        </w:rPr>
        <w:t>　　(一)团组织生活</w:t>
      </w:r>
      <w:r>
        <w:rPr>
          <w:lang w:eastAsia="zh-CN"/>
        </w:rPr>
        <w:br/>
      </w:r>
      <w:r>
        <w:rPr>
          <w:lang w:eastAsia="zh-CN"/>
        </w:rPr>
        <w:t>　　这个月开展了一次团组织生活，这次的团组织生活每个支部都表现的很好，希望在以后的`团组织生活中各支部能像这次一样;同时在团组织生活考核时，我部门始终坚持以公平、公正和公开为原则，认真履行自己的职责，为同学们营造一个纪律好、效果好的团组织生活环境。我们将吸取本月中好的作风和经验，改进和摒弃公正中的不足。对气氛活跃、形式新颖的支部给予表扬，对做的不好的支部给予批评，并给予帮助。努力把团组织生活开展到最好，丰富同学们的大学生活。</w:t>
      </w:r>
      <w:r>
        <w:rPr>
          <w:lang w:eastAsia="zh-CN"/>
        </w:rPr>
        <w:br/>
      </w:r>
      <w:r>
        <w:rPr>
          <w:lang w:eastAsia="zh-CN"/>
        </w:rPr>
        <w:t>　　(二)工作例会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工作例会主要总结开展团组织生活时出现的问题和各支部的思想动态，增强各支部的沟通与交流，提升团组织生活的质量，改进工作中的不足，能有效的帮助我系组织部工作的开展，积极为我系团组织生活更上一个台阶。我部门本月召开了一次工作例会。有效的总结我系各支部工作中的不足和表扬的地方。同时加强我部门与各支部间的交流与合作。另外，我们也会积极去落实特色团会的问题，加强和各个支部的联系、沟通，组织大家开展特色团会，让大家在团组织生活中获得更大的乐趣，使大家对团组织生活有新的认识。</w:t>
      </w:r>
      <w:r>
        <w:rPr>
          <w:lang w:eastAsia="zh-CN"/>
        </w:rPr>
        <w:br/>
      </w:r>
      <w:r>
        <w:rPr>
          <w:lang w:eastAsia="zh-CN"/>
        </w:rPr>
        <w:t>　　(三)团会联谊</w:t>
      </w:r>
      <w:r>
        <w:rPr>
          <w:lang w:eastAsia="zh-CN"/>
        </w:rPr>
        <w:br/>
      </w:r>
      <w:r>
        <w:rPr>
          <w:lang w:eastAsia="zh-CN"/>
        </w:rPr>
        <w:t>　　团会联谊是各支部进行的友谊活动，它作为我部门工作的另一个重点，极大地体现了团员的凝聚力和团结性，同时也是各位团员沟通的桥梁。在团会联谊活动中，各位团员积极踊跃的展示自己，加强与其他支部团员的沟通交流，既锻炼</w:t>
      </w:r>
      <w:r>
        <w:rPr>
          <w:lang w:eastAsia="zh-CN"/>
        </w:rPr>
        <w:br/>
      </w:r>
      <w:r>
        <w:rPr>
          <w:lang w:eastAsia="zh-CN"/>
        </w:rPr>
        <w:t>　　了自己，也增进了彼此的友谊。所以，团会联谊是一项极其有意义的活动，它不仅得到了广大团员认可，也得到了所有老师的一致好评。在开展过程中，我部门严格的督促各支部开展团会联谊活动，增强团员的凝聚力。</w:t>
      </w:r>
      <w:r>
        <w:rPr>
          <w:lang w:eastAsia="zh-CN"/>
        </w:rPr>
        <w:br/>
      </w:r>
      <w:r>
        <w:rPr>
          <w:lang w:eastAsia="zh-CN"/>
        </w:rPr>
        <w:t>　　二、特殊工作：</w:t>
      </w:r>
      <w:r>
        <w:rPr>
          <w:lang w:eastAsia="zh-CN"/>
        </w:rPr>
        <w:br/>
      </w:r>
      <w:r>
        <w:rPr>
          <w:lang w:eastAsia="zh-CN"/>
        </w:rPr>
        <w:t>　　(一)团员评议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每学期我们部门都会组织一次团员评议，此次团员评议我部门要求各支部民主选举，评议中要求实事求是、体现民主，不弄虚作假和走形式，选出各支部的优秀团员和不合格团员，再由各团支部组织召开团小组会，进行组内评议，并要求团员对照团章，结合本人过去一年来的表现对本人思想、学习、工作、生活等各方面情况进行全面的书面总结，找出优点，指出不足，明确今后的努力方向，并写出自评意见，自评意见中须自我评定格次;最后各支部把名单上报我部门，由团总支对评选出的优秀团员和不合格团员在系内公示。此次的团员评议让各支部团员明白了一名合格的团员应该具备良好的修养，也让本次的团员评议取得了成功。</w:t>
      </w:r>
      <w:r>
        <w:rPr>
          <w:lang w:eastAsia="zh-CN"/>
        </w:rPr>
        <w:br/>
      </w:r>
      <w:r>
        <w:rPr>
          <w:lang w:eastAsia="zh-CN"/>
        </w:rPr>
        <w:t>　　总的来说，我部门的工作进行的还是比较顺利，但是仍然存在一些问题与缺陷。对于此，我们会认真找出工作中的不足之处，并在以后的工作中吸取教训，积极改正，且积极地向领导、老师和同学们请教，以便于在今后更好的完成安排下来的每一项工作。相信一份耕耘，就有一份收获。我部门在以后的日子里，会继续努力，发扬团队精神，在老师的指导下和院团委的支持下更加努力，建设我们学院美好的明天。</w:t>
      </w:r>
      <w:r>
        <w:rPr>
          <w:lang w:eastAsia="zh-CN"/>
        </w:rPr>
        <w:br/>
      </w:r>
      <w:r>
        <w:rPr>
          <w:lang w:eastAsia="zh-CN"/>
        </w:rPr>
        <w:t xml:space="preserve">    十二月个人工作总结范文 篇11 </w:t>
      </w:r>
      <w:r>
        <w:rPr>
          <w:lang w:eastAsia="zh-CN"/>
        </w:rPr>
        <w:br/>
      </w:r>
      <w:r>
        <w:rPr>
          <w:lang w:eastAsia="zh-CN"/>
        </w:rPr>
        <w:t>　　时光如电，日月如梭，转眼之间，十二月即将结束，作为团支书，我的工作是统筹并协调班委管理好班级日常事务，协助同学们在生活、学习等方面实现规范化，并努力创建优良的班风学风。回顾这一个月，我们班，在老师的监督指导下，积极开展班级建设，并根据本班同学的特点和实际需求，积极组织开展各种丰富多彩的活动，同时狠抓学习不放松。其间，有一定的成果，但是同时也存在许多不足，现总结如下：</w:t>
      </w:r>
      <w:r>
        <w:rPr>
          <w:lang w:eastAsia="zh-CN"/>
        </w:rPr>
        <w:br/>
      </w:r>
      <w:r>
        <w:rPr>
          <w:lang w:eastAsia="zh-CN"/>
        </w:rPr>
        <w:t>　　一、狠抓学习，加强学习活动的开展，促进学生成绩的巩固和提高。</w:t>
      </w:r>
      <w:r>
        <w:rPr>
          <w:lang w:eastAsia="zh-CN"/>
        </w:rPr>
        <w:br/>
      </w:r>
      <w:r>
        <w:rPr>
          <w:lang w:eastAsia="zh-CN"/>
        </w:rPr>
        <w:t>　　1、学习是学生的第一任务。本月，团支部班委会时常提醒同学们勿荒学业，动员同学们发扬“比、学、赶、帮、超”的精神，刻苦学习，营造良好的班级学习氛围。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2、经我们班委会例会讨论，安排了学习委员负责组织同学参加、英语、计算机、普通话学习小组，为过级考试打基础、</w:t>
      </w:r>
      <w:r>
        <w:rPr>
          <w:lang w:eastAsia="zh-CN"/>
        </w:rPr>
        <w:br/>
      </w:r>
      <w:r>
        <w:rPr>
          <w:lang w:eastAsia="zh-CN"/>
        </w:rPr>
        <w:t>　　二、积极开展班级建设，特别是班级思想作风建设和班委建设。</w:t>
      </w:r>
      <w:r>
        <w:rPr>
          <w:lang w:eastAsia="zh-CN"/>
        </w:rPr>
        <w:br/>
      </w:r>
      <w:r>
        <w:rPr>
          <w:lang w:eastAsia="zh-CN"/>
        </w:rPr>
        <w:t>　　1、在平时，我们注意同学们的思想动态，发现并解决问题。有些同学的某些错误思想如“选修课不上没关系”等对于整个班级学风有较坏的影响，我们经常委婉地纠正其错误观点，使其认识到其行为对班级学风、班集体荣誉的负面影响。另外，我们也召集班干部和寝室长集中讨论过如何防止逃课这一行为的问题。</w:t>
      </w:r>
      <w:r>
        <w:rPr>
          <w:lang w:eastAsia="zh-CN"/>
        </w:rPr>
        <w:br/>
      </w:r>
      <w:r>
        <w:rPr>
          <w:lang w:eastAsia="zh-CN"/>
        </w:rPr>
        <w:t>　　2、设立意见簿，收集同学们对班委会工作的意见和建议;建立了班级公告栏和班级QQ群，便于及时传达各种信息。</w:t>
      </w:r>
      <w:r>
        <w:rPr>
          <w:lang w:eastAsia="zh-CN"/>
        </w:rPr>
        <w:br/>
      </w:r>
      <w:r>
        <w:rPr>
          <w:lang w:eastAsia="zh-CN"/>
        </w:rPr>
        <w:t>　　3、我们班班委会制定以自我服务、自我管理、自我教育为班委的工作原则，以热情、及时、高效、务实为班委的工作宗旨，着力加强班委队伍建设。通过每月召开班委例会，讨论工作上的问题、总结开展工作的经验，加深了班委之间的默契。明确各班委职责，在大型活动中全体配合，在其他活动中各司其职，这样就加强了班委的整体意识和责任意识，使得班级各项事务基本能够顺利完成。</w:t>
      </w:r>
      <w:r>
        <w:rPr>
          <w:lang w:eastAsia="zh-CN"/>
        </w:rPr>
        <w:br/>
      </w:r>
      <w:r>
        <w:rPr>
          <w:lang w:eastAsia="zh-CN"/>
        </w:rPr>
        <w:t>　　三、加强同学之间的友谊和班级凝聚力。</w:t>
      </w:r>
      <w:r>
        <w:rPr>
          <w:lang w:eastAsia="zh-CN"/>
        </w:rPr>
        <w:br/>
      </w:r>
      <w:r>
        <w:rPr>
          <w:lang w:eastAsia="zh-CN"/>
        </w:rPr>
        <w:t>　　组织各种健康向上的活动，并号召同学们积极参加校、院各项活动，通过这些丰富多彩的活动，使同学们的精神世界得到充实，在一定程度上调动了广大同学参与集体活动的积极性，充实了本班的校园生活。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作为一名团支书，如今我已积累了一学期的工作经验，我们班的活动也充分体现了我的性格——平淡中不失个性。我们在认真出色完成学校组织的项目外，还自主进行了有创意有风采的团日活动，并在其中融入版中获得更多方面的能力——寓教于乐。</w:t>
      </w:r>
      <w:r>
        <w:rPr>
          <w:lang w:eastAsia="zh-CN"/>
        </w:rPr>
        <w:br/>
      </w:r>
      <w:r>
        <w:rPr>
          <w:lang w:eastAsia="zh-CN"/>
        </w:rPr>
        <w:t>　　四、学习方面。</w:t>
      </w:r>
      <w:r>
        <w:rPr>
          <w:lang w:eastAsia="zh-CN"/>
        </w:rPr>
        <w:br/>
      </w:r>
      <w:r>
        <w:rPr>
          <w:lang w:eastAsia="zh-CN"/>
        </w:rPr>
        <w:t>　　班级保持良好的课堂学习气氛和积极进取的学习精神，在课堂上不断吸取讲师所传授的文化知识，课堂下阅读相关书籍加以巩固和深入。</w:t>
      </w:r>
      <w:r>
        <w:rPr>
          <w:lang w:eastAsia="zh-CN"/>
        </w:rPr>
        <w:br/>
      </w:r>
      <w:r>
        <w:rPr>
          <w:lang w:eastAsia="zh-CN"/>
        </w:rPr>
        <w:t xml:space="preserve">    十二月个人工作总结范文 篇12 </w:t>
      </w:r>
      <w:r>
        <w:rPr>
          <w:lang w:eastAsia="zh-CN"/>
        </w:rPr>
        <w:br/>
      </w:r>
      <w:r>
        <w:rPr>
          <w:lang w:eastAsia="zh-CN"/>
        </w:rPr>
        <w:t>　　十二月份眨眼间就已经过去，经过这一个月的辛勤工作，我心中有了一点收获，为了在今后的时间里更好的开展工作，我感觉应该对自己最近的工作做一下总结，目的在于吸取失误教训，提高自身水平，我相信通过不断的总结，自己有信心也有决心把以后的工作做的更好。下面我对这一个月的工作进行简要的总结。</w:t>
      </w:r>
      <w:r>
        <w:rPr>
          <w:lang w:eastAsia="zh-CN"/>
        </w:rPr>
        <w:br/>
      </w:r>
      <w:r>
        <w:rPr>
          <w:lang w:eastAsia="zh-CN"/>
        </w:rPr>
        <w:t>　　本月各店指目标按时下达到店，做好重点货品的陈列。每天对销售情况进行分析汇总，同比去年6月本月下滑严重店铺：江三16910元下降30%。</w:t>
      </w:r>
      <w:r>
        <w:rPr>
          <w:lang w:eastAsia="zh-CN"/>
        </w:rPr>
        <w:br/>
      </w:r>
      <w:r>
        <w:rPr>
          <w:lang w:eastAsia="zh-CN"/>
        </w:rPr>
        <w:t>　　导致整个区域业绩下滑的情况主要有以下四点：</w:t>
      </w:r>
      <w:r>
        <w:rPr>
          <w:lang w:eastAsia="zh-CN"/>
        </w:rPr>
        <w:br/>
      </w:r>
      <w:r>
        <w:rPr>
          <w:lang w:eastAsia="zh-CN"/>
        </w:rPr>
        <w:t>　　1.超市合同到期撤场商铺较多;进店客流较少;连单率降低;畅销款七分裤货品到货未及时。同比上升店铺泰二12%，泰一6%，扬四3%，本月本区域总计完成170839元，达标79%。</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跟进区域各店铺的促销活动“清仓五折起”，发现活动效果不是太好。虽然试穿率较高，但买单率却很低(主要部分顾客觉的价格还是高)。后期公司采取了更大的促销活动“全场三折起”，因为活动力度较大，明显带动了销售业绩的提高，起到了月底冲刺销售关键。</w:t>
      </w:r>
      <w:r>
        <w:rPr>
          <w:lang w:eastAsia="zh-CN"/>
        </w:rPr>
        <w:br/>
      </w:r>
      <w:r>
        <w:rPr>
          <w:lang w:eastAsia="zh-CN"/>
        </w:rPr>
        <w:t>　　3.对各店铺各项例检进行抽查，发现区域内有个别店铺退仓有遗漏，已按照公司规定对相关店员做出处罚。同时对区域内所有店铺人员进行了相关教育，严格杜绝再次发生内似问题。</w:t>
      </w:r>
      <w:r>
        <w:rPr>
          <w:lang w:eastAsia="zh-CN"/>
        </w:rPr>
        <w:br/>
      </w:r>
      <w:r>
        <w:rPr>
          <w:lang w:eastAsia="zh-CN"/>
        </w:rPr>
        <w:t>　　4.针对泰州二店出现的丢货问题，本月公司领导针对此次事件提出了相关赔款方案，对此店员们都深刻领会了领导的关怀，对出现这样的问题都感到羞愧，纷纷表示在今后的工作中一定提高自己的责任心。同时公司领导对店员们后期工作中货品问题也给予了相关的指导方案。</w:t>
      </w:r>
      <w:r>
        <w:rPr>
          <w:lang w:eastAsia="zh-CN"/>
        </w:rPr>
        <w:br/>
      </w:r>
      <w:r>
        <w:rPr>
          <w:lang w:eastAsia="zh-CN"/>
        </w:rPr>
        <w:t>　　以上就是十二月份销售部门总结，请各位领导指正。</w:t>
      </w:r>
      <w:r>
        <w:rPr>
          <w:lang w:eastAsia="zh-CN"/>
        </w:rPr>
        <w:br/>
      </w:r>
      <w:r>
        <w:rPr>
          <w:lang w:eastAsia="zh-CN"/>
        </w:rPr>
        <w:t xml:space="preserve">    十二月个人工作总结范文 篇13 </w:t>
      </w:r>
      <w:r>
        <w:rPr>
          <w:lang w:eastAsia="zh-CN"/>
        </w:rPr>
        <w:br/>
      </w:r>
      <w:r>
        <w:rPr>
          <w:lang w:eastAsia="zh-CN"/>
        </w:rPr>
        <w:t>　　12月份，在炼钢厂领导的正确科学指导下，安全科坚持“安全第一、预防为主、综合治理”的安全生产方针，牢固树立“安全为自己、安全为大家”的安全理念，强化人本管理，加大教育培训力度，提高全员素质，以素质保安全；加大现场检查力度，确保了本月安全生产平稳运行。12月份我们主要做了以下工作：</w:t>
      </w:r>
      <w:r>
        <w:rPr>
          <w:lang w:eastAsia="zh-CN"/>
        </w:rPr>
        <w:br/>
      </w:r>
      <w:r>
        <w:rPr>
          <w:lang w:eastAsia="zh-CN"/>
        </w:rPr>
        <w:t>　　一、强化安全管理基础工作，严格责任落实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认真落实了各科、车间安全第一责任者的责任，做到层层责任落实，并加大对“三违”人员的查处力度，促进全员安全责任意识的进一步提高，认真有序地组织好各类安全检查工作，促进各项制度和工作落到实处，并签订了《20__年安全生产责任状》。做到了以制度约束人、以制度规范人、以制度管理人。</w:t>
      </w:r>
      <w:r>
        <w:rPr>
          <w:lang w:eastAsia="zh-CN"/>
        </w:rPr>
        <w:br/>
      </w:r>
      <w:r>
        <w:rPr>
          <w:lang w:eastAsia="zh-CN"/>
        </w:rPr>
        <w:t>　　二、扎实开展隐患排查工作</w:t>
      </w:r>
      <w:r>
        <w:rPr>
          <w:lang w:eastAsia="zh-CN"/>
        </w:rPr>
        <w:br/>
      </w:r>
      <w:r>
        <w:rPr>
          <w:lang w:eastAsia="zh-CN"/>
        </w:rPr>
        <w:t>　　按上级安全文件、指示、会议精神要求，每周由安全科牵头，组织各车间主任级人员对全厂各系统、各环节进行了全方位安全隐患排查检查，本月共查出隐患39项，现已全部整改到位。对所查出的隐患和问题，在早、晚调度会上提出，并要求相关单位进行落实。每周六前各车间将整改情况上报，并通过安全员复查进行确认，保证了隐患和问题的整改到位。</w:t>
      </w:r>
      <w:r>
        <w:rPr>
          <w:lang w:eastAsia="zh-CN"/>
        </w:rPr>
        <w:br/>
      </w:r>
      <w:r>
        <w:rPr>
          <w:lang w:eastAsia="zh-CN"/>
        </w:rPr>
        <w:t>　　根据宝钢天车事故教训，公司机动处、安全处联合炼钢安全科对我厂天车进行了一次天车专项联查，查出隐患11大项，已完成7项，其余4项,由于配件不全，已向安全处打了延期报告。三、继续开展人人抓“三违”。</w:t>
      </w:r>
      <w:r>
        <w:rPr>
          <w:lang w:eastAsia="zh-CN"/>
        </w:rPr>
        <w:br/>
      </w:r>
      <w:r>
        <w:rPr>
          <w:lang w:eastAsia="zh-CN"/>
        </w:rPr>
        <w:t>　　通过安全管理人员深入现场及安全监督员现场跟班查隐患，抓三违，并鼓励员工举报“三违”等方式来制止员工“三违”，从而规范了我厂安全管理。</w:t>
      </w:r>
      <w:r>
        <w:rPr>
          <w:lang w:eastAsia="zh-CN"/>
        </w:rPr>
        <w:br/>
      </w:r>
      <w:r>
        <w:rPr>
          <w:lang w:eastAsia="zh-CN"/>
        </w:rPr>
        <w:t>　　三、安全教育培训情况</w:t>
      </w:r>
      <w:r>
        <w:rPr>
          <w:lang w:eastAsia="zh-CN"/>
        </w:rPr>
        <w:br/>
      </w:r>
      <w:r>
        <w:rPr>
          <w:lang w:eastAsia="zh-CN"/>
        </w:rPr>
        <w:t>　　本月新入厂员工5人，分别进行了厂级安全教育，对其岗位的三规一制进行考试，考试合格率100%。12月上旬利用4天7场分别对所属7个车间进行了安全培训，培训人数达639人，培训率100%。下旬对全部车间又进行了年度安全总结会，进一步提高了员工的安全意识，保证了两节安全稳定的形式。五、安全例会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本月召开安全周例会4次，安全科对危险性较大的转炉、连铸、天车车间进行了抽查，例会情况良好，对员工起到了提醒作用。六、对煤气回收采取的措施</w:t>
      </w:r>
      <w:r>
        <w:rPr>
          <w:lang w:eastAsia="zh-CN"/>
        </w:rPr>
        <w:br/>
      </w:r>
      <w:r>
        <w:rPr>
          <w:lang w:eastAsia="zh-CN"/>
        </w:rPr>
        <w:t>　　转炉煤气中CO含量可达60%以上，所以安全科将其作为重点监察对象。在风机排污水区域，加装警戒线，悬挂安全标识，对邻近的`其他分厂的岗位，进行提醒，时刻注意空气中的煤气含量，一旦超标立即上报并撤离现场。加强对风机房员工的煤气知识的培训，让他们认识到煤气的危害，时刻提醒自己注意安全。七、其他安全活动</w:t>
      </w:r>
      <w:r>
        <w:rPr>
          <w:lang w:eastAsia="zh-CN"/>
        </w:rPr>
        <w:br/>
      </w:r>
      <w:r>
        <w:rPr>
          <w:lang w:eastAsia="zh-CN"/>
        </w:rPr>
        <w:t>　　针对冬季是火灾多发期，12月29日上午，安全科组织运转车间在斜板</w:t>
      </w:r>
      <w:r>
        <w:rPr>
          <w:lang w:eastAsia="zh-CN"/>
        </w:rPr>
        <w:br/>
      </w:r>
      <w:r>
        <w:rPr>
          <w:lang w:eastAsia="zh-CN"/>
        </w:rPr>
        <w:t>　　岗位西的空地进行了一次消防演练，通过演练提高了员工灭火、疏散、自救能力，进一步增强了员工消防意识。八、对外委施工队的监管</w:t>
      </w:r>
      <w:r>
        <w:rPr>
          <w:lang w:eastAsia="zh-CN"/>
        </w:rPr>
        <w:br/>
      </w:r>
      <w:r>
        <w:rPr>
          <w:lang w:eastAsia="zh-CN"/>
        </w:rPr>
        <w:t>　　本月安全科加大对各外来施工队伍的监察力度，对违规的施工人员进行现场教育批评，对其他工人具有一定的震慑力。</w:t>
      </w:r>
      <w:r>
        <w:rPr>
          <w:lang w:eastAsia="zh-CN"/>
        </w:rPr>
        <w:br/>
      </w:r>
      <w:r>
        <w:rPr>
          <w:lang w:eastAsia="zh-CN"/>
        </w:rPr>
        <w:t>　　1、月工作计划</w:t>
      </w:r>
      <w:r>
        <w:rPr>
          <w:lang w:eastAsia="zh-CN"/>
        </w:rPr>
        <w:br/>
      </w:r>
      <w:r>
        <w:rPr>
          <w:lang w:eastAsia="zh-CN"/>
        </w:rPr>
        <w:t>　　指导思想：开头好，起好步，保障双节期间安全生产稳定。工作计划：1、对20__年的安全生产工作进行总结，结合厂长20__年安全工作思路</w:t>
      </w:r>
      <w:r>
        <w:rPr>
          <w:lang w:eastAsia="zh-CN"/>
        </w:rPr>
        <w:br/>
      </w:r>
      <w:r>
        <w:rPr>
          <w:lang w:eastAsia="zh-CN"/>
        </w:rPr>
        <w:t>　　修订20__年工作计划。</w:t>
      </w:r>
      <w:r>
        <w:rPr>
          <w:lang w:eastAsia="zh-CN"/>
        </w:rPr>
        <w:br/>
      </w:r>
      <w:r>
        <w:rPr>
          <w:lang w:eastAsia="zh-CN"/>
        </w:rPr>
        <w:t>　　2、跟踪各车间、外协单位“双节”安全保证措施的落实情况，保障双节</w:t>
      </w:r>
      <w:r>
        <w:rPr>
          <w:lang w:eastAsia="zh-CN"/>
        </w:rPr>
        <w:br/>
      </w:r>
    </w:p>
    <w:p w:rsidR="001B1F19" w14:textId="27C3F48A">
      <w:pPr>
        <w:rPr>
          <w:rFonts w:hint="eastAsia"/>
          <w:lang w:eastAsia="zh-CN"/>
        </w:rPr>
      </w:pPr>
      <w:r>
        <w:rPr>
          <w:lang w:eastAsia="zh-CN"/>
        </w:rPr>
        <w:t>　　期间的安全稳定；</w:t>
      </w:r>
      <w:r>
        <w:rPr>
          <w:lang w:eastAsia="zh-CN"/>
        </w:rPr>
        <w:br/>
      </w:r>
      <w:r>
        <w:rPr>
          <w:lang w:eastAsia="zh-CN"/>
        </w:rPr>
        <w:t>　　3、继续对2#炉大修现场进行监控检查，督促各责任车间制定检修试车方</w:t>
      </w:r>
      <w:r>
        <w:rPr>
          <w:lang w:eastAsia="zh-CN"/>
        </w:rPr>
        <w:br/>
      </w:r>
      <w:r>
        <w:rPr>
          <w:lang w:eastAsia="zh-CN"/>
        </w:rPr>
        <w:t>　　案，确保检修后期安全平稳；</w:t>
      </w:r>
      <w:r>
        <w:rPr>
          <w:lang w:eastAsia="zh-CN"/>
        </w:rPr>
        <w:br/>
      </w:r>
      <w:r>
        <w:rPr>
          <w:lang w:eastAsia="zh-CN"/>
        </w:rPr>
        <w:t>　　4、对新入厂员工继续做好三级培训，对安全考试不及格的坚决不予录</w:t>
      </w:r>
      <w:r>
        <w:rPr>
          <w:lang w:eastAsia="zh-CN"/>
        </w:rPr>
        <w:br/>
      </w:r>
      <w:r>
        <w:rPr>
          <w:lang w:eastAsia="zh-CN"/>
        </w:rPr>
        <w:t>　　用。加强现场巡视频率，加大对“三违”行为的考核力度。</w:t>
      </w:r>
      <w:r>
        <w:rPr>
          <w:lang w:eastAsia="zh-CN"/>
        </w:rPr>
        <w:br/>
      </w:r>
      <w:r>
        <w:rPr>
          <w:lang w:eastAsia="zh-CN"/>
        </w:rPr>
        <w:t>　　5、1月中旬各车间组织对区域内危险源点、关键设备设施、应急救援装</w:t>
      </w:r>
      <w:r>
        <w:rPr>
          <w:lang w:eastAsia="zh-CN"/>
        </w:rPr>
        <w:br/>
      </w:r>
      <w:r>
        <w:rPr>
          <w:lang w:eastAsia="zh-CN"/>
        </w:rPr>
        <w:t>　　备、器材、消防器材、仓库、等进行检查，检查整改结果于1月25日上报安全科，对节前无法整改的隐患要求各车间必须制定控制措施，落实专人负责监控检查，1月底由安全科、机动科、生产科联合开展节前隐患排查。</w:t>
      </w:r>
      <w:r>
        <w:rPr>
          <w:lang w:eastAsia="zh-CN"/>
        </w:rPr>
        <w:br/>
      </w:r>
      <w:r>
        <w:rPr>
          <w:lang w:eastAsia="zh-CN"/>
        </w:rPr>
        <w:t>　　6、继续加大对现场的安全监察，及时发现隐患，把事故消灭在萌芽状态。炼钢厂安全科</w:t>
      </w:r>
      <w:r>
        <w:rPr>
          <w:lang w:eastAsia="zh-CN"/>
        </w:rPr>
        <w:br/>
      </w:r>
      <w:r>
        <w:rPr>
          <w:lang w:eastAsia="zh-CN"/>
        </w:rPr>
        <w:t xml:space="preserve">    十二月个人工作总结范文 篇14 </w:t>
      </w:r>
      <w:r>
        <w:rPr>
          <w:lang w:eastAsia="zh-CN"/>
        </w:rPr>
        <w:br/>
      </w:r>
      <w:r>
        <w:rPr>
          <w:lang w:eastAsia="zh-CN"/>
        </w:rPr>
        <w:t>　　十二月份即将过去，在这一个月的时间里，通过我自身的努力，在销售方面也有一定的收获，当然，也存在不少的问题需要我去调整，因此，我感觉有必要做下工作的总结，从而更好的指导我未来的销售工作，最终能取得更大的成就。</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https://d.book118.com/097044126154006045</w:t>
        </w:r>
      </w:hyperlink>
    </w:p>
    <w:p w:rsidR="001B1F19">
      <w:pPr>
        <w:rPr>
          <w:rFonts w:hint="eastAsia"/>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97044126154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