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2024小学教师工作总结（33篇）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2024小学教师工作总结（精选33篇）</w:t>
      </w:r>
      <w:r>
        <w:rPr>
          <w:lang w:eastAsia="zh-CN"/>
        </w:rPr>
        <w:br/>
      </w:r>
      <w:r>
        <w:rPr>
          <w:lang w:eastAsia="zh-CN"/>
        </w:rPr>
        <w:t xml:space="preserve">    2024小学教师工作总结 篇1 </w:t>
      </w:r>
      <w:r>
        <w:rPr>
          <w:lang w:eastAsia="zh-CN"/>
        </w:rPr>
        <w:br/>
      </w:r>
      <w:r>
        <w:rPr>
          <w:lang w:eastAsia="zh-CN"/>
        </w:rPr>
        <w:t>　　一年来，我把爱岗敬业，认真研修《课程标准》，严格遵守《中小学教师职业道德规范》的要求，完成学校交给的工作，服从领导的安排，以培养学生的创新精神和实践潜力为重点，认真落实课程计划，落实教学常规，大力推进素质教育，使所任班级教学质量大面积提高作为我的天职，具体的工作状况如下：</w:t>
      </w:r>
      <w:r>
        <w:rPr>
          <w:lang w:eastAsia="zh-CN"/>
        </w:rPr>
        <w:br/>
      </w:r>
      <w:r>
        <w:rPr>
          <w:lang w:eastAsia="zh-CN"/>
        </w:rPr>
        <w:t>　　一、我的思想</w:t>
      </w:r>
      <w:r>
        <w:rPr>
          <w:lang w:eastAsia="zh-CN"/>
        </w:rPr>
        <w:br/>
      </w:r>
      <w:r>
        <w:rPr>
          <w:lang w:eastAsia="zh-CN"/>
        </w:rPr>
        <w:t>　　坚决拥护中国共产党的领导，坚持党的教育方针。严格要求自我，努力地提高自我，解剖自我，分析自我，正视自我，认真学习新的教育理论，及时更新教育理念。用心参加学校各活动，并及时做到反思和小结。为了适应教育教学的长远发展，我不断研究、探索和学习政治理论，同时从课外读本中汲取营养，让自我不断成长。我踏实工作、拼搏进取、为人师表，在学生当中做出了典范。</w:t>
      </w:r>
      <w:r>
        <w:rPr>
          <w:lang w:eastAsia="zh-CN"/>
        </w:rPr>
        <w:br/>
      </w:r>
      <w:r>
        <w:rPr>
          <w:lang w:eastAsia="zh-CN"/>
        </w:rPr>
        <w:t>　　二、我的纪律</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严格遵守学校的各项规章制度，不迟到、不早退、有事主动请假。在工作中，尊敬领导、团结同事，能正确处理好与领导同事之间的关系、对人真诚、热爱学生，从不闹无原则的纠纷，处处以一名人民教师的要求来规范自我的言行，毫不松懈地培养自我的综合素质和潜力。</w:t>
      </w:r>
      <w:r>
        <w:rPr>
          <w:lang w:eastAsia="zh-CN"/>
        </w:rPr>
        <w:br/>
      </w:r>
      <w:r>
        <w:rPr>
          <w:lang w:eastAsia="zh-CN"/>
        </w:rPr>
        <w:t>　　三、我的教学</w:t>
      </w:r>
      <w:r>
        <w:rPr>
          <w:lang w:eastAsia="zh-CN"/>
        </w:rPr>
        <w:br/>
      </w:r>
      <w:r>
        <w:rPr>
          <w:lang w:eastAsia="zh-CN"/>
        </w:rPr>
        <w:t>　　我认真钻研教材，对教材的基本思想、基本概念，每句话、每个字都弄清楚，了解教材的结构，重点与难点，掌握知识的逻辑，能运用自如，明白应补充哪些资料，怎样才能教好。并了解学生原有的知识技能、兴趣、需要、方法、习惯等学习新知识可能会有哪些困难，及时采取相应的预防措施。</w:t>
      </w:r>
      <w:r>
        <w:rPr>
          <w:lang w:eastAsia="zh-CN"/>
        </w:rPr>
        <w:br/>
      </w:r>
      <w:r>
        <w:rPr>
          <w:lang w:eastAsia="zh-CN"/>
        </w:rPr>
        <w:t>　　四、我的课堂</w:t>
      </w:r>
      <w:r>
        <w:rPr>
          <w:lang w:eastAsia="zh-CN"/>
        </w:rPr>
        <w:br/>
      </w:r>
      <w:r>
        <w:rPr>
          <w:lang w:eastAsia="zh-CN"/>
        </w:rPr>
        <w:t>　　我组织好课堂教学，关注全体学生，注意信息反馈，调动学生的有意注意，使其持续相对稳定性，同时，激发学生的情感，使他们产生愉悦的心境，创造良好的课堂气氛，课堂语言简洁明了，克服重复的毛病，课堂提问面向全体学生，注意引发学生学习的兴趣，课堂上讲练结合。</w:t>
      </w:r>
      <w:r>
        <w:rPr>
          <w:lang w:eastAsia="zh-CN"/>
        </w:rPr>
        <w:br/>
      </w:r>
      <w:r>
        <w:rPr>
          <w:lang w:eastAsia="zh-CN"/>
        </w:rPr>
        <w:t>　　五、我的作业</w:t>
      </w:r>
      <w:r>
        <w:rPr>
          <w:lang w:eastAsia="zh-CN"/>
        </w:rPr>
        <w:br/>
      </w:r>
      <w:r>
        <w:rPr>
          <w:lang w:eastAsia="zh-CN"/>
        </w:rPr>
        <w:t>　　根据学期开始的计划，在作业批改上，认真及时，力求做到全批全改，重在订正，及时了解学生的学习状况，以便在辅导中做到有的放矢。</w:t>
      </w:r>
      <w:r>
        <w:rPr>
          <w:lang w:eastAsia="zh-CN"/>
        </w:rPr>
        <w:br/>
      </w:r>
      <w:r>
        <w:rPr>
          <w:lang w:eastAsia="zh-CN"/>
        </w:rPr>
        <w:t>　　总之，一年一度的教育教学中，这天也算告一个句号，过去成了历史，这历史在我的回忆中永远年轻，永远微笑，也永远刻入心底，但愿我的付出能浇艳出美丽的花朵。</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随着一年的时间过去，_小学送走一群高飞的“青鸟”，又迎来了一批嗷嗷待哺的“雏鸟”。看着校园的更新迭代，我负责的孩子们也又往上升了一个年级。对于同学们能在我们的教育下茁壮成长，我感到很开心很愉快，就像看着自己翅膀下的鸟儿即将飞向蓝天!</w:t>
      </w:r>
      <w:r>
        <w:rPr>
          <w:lang w:eastAsia="zh-CN"/>
        </w:rPr>
        <w:br/>
      </w:r>
      <w:r>
        <w:rPr>
          <w:lang w:eastAsia="zh-CN"/>
        </w:rPr>
        <w:t>　　如今，回顾这一年来在工作中的成长和发展，我知道，自己还有很多的不足和问题，但我也在和同学们一起学习，一起成长，共同将不足改进，共建出色的班级!以下是我对这一年工作的总结：</w:t>
      </w:r>
      <w:r>
        <w:rPr>
          <w:lang w:eastAsia="zh-CN"/>
        </w:rPr>
        <w:br/>
      </w:r>
      <w:r>
        <w:rPr>
          <w:lang w:eastAsia="zh-CN"/>
        </w:rPr>
        <w:t>　　一、思想建设</w:t>
      </w:r>
      <w:r>
        <w:rPr>
          <w:lang w:eastAsia="zh-CN"/>
        </w:rPr>
        <w:br/>
      </w:r>
      <w:r>
        <w:rPr>
          <w:lang w:eastAsia="zh-CN"/>
        </w:rPr>
        <w:t>　　作为一名教师，我深知思想就是我们在教育上的方向。在工作中，我以自己是一名光荣的人民教师为荣，积极努力的在思想上不断的学习巩固，加强自身的教育那能力和个人品德。</w:t>
      </w:r>
      <w:r>
        <w:rPr>
          <w:lang w:eastAsia="zh-CN"/>
        </w:rPr>
        <w:br/>
      </w:r>
      <w:r>
        <w:rPr>
          <w:lang w:eastAsia="zh-CN"/>
        </w:rPr>
        <w:t>　　在教育中，我培养了自身优秀的师德师风，并不断的在生活和教育上巩固并坚持。</w:t>
      </w:r>
      <w:r>
        <w:rPr>
          <w:lang w:eastAsia="zh-CN"/>
        </w:rPr>
        <w:br/>
      </w:r>
      <w:r>
        <w:rPr>
          <w:lang w:eastAsia="zh-CN"/>
        </w:rPr>
        <w:t>　　教育工作上，我积极向领导和优秀的同事们学习，吸收大家的优点，以优秀教师们的行动管理自己，并为自身制定了更加严谨的计划要求。</w:t>
      </w:r>
      <w:r>
        <w:rPr>
          <w:lang w:eastAsia="zh-CN"/>
        </w:rPr>
        <w:br/>
      </w:r>
      <w:r>
        <w:rPr>
          <w:lang w:eastAsia="zh-CN"/>
        </w:rPr>
        <w:t>　　而在生活上，我也坚持保持自身为人师表的态度，绝不松懈自己的行动。在学校中给学生带好榜样，在日常里也保持自身形象，并乐于助人，发扬积积极美德。</w:t>
      </w:r>
      <w:r>
        <w:rPr>
          <w:lang w:eastAsia="zh-CN"/>
        </w:rPr>
        <w:br/>
      </w:r>
      <w:r>
        <w:rPr>
          <w:lang w:eastAsia="zh-CN"/>
        </w:rPr>
        <w:t>　　二、教育工作情况</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课程的教育上，我注重引导管理。通过让自我融入班级，对每个班级的学生情况进行摸底和认识，了解了学生们的个人情况。且在课堂上根据班级情况灵活的调整教育方式。当然，对于小学生的教育，我更加注重寓教于乐，通过让学生们爱上学习，爱上这门课!逐渐提高了我们班级学生的课堂兴趣。提高了大家的学习积极性!</w:t>
      </w:r>
      <w:r>
        <w:rPr>
          <w:lang w:eastAsia="zh-CN"/>
        </w:rPr>
        <w:br/>
      </w:r>
      <w:r>
        <w:rPr>
          <w:lang w:eastAsia="zh-CN"/>
        </w:rPr>
        <w:t>　　一年来，我负责班级的学生，不仅在学习成绩上有了提升，且在课堂的自觉性和管理上都有了很大的进步。</w:t>
      </w:r>
      <w:r>
        <w:rPr>
          <w:lang w:eastAsia="zh-CN"/>
        </w:rPr>
        <w:br/>
      </w:r>
      <w:r>
        <w:rPr>
          <w:lang w:eastAsia="zh-CN"/>
        </w:rPr>
        <w:t>　　当然，作为一名小学老师，我也知道自己的教育工作，不仅仅停留在课本和这门课上，小学的课堂上很容易出现状况。不听课、偷吃零食、深知还有和同桌闹矛盾。作为老师。我一边引导，一边劝解他们，并做好自身的榜样工作，让学生们能逐步改进在生活和学习上的坏习惯。</w:t>
      </w:r>
      <w:r>
        <w:rPr>
          <w:lang w:eastAsia="zh-CN"/>
        </w:rPr>
        <w:br/>
      </w:r>
      <w:r>
        <w:rPr>
          <w:lang w:eastAsia="zh-CN"/>
        </w:rPr>
        <w:t>　　一学年以来，我努力的做好学生的教育工作，同时也不忘对自我的加强和锻炼，让自己能不断的进步，不断的更新，成为一名真正的学习型教师!</w:t>
      </w:r>
      <w:r>
        <w:rPr>
          <w:lang w:eastAsia="zh-CN"/>
        </w:rPr>
        <w:br/>
      </w:r>
      <w:r>
        <w:rPr>
          <w:lang w:eastAsia="zh-CN"/>
        </w:rPr>
        <w:t xml:space="preserve">    2024小学教师工作总结 篇2 </w:t>
      </w:r>
      <w:r>
        <w:rPr>
          <w:lang w:eastAsia="zh-CN"/>
        </w:rPr>
        <w:br/>
      </w:r>
      <w:r>
        <w:rPr>
          <w:lang w:eastAsia="zh-CN"/>
        </w:rPr>
        <w:t>　　本学期，我继续担任五年级语文教学工作。一学期来，我在学校领导的指导下进一步优化教学环节，有效备课、上课，及时批改、讲评作业，做好课后辅导工作，使学生学有所得，在不断实践中提高自己的教学水平。</w:t>
      </w:r>
      <w:r>
        <w:rPr>
          <w:lang w:eastAsia="zh-CN"/>
        </w:rPr>
        <w:br/>
      </w:r>
      <w:r>
        <w:rPr>
          <w:lang w:eastAsia="zh-CN"/>
        </w:rPr>
        <w:t>　　一、思想认识。</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这一学期里，作为一个共产党员，我在思想上严于律己，热爱党的教育事业，全面贯彻党的教育方针，以党员的要求严格要求自己，鞭策自己，力争思想上和工作上在同事、学生的心目中树立起榜样。本学期，我积极参加镇红歌合唱队，虽然面对排练与复习时间相冲突的两难境地，但我努力克服困难，以满腔热情投入工作，最终圆满完成任务。</w:t>
      </w:r>
      <w:r>
        <w:rPr>
          <w:lang w:eastAsia="zh-CN"/>
        </w:rPr>
        <w:br/>
      </w:r>
      <w:r>
        <w:rPr>
          <w:lang w:eastAsia="zh-CN"/>
        </w:rPr>
        <w:t>　　二、教学工作。</w:t>
      </w:r>
      <w:r>
        <w:rPr>
          <w:lang w:eastAsia="zh-CN"/>
        </w:rPr>
        <w:br/>
      </w:r>
      <w:r>
        <w:rPr>
          <w:lang w:eastAsia="zh-CN"/>
        </w:rPr>
        <w:t>　　1、课前做好准备工作，认真备课。</w:t>
      </w:r>
      <w:r>
        <w:rPr>
          <w:lang w:eastAsia="zh-CN"/>
        </w:rPr>
        <w:br/>
      </w:r>
      <w:r>
        <w:rPr>
          <w:lang w:eastAsia="zh-CN"/>
        </w:rPr>
        <w:t>　　除认真钻研语文课标和教材外，还深入了解学生，注意了解每个学生的知识水平、智力水平和个性心理品质，考虑影响学生学习的各种因素，并研究相应对策。把教材和学生实际很好地结合起来，设计课的类型，拟定采用的教学方法，安排详细的教学过程的程序，认真写好教案。每堂课都在课前做好充分的准备，吸引学生注意力，课后及时做出总结，写好教学后记。</w:t>
      </w:r>
      <w:r>
        <w:rPr>
          <w:lang w:eastAsia="zh-CN"/>
        </w:rPr>
        <w:br/>
      </w:r>
      <w:r>
        <w:rPr>
          <w:lang w:eastAsia="zh-CN"/>
        </w:rPr>
        <w:t>　　2、课堂上好课，提高教学质量。</w:t>
      </w:r>
      <w:r>
        <w:rPr>
          <w:lang w:eastAsia="zh-CN"/>
        </w:rPr>
        <w:br/>
      </w:r>
      <w:r>
        <w:rPr>
          <w:lang w:eastAsia="zh-CN"/>
        </w:rPr>
        <w:t>　　组织好课堂教学，这是顺利进行正常教学的保证。五年级学生中男孩子占班级人数的71。8%，注意力容易分散，也比较爱捣蛋，因而组织教学难度大。根据学生的不同情况，我设计不同的问题，采用不同的方式，主动积极的去引导、启发学生，注意调动学生的积极性，面向全体学生，加强师生交流，充分体现学生的主体作用，让学生学得容易，学得轻松，学得愉快，注意精讲精练，并进行有针对性，切合实际的个别辅导，这对于提高教学质量起到一定作用的。</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课后积极主动的辅导后进生，努力提高教学质量。小学生爱动、好玩，缺乏自控能力，常在学习上不能按时完成作业，有的学生抄袭作业。针对这种问题，抓好学生的思想教育，并使这一工作贯彻到对学生的学习指导中去，还要做好对学生学习的辅导和帮助工作，尤其在后进生的转化上，加强了对后进生的辅导，耐心地帮助他们，一方面解决了学习中产生的问题，补了基础，教了方法，更重要的是增强了他们的信心，提高了他们的兴趣，对他们精神上是一个很大的激励，从而产生强烈的学习动机，不断地提高学习水平。</w:t>
      </w:r>
      <w:r>
        <w:rPr>
          <w:lang w:eastAsia="zh-CN"/>
        </w:rPr>
        <w:br/>
      </w:r>
      <w:r>
        <w:rPr>
          <w:lang w:eastAsia="zh-CN"/>
        </w:rPr>
        <w:t>　　4、积极参与听课、评课，虚心向同行学习教学方法，提高教学水平主动积极与同备课老师同事交流，共同探究教育教学。本学期，我积极参加镇集体备课活动，与同年级组的教师讨论、分析教材，研究教法，认真评课提出自己的看法，在多次研讨中，我有很多收获，对自己的教学大有裨益。</w:t>
      </w:r>
      <w:r>
        <w:rPr>
          <w:lang w:eastAsia="zh-CN"/>
        </w:rPr>
        <w:br/>
      </w:r>
      <w:r>
        <w:rPr>
          <w:lang w:eastAsia="zh-CN"/>
        </w:rPr>
        <w:t>　　5、继续学习，不断扩宽知识面，提高业务水平</w:t>
      </w:r>
      <w:r>
        <w:rPr>
          <w:lang w:eastAsia="zh-CN"/>
        </w:rPr>
        <w:br/>
      </w:r>
      <w:r>
        <w:rPr>
          <w:lang w:eastAsia="zh-CN"/>
        </w:rPr>
        <w:t>　　我积极学习各种教育理论，不断充实自己，以便在工作中以坚实的理论作为指导，更好地进行教育教学。积极撰写教育教学科研论文，本学期完成3篇论文在区、市、县参评。指导学生参加镇级书法比赛，2人获一等奖，1人获二等奖。我还坚持订阅电脑报、现代信息技术培训的书籍等，利用业余时间认真拓宽自己的电脑知识，学习制作多媒体课件。</w:t>
      </w:r>
      <w:r>
        <w:rPr>
          <w:lang w:eastAsia="zh-CN"/>
        </w:rPr>
        <w:br/>
      </w:r>
      <w:r>
        <w:rPr>
          <w:lang w:eastAsia="zh-CN"/>
        </w:rPr>
        <w:t>　　三、努力方向。</w:t>
      </w:r>
      <w:r>
        <w:rPr>
          <w:lang w:eastAsia="zh-CN"/>
        </w:rPr>
        <w:br/>
      </w:r>
      <w:r>
        <w:rPr>
          <w:lang w:eastAsia="zh-CN"/>
        </w:rPr>
        <w:t>　　1、加强自身基本功的训练，注重对学生能力的培养；</w:t>
      </w:r>
      <w:r>
        <w:rPr>
          <w:lang w:eastAsia="zh-CN"/>
        </w:rPr>
        <w:br/>
      </w:r>
      <w:r>
        <w:rPr>
          <w:lang w:eastAsia="zh-CN"/>
        </w:rPr>
        <w:t>　　2、对差生多些关心爱心和耐心，使他们在各方面有更大进步。</w:t>
      </w:r>
      <w:r>
        <w:rPr>
          <w:lang w:eastAsia="zh-CN"/>
        </w:rPr>
        <w:br/>
      </w:r>
      <w:r>
        <w:rPr>
          <w:lang w:eastAsia="zh-CN"/>
        </w:rPr>
        <w:t>　　3、利用各种方法，训练学生提高、集中注意力。</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4、在教学上狠下功夫，努力使学生的道德修养有更大的提高。</w:t>
      </w:r>
      <w:r>
        <w:rPr>
          <w:lang w:eastAsia="zh-CN"/>
        </w:rPr>
        <w:br/>
      </w:r>
      <w:r>
        <w:rPr>
          <w:lang w:eastAsia="zh-CN"/>
        </w:rPr>
        <w:t>　　在课程改革推进的今天，社会对教师的素质要求更高，在今后的教育教学工作中，我将立足实际，认真搞好教学，创造性地开展学校的教育教学、教改科研工作，争取学校领导、师生的支持，从而使自己的工作有所开拓，有所进取，进而更加严格要求自己，努力工作，发扬优点，改正缺点，开拓前进，为美好的明天奉献自己的力量。</w:t>
      </w:r>
      <w:r>
        <w:rPr>
          <w:lang w:eastAsia="zh-CN"/>
        </w:rPr>
        <w:br/>
      </w:r>
      <w:r>
        <w:rPr>
          <w:lang w:eastAsia="zh-CN"/>
        </w:rPr>
        <w:t xml:space="preserve">    2024小学教师工作总结 篇3 </w:t>
      </w:r>
      <w:r>
        <w:rPr>
          <w:lang w:eastAsia="zh-CN"/>
        </w:rPr>
        <w:br/>
      </w:r>
      <w:r>
        <w:rPr>
          <w:lang w:eastAsia="zh-CN"/>
        </w:rPr>
        <w:t>　　今年上半年来，我个人无论是在思想方面，还是工作、学习和生活方面，我都有了长足的进步，在自己的职业画卷上描绘了绚丽的一笔。下面我从思想、工作和生活方面加以总结：</w:t>
      </w:r>
      <w:r>
        <w:rPr>
          <w:lang w:eastAsia="zh-CN"/>
        </w:rPr>
        <w:br/>
      </w:r>
      <w:r>
        <w:rPr>
          <w:lang w:eastAsia="zh-CN"/>
        </w:rPr>
        <w:t>　　20__年上半年的教学工作已接近尾声了。在这半年里我更加深刻地体会到了做老师的艰辛和快乐，我把自己的青春倾注于我所钟爱的教育事业上，倾注于每一个学生身上。半年来，无论是思想方面，还是工作、学习和生活方面，我都有了长足的进步，在自己的职业画卷上描绘了绚丽的一笔。下面我从思想、工作和生活方面加以总结：</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思想政治方面作为一名共产党员，我积极要求进步，在思想上严于律己，热爱党的教育事业，全面贯彻党的教育方针，时时处处以党员的标准严格要求自己，鞭策自己，力争思想上和工作上在同事、学生的心目中都树立起榜样的作用。在党的帮助教育下，我深深认识到要继续深入地学习马列主义的理论知识。还从广播、报纸中了解当今的国际政治形势、社会动态及党中央的指导方针。</w:t>
      </w:r>
      <w:r>
        <w:rPr>
          <w:lang w:eastAsia="zh-CN"/>
        </w:rPr>
        <w:br/>
      </w:r>
      <w:r>
        <w:rPr>
          <w:lang w:eastAsia="zh-CN"/>
        </w:rPr>
        <w:t>　　另外，我积极参加学校组织的各项政治活动，服从学校的工作安排，配合领导和老师们做好校内外的各项工作。我相信在以后的工作学习中，我会在党组织的关怀下，在同事们的帮助下，通过自己的努力，克服缺点，取得更大的进步。</w:t>
      </w:r>
      <w:r>
        <w:rPr>
          <w:lang w:eastAsia="zh-CN"/>
        </w:rPr>
        <w:br/>
      </w:r>
      <w:r>
        <w:rPr>
          <w:lang w:eastAsia="zh-CN"/>
        </w:rPr>
        <w:t>　　二、恪尽职守，认真做好本职工作，积极投身于学校其他工作我担任一年级三个班、四年级五个班的英语教学工作，作为青年教师，我能够深挖教材，抓好重难点，认真钻研教材教法，精心备课，坚持写详案。我运用“任务型”教学法、创设情境法等多种教学方法，采取“合作学习”的方式，充分发挥学生的主体地位，给学生一个轻松愉快的英语学习氛围，真正让学生在乐中学，学以致用。我始终相信，只要辛勤耕耘，就一定会有所收获的。所以，平时的教育教学工作，我总是兢兢业业、脚踏实地、认认真真地去对待，注重因材施教，不断总结教学经验，学习好的教学方法，提高执教水平。我也注意虚心地向经验丰富的优秀教师求教，经常和同仁交流，努力夯实自己的教学基本功；积极参加教研组活动和各项学习、培训活动，切实提高自身的文化修养和知识底蕴。</w:t>
      </w:r>
      <w:r>
        <w:rPr>
          <w:lang w:eastAsia="zh-CN"/>
        </w:rPr>
        <w:br/>
      </w:r>
      <w:r>
        <w:rPr>
          <w:lang w:eastAsia="zh-CN"/>
        </w:rPr>
        <w:t>　　在我工作有缺点的时候，有许多领导给予我很大的帮助；在我工作进步时给予我认可和鼓励。此时，我才深刻地体会到得到他人帮助的幸福。所谓滴水之恩应涌泉相报，我将把这一份恩情转化到以后的工作中去，将共产党的宗旨牢记心间——全心全意为人民服务，为学校服务，为孩子服务，为家长服务。</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三、生活方面在生活上，我尊敬领导，团结同事,热心帮助同志;教育目的明确,态度端正,钻研业务,勤奋刻苦;关心学生,爱护学生,为人师表,有奉献精神，能够尽自己的力量帮助别人。因此，我拥有良好的人际关系。</w:t>
      </w:r>
      <w:r>
        <w:rPr>
          <w:lang w:eastAsia="zh-CN"/>
        </w:rPr>
        <w:br/>
      </w:r>
      <w:r>
        <w:rPr>
          <w:lang w:eastAsia="zh-CN"/>
        </w:rPr>
        <w:t>　　我深知终身学习的重要性，所以尽管自己有着系统、坚实的英语知识功底，我仍能坚持通过阅读大量的英语报刊、杂志来丰富自己的课外知识，提高自身素质。</w:t>
      </w:r>
      <w:r>
        <w:rPr>
          <w:lang w:eastAsia="zh-CN"/>
        </w:rPr>
        <w:br/>
      </w:r>
      <w:r>
        <w:rPr>
          <w:lang w:eastAsia="zh-CN"/>
        </w:rPr>
        <w:t>　　半年来，我在学习和工作方面也不免存在着一些不足，在今后的学习和工作中，我要更进一步地严格要求自己，虚心向先进党员学习，克服不足，争取早日在各个方面更上一层楼。</w:t>
      </w:r>
      <w:r>
        <w:rPr>
          <w:lang w:eastAsia="zh-CN"/>
        </w:rPr>
        <w:br/>
      </w:r>
      <w:r>
        <w:rPr>
          <w:lang w:eastAsia="zh-CN"/>
        </w:rPr>
        <w:t xml:space="preserve">    2024小学教师工作总结 篇4 </w:t>
      </w:r>
      <w:r>
        <w:rPr>
          <w:lang w:eastAsia="zh-CN"/>
        </w:rPr>
        <w:br/>
      </w:r>
      <w:r>
        <w:rPr>
          <w:lang w:eastAsia="zh-CN"/>
        </w:rPr>
        <w:t>　　我叫，现年31岁，中国共产党党员，本科学历，小教一级教师，__年参加工作的，至今工作已近13年了。从参加工作以来我始终坚持四项基本原则，拥护中国共产党的领导，热爱社会主义祖国，关心我国社会主义现代化的建设大业，关心国家大事，关心世界大事；热爱党的教育事业，关心、热爱每一位学生，热心为师生排忧解难；遵纪守法，遵守学校的各项规章制度，在各个方面从严要求自己，努力提高自己的政治思想觉悟和教育教学水平。13年来我凡是都脚踏实地工作，不驰于空想，不鹜于虚声，坚持求真务实的态度为党和人民的教育事业而工作，在此，为了总结经验，今后改正工作中的不足，特做如下总结：</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思想品德方面：我自参加工作近13年，尤其是从事教导主任工作3年多来，我爱岗敬业，教书育人，模范地遵守了教师职业道德和岗位规范，自觉遵守了社会公德、严于律己。在平时的工作中从不做有违教师职业道德的事，为协助校长抓好教师的职业道德工作，我并结合_中小学教师职业道德规范制定了我校教师的师德八条和教师七不准。为进一步规范我校教师的行为并起到了很好的约束作用。</w:t>
      </w:r>
      <w:r>
        <w:rPr>
          <w:lang w:eastAsia="zh-CN"/>
        </w:rPr>
        <w:br/>
      </w:r>
      <w:r>
        <w:rPr>
          <w:lang w:eastAsia="zh-CN"/>
        </w:rPr>
        <w:t>　　二、教学能力方面，我积极参与教育教学改革与研究，学习新课程改革理论，积极掌握现代教育技术，我的教育教学能力不断得到提高。我的教学研究课两次荣获县级奖励：__年在初中英语优质课竞赛中获镇一等奖；__年4月在白鹿镇中学的生物竞赛课中取得了第一名，因而代表白鹿镇参加了_生物说课竞赛并获得县三等奖；__年在县教育局举办的中小学爱国主义影评征文活动中荣获教师辅导贰等奖；__年3月指导该班学生古志梅、雷琴等四位同学所写的作文获_中学生新四纪希望之星创新作文大赛获两个壹等奖和两个贰等奖；__年被评为优秀教师；撰写的论文《论德育艺术的把握》获_论文评选一等奖；__年11月指导该班学生古志银写作的作文在泸州报上发表；__年在_选拔教师参加_课程改革学科优质课竞赛获二等奖；__年度被_评为优秀德育工作者；、连续两年被学校评为优秀；__年被被评为秀教师和_师德标兵；我参加_年9月的新课程优质课政治学科竞赛中获县一等奖并进入第二轮的决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三、在出勤方面：因我十分的热爱党的教育事业，近13年来我全身心地投入到了党和人民的教书育人的工作中去，兢兢业业，勤勤恳恳，近13年里从未迟到、早退和旷课的现象。</w:t>
      </w:r>
      <w:r>
        <w:rPr>
          <w:lang w:eastAsia="zh-CN"/>
        </w:rPr>
        <w:br/>
      </w:r>
      <w:r>
        <w:rPr>
          <w:lang w:eastAsia="zh-CN"/>
        </w:rPr>
        <w:t>　　四、在教学第一线，我认为我在教学工作中勤勤恳恳，在实施素质教育的13年里、在具体的教育教学实践中，我的教育教学水平方面成绩良好，取得了如下一点成绩：我当时在中学任英语科教学，所教学科毕业升学统考成绩获全县乡镇中学前列，（其中该班有上中师、上中专、上高中）；所带的毕业班年在马庙中学任英语教学（该班有考上中师、上中专、上高中的好成绩），是我新校点办中学后中考历史上的最好成绩，更得到了社会和家长的好评，受到政府的奖励；__年带的毕业班有考上中师，上高中；__年所教的小学毕业班语文科在县统考中获全镇第一名；__年所任的初中英语教学成绩较好；__年同时任中学和小学教学和教导管理工作，本年度的教学成绩获本片区第一。</w:t>
      </w:r>
      <w:r>
        <w:rPr>
          <w:lang w:eastAsia="zh-CN"/>
        </w:rPr>
        <w:br/>
      </w:r>
      <w:r>
        <w:rPr>
          <w:lang w:eastAsia="zh-CN"/>
        </w:rPr>
        <w:t>　　五、管理工作方面：</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在日常的学校的日常管理工作中，我严格按照上级业务主管部门、校长的指示和要求，结合我校各方面管理工作的实际开展工作，花了大量的时间对学校过去的制度进行修改和完善，重新制订了许多符合我校实际的学校常规管理制度。注重对学生进行常规教育工作。加强了对学校的教育教学管理工作。使我校的制度更加完善、各项常规教育内容更加全面，日常管理更加科学，措施更加得力，得到了上级的好评。为我校连续多年继续保持_的抗洪救灾先进单位、_的常规管理合格学校、县级文明单位、县级校风示范学校、县级卫生先进单位、县级青年文明号和_红旗大队等荣誉作出了贡献。</w:t>
      </w:r>
      <w:r>
        <w:rPr>
          <w:lang w:eastAsia="zh-CN"/>
        </w:rPr>
        <w:br/>
      </w:r>
      <w:r>
        <w:rPr>
          <w:lang w:eastAsia="zh-CN"/>
        </w:rPr>
        <w:t>　　（二）、在班主任工作中，我善于思考、积极探索、勇于实践。</w:t>
      </w:r>
      <w:r>
        <w:rPr>
          <w:lang w:eastAsia="zh-CN"/>
        </w:rPr>
        <w:br/>
      </w:r>
      <w:r>
        <w:rPr>
          <w:lang w:eastAsia="zh-CN"/>
        </w:rPr>
        <w:t>　　在我任教导主任前多年的班主任管理工作实践中，我通过总结发现班里的干部只是全班同学的少数，针对有许多学生当不上干部，其能力也势必得不到培养的情况。为此，我广泛听取意见和讨论后，在中队会议上郑重提议：是否能实行"轮换制"制度，让每一位同学都有机会。这个活动引起了学生广泛参与班级管理的积极性，一时间，班级气氛一下子活跃了起来，学习、纪律、各项活动都有了崭新的面貌。就这样，班级里几乎每位学生都当过干部，不仅培养了全体同学的能力，也使同学们认识到"干部"的真正含义。通过这项活动，同学之间</w:t>
      </w:r>
      <w:r>
        <w:rPr>
          <w:lang w:eastAsia="zh-CN"/>
        </w:rPr>
        <w:br/>
      </w:r>
      <w:r>
        <w:rPr>
          <w:lang w:eastAsia="zh-CN"/>
        </w:rPr>
        <w:t>　　的凝聚力大大增强，集体荣誉感也大大增强。在学校每学年度一次的优秀班级评比中，他所带的班级经常是优秀。</w:t>
      </w:r>
      <w:r>
        <w:rPr>
          <w:lang w:eastAsia="zh-CN"/>
        </w:rPr>
        <w:br/>
      </w:r>
      <w:r>
        <w:rPr>
          <w:lang w:eastAsia="zh-CN"/>
        </w:rPr>
        <w:t>　　六、在对待学困生和贫困生方面。</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时刻关爱学生，走进学生的.情感世界，把学生当作朋友，去感受他们的喜怒哀乐。我深知爱学生，要以尊重和依赖为前提，要做做到严中有爱、严中有章、严中有信、严中有度。我从不嫌弃对待后进生，注意从思想上、学习上多关心、多辅导，给予"偏爱"，如让多年染上坏习惯的王建同学最终重归于好，还从生活上多照顾、多帮助，给予"厚爱"。我倍加关爱贫困生，我班的朱志江小朋友，是__年转来的，他爸爸在坐牢，妈妈也外出多年，与年老体弱的奶奶相依为命，爷爷去年去世，生活十分困难，根本无钱教学费，我了解到此情况后，不是放手不管，而是主动出钱给他交学费和生活费，在学习上也给予他更多的辅导，该同学成绩现在名利该班前列。从教12年里我共为经济困难学生王群、古志银、成果吴小超等十多名学生代交过部分学杂费、对进步学生给予奖励，为那些濒临失学的孩子带去教师的爱心，更给他们带去了希望。在以后的教育教学工作中，我将继续以学生为本，针对不同层次的学生，采用不同的教育教学方法，因材施教；继续遵循"以学生为主体、教师为主导"的教育教学原则，最大限度地发挥学生学习的主动性和积极性，运用各种教学手段，激励学生积极、主动参与课堂教学的全过程，以全面提高教育教学的质量和效率。努力提高管理工作水平，为我校的顺利发展继续做出新贡献。</w:t>
      </w:r>
      <w:r>
        <w:rPr>
          <w:lang w:eastAsia="zh-CN"/>
        </w:rPr>
        <w:br/>
      </w:r>
      <w:r>
        <w:rPr>
          <w:lang w:eastAsia="zh-CN"/>
        </w:rPr>
        <w:t xml:space="preserve">    2024小学教师工作总结 篇5 </w:t>
      </w:r>
      <w:r>
        <w:rPr>
          <w:lang w:eastAsia="zh-CN"/>
        </w:rPr>
        <w:br/>
      </w:r>
      <w:r>
        <w:rPr>
          <w:lang w:eastAsia="zh-CN"/>
        </w:rPr>
        <w:t>　　本学期，是我担任数学学科组长后的第二个学期，反思这个学期的学科组工作，由于种种原因，很多工作其实都没有细致地去完成，只着重研讨了《各年龄段幼儿“生活?游戏”化的数学区域活动》的创设，从而继续完善我们数学区域活动的环境，创设一个符合孩子年龄特点的自由、宽松的游戏学习环境，创设一个适合我们教师的轻松的环境。作为学科组长我在工作中需要思考和改进的还有很多，如：组织组员进行交流、研讨的活动还很欠缺，研讨内容还停留在浅层次上。主题数学活动还有待研讨，制定出更加合理、贴切的活动内容等等。</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首先，作为一名年青却又不年青的教师，目前自己的定位是学习阶段、摸索阶段，各方面都需要学习，所以平时我除了向有经验的老师咨询，学习班级管理经验和家长工作外，我自己也会买一些教育书籍，与此同时，我也订了《早期教育美术》、《上海托幼》等杂志，随时了解一些幼儿教育的信息和知识。</w:t>
      </w:r>
      <w:r>
        <w:rPr>
          <w:lang w:eastAsia="zh-CN"/>
        </w:rPr>
        <w:br/>
      </w:r>
      <w:r>
        <w:rPr>
          <w:lang w:eastAsia="zh-CN"/>
        </w:rPr>
        <w:t>　　教师不能只管埋头拉车，还要抬头看路。不断地总结自己的工作才能更好地胜任自己的工作。在这一学期中，我坚持学习撰写科研论文，其中，《数学区域活动的“生活?游戏”化——中班数学区域活动“生活?游戏”化的实践研究》一文有幸参加了县论文评比。另外，在。</w:t>
      </w:r>
      <w:r>
        <w:rPr>
          <w:lang w:eastAsia="zh-CN"/>
        </w:rPr>
        <w:br/>
      </w:r>
      <w:r>
        <w:rPr>
          <w:lang w:eastAsia="zh-CN"/>
        </w:rPr>
        <w:t>　　在园领导的带领和指导下，本学期我也为海盐县幼儿教师全员培训班学员作了一个专题讲座《在“玩”中学数学》，这次讲座，一方面锻炼了我的胆量，一定程度上提高了我的语言表达能力，另一方面，也让我对我们幼儿园具体怎么“玩”数学有了更深层次的认识，这里的“玩”，不是说放羊，不是说让我们走向“放羊吃草”的极端，任由孩子自己玩就行了。而是提供给孩子多种感官的操作和体验，让他们在生活化、游戏化、操作化的学习中，感知和理解数学的相关概念。</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静心反思，我看到了自己接下去的努力方向：在班级管理方面，如何进行创新，建立和谐、自由的班级氛围;在业务水平方面，如何使自己的课堂教学能力得到提高;在学科组管理方面，如何使数学学科组建立成一个“共同研究、共同发展的学习型团队”，这对于我将会是个挑战，要学习的东西有很多很多，我会多问，多思，多看，多积累，坚持学习，努力让自己尽快适应。</w:t>
      </w:r>
      <w:r>
        <w:rPr>
          <w:lang w:eastAsia="zh-CN"/>
        </w:rPr>
        <w:br/>
      </w:r>
      <w:r>
        <w:rPr>
          <w:lang w:eastAsia="zh-CN"/>
        </w:rPr>
        <w:t>　　以上就是我这一学期来的工作情况汇报，我将继续努力，多学习，多充电、多钻研，使自己能更快地成长为一个真正合格的幼儿教师。</w:t>
      </w:r>
      <w:r>
        <w:rPr>
          <w:lang w:eastAsia="zh-CN"/>
        </w:rPr>
        <w:br/>
      </w:r>
      <w:r>
        <w:rPr>
          <w:lang w:eastAsia="zh-CN"/>
        </w:rPr>
        <w:t xml:space="preserve">    2024小学教师工作总结 篇6 </w:t>
      </w:r>
      <w:r>
        <w:rPr>
          <w:lang w:eastAsia="zh-CN"/>
        </w:rPr>
        <w:br/>
      </w:r>
      <w:r>
        <w:rPr>
          <w:lang w:eastAsia="zh-CN"/>
        </w:rPr>
        <w:t>　　在20__年已经过去，新学期马上就要到来，为了回顾也为了反思，更为了以后做的更好，我特意对照去年的计划一一查看，现将一学期的研修总结如下：</w:t>
      </w:r>
      <w:r>
        <w:rPr>
          <w:lang w:eastAsia="zh-CN"/>
        </w:rPr>
        <w:br/>
      </w:r>
      <w:r>
        <w:rPr>
          <w:lang w:eastAsia="zh-CN"/>
        </w:rPr>
        <w:t>　　一、主题研修方面：</w:t>
      </w:r>
      <w:r>
        <w:rPr>
          <w:lang w:eastAsia="zh-CN"/>
        </w:rPr>
        <w:br/>
      </w:r>
      <w:r>
        <w:rPr>
          <w:lang w:eastAsia="zh-CN"/>
        </w:rPr>
        <w:t>　　1、一学期以来，我们数学小组成员在王、彭、汪三位主任的组织下，认真进行了活动。每周三的大组教研和小组集体备课有声有色的进行，大家都在集体和小组中收获颇丰。我们小组的教研会上我代表本组做了专题讲座——《有关画线段图教学的思考》，受到了大家的一致好评。我本人也在收集资料，整理分析过程中进步了很多，收获了很多。</w:t>
      </w:r>
      <w:r>
        <w:rPr>
          <w:lang w:eastAsia="zh-CN"/>
        </w:rPr>
        <w:br/>
      </w:r>
      <w:r>
        <w:rPr>
          <w:lang w:eastAsia="zh-CN"/>
        </w:rPr>
        <w:t>　　围绕这个活动，一学期以来，我们每位成员都做了一节研讨课，我也做了一节录像课，并整理了自己的实录，反思了自己的不足。</w:t>
      </w:r>
      <w:r>
        <w:rPr>
          <w:lang w:eastAsia="zh-CN"/>
        </w:rPr>
        <w:br/>
      </w:r>
      <w:r>
        <w:rPr>
          <w:lang w:eastAsia="zh-CN"/>
        </w:rPr>
        <w:t>　　二、个人研修方面：</w:t>
      </w:r>
      <w:r>
        <w:rPr>
          <w:lang w:eastAsia="zh-CN"/>
        </w:rPr>
        <w:br/>
      </w:r>
      <w:r>
        <w:rPr>
          <w:lang w:eastAsia="zh-CN"/>
        </w:rPr>
        <w:t>　　1、个人阅读方面：</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认真阅读并跟批了《给教师的一百条建议》，现已批注到每87条建议。虽然每条建议也细细进行品读，但由于自己读书甚少，文化底蕴不足，不能很好地体会建议的思想内涵。无论多难，批注我会坚持到底的。其余时间，我仍旧坚持阅读我最喜欢的数学版的《小学教学》《人民教育》等，从中撷取适合自己的，在课堂实践中运用。</w:t>
      </w:r>
      <w:r>
        <w:rPr>
          <w:lang w:eastAsia="zh-CN"/>
        </w:rPr>
        <w:br/>
      </w:r>
      <w:r>
        <w:rPr>
          <w:lang w:eastAsia="zh-CN"/>
        </w:rPr>
        <w:t>　　认真阅读了王__老师推荐的书目《静悄悄的革命》，完成了5000字的读书笔记，并有感而发写了《沉静下来做教育》读后感。从这本书中我真正领略到了佐藤学先生所追求的理想的教育：就是通过在学校实施“活动的、合作的、反思的学习”，创造以“学”为中心的教学，创造以“学”为中心的课程，进而将学校发展成为一个学习的共同体。</w:t>
      </w:r>
      <w:r>
        <w:rPr>
          <w:lang w:eastAsia="zh-CN"/>
        </w:rPr>
        <w:br/>
      </w:r>
      <w:r>
        <w:rPr>
          <w:lang w:eastAsia="zh-CN"/>
        </w:rPr>
        <w:t>　　通过阅读，让躁动不安的心能够平静下来，多一点坚定，多一点信心，多一点实践，多一点思考，沉静中做教育。</w:t>
      </w:r>
      <w:r>
        <w:rPr>
          <w:lang w:eastAsia="zh-CN"/>
        </w:rPr>
        <w:br/>
      </w:r>
      <w:r>
        <w:rPr>
          <w:lang w:eastAsia="zh-CN"/>
        </w:rPr>
        <w:t>　　2、课堂教学方面</w:t>
      </w:r>
      <w:r>
        <w:rPr>
          <w:lang w:eastAsia="zh-CN"/>
        </w:rPr>
        <w:br/>
      </w:r>
      <w:r>
        <w:rPr>
          <w:lang w:eastAsia="zh-CN"/>
        </w:rPr>
        <w:t>　　我的立足点是：关注每位学生，关注学生的思维过程，教师要以追问的形式促使学生的.思维向深处发展，让学生的思维动起来，活起来。课堂上我也努力去实施了，但由于新学期时间紧，任务重，所以这方面做得不是太好。</w:t>
      </w:r>
      <w:r>
        <w:rPr>
          <w:lang w:eastAsia="zh-CN"/>
        </w:rPr>
        <w:br/>
      </w:r>
      <w:r>
        <w:rPr>
          <w:lang w:eastAsia="zh-CN"/>
        </w:rPr>
        <w:t>　　3、课题研究方面</w:t>
      </w:r>
      <w:r>
        <w:rPr>
          <w:lang w:eastAsia="zh-CN"/>
        </w:rPr>
        <w:br/>
      </w:r>
      <w:r>
        <w:rPr>
          <w:lang w:eastAsia="zh-CN"/>
        </w:rPr>
        <w:t>　　自20__年4月课题开题以来，课题组成员进行了积极的学习和研讨。本人也在课题开题初在本班中进行了问卷调查和实验对比，为课题研究提供相关数据。并积极参加研修，先后上传教学设计、教学反思、教学随笔、课件、读后感等数篇。并做课《认识小数》，以供学习和研讨。</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4、其它方面：</w:t>
      </w:r>
      <w:r>
        <w:rPr>
          <w:lang w:eastAsia="zh-CN"/>
        </w:rPr>
        <w:br/>
      </w:r>
      <w:r>
        <w:rPr>
          <w:lang w:eastAsia="zh-CN"/>
        </w:rPr>
        <w:t>　　本学期做录像课《整数运算定律推广到小数》并于课下进行了深刻反思。</w:t>
      </w:r>
      <w:r>
        <w:rPr>
          <w:lang w:eastAsia="zh-CN"/>
        </w:rPr>
        <w:br/>
      </w:r>
      <w:r>
        <w:rPr>
          <w:lang w:eastAsia="zh-CN"/>
        </w:rPr>
        <w:t>　　期末参加区作业批改比赛，并获奖。</w:t>
      </w:r>
      <w:r>
        <w:rPr>
          <w:lang w:eastAsia="zh-CN"/>
        </w:rPr>
        <w:br/>
      </w:r>
      <w:r>
        <w:rPr>
          <w:lang w:eastAsia="zh-CN"/>
        </w:rPr>
        <w:t>　　期初计划的坚持每月观看一篇名家课堂教学，没有坚持下来，也听了几节课，但没有认认真真地深入进行分析：名家课堂好在哪里为何要那样来设计？对学生的发展有哪些作用？</w:t>
      </w:r>
      <w:r>
        <w:rPr>
          <w:lang w:eastAsia="zh-CN"/>
        </w:rPr>
        <w:br/>
      </w:r>
      <w:r>
        <w:rPr>
          <w:lang w:eastAsia="zh-CN"/>
        </w:rPr>
        <w:t>　　一学期以来，收获颇丰，但也存在些许遗憾，下一学期会更加努力，就向一句名言所说“时间就像海绵里的水，只要愿挤，总还是有的。”我会一如既往，再接再厉，把工作做得更好！</w:t>
      </w:r>
      <w:r>
        <w:rPr>
          <w:lang w:eastAsia="zh-CN"/>
        </w:rPr>
        <w:br/>
      </w:r>
      <w:r>
        <w:rPr>
          <w:lang w:eastAsia="zh-CN"/>
        </w:rPr>
        <w:t xml:space="preserve">    2024小学教师工作总结 篇7 </w:t>
      </w:r>
      <w:r>
        <w:rPr>
          <w:lang w:eastAsia="zh-CN"/>
        </w:rPr>
        <w:br/>
      </w:r>
      <w:r>
        <w:rPr>
          <w:lang w:eastAsia="zh-CN"/>
        </w:rPr>
        <w:t>　　时光匆匆，一个学期这么快就结束了，回顾这一学期，有许多值得总结和反思的地方。下面就本学期的工作做以下回顾总结，以促进我今后的工作能进一步提高：</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本学期我担任二年级班主任、二年级语文和六年级英语教学工作，第一次作为低年级的班主任，也没什么经验，很多事都在摸索中前进，还要不断的向同事们学习。在平时与学生相处的时时刻刻，我都严格要求自己，做到“要学生做到的，老师先要做到”。对于二年级的孩子来说，正是接受各方面教育的最佳时机，除了学习，我想更为重要的是帮助他们养成良好的行为习惯。无论是学习习惯，上课习惯，还是卫生习惯都很重要。平时，我利用比赛的方式激励孩子们去努力做好，我还从自身做起，每次进教室我都先往地上看一看，捡一捡，把课桌摆一摆，孩子们看在眼里记在心里，为养成良好的习惯创造了好的氛围，一学期下来孩子们都有了明显的进步。</w:t>
      </w:r>
      <w:r>
        <w:rPr>
          <w:lang w:eastAsia="zh-CN"/>
        </w:rPr>
        <w:br/>
      </w:r>
      <w:r>
        <w:rPr>
          <w:lang w:eastAsia="zh-CN"/>
        </w:rPr>
        <w:t>　　我圆满的完成了自己的教学工作，在期末考试中，我所任教的语文和英语都取得了优异的成绩。在平时的工作中，首先我自己认真钻研教材，把握好重难点，课后做好辅导。学生方面我把全班同学分成了8个小组，每个小组都设有大组长和小组长，我让每个小组长监督组员，教会他们批改作业，为培养他们小组合作学习打好基础。每天我都会抽几分钟时间让孩子们自己朗读他们的优秀日记和写话，学生的反应热烈，写话的兴趣也更浓厚了。另外在课堂上，也培养出了一些小老师，他们能够自信的走上讲台，大大方方的展示。看到孩子们快乐学习，快乐地成长，我感到由衷的高兴。</w:t>
      </w:r>
      <w:r>
        <w:rPr>
          <w:lang w:eastAsia="zh-CN"/>
        </w:rPr>
        <w:br/>
      </w:r>
      <w:r>
        <w:rPr>
          <w:lang w:eastAsia="zh-CN"/>
        </w:rPr>
        <w:t>　　六年级英语课，我一周只有三节，教学任务又很重，所以课堂上我注重学生英语学习兴趣的培养，我总是根据每一课的特点，设计课堂活动，让孩子们喜欢上英语课，不害怕背单词。</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家校沟通，携手共进。孩子的教育离不开老师和家长的共同协作，因此，经常与家长取得联系是我们的责任，也是义务。孩子在家中的表现只能通过家长来获悉，同样学生在学校的表现也应及时反馈给家长，只有双管齐下，才能收到教育的效果。因此，在本学期中，我利用家访这一平台，主动与家长们保持联系，将一些孩子的表现通知家长，共同商量对策，或是平时放学时与家长进行交流。期中考试后我就在开家长会的时候建立了我们班的微信群，家长们和我之间有了很好的互动，也让我们能够随时随地的了解孩子们的情况。</w:t>
      </w:r>
      <w:r>
        <w:rPr>
          <w:lang w:eastAsia="zh-CN"/>
        </w:rPr>
        <w:br/>
      </w:r>
      <w:r>
        <w:rPr>
          <w:lang w:eastAsia="zh-CN"/>
        </w:rPr>
        <w:t>　　在以后的工作中，我还会一如既往，踏踏实实的做好自己的事。</w:t>
      </w:r>
      <w:r>
        <w:rPr>
          <w:lang w:eastAsia="zh-CN"/>
        </w:rPr>
        <w:br/>
      </w:r>
      <w:r>
        <w:rPr>
          <w:lang w:eastAsia="zh-CN"/>
        </w:rPr>
        <w:t xml:space="preserve">    2024小学教师工作总结 篇8 </w:t>
      </w:r>
      <w:r>
        <w:rPr>
          <w:lang w:eastAsia="zh-CN"/>
        </w:rPr>
        <w:br/>
      </w:r>
      <w:r>
        <w:rPr>
          <w:lang w:eastAsia="zh-CN"/>
        </w:rPr>
        <w:t>　　踏着兔年的脚步，渐行渐远时，回首半学年来的教学工作，感受一句话——忙绿不忙乱，辛苦不心苦。</w:t>
      </w:r>
      <w:r>
        <w:rPr>
          <w:lang w:eastAsia="zh-CN"/>
        </w:rPr>
        <w:br/>
      </w:r>
      <w:r>
        <w:rPr>
          <w:lang w:eastAsia="zh-CN"/>
        </w:rPr>
        <w:t>　　1、抓常规管理。学期初做好课程的编排与教师的任课安排，无论是国家课程，还是地方和校本课程、综合实践活动课程以及心理健康、生命安全教育课程，都能开足开齐，落实到位；做好学生异动和学籍管理工作；做好教学计划撰写要求与收集。学期末做好各种工作的总结，学生考核科目的考察与考试科目的考试，学生素质报告的填写等等，每一项工作都能做到有序开展。</w:t>
      </w:r>
      <w:r>
        <w:rPr>
          <w:lang w:eastAsia="zh-CN"/>
        </w:rPr>
        <w:br/>
      </w:r>
      <w:r>
        <w:rPr>
          <w:lang w:eastAsia="zh-CN"/>
        </w:rPr>
        <w:t>　　2、抓月检月查工作。每月末组织教研组进行一次常规检查，学期结束后集中大检查。每次检查后将情况在教师例会上通报，不仅表扬好的典型，也对教师常规工作中出现的问题给予指出。在检查中，我们发现备课做得好的有张于山、黄琳、钟曒、向德英、朱甫华、余启琛、喻方敏、林耀华、吴祖亭和徐校长；作业批阅特别认真的有郭良云、阳功翠、向晋新、杨超越、郭明华、田德民老师等；教学和辅导一直抓得紧有周治好、汪德强、谢书记、冯必云、尹业芝老师等等。</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抓教研活动。一是以学区“送教下乡”活动为载体，组织我校教师参加听课评课活动，积极撰写听课反思。本学期学区5次10人次走进我校送教下乡，每次学校都将教师的听课反思、图片上传到学区。二是学校开展“绿色课堂”教学展示活动。在十月份“绿色课堂”教学展示活动，共有6位教师参加了展示。三是参加泰丰学区“小学作文”和“小学数学”教研活动，其中我校的张娟兰老师为老师们展示了一节作文教学研讨课，受到泰丰学区老师们的一致好评。四是以“走出去”“请进来”形式开展教学研究活动。本学期来我们分别派出黄琳、舒伍生、易仁义、张帆、王静、关洪武等20余人次到学区及以上参加教学研究；九月份邀请市英语教研员刘老师到我校指导工作，11月份邀请园林五小何爱华老师到我校进行六年级数学教学研讨活动。五是做好教师参加教研活动的统计工作。无论是校级教研活动，还是学区送教下乡，或是学区以上教研活动，我校不仅积极参加，而且每一次活动都做了统计。从统计中可以看出，只要徐校长在校，没有漏过一次听课，在教研活动上为我们做了一个表率，其次黄琳、钟曒、汪德强、吴主席等骨干教师起到了引领作用。</w:t>
      </w:r>
      <w:r>
        <w:rPr>
          <w:lang w:eastAsia="zh-CN"/>
        </w:rPr>
        <w:br/>
      </w:r>
      <w:r>
        <w:rPr>
          <w:lang w:eastAsia="zh-CN"/>
        </w:rPr>
        <w:t>　　4、抓毕业班教学管理。</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质量是学校得到生命线，所以对于毕业班的教学管理从来不放松。虽然我校的生源不是很好，但我们从来没有放弃过。定期召开六年级和九年级科任教师会，增强教师的责感和使命感，让每一个学生在我校学有所获是我们永恒的追求。这学期来，九年级在周治好主任的'辛勤付出、精心管理下，班级管理有条有理，学风班风为我们所有的年级做出了表率。为了更好地促进我校九年级的教学工作，我们还与熊口丁玲中学、杨市刘岭中学联系，组织九年级教师进行学习交流，希望我校九年级在的中考中取得可喜的成绩。</w:t>
      </w:r>
      <w:r>
        <w:rPr>
          <w:lang w:eastAsia="zh-CN"/>
        </w:rPr>
        <w:br/>
      </w:r>
      <w:r>
        <w:rPr>
          <w:lang w:eastAsia="zh-CN"/>
        </w:rPr>
        <w:t>　　5、抓大课间活动和运动会。今年下半年来，我校的大课间活动在新任徐校长的指导下开展得有声有色，学校师生的精神面貌焕然一新。在12月份的举行的“学生冬季趣味运动会”更是体现了学生全员参与的体育精神，体现了“我运动，我健康，我参与，我快乐”的宗旨。</w:t>
      </w:r>
      <w:r>
        <w:rPr>
          <w:lang w:eastAsia="zh-CN"/>
        </w:rPr>
        <w:br/>
      </w:r>
      <w:r>
        <w:rPr>
          <w:lang w:eastAsia="zh-CN"/>
        </w:rPr>
        <w:t>　　6、圆满取得了中考信息技术的考试成绩。11月26日组织了九年级信息技术模拟考试，1月9日组织了九年级信息技术中考工作并取得了中考的开门红，学校34人信息中考中7人满分，优分率达到了60% 7、做好了学生体质健康数据上报和学校信息化月报工作。</w:t>
      </w:r>
      <w:r>
        <w:rPr>
          <w:lang w:eastAsia="zh-CN"/>
        </w:rPr>
        <w:br/>
      </w:r>
      <w:r>
        <w:rPr>
          <w:lang w:eastAsia="zh-CN"/>
        </w:rPr>
        <w:t>　　8、抓课题研究活动。去年7月我校确定了《农村学校学困生学习困难与学习障碍的研究》的课题，为此，我校课题组在谢校长的组织下今年按时有序的进行着，目前课题活动进入总结阶段。</w:t>
      </w:r>
      <w:r>
        <w:rPr>
          <w:lang w:eastAsia="zh-CN"/>
        </w:rPr>
        <w:br/>
      </w:r>
      <w:r>
        <w:rPr>
          <w:lang w:eastAsia="zh-CN"/>
        </w:rPr>
        <w:t>　　9、抓了学校实验室、图书、班班通、体育、音乐美术等设施设备的管、建、用工作，抓了学生读书活动，并较好地迎接了市年终督导。</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份付出，一份收获。半年来，我校教育教学取得了一定的成绩。一是学校“绿色”文化氛围逐渐形成，学校“绿色课堂”的开展受到了市级的肯定；二是教学教育管理变得更加规范有序；三是教师爱岗敬业的多了，学生的综合素质不断得以提高。半年来，我校吴主席撰写的论文获省级三等奖，黄琳老师的论文获市级一等奖，朱甫华、阳功翠等老师辅导学生的观后感在市级获奖；舒伍生老师、黄琳老师等被评为市教育教学先进工作者等荣誉称号。但是，我们也看到了我校教育教学工作中还存在一些问题，我们需要努力和改进的地方很多。我们相信，只要有一颗不甘平淡的心，有一个凝聚力强的团队，莫中的明天一定会越来越美好。</w:t>
      </w:r>
      <w:r>
        <w:rPr>
          <w:lang w:eastAsia="zh-CN"/>
        </w:rPr>
        <w:br/>
      </w:r>
      <w:r>
        <w:rPr>
          <w:lang w:eastAsia="zh-CN"/>
        </w:rPr>
        <w:t xml:space="preserve">    2024小学教师工作总结 篇9 </w:t>
      </w:r>
      <w:r>
        <w:rPr>
          <w:lang w:eastAsia="zh-CN"/>
        </w:rPr>
        <w:br/>
      </w:r>
      <w:r>
        <w:rPr>
          <w:lang w:eastAsia="zh-CN"/>
        </w:rPr>
        <w:t>　　又是一年的炎炎夏日，忙碌而又充实的一学年工作结束了，回顾这一学年的工作与生活，总结成功的经验，吸取失败的教训，一切为了今后更好的工作，特从以下几个方面来总结：</w:t>
      </w:r>
      <w:r>
        <w:rPr>
          <w:lang w:eastAsia="zh-CN"/>
        </w:rPr>
        <w:br/>
      </w:r>
      <w:r>
        <w:rPr>
          <w:lang w:eastAsia="zh-CN"/>
        </w:rPr>
        <w:t>　　一、教学工作。</w:t>
      </w:r>
      <w:r>
        <w:rPr>
          <w:lang w:eastAsia="zh-CN"/>
        </w:rPr>
        <w:br/>
      </w:r>
      <w:r>
        <w:rPr>
          <w:lang w:eastAsia="zh-CN"/>
        </w:rPr>
        <w:t>　　在这一学年中，我认真备课，每一课我都从网络上搜寻一些成功的教学设计，这些设计是一个人甚至是一群人智慧的结晶，所以是合理的也是实用的教案，并且一字一句地抄写在语文书的空白处，抄写的过程就是学习的过程。就这样我的语文书也成了组里的参考书。因为每一课都是不同风格的设计，所以学生不仅有新鲜感，学习兴趣浓厚，而且各个方面的收获也颇多。我把功夫下在课前，课堂上，课后的作业就只有日记和读书，极大的减轻了学生的课业负担。王钦瑶的妈妈说，孩子作业少了，成绩并没有下降，自信心提高了，成了良性循环。语文课成了孩子们的最爱，成了孩子们学习的乐园。</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为了扩大学生的阅读面，这一学年我们推荐的阅读书是《鲁滨孙漂流记》和《中华上下五千年》。采用了精读和略读相结合的方法来完成阅读。挑选了60个最有代表性的故事，每天晚上睡前半小时精读一个故事，做到在书上注字音、释词义、写批注。在摘抄本上每个故事要求最少积累九个四字词语、一段话，并写出故事的主要内容。其他的故事学生可以在中午早到校的时间略读，了解大概的意思即可。另外把每周一节的阅读课落到实处，在阅读课上要检查落实学生一周的阅读质量，激励好的，鼓励差的。要指导学生阅读的方法，让学生在实践中真正学会如何阅读。要开好阅读的赏析，让学生对阅读更加热爱向往。慢慢的，班里读书的孩子多了，读书专注的孩子多了。</w:t>
      </w:r>
      <w:r>
        <w:rPr>
          <w:lang w:eastAsia="zh-CN"/>
        </w:rPr>
        <w:br/>
      </w:r>
      <w:r>
        <w:rPr>
          <w:lang w:eastAsia="zh-CN"/>
        </w:rPr>
        <w:t>　　为了提高我班学生的作文积极性和写作的水平。上一学期我们组建了文学社，每周一个主题，学生周末作文，有充足的时间去构思，去请教，去写作，去修改。周一收起学生的作文，我一一阅读，挑出好的作文，录入电脑，编辑成小报。但发现这样也有一些不足：规定了主题，也就限制了学生的自由表达，而且多数的学生因为小报数量有限，入选少，所以积极性也就不高了。第二学期我改变了策略，让学生准备一本黑皮的笔记本，每天一篇日记，内容自定，篇幅一页一篇。每天批阅两行，一周保证全批一次。日记本上学生看着勾划的好词好句，看着成功标志的红五星，内心的激动可想而知。日记真实的记录了学生的生活，而且自由表达形成了个人风格，不再是千篇一律，个性化表达最好的就是日记。</w:t>
      </w:r>
      <w:r>
        <w:rPr>
          <w:lang w:eastAsia="zh-CN"/>
        </w:rPr>
        <w:br/>
      </w:r>
      <w:r>
        <w:rPr>
          <w:lang w:eastAsia="zh-CN"/>
        </w:rPr>
        <w:t>　　二、班主任工作。</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在这一年中，我采用6人小组管理制，小组长负责检查作业、收发作业、管理纪律等。金星伴我行的展台上是6个大小一样圆片组成的一条毛毛虫，头是组长，起带头的作用。毛毛虫积蓄力量就会变成美丽的蝴蝶。</w:t>
      </w:r>
      <w:r>
        <w:rPr>
          <w:lang w:eastAsia="zh-CN"/>
        </w:rPr>
        <w:br/>
      </w:r>
      <w:r>
        <w:rPr>
          <w:lang w:eastAsia="zh-CN"/>
        </w:rPr>
        <w:t>　　在这一年中，我班在多次比赛中荣获佳绩，跳绳比赛第一名、拔河比赛第二名、课间操比赛第二名、校歌合唱比赛第一名、学习成绩不是第一就是第二。</w:t>
      </w:r>
      <w:r>
        <w:rPr>
          <w:lang w:eastAsia="zh-CN"/>
        </w:rPr>
        <w:br/>
      </w:r>
      <w:r>
        <w:rPr>
          <w:lang w:eastAsia="zh-CN"/>
        </w:rPr>
        <w:t>　　但我在班主任工作中也有不足，我班在五星级班级考核中，成绩总不是很理想，究其原因是因为我对学生的要求不是很严，扣分的原因没有查明落实到人头上。以后要努力，争创五星级班级。</w:t>
      </w:r>
      <w:r>
        <w:rPr>
          <w:lang w:eastAsia="zh-CN"/>
        </w:rPr>
        <w:br/>
      </w:r>
      <w:r>
        <w:rPr>
          <w:lang w:eastAsia="zh-CN"/>
        </w:rPr>
        <w:t>　　作为班主任被孩子们喜爱、佩服、尊敬，是一种多么美好的情感。</w:t>
      </w:r>
      <w:r>
        <w:rPr>
          <w:lang w:eastAsia="zh-CN"/>
        </w:rPr>
        <w:br/>
      </w:r>
      <w:r>
        <w:rPr>
          <w:lang w:eastAsia="zh-CN"/>
        </w:rPr>
        <w:t>　　三、教研工作。</w:t>
      </w:r>
      <w:r>
        <w:rPr>
          <w:lang w:eastAsia="zh-CN"/>
        </w:rPr>
        <w:br/>
      </w:r>
      <w:r>
        <w:rPr>
          <w:lang w:eastAsia="zh-CN"/>
        </w:rPr>
        <w:t>　　在这一年中我任五年级语文教研组长，我带领组员学习理论知识，每一次我选的内容都能激起同伴们的兴趣，引发他们的思考，大家聚在一起学习，就像一个温馨的小家。</w:t>
      </w:r>
      <w:r>
        <w:rPr>
          <w:lang w:eastAsia="zh-CN"/>
        </w:rPr>
        <w:br/>
      </w:r>
      <w:r>
        <w:rPr>
          <w:lang w:eastAsia="zh-CN"/>
        </w:rPr>
        <w:t>　　我积极响应学校的号召，在全校做示范教研课《艾滋病小斗士》，在组内讲了两节教研课《推敲》、《司马迁发愤写史记》，获得了大家的好评。</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校本培训中我的讲座《我与写作》，真真切切地讲了自己在写作方面的经验，让大家耳目一新。在这一年中，我发布了一百多篇原创博文。在我的带动下，喜玲也开始了天天写博客，天天读书写读书笔记。先锋也开始了读书，并尝到了读书的乐趣。她们说，希望还能和我在一个办公室，继续接受我的影响，和我在一起，能学到了不少东西。</w:t>
      </w:r>
      <w:r>
        <w:rPr>
          <w:lang w:eastAsia="zh-CN"/>
        </w:rPr>
        <w:br/>
      </w:r>
      <w:r>
        <w:rPr>
          <w:lang w:eastAsia="zh-CN"/>
        </w:rPr>
        <w:t>　　我们在这一年中还参加了两个课题《小学语文阅读教学有效性的研究》和《提高学生写作观察力》的研究，我是两个课题的负责人。我们成了一群学习型教师、研究型教师、反思型教师。</w:t>
      </w:r>
      <w:r>
        <w:rPr>
          <w:lang w:eastAsia="zh-CN"/>
        </w:rPr>
        <w:br/>
      </w:r>
      <w:r>
        <w:rPr>
          <w:lang w:eastAsia="zh-CN"/>
        </w:rPr>
        <w:t>　　在国培活动中，我作为师傅代表发言，并带了两个徒弟张燕平和李泰呆，师徒关系非常好，为他们讲公开课，组织学员听课评课，为学员做讲座，最后还为学校写了自评总结。</w:t>
      </w:r>
      <w:r>
        <w:rPr>
          <w:lang w:eastAsia="zh-CN"/>
        </w:rPr>
        <w:br/>
      </w:r>
      <w:r>
        <w:rPr>
          <w:lang w:eastAsia="zh-CN"/>
        </w:rPr>
        <w:t>　　四、自我提高。</w:t>
      </w:r>
      <w:r>
        <w:rPr>
          <w:lang w:eastAsia="zh-CN"/>
        </w:rPr>
        <w:br/>
      </w:r>
      <w:r>
        <w:rPr>
          <w:lang w:eastAsia="zh-CN"/>
        </w:rPr>
        <w:t>　　去年上半年国家级二级咨询师考试通过后，下半年又通过了国家级二级公共营养师的考试。考试通过后，依旧没有停止学习，还在进行后续成长的培训和学习。并且为新报名学习的学员做讲课培训。在这一年中，我读了大量的书籍和杂志，每读一本书，都会写读书笔记。今年九月我还会报考汉语言的本科，作为语文老师，应该系统地学习汉语言。生命不息，学习不止。</w:t>
      </w:r>
      <w:r>
        <w:rPr>
          <w:lang w:eastAsia="zh-CN"/>
        </w:rPr>
        <w:br/>
      </w:r>
      <w:r>
        <w:rPr>
          <w:lang w:eastAsia="zh-CN"/>
        </w:rPr>
        <w:t>　　又一年结束了，成绩已经属于过去，我将继续认真努力地去学习和工作，做一名长跑者，匀速地在人生的跑道上前进。</w:t>
      </w:r>
      <w:r>
        <w:rPr>
          <w:lang w:eastAsia="zh-CN"/>
        </w:rPr>
        <w:br/>
      </w:r>
      <w:r>
        <w:rPr>
          <w:lang w:eastAsia="zh-CN"/>
        </w:rPr>
        <w:t xml:space="preserve">    2024小学教师工作总结 篇10 </w:t>
      </w:r>
      <w:r>
        <w:rPr>
          <w:lang w:eastAsia="zh-CN"/>
        </w:rPr>
        <w:br/>
      </w:r>
      <w:r>
        <w:rPr>
          <w:lang w:eastAsia="zh-CN"/>
        </w:rPr>
        <w:t>　　一、思想认识。</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人坚持热爱教育、坚持党的基本原则、坚持党的教育方针贯彻。认真学习研究《教育法》、《教师法》、《中小学教师日常规范》、《党纲》。在思想上严于律己，热爱党的教育事业以党员的要求来约束自己，鞭策自己。对自己要求更为严格，力争在思想上、工作上在同事、学生的心目中树立起榜样的作用。一学期来，我还积极参加各类政治业务学习，努力提高自己的政治水平和业务水平。服从学校的工作安排，配合领导和老师们做好校内外的各项工作。遵守学校的规章制度。学习和研究新课程标准、理念、观点，注重在教学实践中的灵活应用，理论联系实践，研究学生的学习情况。</w:t>
      </w:r>
      <w:r>
        <w:rPr>
          <w:lang w:eastAsia="zh-CN"/>
        </w:rPr>
        <w:br/>
      </w:r>
      <w:r>
        <w:rPr>
          <w:lang w:eastAsia="zh-CN"/>
        </w:rPr>
        <w:t>　　二、教学工作。</w:t>
      </w:r>
      <w:r>
        <w:rPr>
          <w:lang w:eastAsia="zh-CN"/>
        </w:rPr>
        <w:br/>
      </w:r>
      <w:r>
        <w:rPr>
          <w:lang w:eastAsia="zh-CN"/>
        </w:rPr>
        <w:t>　　在教学工作方面，认真做好六认真工作，认真研究教材教法和大纲。研究新课程标准。馔写国家级论文并获奖。认真完成继续教育任务，整学期的教学任务都非常重。但不管怎样，为了把自己的教学水平提高，我坚持经常翻阅《中小学英语教学》、《优秀论文集》、《青年教师优秀教案选》等书籍。还争取机会多听课，从中学习别人的长处，领悟其中的教学艺术。平时还虚心请教有经验的老师。每上的一节课，我都做好充分的准备，我的信念是-决不打无准备的仗。在备课过程中认真分析教材，根据教材的特点及学生的实际情况设计教案。</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这学期主要担任三、四年级几个班的英语、语文、数学、思想品德、科技、文体的教学辅导及图书管理工作。负责图书阅览工作和借还。协助其班主任工作。因为已经接手第二学期，学生的思想、学习以及家庭情况等我都一清二楚，并且教材经过上学期的摸索，对教材比较熟悉，所以工作起来还算比较顺利。培优扶差是一个学期教学工作的重头戏，因为一个班级里面总存在几个尖子生和后进生。对于后进生，我总是给予特殊的照顾，首先是课堂上多提问，多巡视，多辅导。然后是在课堂上对他们的点滴进步给予大力的表扬，课后多找他们谈心、交朋友，使他们懂得老师没有把他们看扁，树立起他们的信心和激发他们学习英语、语文、数学的兴趣。最后是发动班上的优生自愿当后进生们的辅导老师，令我欣慰的是优生们表现出非常的踊跃，我问他们为什么那么喜欢当辅导老师，他们说：老师都那么有信心他们会学好，我们同样有信心。我相信在我的辅导下，他一定有很大的进步。我想全班同学的学习成绩都是那么好。于是，我让他们组成一帮一小组，并给他们开会，提出老师必须履行的职责，主要就是检查学生的作业，辅导学生掌握课本的基本知识和技能。给后进生根据各自的情况定出目标，让他们双方都朝着那个目标前进。老师们确实是非常尽责，而学生时刻有个老师在身旁指点，学起来也非常起劲。两个班所定的9对一帮一小组，学生们全班都有进步，有的进步非常快。</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这学期我还暗中承担了英语辅导任务。从接到任务的时候开始，我就感到压力是非常重。首先这次英语辅导是优质课开放式的课，是一种新的尝试性的教学模式。还有这次优质课与众不同的是上完课后还要进行答辩，要考的还是教师本身的素质。再者本校的英语优质课连续多年未能够取得镇的一等奖，并代表镇到区参赛。面对这样的压力，我没有和英语组的老师发生矛盾，气馁，都想把这次课取得最好的成绩。我从学习理论知识开始，翻越大量的书籍及从网上搜集有关英语开放式教学的资料做课件。英语组的老师及校长都非常重视这节课，给予我莫大的帮助，一起定内容，一起出谋献策想教案、课件的设计，共修改教案、课件、试教十多次。有时候还得全科组加班加点。像-老师帮我把课件做好，领导主动帮我提建议，其它老师帮我做教具、录音等等。令我感觉到不是我一个人上公开课，而是有一股凝聚力使我感觉到是全校上。而在全体的努力下，这次的公开课没有实现了我校英语优质课获镇一等奖、并代表镇到区参赛的梦想。</w:t>
      </w:r>
      <w:r>
        <w:rPr>
          <w:lang w:eastAsia="zh-CN"/>
        </w:rPr>
        <w:br/>
      </w:r>
      <w:r>
        <w:rPr>
          <w:lang w:eastAsia="zh-CN"/>
        </w:rPr>
        <w:t>　　三、领班工作。</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班主任工作方面，我非常重视学生的思想教育工作。通过班会、晨会、思想品德课及结合各科教材对学生进行爱祖国、爱人民、爱集体、爱老动、爱学习等的思想教育。使学生能养成良好的班风、学风。班干部是老师的左右手，所以我把暗中培养得力的班干部作为班主任工作的一项重要内容。我培养了两位得力的班长。这些班干部能把班的学习和纪律管好，为我减轻负担。我为他们定出要争取每星期都拿文明班的目标，各施其责。还常给班干定时开会，了解他们工作的情况，鼓励他们大胆开展工作。使班干能在同学中树立起威信，成为同学学习的榜样。在他们的努力下，班务工作能正常开展，本班这学期也只有两次没有取得文明班的称号。这个班本学期的插班生很多，有六个，加上原来的一共有13个，全是男生，并且来自不同的省份，语言沟通和学习习惯的参差就最令我头疼。他们连上课的基本要求都没养成，并且有几个象---、---等是最调皮的。特别是---，这个小孩特别好奇、好动。上学期天天都要跟同学打上几场架，我唯有苦口婆心地跟他做思想工作，慢慢把他转化，今个学期打架违纪的现象大大减少了，上课能遵守纪律，并且非常积极回答问题，学习成绩也优秀。但还是不时出现一些消极的思想。为了把班的常规工作搞好，我每天都坚持早上七点三十分前、中午一时四十分前就到校，回到学校的第一件事就是到班上了解学生的早读、午读等情况，对学生进行晨会教育。经过一个的努力，我们班的各项常规工作像早读、卫生、课堂纪律等都抓得比较好。这些为我将来教学中打下良好的基础。</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这学期班主任工作最使自己满意的是与家长的联系沟通工作。这一学期，我主动与家长通过电话、校访等的方式进行密切联系，了解学生在家的学习与生活情况，也向家长汇报其子女在校的情况，争取与家长的教育思想达成一致。当家长对我的工作提出意见的时候我非常乐意接受，并且调换角色站在家长的角度去考虑问题。结果，绝大部分的家长对我是非常信任和尊敬。像---同学，她的家长因为望女成凤心切，把女儿的学习管得特严。要她在完成老师布置的学习任务的同时，中午要她写两页的生字，晚上要写两课的生字和背语文或数学，完成不了还用棍棒侍候。结果把小女孩压得透不过气来，上课也没精打彩的，老师在学习要完成的作业总是完成不了，成绩也越来越差。我跟她家长谈过几次，了解到这样的情况，给他们提了个建议，让他们不要布置额外的作业给她，不要把她逼得太紧，先试行两个星期，如果还是老样子的话就一起再想别的办法。家长听从了我的意见，结果这个同学在轻松的学习环境下成绩进步很大，语文数学都达到了优秀，数学还考了一百分。她的家长也对我表示谢意。</w:t>
      </w:r>
      <w:r>
        <w:rPr>
          <w:lang w:eastAsia="zh-CN"/>
        </w:rPr>
        <w:br/>
      </w:r>
      <w:r>
        <w:rPr>
          <w:lang w:eastAsia="zh-CN"/>
        </w:rPr>
        <w:t>　　四、考勤方面。</w:t>
      </w:r>
      <w:r>
        <w:rPr>
          <w:lang w:eastAsia="zh-CN"/>
        </w:rPr>
        <w:br/>
      </w:r>
      <w:r>
        <w:rPr>
          <w:lang w:eastAsia="zh-CN"/>
        </w:rPr>
        <w:t>　　我在做好各项教育教学工作的同时，严格遵守学校的各项规章制度。处理好学校工作与家务之间的关系，虽然我在家是一名家庭主妇，但我家的家务活不是我干得最多，有很多时候跟侄儿。不论是学校分到的哪一项工作，我都配合同事尽自己的努力把工作做好。图书管理工作阅览，负责收发校的报纸、杂志。</w:t>
      </w:r>
      <w:r>
        <w:rPr>
          <w:lang w:eastAsia="zh-CN"/>
        </w:rPr>
        <w:br/>
      </w:r>
      <w:r>
        <w:rPr>
          <w:lang w:eastAsia="zh-CN"/>
        </w:rPr>
        <w:t>　　五、主要成绩。</w:t>
      </w:r>
      <w:r>
        <w:rPr>
          <w:lang w:eastAsia="zh-CN"/>
        </w:rPr>
        <w:br/>
      </w:r>
      <w:r>
        <w:rPr>
          <w:lang w:eastAsia="zh-CN"/>
        </w:rPr>
        <w:t>　　在这一学期里，自己辅导学生的英语培养学生听说读写演英语的能力。收到一定的效果。完成继续教育任务。负责学生的图书阅读及借还。</w:t>
      </w:r>
      <w:r>
        <w:rPr>
          <w:lang w:eastAsia="zh-CN"/>
        </w:rPr>
        <w:br/>
      </w:r>
      <w:r>
        <w:rPr>
          <w:lang w:eastAsia="zh-CN"/>
        </w:rPr>
        <w:t>　　六、努力方向。</w:t>
      </w:r>
      <w:r>
        <w:rPr>
          <w:lang w:eastAsia="zh-CN"/>
        </w:rPr>
        <w:br/>
      </w:r>
      <w:r>
        <w:rPr>
          <w:lang w:eastAsia="zh-CN"/>
        </w:rPr>
        <w:t>　　不断研究教学动态、理念、观点。教学中研究，研究中学习。向优秀教师学习。望领导给予指点。</w:t>
      </w:r>
      <w:r>
        <w:rPr>
          <w:lang w:eastAsia="zh-CN"/>
        </w:rPr>
        <w:br/>
      </w:r>
      <w:r>
        <w:rPr>
          <w:lang w:eastAsia="zh-CN"/>
        </w:rPr>
        <w:t xml:space="preserve">    2024小学教师工作总结 篇11 </w:t>
      </w:r>
      <w:r>
        <w:rPr>
          <w:lang w:eastAsia="zh-CN"/>
        </w:rPr>
        <w:br/>
      </w:r>
      <w:r>
        <w:rPr>
          <w:lang w:eastAsia="zh-CN"/>
        </w:rPr>
        <w:t>　　学校为目标，狠抓校本培训，提高课堂教学质效，凸显学科特色。规范装备管理，提高设备与资源效益。</w:t>
      </w:r>
      <w:r>
        <w:rPr>
          <w:lang w:eastAsia="zh-CN"/>
        </w:rPr>
        <w:br/>
      </w:r>
      <w:r>
        <w:rPr>
          <w:lang w:eastAsia="zh-CN"/>
        </w:rPr>
        <w:t>　　综合科组在区教研室的指导下，学校的领导下，在全体教师的辛勤工作下，开展了一系列的活动，取得了一定的成绩。立足现在，放眼未来，为使今后的工作取得更大的进步，现对本学期综合科组工作作出总结，希望能发扬优点，克服不足，总结检验教训，继往开来，以促进教训工作更上一层楼。</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一、教育教学方面</w:t>
      </w:r>
      <w:r>
        <w:rPr>
          <w:lang w:eastAsia="zh-CN"/>
        </w:rPr>
        <w:br/>
      </w:r>
      <w:r>
        <w:rPr>
          <w:lang w:eastAsia="zh-CN"/>
        </w:rPr>
        <w:t>　　继续学习常规，对照常规，搞好教学的每一环节。重点要抓好课堂教学常规的落实，着眼于培养学生综合运用能力。通过创设合理的教学情景，引导学生在模拟或真实交际中理解、模仿和运用语言；充分运用实物、图片、手势、直观教具和表演等方法，充分利用我校先进的电脑多媒体电教设备，加大信息技术辅助教学的力度，生动活泼地进行教学。</w:t>
      </w:r>
      <w:r>
        <w:rPr>
          <w:lang w:eastAsia="zh-CN"/>
        </w:rPr>
        <w:br/>
      </w:r>
      <w:r>
        <w:rPr>
          <w:lang w:eastAsia="zh-CN"/>
        </w:rPr>
        <w:t>　　1、认真备课</w:t>
      </w:r>
      <w:r>
        <w:rPr>
          <w:lang w:eastAsia="zh-CN"/>
        </w:rPr>
        <w:br/>
      </w:r>
      <w:r>
        <w:rPr>
          <w:lang w:eastAsia="zh-CN"/>
        </w:rPr>
        <w:t>　　综合科组教师都能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成集。</w:t>
      </w:r>
      <w:r>
        <w:rPr>
          <w:lang w:eastAsia="zh-CN"/>
        </w:rPr>
        <w:br/>
      </w:r>
      <w:r>
        <w:rPr>
          <w:lang w:eastAsia="zh-CN"/>
        </w:rPr>
        <w:t>　　2、认真上课</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增强上课技能，提高教学质量，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运用现代化教学技术是创新教育的重要保证。我们利用直观教具和电化教学设备来营造真实的效果，还利用多媒、体教学来优化课堂教学；特别是利用丰富的网络教学资源来实现教学立体化，为学生提供丰富的资料和实践与创新的广阔天地。</w:t>
      </w:r>
      <w:r>
        <w:rPr>
          <w:lang w:eastAsia="zh-CN"/>
        </w:rPr>
        <w:br/>
      </w:r>
      <w:r>
        <w:rPr>
          <w:lang w:eastAsia="zh-CN"/>
        </w:rPr>
        <w:t>　　3、认真学习交流</w:t>
      </w:r>
      <w:r>
        <w:rPr>
          <w:lang w:eastAsia="zh-CN"/>
        </w:rPr>
        <w:br/>
      </w:r>
      <w:r>
        <w:rPr>
          <w:lang w:eastAsia="zh-CN"/>
        </w:rPr>
        <w:t>　　继续组织教师对教育教学理论的学习，系统学习一本理论书籍以及杂志上有关教学改革的经验文章，以先进的教育教学思想指导课堂教学改革实践，努力探索提高教学效益的途径和方法。认真做好理论笔记，对学习心得、体会能及时小结，能联系实际积极撰写教育教学论文，从实践上升到理论。科组教师先后多次参加校、区、市的教育教学会议、教育教学活动、教育培训等。提高了教师的业务水平，学习了先进的教育教学观念。</w:t>
      </w:r>
      <w:r>
        <w:rPr>
          <w:lang w:eastAsia="zh-CN"/>
        </w:rPr>
        <w:br/>
      </w:r>
      <w:r>
        <w:rPr>
          <w:lang w:eastAsia="zh-CN"/>
        </w:rPr>
        <w:t>　　本学期在区里举行的科技节里，综合科组积极参与，全力配合，在—个项目里面，一共获得特等奖—名；一等奖—名；二等奖—名；三等奖—名，取得了好成绩。</w:t>
      </w:r>
      <w:r>
        <w:rPr>
          <w:lang w:eastAsia="zh-CN"/>
        </w:rPr>
        <w:br/>
      </w:r>
      <w:r>
        <w:rPr>
          <w:lang w:eastAsia="zh-CN"/>
        </w:rPr>
        <w:t>　　二、第二课堂活动成果突出</w:t>
      </w:r>
      <w:r>
        <w:rPr>
          <w:lang w:eastAsia="zh-CN"/>
        </w:rPr>
        <w:br/>
      </w:r>
      <w:r>
        <w:rPr>
          <w:lang w:eastAsia="zh-CN"/>
        </w:rPr>
        <w:t>　　第二课堂活动是重要的教学辅助手段，有利于增长知识、开阔视野。有目的、有组织地开展各种适合学生语言水平和年龄特点的课外活动，可使学生生动、活泼、主动地学习，可以激发他们的学习热情，培养兴趣。我们根据不同年级掌握的知识水平，组织丰富多彩的第二课堂活动活动。每周都开展活动。并积极参加各类的竞赛，取得了突出成绩。</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三、做好电脑维修和网管中心的维护工作</w:t>
      </w:r>
      <w:r>
        <w:rPr>
          <w:lang w:eastAsia="zh-CN"/>
        </w:rPr>
        <w:br/>
      </w:r>
      <w:r>
        <w:rPr>
          <w:lang w:eastAsia="zh-CN"/>
        </w:rPr>
        <w:t>　　在过去的一个学期里我们取得了一点儿成绩，成绩只代表过去。我们综合科组的全体教师将一如既往的努力工作，克服不足，努力积极，向着更远的目标前进！</w:t>
      </w:r>
      <w:r>
        <w:rPr>
          <w:lang w:eastAsia="zh-CN"/>
        </w:rPr>
        <w:br/>
      </w:r>
      <w:r>
        <w:rPr>
          <w:lang w:eastAsia="zh-CN"/>
        </w:rPr>
        <w:t xml:space="preserve">    2024小学教师工作总结 篇12 </w:t>
      </w:r>
      <w:r>
        <w:rPr>
          <w:lang w:eastAsia="zh-CN"/>
        </w:rPr>
        <w:br/>
      </w:r>
      <w:r>
        <w:rPr>
          <w:lang w:eastAsia="zh-CN"/>
        </w:rPr>
        <w:t>　　一学期又快结束，可以说紧张而又忙碌、有得有失。在这一学期中我能认真执行学校教育教学工作计划，积极探索，改革教学，把新课程标准的新思想、新理念和数学课堂教学的新思路、新设想结合起来，从各方面严格要求自己，结合本校的实际条件和学生的实际情况，勤勤恳恳，兢兢业业，使教学工作有计划，有组织，有步骤地开展。</w:t>
      </w:r>
      <w:r>
        <w:rPr>
          <w:lang w:eastAsia="zh-CN"/>
        </w:rPr>
        <w:br/>
      </w:r>
      <w:r>
        <w:rPr>
          <w:lang w:eastAsia="zh-CN"/>
        </w:rPr>
        <w:t>　　我始终热爱并忠诚于人民的教学事业，教学态度认真，教风扎实，严格遵守学校的规章制度，团结同志，无迟到和早退现象，做到出全勤、出满勤。</w:t>
      </w:r>
      <w:r>
        <w:rPr>
          <w:lang w:eastAsia="zh-CN"/>
        </w:rPr>
        <w:br/>
      </w:r>
      <w:r>
        <w:rPr>
          <w:lang w:eastAsia="zh-CN"/>
        </w:rPr>
        <w:t>　　本学期教学工作方面：</w:t>
      </w:r>
      <w:r>
        <w:rPr>
          <w:lang w:eastAsia="zh-CN"/>
        </w:rPr>
        <w:br/>
      </w:r>
      <w:r>
        <w:rPr>
          <w:lang w:eastAsia="zh-CN"/>
        </w:rPr>
        <w:t>　　认真备课，不但备学生，而且备教材备教法，根据教材内容及学生的实际，设计课的类型，采用合理的教学方法，并对教学过程及时间安排都作了详细的记录，认真写好教案。每一课都做到“有备而来”，每堂课都在课前做好充分的准备，并制作各种利于吸引学生注意力的有趣教具，课后及时对该课做出总结，写好教学反思。</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增强上课技能，提高教学质量，使讲解清晰化，条理化，准确化，情感化，生动化，做到线索清晰，层次分明，深入浅出。在课堂上特别注意调动学生的积极性，加强师生交流，充分体现学生的自主性，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在教学上，有疑必问。在各个章节的学习上都积极征求其他老师的意见，学习他们的方法，同时，多听老师的课，做到边听边学，学习别人的优点，克服自己的不足。经常阅读教育教学资料，提高业务水平方面。</w:t>
      </w:r>
      <w:r>
        <w:rPr>
          <w:lang w:eastAsia="zh-CN"/>
        </w:rPr>
        <w:br/>
      </w:r>
      <w:r>
        <w:rPr>
          <w:lang w:eastAsia="zh-CN"/>
        </w:rPr>
        <w:t>　　在布置作业时严格执行减负原则，还确保质量，保证学生的学习效果，做到有针对性，批改作业时努力做到面批面改。让学生的练习有针对性，有层次性。对学生的作业批改及时、认真，分析并记录学生的作业情况，将他们在作业过程出现的问题，作出分类总结，进行透切的评讲，并针对有关情况及时改进教学方法，做到有的放矢。</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除了在课堂上进行辅导外，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w:t>
      </w:r>
      <w:r>
        <w:rPr>
          <w:lang w:eastAsia="zh-CN"/>
        </w:rPr>
        <w:br/>
      </w:r>
      <w:r>
        <w:rPr>
          <w:lang w:eastAsia="zh-CN"/>
        </w:rPr>
        <w:t>　　平时，我还能积极主动地配合其他同事开展各项工作，团结协作、携手共进，积极地准备公开课，功夫不负有心人，我的努力和付出得到了领导和同事的好评，得到了家长们的肯定，参加西安市教学能手比赛，取得理想的成绩。</w:t>
      </w:r>
      <w:r>
        <w:rPr>
          <w:lang w:eastAsia="zh-CN"/>
        </w:rPr>
        <w:br/>
      </w:r>
      <w:r>
        <w:rPr>
          <w:lang w:eastAsia="zh-CN"/>
        </w:rPr>
        <w:t>　　在繁忙工作的同时，我还注重作好家校联系工作，及时与家长沟通和交流。家长会上，我声情并茂的发言博得了家长们的阵阵掌声，已取得了他们的信任和支持。</w:t>
      </w:r>
      <w:r>
        <w:rPr>
          <w:lang w:eastAsia="zh-CN"/>
        </w:rPr>
        <w:br/>
      </w:r>
      <w:r>
        <w:rPr>
          <w:lang w:eastAsia="zh-CN"/>
        </w:rPr>
        <w:t xml:space="preserve">    2024小学教师工作总结 篇13 </w:t>
      </w:r>
      <w:r>
        <w:rPr>
          <w:lang w:eastAsia="zh-CN"/>
        </w:rPr>
        <w:br/>
      </w:r>
      <w:r>
        <w:rPr>
          <w:lang w:eastAsia="zh-CN"/>
        </w:rPr>
        <w:t>　　_学年又要结束了，这一学期我仍然担任一年级的数学课教学工作。素质教育的彻底实施，对学生来说受益长远，对老师是一次非常大的挑战，尤其我们数学课，每周只有4节课，既要完成进度，又要圆满实现本学期的三维数学目标，由此感受到自己肩上的担子之重。因此，我对教学工作不敢怠慢，认真学习，深入研究教法，虚心学习。为使今后的工作取得更大的进步，现对本学期教学工作作出总结，希望能发扬优点，克服不足，总结经验教训，继往开来，以促进教育工作更上一层楼。</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一、加强上课技能，提高教学质量。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数学课，就连以前极讨厌数学的学生都乐于上课了。</w:t>
      </w:r>
      <w:r>
        <w:rPr>
          <w:lang w:eastAsia="zh-CN"/>
        </w:rPr>
        <w:br/>
      </w:r>
      <w:r>
        <w:rPr>
          <w:lang w:eastAsia="zh-CN"/>
        </w:rPr>
        <w:t>　　二、博采众长。这学期的教学听课活动，让我们数学教师能够有了更多的学习与交流机会，拓宽了上课思路。</w:t>
      </w:r>
      <w:r>
        <w:rPr>
          <w:lang w:eastAsia="zh-CN"/>
        </w:rPr>
        <w:br/>
      </w:r>
      <w:r>
        <w:rPr>
          <w:lang w:eastAsia="zh-CN"/>
        </w:rPr>
        <w:t>　　三、认真备课。不但备学生，而且备教材备教法，根据教材内容及学生的实际设计课的类型，拟定采用的教学方法，认真备好教案。每一课都做到“有备而来”，每堂课都在课前做好充分的准备，并制作各种利于吸引学生注意力的有趣教具，课后及时对该课作出总结，写好教学后记。</w:t>
      </w:r>
      <w:r>
        <w:rPr>
          <w:lang w:eastAsia="zh-CN"/>
        </w:rPr>
        <w:br/>
      </w:r>
      <w:r>
        <w:rPr>
          <w:lang w:eastAsia="zh-CN"/>
        </w:rPr>
        <w:t>　　四、认真批改作业、布置作业，做到精读精练力求每一次练习都收到最大的效果。同时对学生的作业批改及时、认真，分析学生的作业情况，将他们在作业过程出现的问题作出分类总结，进行透彻的讲评，并针对有关情况及时改变教学方法，写出教学反思。</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五、做好课后辅导工作，小学生爱动、好玩，缺乏自控能力，常在学习上不能按时完成作业，有的学生抄袭作业。针对这种问题，抓好学生的思想教育，并使这一工作贯彻到对学生的学习指导中去，还要做好对学生学习的辅导和帮助工作。另外注意分层教学。在课后为不同层次的学生进行辅导，为避免了一刀切的弊端，同时加大对后进生的辅导力度。并不限于学习知识性的辅导，更重要的是学习思想的辅导，要提高后进生的成绩，首先要解决他们心结，比如，握握他的手，摸摸他的头，或帮助整理衣服。从赞美着手，所有的人都渴望得到别人的理解和尊重，所以，和差生交谈时，对他的处境、想法表示深刻的理解和尊重，让他们意识到学习的重要性和必要性，更体会到数学学习的快乐，看到自己数学学习的进步和体会到成功的喜悦，在此基础上，再教给他们学习的方法，提高他们的技能。</w:t>
      </w:r>
      <w:r>
        <w:rPr>
          <w:lang w:eastAsia="zh-CN"/>
        </w:rPr>
        <w:br/>
      </w:r>
      <w:r>
        <w:rPr>
          <w:lang w:eastAsia="zh-CN"/>
        </w:rPr>
        <w:t xml:space="preserve">    2024小学教师工作总结 篇14 </w:t>
      </w:r>
      <w:r>
        <w:rPr>
          <w:lang w:eastAsia="zh-CN"/>
        </w:rPr>
        <w:br/>
      </w:r>
      <w:r>
        <w:rPr>
          <w:lang w:eastAsia="zh-CN"/>
        </w:rPr>
        <w:t>　　小学数学教学工作总结范文本学期，我承担二年级一班和二班的数学教学工作。由于自己的经验匮乏，能力有限，所以始终坚持从各方面严格要求自己，积极向其他有中考经验教师请教，结合本校的实际条件和学生的实际情况，勤勤恳恳，兢兢业业的工作，使教学工作有计划，有组织，有步骤地开展。立足现在，放眼未来，为使今后的工作取得更大的进步，现对本学期教学工作总结如下，希望能发扬优点，克服不足，总结检验教训，以促进以后的工作更上一层楼。</w:t>
      </w:r>
      <w:r>
        <w:rPr>
          <w:lang w:eastAsia="zh-CN"/>
        </w:rPr>
        <w:br/>
      </w:r>
      <w:r>
        <w:rPr>
          <w:lang w:eastAsia="zh-CN"/>
        </w:rPr>
        <w:t>　　一、认真备课，不但备学生而且备教材备教法，根据教材内容及学生的实际，采用不同的教学方法，并对教学过程的程序及时间安排都作了详细的记录，认真写好教案。每一课都做到“有备而来”，每堂课都在课前做好充分的准备。</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二、增强上课技能，提高教学质量，使讲解清晰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三、虚心请教其他老师，在教学上，有疑必问。对于各种中考题型积极征求其王主任和张晓华老师的意见，学习她们的方法，做到边听边讲，学习别人的优点，克服自己的不足，改进工作。四、真批改作业，布置作业做到精读精练。有针对性，有层次性。为了做到这点，我常常到网上收集资料，对历年的中考试卷进行筛选，力求每一次练习都起到最大的效果。同时对学生的作业批改及时、认真，分析学生的作业情况，将他们在作业过程出现的问题作出分类总结，进行透切的评讲，并针对有关情况及时改进教学方法，做到有的放矢。</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五、做好课后辅导工作，注意分层教学。为不同层次的学生进行相应的辅导，以满足不同层次的学生的需求，避免了一刀切的弊端，同时加大了后进生的辅导力度。对后进生的辅导，并不限于学习知识性的辅导，更重要的是学习思想的辅导，要提高后进生的成绩，首先了解他们的心结，让他们意识到学习的重要性和必要性，使之对学习萌发兴趣。通过各种途径激发他们的求知欲和上进心，让他们意识到学习并不是一项任务，也不是一件痛苦的事情。而是充满乐趣的。从而自觉的把身心投放到学习中去。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在做好后进生的转化工作时，我利用中午午休时间给他们补课，把他们以前学习的知识断层补充完整，这样，他们学得轻松，进步也快，兴趣和求知欲也随之增加。</w:t>
      </w:r>
      <w:r>
        <w:rPr>
          <w:lang w:eastAsia="zh-CN"/>
        </w:rPr>
        <w:br/>
      </w:r>
      <w:r>
        <w:rPr>
          <w:lang w:eastAsia="zh-CN"/>
        </w:rPr>
        <w:t>　　六、积极推进素质教育，我在教学工作中注意了学生能力的培养，把传受知识、技能和发展智力、能力结合起来，在知识层面上注入了思想情感教育的因素，发挥学生的创新意识和创新能力。让学生的各种素质都得到有效的发展和培养。</w:t>
      </w:r>
      <w:r>
        <w:rPr>
          <w:lang w:eastAsia="zh-CN"/>
        </w:rPr>
        <w:br/>
      </w:r>
      <w:r>
        <w:rPr>
          <w:lang w:eastAsia="zh-CN"/>
        </w:rPr>
        <w:t>　　在教学的过程中，由于学生已有习惯的养成，不良行为习惯的影响，有很多预想的目标没有达到，还有很多不足，主要在以下发面：</w:t>
      </w:r>
      <w:r>
        <w:rPr>
          <w:lang w:eastAsia="zh-CN"/>
        </w:rPr>
        <w:br/>
      </w:r>
      <w:r>
        <w:rPr>
          <w:lang w:eastAsia="zh-CN"/>
        </w:rPr>
        <w:t>　　1、没有良好的学习习惯;由于学生之前没有养成良好的做题、批改，审题等习惯，导致学生吃等食、不做题、听课不认真、答上就对的思想严重，影响了中考的数学成绩。</w:t>
      </w:r>
      <w:r>
        <w:rPr>
          <w:lang w:eastAsia="zh-CN"/>
        </w:rPr>
        <w:br/>
      </w:r>
      <w:r>
        <w:rPr>
          <w:lang w:eastAsia="zh-CN"/>
        </w:rPr>
        <w:t>　　2、给学生做题的时间不足，做题熟读强调不够。</w:t>
      </w:r>
      <w:r>
        <w:rPr>
          <w:lang w:eastAsia="zh-CN"/>
        </w:rPr>
        <w:br/>
      </w:r>
      <w:r>
        <w:rPr>
          <w:lang w:eastAsia="zh-CN"/>
        </w:rPr>
        <w:t>　　另一方面，以后教学中，主要从以下几方面改进：</w:t>
      </w:r>
      <w:r>
        <w:rPr>
          <w:lang w:eastAsia="zh-CN"/>
        </w:rPr>
        <w:br/>
      </w:r>
      <w:r>
        <w:rPr>
          <w:lang w:eastAsia="zh-CN"/>
        </w:rPr>
        <w:t>　　1、从基础上培养学生良好的学识习惯。</w:t>
      </w:r>
      <w:r>
        <w:rPr>
          <w:lang w:eastAsia="zh-CN"/>
        </w:rPr>
        <w:br/>
      </w:r>
      <w:r>
        <w:rPr>
          <w:lang w:eastAsia="zh-CN"/>
        </w:rPr>
        <w:t>　　2、充分调整课堂学习结构，让学生充分的落笔，培养学生良好的作题习惯，答题习惯。</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3、充分发挥学生的主体作用，师少讲生多说。</w:t>
      </w:r>
      <w:r>
        <w:rPr>
          <w:lang w:eastAsia="zh-CN"/>
        </w:rPr>
        <w:br/>
      </w:r>
      <w:r>
        <w:rPr>
          <w:lang w:eastAsia="zh-CN"/>
        </w:rPr>
        <w:t>　　4、加大对尖子生做题方法的指导和培养，做好教学工作计划。</w:t>
      </w:r>
      <w:r>
        <w:rPr>
          <w:lang w:eastAsia="zh-CN"/>
        </w:rPr>
        <w:br/>
      </w:r>
      <w:r>
        <w:rPr>
          <w:lang w:eastAsia="zh-CN"/>
        </w:rPr>
        <w:t xml:space="preserve">    2024小学教师工作总结 篇15 </w:t>
      </w:r>
      <w:r>
        <w:rPr>
          <w:lang w:eastAsia="zh-CN"/>
        </w:rPr>
        <w:br/>
      </w:r>
      <w:r>
        <w:rPr>
          <w:lang w:eastAsia="zh-CN"/>
        </w:rPr>
        <w:t>　　一、领导重视，组织到位，制定计划。</w:t>
      </w:r>
      <w:r>
        <w:rPr>
          <w:lang w:eastAsia="zh-CN"/>
        </w:rPr>
        <w:br/>
      </w:r>
      <w:r>
        <w:rPr>
          <w:lang w:eastAsia="zh-CN"/>
        </w:rPr>
        <w:t>　　在学期末，学校召开全体教职工年度工作总结会议，校领导充分重视并出席了此次培训，会上认真研究布署了下学期学校工作计划和安排了学期班主任、教学工作经验交流环节。分项落实责任，明确具体工作任务。</w:t>
      </w:r>
      <w:r>
        <w:rPr>
          <w:lang w:eastAsia="zh-CN"/>
        </w:rPr>
        <w:br/>
      </w:r>
      <w:r>
        <w:rPr>
          <w:lang w:eastAsia="zh-CN"/>
        </w:rPr>
        <w:t>　　二、理清思路，扎实工作，稳步开展新学期各项活动。</w:t>
      </w:r>
      <w:r>
        <w:rPr>
          <w:lang w:eastAsia="zh-CN"/>
        </w:rPr>
        <w:br/>
      </w:r>
      <w:r>
        <w:rPr>
          <w:lang w:eastAsia="zh-CN"/>
        </w:rPr>
        <w:t>　　第一，学校召开了全体教师工作交流会，与会教师都简要总结了自己的教学和班主任工作心得。</w:t>
      </w:r>
      <w:r>
        <w:rPr>
          <w:lang w:eastAsia="zh-CN"/>
        </w:rPr>
        <w:br/>
      </w:r>
      <w:r>
        <w:rPr>
          <w:lang w:eastAsia="zh-CN"/>
        </w:rPr>
        <w:t>　　通过相互的交流与学习的平台，吸取工作上的优秀之处，反思了以往工作中的不足，为新教师创造了良好的学习机会，也为老教师更新了教学观念，为更进一步了解和掌握新学期的发展方向和目标做好了准备。</w:t>
      </w:r>
      <w:r>
        <w:rPr>
          <w:lang w:eastAsia="zh-CN"/>
        </w:rPr>
        <w:br/>
      </w:r>
      <w:r>
        <w:rPr>
          <w:lang w:eastAsia="zh-CN"/>
        </w:rPr>
        <w:t>　　第二，认真学习现代教育教学理论。</w:t>
      </w:r>
      <w:r>
        <w:rPr>
          <w:lang w:eastAsia="zh-CN"/>
        </w:rPr>
        <w:br/>
      </w:r>
      <w:r>
        <w:rPr>
          <w:lang w:eastAsia="zh-CN"/>
        </w:rPr>
        <w:t>　　首先，由担任教学工作的叶主任制定了学校教师教学理论学习计划，并要求每位教师均制定出个人的教育、教学理论学习计划，在本学期良好的教师技能基础上不断规范教学管理，扎实开展工作，认真执行《班主任工作管理条例》，促进校风、学风建设，营造良好学习氛围，确保综合管理工作有效开展。其次，刻苦学习专业知识。</w:t>
      </w:r>
      <w:r>
        <w:rPr>
          <w:lang w:eastAsia="zh-CN"/>
        </w:rPr>
        <w:br/>
      </w:r>
    </w:p>
    <w:p w:rsidR="001B1F19" w14:textId="27C3F48A">
      <w:pPr>
        <w:rPr>
          <w:lang w:eastAsia="zh-CN"/>
        </w:rPr>
      </w:pPr>
      <w:r>
        <w:rPr>
          <w:lang w:eastAsia="zh-CN"/>
        </w:rPr>
        <w:t>　　大多数教师的教学实践和教学业务能力有大幅度提高，通过本学期的教学评估工作，广大教师有了终身学习意识，有了新的教育教学理念，教师们大多能深入钻研本学科文化知识及相关科知识的学习，并在教学实践中不断更新教学方法，设计教学过程。尤其是对于技能性强的专业，更要不断研究教学实训过程，并用之于培养学生掌握专业技能的教学过程中。</w:t>
      </w:r>
      <w:r>
        <w:rPr>
          <w:lang w:eastAsia="zh-CN"/>
        </w:rPr>
        <w:br/>
      </w:r>
      <w:r>
        <w:rPr>
          <w:lang w:eastAsia="zh-CN"/>
        </w:rPr>
        <w:t>　　第三，扎实开展“健全科组活动，突破技能训练”专题活动。</w:t>
      </w:r>
      <w:r>
        <w:rPr>
          <w:lang w:eastAsia="zh-CN"/>
        </w:rPr>
        <w:br/>
      </w:r>
      <w:r>
        <w:rPr>
          <w:lang w:eastAsia="zh-CN"/>
        </w:rPr>
        <w:t>　　人人树立新的教学观念，研究新的教学方式和学生的学习方式，使教研活动得以深入开展。</w:t>
      </w:r>
      <w:r>
        <w:rPr>
          <w:lang w:eastAsia="zh-CN"/>
        </w:rPr>
        <w:br/>
      </w:r>
      <w:r>
        <w:rPr>
          <w:lang w:eastAsia="zh-CN"/>
        </w:rPr>
        <w:t xml:space="preserve">    2024小学教师工作总结 篇16 </w:t>
      </w:r>
      <w:r>
        <w:rPr>
          <w:lang w:eastAsia="zh-CN"/>
        </w:rPr>
        <w:br/>
      </w:r>
      <w:r>
        <w:rPr>
          <w:lang w:eastAsia="zh-CN"/>
        </w:rPr>
        <w:t>　　这学期的支教生活对我来说，无论在思想上、业务上都可以说获益非浅，我的整个身心得到了提升！我敬佩__小学领导的求真务实、以人为本的工作作风，佩服老师们忘我的奉献精神，认真负责的工作态度，他们才是我真正学习的榜样。在双方领导的大力支持和同事的无私关怀下，我顺利完成了本学期的支教工作，现总结如下：</w:t>
      </w:r>
      <w:r>
        <w:rPr>
          <w:lang w:eastAsia="zh-CN"/>
        </w:rPr>
        <w:br/>
      </w:r>
      <w:r>
        <w:rPr>
          <w:lang w:eastAsia="zh-CN"/>
        </w:rPr>
        <w:t>　　一、思想方面</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https://d.book118.com/097153014062006050</w:t>
        </w:r>
      </w:hyperlink>
    </w:p>
    <w:p w:rsidR="001B1F19">
      <w:pPr>
        <w:rPr>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7153014062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