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个人700字上半年工作总结（31篇）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个人700字上半年工作总结（通用31篇）</w:t>
      </w:r>
      <w:r>
        <w:rPr>
          <w:lang w:eastAsia="zh-CN"/>
        </w:rPr>
        <w:br/>
      </w:r>
      <w:r>
        <w:rPr>
          <w:lang w:eastAsia="zh-CN"/>
        </w:rPr>
        <w:t xml:space="preserve">    个人700字上半年工作总结 篇1 </w:t>
      </w:r>
      <w:r>
        <w:rPr>
          <w:lang w:eastAsia="zh-CN"/>
        </w:rPr>
        <w:br/>
      </w:r>
      <w:r>
        <w:rPr>
          <w:lang w:eastAsia="zh-CN"/>
        </w:rPr>
        <w:t>　　20__年溧城镇团委在镇__、政府和上级部门的指导在，立足本职和特色开展了一系列的工作，现总结汇报如下：</w:t>
      </w:r>
      <w:r>
        <w:rPr>
          <w:lang w:eastAsia="zh-CN"/>
        </w:rPr>
        <w:br/>
      </w:r>
      <w:r>
        <w:rPr>
          <w:lang w:eastAsia="zh-CN"/>
        </w:rPr>
        <w:t>　　一、广泛开展主题教育活动。紧紧抓住____周年和“五四”运动__周年重要契机，广泛开展“学_史、知__情、跟__走”系列主题教育活动,在团员干部尤其是青年学生中开展纪念___周年知识竞赛。</w:t>
      </w:r>
      <w:r>
        <w:rPr>
          <w:lang w:eastAsia="zh-CN"/>
        </w:rPr>
        <w:br/>
      </w:r>
      <w:r>
        <w:rPr>
          <w:lang w:eastAsia="zh-CN"/>
        </w:rPr>
        <w:t>　　二、开展讲文明树新风活动。20__年1月，在农历春节和学生寒假的重合的契机，我们利用学生的自身优势，发动学生深入社区，开展讲文明、树新风活动。主要帮助孤寡老人打扫卫生、书写春联、在社区中宣传如何过好文明、和谐的春节等，共有1000名学生参加了活动。</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积极开展志愿者服务活动。3月镇团委组织了30名团员来到大石山旅游农庄种植香樟树近千株，为创建生态城市，建设社会主义新农村增绿添彩。5月又组织开展“服务红色旅游传承水西精神”主题教育实践活动，志愿者们来到水西新四军江南指挥部，开展引导接待、日常维护、清洁卫生、免费摄影的志愿者服务。5月20日在华地百货门口联合举办了大型科普集市活动，紧紧围绕“发展低碳经济，建设生态城市”这一主题，开展了科技咨询、科普展板宣传、科普有奖知识问答、计生知识咨询、医疗义诊服务等活动。科普集市上，青年志愿者们共发放食品安全卫生、计生知识、环保知识等各类宣传资料20__多份，接受群众科普咨询300多人次。</w:t>
      </w:r>
      <w:r>
        <w:rPr>
          <w:lang w:eastAsia="zh-CN"/>
        </w:rPr>
        <w:br/>
      </w:r>
      <w:r>
        <w:rPr>
          <w:lang w:eastAsia="zh-CN"/>
        </w:rPr>
        <w:t>　　四、推进大学生见习基地建设。为认真贯彻落实常州市《关于加强促进青年就业创业工作意见》的文件精神，深入开展青年就业创业见习基地建设，在现有的10个见习基地基础上，增加见习岗位，拓宽见习领域，帮助青年积累工作经验，提高就业创业能力；推进青年创业小额贷款工作，扩大青年创业融资的渠道；</w:t>
      </w:r>
      <w:r>
        <w:rPr>
          <w:lang w:eastAsia="zh-CN"/>
        </w:rPr>
        <w:br/>
      </w:r>
      <w:r>
        <w:rPr>
          <w:lang w:eastAsia="zh-CN"/>
        </w:rPr>
        <w:t>　　五、设立青少年法律援助热线电话。我们积极参与社会综合治理，邀请法律工作者在学校举办法律知识讲座，受训8000人次，在街道社区和校园内建立法制宣传画廊，制作“为了明天——预防青少年违法犯罪”的画板，同时我们还和法律服务所联合开通青少年法律援助热线电话，通过多种渠道维护青少年的合法权益，帮助他们健康成长。</w:t>
      </w:r>
      <w:r>
        <w:rPr>
          <w:lang w:eastAsia="zh-CN"/>
        </w:rPr>
        <w:br/>
      </w:r>
      <w:r>
        <w:rPr>
          <w:lang w:eastAsia="zh-CN"/>
        </w:rPr>
        <w:t>　　六、扎实做好青年分类引导试点工作。与市直属机关、溧阳中学结对共建唐家社区“青年文化超市”，进一步探索建立城乡团组织共建机制，逐步形成资源共享、优势互补、相互促进、共同提高的工作格局。</w:t>
      </w:r>
      <w:r>
        <w:rPr>
          <w:lang w:eastAsia="zh-CN"/>
        </w:rPr>
        <w:br/>
      </w:r>
      <w:r>
        <w:rPr>
          <w:lang w:eastAsia="zh-CN"/>
        </w:rPr>
        <w:t xml:space="preserve">    个人700字上半年工作总结 篇2 </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本人_有、限公司_分公司经营部长，我部门主要负责电话询问各个农场宽带装机拆机和套餐执行情况，挪移电信发展情况等业务。自本人担任经营部长以来，坚持把、学习业务知识提高自身工作水平放在、第一位，始终、牢记“用户第一，真诚服务”的理念方针，坚持让用户满足，为用户解决问题，坚持改革创新、与时俱进，通过全部门的共同努力较好的完成了、上级下达的各项指标和任务，现将本部门20__年上半年工作总结如下：</w:t>
      </w:r>
      <w:r>
        <w:rPr>
          <w:lang w:eastAsia="zh-CN"/>
        </w:rPr>
        <w:br/>
      </w:r>
      <w:r>
        <w:rPr>
          <w:lang w:eastAsia="zh-CN"/>
        </w:rPr>
        <w:t>　　一、立足本职打造优质服务</w:t>
      </w:r>
      <w:r>
        <w:rPr>
          <w:lang w:eastAsia="zh-CN"/>
        </w:rPr>
        <w:br/>
      </w:r>
      <w:r>
        <w:rPr>
          <w:lang w:eastAsia="zh-CN"/>
        </w:rPr>
        <w:t>　　近几年来固话和宽带市场饱和，固话安装量下滑，加之各大运营商采取降价策略，造成激烈的竞争环境。如何保留客户，营销业务，成为了、公司发展壮大的要害因素，作为公司经营部门，我觉得我部门要承担起应有、的责任。我深知通信行业主要产品就是提供服务，为用户创新服务价值，惟独、优质高效的服务才干在、用户心、中树立公司良好的形象，才干留住老客户，培养新客户，在、电话讯问的工作、中，我要求部门员工加强服务力度深度，树立优质服务的理念，在、与客户沟通时做到语气和善，态度真诚，得到了、客户的赞许，提高了、客户的满足度。</w:t>
      </w:r>
      <w:r>
        <w:rPr>
          <w:lang w:eastAsia="zh-CN"/>
        </w:rPr>
        <w:br/>
      </w:r>
      <w:r>
        <w:rPr>
          <w:lang w:eastAsia="zh-CN"/>
        </w:rPr>
        <w:t>　　二、提高部门员工整体素养</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公司的发展需要每一名员工的努力，惟独、好的团队才具有、战斗力和凝结力，在、实际工作、中，我每个月都组织部门员工召开分析会议，让每一位员工从一个月的工作、中总结经验教训，不、断、学习，不、断改善服务，提高部门整体的业务能力和工作水平，让我部门所有、员工都能立足于自己的本职岗位，充分发挥自己的工作能力。我深知在、这样一个通信行业竞争激烈的大环境下，惟独、努力提高自身素养、打造金牌服务团队，才干留住用户，帮助公司更好发展。在、上半年的工作、中，通过我和我部门所有、同志不、断摸索工作新思路，查找新方法，为公司业务发展协调关系，出谋划策，有、效的促进了、业务的发展，让公司在、新装宽带、固话等方面的业务有、了、明显的提升。</w:t>
      </w:r>
      <w:r>
        <w:rPr>
          <w:lang w:eastAsia="zh-CN"/>
        </w:rPr>
        <w:br/>
      </w:r>
      <w:r>
        <w:rPr>
          <w:lang w:eastAsia="zh-CN"/>
        </w:rPr>
        <w:t>　　三、结合实际开创新局面</w:t>
      </w:r>
      <w:r>
        <w:rPr>
          <w:lang w:eastAsia="zh-CN"/>
        </w:rPr>
        <w:br/>
      </w:r>
      <w:r>
        <w:rPr>
          <w:lang w:eastAsia="zh-CN"/>
        </w:rPr>
        <w:t>　　上半年工作期间，我部门所有、同志一直以饱满的热情服务于公司，服务于用户。面对宽带和固话业务饱和的市场现状，我积极组织优秀员工一起探究新思路，开创新方法，在、工作、中用理论指导解决实践，加强工作、中的原则性、系统性、创新性和预见性，开辟经营，以公司效益为、中心，调整部门业务结构，突出发展高效业务，努力完成上半年经营目标。同时我还创新部门考评和管理，加强对业务员的业绩考评时效性，变年度考评为季度考评，充分调动员工工作积极性。通过市场调研和对用户的走访调查，我部制定出计划性的工作方案并予以实施，切实提高了、工作效率和质量。</w:t>
      </w:r>
      <w:r>
        <w:rPr>
          <w:lang w:eastAsia="zh-CN"/>
        </w:rPr>
        <w:br/>
      </w:r>
      <w:r>
        <w:rPr>
          <w:lang w:eastAsia="zh-CN"/>
        </w:rPr>
        <w:t>　　以上是经营部_年上半年的总结，虽然取得了、一定的成绩，但还存在、着很多需要改进的地方，如工作还不、够精细化，对一些方面的问题了、解还不、够透彻，在、今后的工作、中，我将继续会同部门所有、同志不、断改正缺点并将时刻以饱满的工作热情，踏实的工作态度和良好的工作习惯尽全力完成领导交付的各项任务，再接再厉，勇创佳绩。</w:t>
      </w:r>
      <w:r>
        <w:rPr>
          <w:lang w:eastAsia="zh-CN"/>
        </w:rPr>
        <w:br/>
      </w:r>
      <w:r>
        <w:rPr>
          <w:lang w:eastAsia="zh-CN"/>
        </w:rPr>
        <w:t xml:space="preserve">    个人700字上半年工作总结 篇3 </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20_年1～6月份护理部围绕年初制定的目标逐步开展各项工作，除常规性的工作外，启动和落实的重点工作如下：</w:t>
      </w:r>
      <w:r>
        <w:rPr>
          <w:lang w:eastAsia="zh-CN"/>
        </w:rPr>
        <w:br/>
      </w:r>
      <w:r>
        <w:rPr>
          <w:lang w:eastAsia="zh-CN"/>
        </w:rPr>
        <w:t>　　1、继续完善护理“质量、安全、服务”等项管理制度，各项工作做到制度化、科学化、规范化。根据20_年7月颁布的中医医院护理工作指南要求，从组织体系、部门职责、人员管理、临床护理实施、护理质量评价等方面修订各项制度，落实完善各项工作。3月份完成了护士长的岗位竞聘，调整了部分护理管理岗位，选拔和制定了了护理骨干的培养方向。</w:t>
      </w:r>
      <w:r>
        <w:rPr>
          <w:lang w:eastAsia="zh-CN"/>
        </w:rPr>
        <w:br/>
      </w:r>
      <w:r>
        <w:rPr>
          <w:lang w:eastAsia="zh-CN"/>
        </w:rPr>
        <w:t>　　2、强化内涵建设，不断提高护理队伍整体素质。中医护理是我院的护理特色，如何更好的实施和发展也是体现我院护理内涵质量的重要内容。护理部组织了各病区护士长调研，根据各科特点，制定了常见病的中医专病护理常规，逐步开展中医护理技术。目前我院制定了6个专病中医辨证施护规范，开展了6项中医护理技术，得到较好临床反馈及认可。护士节前组织全院护士进行了三基理论考核和护理操作比赛，提高和巩固了护士的理论知识水平及操作技能。</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3、坚持“以人为本”的服务原则，使护理服务更贴近患者，满足社会需求。护理部积极响应卫生部关于开展优质护理示范工程的要求，通过相关文件的学习，组织和宣传，制定了实施方案，试点了综合科病区开展优质护理示范工作，调整了护理人员的结构和工作模式，从流水工作模式到护士包干病人的整体的护理，拉近了护患间的距离，也对护士的业务能力提出了更高的要求，增强了护士的责任感和钻研业务的动力。开展一个月以来，护士工作积极性提高了，满意度也逐步上升。</w:t>
      </w:r>
      <w:r>
        <w:rPr>
          <w:lang w:eastAsia="zh-CN"/>
        </w:rPr>
        <w:br/>
      </w:r>
      <w:r>
        <w:rPr>
          <w:lang w:eastAsia="zh-CN"/>
        </w:rPr>
        <w:t>　　上半年工作告一段落，下半年护理部将继续围绕年初制定的管理目标开展各项护理工作。尤其对年中中医药管理局检查存在的问题加以改进落实，争取医院的护理工作有新的提高和突破。</w:t>
      </w:r>
      <w:r>
        <w:rPr>
          <w:lang w:eastAsia="zh-CN"/>
        </w:rPr>
        <w:br/>
      </w:r>
      <w:r>
        <w:rPr>
          <w:lang w:eastAsia="zh-CN"/>
        </w:rPr>
        <w:t xml:space="preserve">    个人700字上半年工作总结 篇4 </w:t>
      </w:r>
      <w:r>
        <w:rPr>
          <w:lang w:eastAsia="zh-CN"/>
        </w:rPr>
        <w:br/>
      </w:r>
      <w:r>
        <w:rPr>
          <w:lang w:eastAsia="zh-CN"/>
        </w:rPr>
        <w:t>　　一、加强学习，努力提高自身素质</w:t>
      </w:r>
      <w:r>
        <w:rPr>
          <w:lang w:eastAsia="zh-CN"/>
        </w:rPr>
        <w:br/>
      </w:r>
      <w:r>
        <w:rPr>
          <w:lang w:eastAsia="zh-CN"/>
        </w:rPr>
        <w:t>　　在思想上始终坚持以高标准严格要求自己。作为一名新党员，我深知自身的不足，因此在努力工作的同时，认真加强党的基本知识、党的路线、方针、政策的学习，积极参加党组织活动，努力提高自已的政治觉悟和思想境界。同时在工作中注重专业知识的补充，参加了市平台组织的设施管理业务培训，了解相关业务流程和规范，充实自己以适应工作要求。</w:t>
      </w:r>
      <w:r>
        <w:rPr>
          <w:lang w:eastAsia="zh-CN"/>
        </w:rPr>
        <w:br/>
      </w:r>
      <w:r>
        <w:rPr>
          <w:lang w:eastAsia="zh-CN"/>
        </w:rPr>
        <w:t>　　二、认真完成领导交办的工作</w:t>
      </w:r>
      <w:r>
        <w:rPr>
          <w:lang w:eastAsia="zh-CN"/>
        </w:rPr>
        <w:br/>
      </w:r>
      <w:r>
        <w:rPr>
          <w:lang w:eastAsia="zh-CN"/>
        </w:rPr>
        <w:t>　　1、积极做好人事管理相关工作</w:t>
      </w:r>
      <w:r>
        <w:rPr>
          <w:lang w:eastAsia="zh-CN"/>
        </w:rPr>
        <w:br/>
      </w:r>
      <w:r>
        <w:rPr>
          <w:lang w:eastAsia="zh-CN"/>
        </w:rPr>
        <w:t>　　1)积极为职工争取最大的利益。在办理聘干工资兑现中，从员工的角度出发，在政策允许的范围内，多与相关部门沟通，多做一些工作，尽量为员工争取到最大的利益。</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在专业技术职务岗位的设置上，以充分发挥我所专业技术人员的作用为目的，根据市、区文件精神和具体要求，完成了专业技术职务岗位的设置工作，设定了合理的岗位系列和职数，制定了岗位设置方案、聘任办法和各系列的岗位职责，做到因事设岗、岗职对应，使专业技术人员既感到工作的压力又看到晋升的空间。</w:t>
      </w:r>
      <w:r>
        <w:rPr>
          <w:lang w:eastAsia="zh-CN"/>
        </w:rPr>
        <w:br/>
      </w:r>
      <w:r>
        <w:rPr>
          <w:lang w:eastAsia="zh-CN"/>
        </w:rPr>
        <w:t>　　2、认真做好数字化城市管理信息案件的处理工作</w:t>
      </w:r>
      <w:r>
        <w:rPr>
          <w:lang w:eastAsia="zh-CN"/>
        </w:rPr>
        <w:br/>
      </w:r>
      <w:r>
        <w:rPr>
          <w:lang w:eastAsia="zh-CN"/>
        </w:rPr>
        <w:t>　　与科室其他成员一起认真做好案件的接收、传递、结案等工作。同时，对于需要协调的案件，根据领导的要求积极与指挥中心、监督中心的沟通，力争使案件得到妥善处理。对于网络使用过程中出现的技术故障，及时与信息中心联系，以确保信息传输的畅通。同时还及时做好结案率统计数据的收集工作。</w:t>
      </w:r>
      <w:r>
        <w:rPr>
          <w:lang w:eastAsia="zh-CN"/>
        </w:rPr>
        <w:br/>
      </w:r>
      <w:r>
        <w:rPr>
          <w:lang w:eastAsia="zh-CN"/>
        </w:rPr>
        <w:t>　　3、完成相关文字工作</w:t>
      </w:r>
      <w:r>
        <w:rPr>
          <w:lang w:eastAsia="zh-CN"/>
        </w:rPr>
        <w:br/>
      </w:r>
      <w:r>
        <w:rPr>
          <w:lang w:eastAsia="zh-CN"/>
        </w:rPr>
        <w:t>　　1)上半年完成信息10篇，其中1篇刊登于《南京日报》。</w:t>
      </w:r>
      <w:r>
        <w:rPr>
          <w:lang w:eastAsia="zh-CN"/>
        </w:rPr>
        <w:br/>
      </w:r>
      <w:r>
        <w:rPr>
          <w:lang w:eastAsia="zh-CN"/>
        </w:rPr>
        <w:t>　　2)完成上半年行政与支部总结。</w:t>
      </w:r>
      <w:r>
        <w:rPr>
          <w:lang w:eastAsia="zh-CN"/>
        </w:rPr>
        <w:br/>
      </w:r>
      <w:r>
        <w:rPr>
          <w:lang w:eastAsia="zh-CN"/>
        </w:rPr>
        <w:t>　　3)完成鼓楼年鉴文字材料的撰写。</w:t>
      </w:r>
      <w:r>
        <w:rPr>
          <w:lang w:eastAsia="zh-CN"/>
        </w:rPr>
        <w:br/>
      </w:r>
      <w:r>
        <w:rPr>
          <w:lang w:eastAsia="zh-CN"/>
        </w:rPr>
        <w:t>　　4)完成其他文字材料的撰写。</w:t>
      </w:r>
      <w:r>
        <w:rPr>
          <w:lang w:eastAsia="zh-CN"/>
        </w:rPr>
        <w:br/>
      </w:r>
      <w:r>
        <w:rPr>
          <w:lang w:eastAsia="zh-CN"/>
        </w:rPr>
        <w:t>　　4、认真处理人大、政协代表提案</w:t>
      </w:r>
      <w:r>
        <w:rPr>
          <w:lang w:eastAsia="zh-CN"/>
        </w:rPr>
        <w:br/>
      </w:r>
      <w:r>
        <w:rPr>
          <w:lang w:eastAsia="zh-CN"/>
        </w:rPr>
        <w:t>　　与科室负责人一起处理今年的人大、政协代表提案。针对提案中所反映的情况，专门到实地察看，与养护公司共同协商解决的办法，对能够解决的问题及时安排处理，对非我所管辖范围的问题，也耐心做好解释工作。科室人员调整后，独自完成剩余几个提案的答复事项，放弃午休时间与代表见面;对一次作不通工作的代表，多次电话沟通，并再次上门解释，以诚意打动代表，最终求得他们的理解。上半年共处理人大、政协代表提案15件，均达到满意或基本满意。</w:t>
      </w:r>
      <w:r>
        <w:rPr>
          <w:lang w:eastAsia="zh-CN"/>
        </w:rPr>
        <w:br/>
      </w:r>
      <w:r>
        <w:rPr>
          <w:lang w:eastAsia="zh-CN"/>
        </w:rPr>
        <w:t>　　5、认真做好__年度档案立卷工作</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根据上级业务部门的要求，对20__年度档案进行立卷装订，共装订长期案卷53件，短期案卷14件，科技档案2卷，设备档案12卷。同时制定相关档案管理制度及档案分类方案、保管期限表等，编制案卷目录和相关资料，便于查询。</w:t>
      </w:r>
      <w:r>
        <w:rPr>
          <w:lang w:eastAsia="zh-CN"/>
        </w:rPr>
        <w:br/>
      </w:r>
      <w:r>
        <w:rPr>
          <w:lang w:eastAsia="zh-CN"/>
        </w:rPr>
        <w:t>　　三、存在问题</w:t>
      </w:r>
      <w:r>
        <w:rPr>
          <w:lang w:eastAsia="zh-CN"/>
        </w:rPr>
        <w:br/>
      </w:r>
      <w:r>
        <w:rPr>
          <w:lang w:eastAsia="zh-CN"/>
        </w:rPr>
        <w:t>　　1、科室人员调整后，对新岗位还存在一些不适应，如对全局工作的把握能力、对内对外工作的协调能力、处理突发事件的应急能力等方面还有待进一步提高。</w:t>
      </w:r>
      <w:r>
        <w:rPr>
          <w:lang w:eastAsia="zh-CN"/>
        </w:rPr>
        <w:br/>
      </w:r>
      <w:r>
        <w:rPr>
          <w:lang w:eastAsia="zh-CN"/>
        </w:rPr>
        <w:t>　　2、科室成员的职责分工不够明确。</w:t>
      </w:r>
      <w:r>
        <w:rPr>
          <w:lang w:eastAsia="zh-CN"/>
        </w:rPr>
        <w:br/>
      </w:r>
      <w:r>
        <w:rPr>
          <w:lang w:eastAsia="zh-CN"/>
        </w:rPr>
        <w:t>　　3、科室内部管理需进一步加强。</w:t>
      </w:r>
      <w:r>
        <w:rPr>
          <w:lang w:eastAsia="zh-CN"/>
        </w:rPr>
        <w:br/>
      </w:r>
      <w:r>
        <w:rPr>
          <w:lang w:eastAsia="zh-CN"/>
        </w:rPr>
        <w:t xml:space="preserve">    个人700字上半年工作总结 篇5 </w:t>
      </w:r>
      <w:r>
        <w:rPr>
          <w:lang w:eastAsia="zh-CN"/>
        </w:rPr>
        <w:br/>
      </w:r>
      <w:r>
        <w:rPr>
          <w:lang w:eastAsia="zh-CN"/>
        </w:rPr>
        <w:t>　　光阴如梭，20_年已过了半年，在这将近半年里我学到了很多，十分感激公司供给给我一个成长的平台，让我在工作中不断的学习，不断的提高，慢慢的提升自身的素质和才能。回首过去的半年当中，公司陪伴我走过很重要的一个阶段，使我懂得了很多。在此我向公司尊敬的领导以及亲爱的同事们表示衷心的感激，有你们的协助才能使我在工作中得心应手，也因有你们的帮忙，才能令我在公司的发展上一个台阶。下头我将这半来的具体工作情景汇总如下：</w:t>
      </w:r>
      <w:r>
        <w:rPr>
          <w:lang w:eastAsia="zh-CN"/>
        </w:rPr>
        <w:br/>
      </w:r>
      <w:r>
        <w:rPr>
          <w:lang w:eastAsia="zh-CN"/>
        </w:rPr>
        <w:t>　　一、认认真真，做好本职工作。</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是遵从仓库岗位职责，坚持做好出货工作，保证发货的准确无误，尽量完善工作以保证零投诉;二是做好入库理解，保证库存数据的准确，确保库存数据到达实实在在的百分百;三是完成二位领班临时安排的工作与进取参与整理工作，深化工作安全意识，提出各项合理化意见。及时与业务和生产部沟通联系，保证物流系统正常有序的进行。</w:t>
      </w:r>
      <w:r>
        <w:rPr>
          <w:lang w:eastAsia="zh-CN"/>
        </w:rPr>
        <w:br/>
      </w:r>
      <w:r>
        <w:rPr>
          <w:lang w:eastAsia="zh-CN"/>
        </w:rPr>
        <w:t>　　二、严于律已，自觉遵守各项制度。</w:t>
      </w:r>
      <w:r>
        <w:rPr>
          <w:lang w:eastAsia="zh-CN"/>
        </w:rPr>
        <w:br/>
      </w:r>
      <w:r>
        <w:rPr>
          <w:lang w:eastAsia="zh-CN"/>
        </w:rPr>
        <w:t>　　严格遵守仓库的各项制度。谨记领导的指示和批评并付诸于实际，不迟到，不早退，不旷工。做事要谨慎认真，向领导汇报的仔细检查，日常工作要记录并及时上报;待人处事要有礼貌，对待同事要坦诚宽容;严肃办公室纪律，工作不懈怠，不玩游戏、不闲聊、不做与工作资料无关的事情。</w:t>
      </w:r>
      <w:r>
        <w:rPr>
          <w:lang w:eastAsia="zh-CN"/>
        </w:rPr>
        <w:br/>
      </w:r>
      <w:r>
        <w:rPr>
          <w:lang w:eastAsia="zh-CN"/>
        </w:rPr>
        <w:t>　　三、存在的不足</w:t>
      </w:r>
      <w:r>
        <w:rPr>
          <w:lang w:eastAsia="zh-CN"/>
        </w:rPr>
        <w:br/>
      </w:r>
      <w:r>
        <w:rPr>
          <w:lang w:eastAsia="zh-CN"/>
        </w:rPr>
        <w:t>　　一些事还无法循规蹈矩的做好，需要增强自我的毅力不够。</w:t>
      </w:r>
      <w:r>
        <w:rPr>
          <w:lang w:eastAsia="zh-CN"/>
        </w:rPr>
        <w:br/>
      </w:r>
      <w:r>
        <w:rPr>
          <w:lang w:eastAsia="zh-CN"/>
        </w:rPr>
        <w:t>　　二是工作中不够大胆，要在不断的学习过程中改变工作方法，不断创新完善。</w:t>
      </w:r>
      <w:r>
        <w:rPr>
          <w:lang w:eastAsia="zh-CN"/>
        </w:rPr>
        <w:br/>
      </w:r>
      <w:r>
        <w:rPr>
          <w:lang w:eastAsia="zh-CN"/>
        </w:rPr>
        <w:t>　　上半年成品库的工作还算美满，我对下半年的工作充满信心与期待仓库在未来的半年能有一个更崭新的面貌!</w:t>
      </w:r>
      <w:r>
        <w:rPr>
          <w:lang w:eastAsia="zh-CN"/>
        </w:rPr>
        <w:br/>
      </w:r>
      <w:r>
        <w:rPr>
          <w:lang w:eastAsia="zh-CN"/>
        </w:rPr>
        <w:t xml:space="preserve">    个人700字上半年工作总结 篇6 </w:t>
      </w:r>
      <w:r>
        <w:rPr>
          <w:lang w:eastAsia="zh-CN"/>
        </w:rPr>
        <w:br/>
      </w:r>
      <w:r>
        <w:rPr>
          <w:lang w:eastAsia="zh-CN"/>
        </w:rPr>
        <w:t>　　我是去年9月份到公司工作的，仅凭对销售工作的热情，而缺乏对汽车行业销售经验和产品知识。为了迅速融入到这个行业中来，到公司之后，一边学习产品知识，一边摸索市场，遇到销售和产品方面的难点和问题，我经常请教各品系经理和领导和其他有经验的同事，一起寻求解决问题的方发和对一些比较难缠的客户进行应对方针，取得了明显的效果。</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一、通过不断的学习，获取知识</w:t>
      </w:r>
      <w:r>
        <w:rPr>
          <w:lang w:eastAsia="zh-CN"/>
        </w:rPr>
        <w:br/>
      </w:r>
      <w:r>
        <w:rPr>
          <w:lang w:eastAsia="zh-CN"/>
        </w:rPr>
        <w:t>　　产品知识，收取同行业之间的信息和积累市场经验，现在对我们现在处的市场有了一个大概的认识和了解，现在我逐渐可以清晰、流利的应对客户所提到的各种问题，准确的把握客户的需要，良好的与客户沟通，因此逐渐取得了客户的信任。所以经过大半年的努力，也成功谈成了一些用户购买我们的产品，在不断的学习产品知识和积累经验的同时，自己的能力，业务水平都比以前有了一个较大幅度的提高，针对市场的一些变化和同行业之间的竞争，现在可以拿出一个比较完整的流程应付一些突发事件。对于一整套流程可以完全的操作下来。</w:t>
      </w:r>
      <w:r>
        <w:rPr>
          <w:lang w:eastAsia="zh-CN"/>
        </w:rPr>
        <w:br/>
      </w:r>
      <w:r>
        <w:rPr>
          <w:lang w:eastAsia="zh-CN"/>
        </w:rPr>
        <w:t>　　二、本年度存在的问题</w:t>
      </w:r>
      <w:r>
        <w:rPr>
          <w:lang w:eastAsia="zh-CN"/>
        </w:rPr>
        <w:br/>
      </w:r>
      <w:r>
        <w:rPr>
          <w:lang w:eastAsia="zh-CN"/>
        </w:rPr>
        <w:t>　　在20__年_月_日国家实施“__”政策，被迫我们把库里的大部分车进行了提前上牌，我们根据上半年销售的车型，进行了总结。用到了提前上牌的车上。我们也可以预测到，上半年的车型在下半年消化肯定不是很好，因为上半年的车型基本接近饱和，所以提前上牌车型选择有误。</w:t>
      </w:r>
      <w:r>
        <w:rPr>
          <w:lang w:eastAsia="zh-CN"/>
        </w:rPr>
        <w:br/>
      </w:r>
      <w:r>
        <w:rPr>
          <w:lang w:eastAsia="zh-CN"/>
        </w:rPr>
        <w:t>　　三、做好改进</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对20__年工作中存在的问题进行改进的措施，对于车价差万元的情况我们在第三季度会议已经做了相应的调整，现在的产品价格，用户大部分都可以接受。还有一些提前上牌车型有误的，我们已经做好准备，赶在今年旺季把车消化一部分，看看市场，到底是什么情况，做一个准确的判断!减轻公司和部门的资金压力，让我们人轻松上阵，挑战下一个工作任务!</w:t>
      </w:r>
      <w:r>
        <w:rPr>
          <w:lang w:eastAsia="zh-CN"/>
        </w:rPr>
        <w:br/>
      </w:r>
      <w:r>
        <w:rPr>
          <w:lang w:eastAsia="zh-CN"/>
        </w:rPr>
        <w:t>　　我希望我能从二线的岗位进到一线的销售岗位，成为一个完整的销售人员，我在20__年的全年中我已经熟练的掌握了一整套操作流程。再加上我从事销售工作一年多的经验，应对和处理一些突发事情有自己的一些办法，我相信自己能做好一名合格的销售人员。如果我能进入到一线销售的岗位上，我会努力使自己的销量和利润化。</w:t>
      </w:r>
      <w:r>
        <w:rPr>
          <w:lang w:eastAsia="zh-CN"/>
        </w:rPr>
        <w:br/>
      </w:r>
      <w:r>
        <w:rPr>
          <w:lang w:eastAsia="zh-CN"/>
        </w:rPr>
        <w:t xml:space="preserve">    个人700字上半年工作总结 篇7 </w:t>
      </w:r>
      <w:r>
        <w:rPr>
          <w:lang w:eastAsia="zh-CN"/>
        </w:rPr>
        <w:br/>
      </w:r>
      <w:r>
        <w:rPr>
          <w:lang w:eastAsia="zh-CN"/>
        </w:rPr>
        <w:t>　　20__年的上半年又快过去了，回忆今年来的本人工作情况，现简述如下:</w:t>
      </w:r>
      <w:r>
        <w:rPr>
          <w:lang w:eastAsia="zh-CN"/>
        </w:rPr>
        <w:br/>
      </w:r>
      <w:r>
        <w:rPr>
          <w:lang w:eastAsia="zh-CN"/>
        </w:rPr>
        <w:t>　　一、作为一个工程部的预算员，我能按照公司及工程部的各项规章制度，按时按质地完成工程部的各项经营管理工作。</w:t>
      </w:r>
      <w:r>
        <w:rPr>
          <w:lang w:eastAsia="zh-CN"/>
        </w:rPr>
        <w:br/>
      </w:r>
      <w:r>
        <w:rPr>
          <w:lang w:eastAsia="zh-CN"/>
        </w:rPr>
        <w:t>　　1、对内的工作情况。</w:t>
      </w:r>
      <w:r>
        <w:rPr>
          <w:lang w:eastAsia="zh-CN"/>
        </w:rPr>
        <w:br/>
      </w:r>
      <w:r>
        <w:rPr>
          <w:lang w:eastAsia="zh-CN"/>
        </w:rPr>
        <w:t>　　按公司的规定要求，每月的月底统计当月的实际施工产值及本钱分析情况。</w:t>
      </w:r>
      <w:r>
        <w:rPr>
          <w:lang w:eastAsia="zh-CN"/>
        </w:rPr>
        <w:br/>
      </w:r>
      <w:r>
        <w:rPr>
          <w:lang w:eastAsia="zh-CN"/>
        </w:rPr>
        <w:t>　　及时参加本钱分析会议，对工程部每月的盈亏情况作出分析报告，对于施工阶段的预算书以实际情况按每个楼层每个分项工程进行编制，并打印全部的工料分析，作为定额人工和定额材料下达给生产经理，在实际的施工过程中，根据现场的实际情况，对定额编制的工料含量的上下水平作出适当科学合理化的调整，该定额人工作为工程任务单进行人工的控制和分配的根底，定额材料作为仓库进行定额领料的依据。</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2、对外(对业主和监理)的工作情况。</w:t>
      </w:r>
      <w:r>
        <w:rPr>
          <w:lang w:eastAsia="zh-CN"/>
        </w:rPr>
        <w:br/>
      </w:r>
      <w:r>
        <w:rPr>
          <w:lang w:eastAsia="zh-CN"/>
        </w:rPr>
        <w:t>　　每月月底向业主和监理提交的施工进度报表以作付工程进度款的依据，及时与投资监理核对工程量，进度产值确定后，及时配合工程经理催促业主支付上月的工程进度款。及时向业主进行工程签证，做好一些索赔工程，特别是一些工程材料的报价，提前向业主和监理报价，以便业主审核后，我施工方材料员能及时采购，使得工程顺利施工。</w:t>
      </w:r>
      <w:r>
        <w:rPr>
          <w:lang w:eastAsia="zh-CN"/>
        </w:rPr>
        <w:br/>
      </w:r>
      <w:r>
        <w:rPr>
          <w:lang w:eastAsia="zh-CN"/>
        </w:rPr>
        <w:t xml:space="preserve">    个人700字上半年工作总结 篇8 </w:t>
      </w:r>
      <w:r>
        <w:rPr>
          <w:lang w:eastAsia="zh-CN"/>
        </w:rPr>
        <w:br/>
      </w:r>
      <w:r>
        <w:rPr>
          <w:lang w:eastAsia="zh-CN"/>
        </w:rPr>
        <w:t>　　不知不觉中半年的时光已悄然飞逝。自__月进入公司以来，我学到了很多，也收获了许多。刚加入公司时，我对公司的运作模式和工作流程都很生疏，多亏了领导和同事耐心指导和帮助，让我在较短的时间内熟悉了工作内容还有公司各个部门的职能所在，点点滴滴都让我在工作中进步，受益匪浅。在过去的半年里，虽没有轰轰烈烈的战果，但也算经历了一段时期的考验和磨砺。现就进入公司以来的工作情况向各位领导及同事作简要汇报：</w:t>
      </w:r>
      <w:r>
        <w:rPr>
          <w:lang w:eastAsia="zh-CN"/>
        </w:rPr>
        <w:br/>
      </w:r>
      <w:r>
        <w:rPr>
          <w:lang w:eastAsia="zh-CN"/>
        </w:rPr>
        <w:t>　　一、前台日常工作</w:t>
      </w:r>
      <w:r>
        <w:rPr>
          <w:lang w:eastAsia="zh-CN"/>
        </w:rPr>
        <w:br/>
      </w:r>
      <w:r>
        <w:rPr>
          <w:lang w:eastAsia="zh-CN"/>
        </w:rPr>
        <w:t>　　主要包括：</w:t>
      </w:r>
      <w:r>
        <w:rPr>
          <w:lang w:eastAsia="zh-CN"/>
        </w:rPr>
        <w:br/>
      </w:r>
      <w:r>
        <w:rPr>
          <w:lang w:eastAsia="zh-CN"/>
        </w:rPr>
        <w:t>　　1、负责前台服务热线的接听和电话转接，做好来电咨询工作，重要事项认真记录并传达给相关人员，不遗漏、延误；</w:t>
      </w:r>
      <w:r>
        <w:rPr>
          <w:lang w:eastAsia="zh-CN"/>
        </w:rPr>
        <w:br/>
      </w:r>
      <w:r>
        <w:rPr>
          <w:lang w:eastAsia="zh-CN"/>
        </w:rPr>
        <w:t>　　2、负责来访客户的接待、基本咨询和引见，严格执行公司的接待服务规范，保持良好的礼节礼貌；</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3、负责公司接待室及领导办公室的卫生清洁及桌椅摆放，并保持整洁干净；</w:t>
      </w:r>
      <w:r>
        <w:rPr>
          <w:lang w:eastAsia="zh-CN"/>
        </w:rPr>
        <w:br/>
      </w:r>
      <w:r>
        <w:rPr>
          <w:lang w:eastAsia="zh-CN"/>
        </w:rPr>
        <w:t>　　4、早上给同事开门。保障员工饮水的及时供应；报刊杂志的收取和保管及信件的收取和发放；</w:t>
      </w:r>
      <w:r>
        <w:rPr>
          <w:lang w:eastAsia="zh-CN"/>
        </w:rPr>
        <w:br/>
      </w:r>
      <w:r>
        <w:rPr>
          <w:lang w:eastAsia="zh-CN"/>
        </w:rPr>
        <w:t>　　二、行政工作方面</w:t>
      </w:r>
      <w:r>
        <w:rPr>
          <w:lang w:eastAsia="zh-CN"/>
        </w:rPr>
        <w:br/>
      </w:r>
      <w:r>
        <w:rPr>
          <w:lang w:eastAsia="zh-CN"/>
        </w:rPr>
        <w:t>　　行政工作是繁琐的，小到复印、扫描、传真、订餐、发快件、印制名片、订阅报刊杂志、文件的保管、联系清洁公司清洗地毯、列需要采购的办公用品清单、电子邮件的查收与转发、办公设施环境维护协调、协助销售部进行投标文件的打印、整理及标书的装订、库存物品的临时保管与统计、议纪要的记录和整理，大到费用结算、订房、订机票等，每一项工作的完成都是对责任心和工作能力的考验，如何化繁为简而又能保证万无一失，如何以最小的成本换得的效率，这已经不单纯是对现代企业从事业务工作人员的要求了，对行政工作人员也同时适用。</w:t>
      </w:r>
      <w:r>
        <w:rPr>
          <w:lang w:eastAsia="zh-CN"/>
        </w:rPr>
        <w:br/>
      </w:r>
      <w:r>
        <w:rPr>
          <w:lang w:eastAsia="zh-CN"/>
        </w:rPr>
        <w:t>　　三、人事管理方面</w:t>
      </w:r>
      <w:r>
        <w:rPr>
          <w:lang w:eastAsia="zh-CN"/>
        </w:rPr>
        <w:br/>
      </w:r>
      <w:r>
        <w:rPr>
          <w:lang w:eastAsia="zh-CN"/>
        </w:rPr>
        <w:t>　　1、落实相关人事管理制度初到公司，由我负责公司的考勤统计工作。在执行过程中，我尽快适应公司的政策安排，尽可能做到实事求是地统计考勤，每月初以统计数据为依据制作考勤统计表，并及时交由财务制作工资表。</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人事相关资料。为了方便开展人事工作，规范管理人员情况，部门根据工作需要，在上级的指导下，建立了相关人事表格并和宝鸡方面统一了格式，包括《应聘登记表》《入职员工表》《车辆审批单》《请假申请表》《未打卡情况登记表》等，也加强了各部门之间工作的沟通与联系。</w:t>
      </w:r>
      <w:r>
        <w:rPr>
          <w:lang w:eastAsia="zh-CN"/>
        </w:rPr>
        <w:br/>
      </w:r>
      <w:r>
        <w:rPr>
          <w:lang w:eastAsia="zh-CN"/>
        </w:rPr>
        <w:t>　　3、归档人事档案及时更新各兄弟公司及相关往来单位的通讯资料对于公司的业务效率的提高是很重要的，因此需要及时更新通讯录并上传至群邮箱中，给公司各位领导及办事员备查使用。另外在员工档案的管理上，做到分别以纸板和电子版备份，严格审查全体员工档案，对资料不齐全的一律补齐，并及时将最新的`信息更新。员工档案是随时掌握员工基本资料情况的资源库，也是建立员工人才储备的一个重要环节，它包括员工手写档案，包括在职人员员工档案，人员员工档案，以及应聘人员档案存档三部分，档案的建立以及有效管理，有利于公司随时掌握在职人员以及人员流动情况，并建立公司的人才储备库。</w:t>
      </w:r>
      <w:r>
        <w:rPr>
          <w:lang w:eastAsia="zh-CN"/>
        </w:rPr>
        <w:br/>
      </w:r>
      <w:r>
        <w:rPr>
          <w:lang w:eastAsia="zh-CN"/>
        </w:rPr>
        <w:t>　　4、制作员工生日统计表并及时提醒领导给大家准备生日礼物，为大家创造一个和谐温馨的大家庭的环境，也是我们公司的企业文化基础建设的一部分。</w:t>
      </w:r>
      <w:r>
        <w:rPr>
          <w:lang w:eastAsia="zh-CN"/>
        </w:rPr>
        <w:br/>
      </w:r>
      <w:r>
        <w:rPr>
          <w:lang w:eastAsia="zh-CN"/>
        </w:rPr>
        <w:t>　　5、组织每个月的团队活动。先后组织到海底捞、醉秦坊、草原牧歌聚餐，到真爱及给员工庆祝生日，都取得了较好的效果，加强了同事之间的交流，活跃了公司气氛。</w:t>
      </w:r>
      <w:r>
        <w:rPr>
          <w:lang w:eastAsia="zh-CN"/>
        </w:rPr>
        <w:br/>
      </w:r>
      <w:r>
        <w:rPr>
          <w:lang w:eastAsia="zh-CN"/>
        </w:rPr>
        <w:t>　　6、协助部门主管起草行政文件、放假通知、温馨告示草案等。新的一年对我们来说意味着新的机遇与挑战。</w:t>
      </w:r>
      <w:r>
        <w:rPr>
          <w:lang w:eastAsia="zh-CN"/>
        </w:rPr>
        <w:br/>
      </w:r>
      <w:r>
        <w:rPr>
          <w:lang w:eastAsia="zh-CN"/>
        </w:rPr>
        <w:t xml:space="preserve">    个人700字上半年工作总结 篇9 </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__年弹指间已过半年。总结我这半年来的工作，只能说是忙碌而充实。半年来在领导的指导、关心下，在同事们的帮助和亲切配合下，我的工作取得了一定进步，为了总结经验，吸取教训，更好地前行，现将我这半年的工作总结如下：</w:t>
      </w:r>
      <w:r>
        <w:rPr>
          <w:lang w:eastAsia="zh-CN"/>
        </w:rPr>
        <w:br/>
      </w:r>
      <w:r>
        <w:rPr>
          <w:lang w:eastAsia="zh-CN"/>
        </w:rPr>
        <w:t>　　1、我更加的热爱我的行业，我的工作，我的任务是以顾客为中心，为顾客提供体贴、高效、优质的服务。而在今年，我做到了这一点，尽心尽力的为顾客服务，注重接待的细节，让顾客感到非常的满意。不足之处是，工作时候不够主动，缺乏信心。</w:t>
      </w:r>
      <w:r>
        <w:rPr>
          <w:lang w:eastAsia="zh-CN"/>
        </w:rPr>
        <w:br/>
      </w:r>
      <w:r>
        <w:rPr>
          <w:lang w:eastAsia="zh-CN"/>
        </w:rPr>
        <w:t>　　2、销售的职责，在为顾客推销的过程中，我用专业的知识，巧妙的话术打动了对方，取得了不错的销售成绩。另外在公司举办的销售培训课程中，能够积极的回答问题，顺利的通过了考核。不足之处是，有些时候不敢主动地开口，在培训中不能积极的分享自己的心得。</w:t>
      </w:r>
      <w:r>
        <w:rPr>
          <w:lang w:eastAsia="zh-CN"/>
        </w:rPr>
        <w:br/>
      </w:r>
      <w:r>
        <w:rPr>
          <w:lang w:eastAsia="zh-CN"/>
        </w:rPr>
        <w:t>　　3、强化自制力。</w:t>
      </w:r>
      <w:r>
        <w:rPr>
          <w:lang w:eastAsia="zh-CN"/>
        </w:rPr>
        <w:br/>
      </w:r>
      <w:r>
        <w:rPr>
          <w:lang w:eastAsia="zh-CN"/>
        </w:rPr>
        <w:t>　　工作中无论你做什么事，都要对自己的工作负责，要加强自我克制和容忍，加强团队意识，理智的处理问题，不给大家和谈对造成麻烦，培养大局意识</w:t>
      </w:r>
      <w:r>
        <w:rPr>
          <w:lang w:eastAsia="zh-CN"/>
        </w:rPr>
        <w:br/>
      </w:r>
      <w:r>
        <w:rPr>
          <w:lang w:eastAsia="zh-CN"/>
        </w:rPr>
        <w:t>　　4、加强沟通。</w:t>
      </w:r>
      <w:r>
        <w:rPr>
          <w:lang w:eastAsia="zh-CN"/>
        </w:rPr>
        <w:br/>
      </w:r>
      <w:r>
        <w:rPr>
          <w:lang w:eastAsia="zh-CN"/>
        </w:rPr>
        <w:t>　　同事之间要坦诚、宽容、沟通和信任。我能做到坦诚、宽容和信任，就欠缺沟通，有效沟通可以消除误会，增进了解融洽关系，保证工作质量，提高工作效率，工作中有些问题往往就是因为没有及时沟通引起的，以后工作中要与领导与同事加强沟通。</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我希望在下半年里，仍然恪守自己，改善不足之处，在工作中争取更上一步台阶。另外，我给自己定下了一个年度目标：认真的做好顾客档案，并且努力完善它。</w:t>
      </w:r>
      <w:r>
        <w:rPr>
          <w:lang w:eastAsia="zh-CN"/>
        </w:rPr>
        <w:br/>
      </w:r>
      <w:r>
        <w:rPr>
          <w:lang w:eastAsia="zh-CN"/>
        </w:rPr>
        <w:t xml:space="preserve">    个人700字上半年工作总结 篇10 </w:t>
      </w:r>
      <w:r>
        <w:rPr>
          <w:lang w:eastAsia="zh-CN"/>
        </w:rPr>
        <w:br/>
      </w:r>
      <w:r>
        <w:rPr>
          <w:lang w:eastAsia="zh-CN"/>
        </w:rPr>
        <w:t>　　根据自己的实际情况，对20__年上半年的工作进行了评价和总结，提出了需要改进的地方和解决方案。</w:t>
      </w:r>
      <w:r>
        <w:rPr>
          <w:lang w:eastAsia="zh-CN"/>
        </w:rPr>
        <w:br/>
      </w:r>
      <w:r>
        <w:rPr>
          <w:lang w:eastAsia="zh-CN"/>
        </w:rPr>
        <w:t>　　一、岗位职责</w:t>
      </w:r>
      <w:r>
        <w:rPr>
          <w:lang w:eastAsia="zh-CN"/>
        </w:rPr>
        <w:br/>
      </w:r>
      <w:r>
        <w:rPr>
          <w:lang w:eastAsia="zh-CN"/>
        </w:rPr>
        <w:t>　　作为公司市场部的主管，工作中存在很多不足，没有很好的使用公司发布的考核标准。没有合理的计划和总结，没有正确的工作方法。工作麻木，总是急于解决问题，无法冷静思考，没有合理的解决问题的根本策略和方法。</w:t>
      </w:r>
      <w:r>
        <w:rPr>
          <w:lang w:eastAsia="zh-CN"/>
        </w:rPr>
        <w:br/>
      </w:r>
      <w:r>
        <w:rPr>
          <w:lang w:eastAsia="zh-CN"/>
        </w:rPr>
        <w:t>　　解决办法：自己拟定一个工作流程，每天按照这个工作流程工作(了解一切，处理问题都有时间限制)，也就是被迫提高工作效率。经过一段时间的磨合，相信会改进工作方法，提高工作效率。</w:t>
      </w:r>
      <w:r>
        <w:rPr>
          <w:lang w:eastAsia="zh-CN"/>
        </w:rPr>
        <w:br/>
      </w:r>
      <w:r>
        <w:rPr>
          <w:lang w:eastAsia="zh-CN"/>
        </w:rPr>
        <w:t>　　二、经营情况</w:t>
      </w:r>
      <w:r>
        <w:rPr>
          <w:lang w:eastAsia="zh-CN"/>
        </w:rPr>
        <w:br/>
      </w:r>
      <w:r>
        <w:rPr>
          <w:lang w:eastAsia="zh-CN"/>
        </w:rPr>
        <w:t>　　20__年，公司业务取得了少量成绩，但很多是由于公司同事的帮助和鼓励。我军规定里有句话，进务实公司，请用成绩说话。</w:t>
      </w:r>
      <w:r>
        <w:rPr>
          <w:lang w:eastAsia="zh-CN"/>
        </w:rPr>
        <w:br/>
      </w:r>
      <w:r>
        <w:rPr>
          <w:lang w:eastAsia="zh-CN"/>
        </w:rPr>
        <w:t>　　我在工作中一直提醒自己，出现的问题都只能自己解决，在别人的意见和鼓励的话语都有了的情况下，所有的事情都需要自己解决，没有人能帮你完成。这样，你自己的依赖就不会那么强了。</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上半年的工作中，得出一个公司不可能有很强的个人能力，最重要的是有公司的团队精神。个人再强，也永远比不上优秀的团队。目前，团队建设将成为下半年的工作计划。在团队中，我总是教我的经理以身作则，严格要求自己。店长需要的是问题的解决方案，而不是帮他们解决问题。</w:t>
      </w:r>
      <w:r>
        <w:rPr>
          <w:lang w:eastAsia="zh-CN"/>
        </w:rPr>
        <w:br/>
      </w:r>
      <w:r>
        <w:rPr>
          <w:lang w:eastAsia="zh-CN"/>
        </w:rPr>
        <w:t>　　至于如何培养员工：只要员工不犯原则性问题，我们基本上都是以指导和教学为主。员工不是因为成为人才而被骂，但也需要赞美和鼓励的话语来给予更多的自信。</w:t>
      </w:r>
      <w:r>
        <w:rPr>
          <w:lang w:eastAsia="zh-CN"/>
        </w:rPr>
        <w:br/>
      </w:r>
      <w:r>
        <w:rPr>
          <w:lang w:eastAsia="zh-CN"/>
        </w:rPr>
        <w:t>　　三、存在问题</w:t>
      </w:r>
      <w:r>
        <w:rPr>
          <w:lang w:eastAsia="zh-CN"/>
        </w:rPr>
        <w:br/>
      </w:r>
      <w:r>
        <w:rPr>
          <w:lang w:eastAsia="zh-CN"/>
        </w:rPr>
        <w:t>　　1.自学能力不够，总需要鞭策。</w:t>
      </w:r>
      <w:r>
        <w:rPr>
          <w:lang w:eastAsia="zh-CN"/>
        </w:rPr>
        <w:br/>
      </w:r>
      <w:r>
        <w:rPr>
          <w:lang w:eastAsia="zh-CN"/>
        </w:rPr>
        <w:t>　　2.这项工作的潜力尚未充分发挥，有必要改进工作方法。</w:t>
      </w:r>
      <w:r>
        <w:rPr>
          <w:lang w:eastAsia="zh-CN"/>
        </w:rPr>
        <w:br/>
      </w:r>
      <w:r>
        <w:rPr>
          <w:lang w:eastAsia="zh-CN"/>
        </w:rPr>
        <w:t>　　3.通常的培训和会议记录都有，但只是流于形式，没有最终总结、通过和实施。</w:t>
      </w:r>
      <w:r>
        <w:rPr>
          <w:lang w:eastAsia="zh-CN"/>
        </w:rPr>
        <w:br/>
      </w:r>
      <w:r>
        <w:rPr>
          <w:lang w:eastAsia="zh-CN"/>
        </w:rPr>
        <w:t xml:space="preserve">    个人700字上半年工作总结 篇11 </w:t>
      </w:r>
      <w:r>
        <w:rPr>
          <w:lang w:eastAsia="zh-CN"/>
        </w:rPr>
        <w:br/>
      </w:r>
      <w:r>
        <w:rPr>
          <w:lang w:eastAsia="zh-CN"/>
        </w:rPr>
        <w:t>　　一年的时间弹指间已过一半。总结上半年的工作，只能说是忙碌而充实。上半年在领导的指导、关心下，在同事们的帮忙和亲切配合下，我的工作取得了必须进步，为了总结经验，吸取教训，更好地前行，现将上半年的工作总结如下：</w:t>
      </w:r>
      <w:r>
        <w:rPr>
          <w:lang w:eastAsia="zh-CN"/>
        </w:rPr>
        <w:br/>
      </w:r>
      <w:r>
        <w:rPr>
          <w:lang w:eastAsia="zh-CN"/>
        </w:rPr>
        <w:t>　　一、端正态度，热爱本职工作</w:t>
      </w:r>
      <w:r>
        <w:rPr>
          <w:lang w:eastAsia="zh-CN"/>
        </w:rPr>
        <w:br/>
      </w:r>
      <w:r>
        <w:rPr>
          <w:lang w:eastAsia="zh-CN"/>
        </w:rPr>
        <w:t>　　态度决定一切，不能用正确的态度对待工作，就不能在工作中尽职尽责。既然改变不了环境，那就改变自我，尽到自我本份，尽力完成就应做的事情。只有热爱自我的本职工作，才能把工作做好，最重要的是持续一种用心的态度，本着对工作用心、认真、负责的态度，踏实的干好本职工作。</w:t>
      </w:r>
      <w:r>
        <w:rPr>
          <w:lang w:eastAsia="zh-CN"/>
        </w:rPr>
        <w:br/>
      </w:r>
      <w:r>
        <w:rPr>
          <w:lang w:eastAsia="zh-CN"/>
        </w:rPr>
        <w:t>　　二、培养团队意识，端正合作态度</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工作中，每个人都有自我的长处和优点。培养自我的团队意识和合作态度，互相协作，互补不足。工作才能更顺利的进行。仅靠个人的力量是不够得，我们所处的环境就需要大家心往一处想，劲往一处使，不计较个人得失，这样才能把工作圆满完成。</w:t>
      </w:r>
      <w:r>
        <w:rPr>
          <w:lang w:eastAsia="zh-CN"/>
        </w:rPr>
        <w:br/>
      </w:r>
      <w:r>
        <w:rPr>
          <w:lang w:eastAsia="zh-CN"/>
        </w:rPr>
        <w:t>　　三、存在不足</w:t>
      </w:r>
      <w:r>
        <w:rPr>
          <w:lang w:eastAsia="zh-CN"/>
        </w:rPr>
        <w:br/>
      </w:r>
      <w:r>
        <w:rPr>
          <w:lang w:eastAsia="zh-CN"/>
        </w:rPr>
        <w:t>　　工作有成绩，也存在不足。主要是加强业务知识学习和克服自身的缺点，今后要认真总结经验，克服不足，把工作干好。</w:t>
      </w:r>
      <w:r>
        <w:rPr>
          <w:lang w:eastAsia="zh-CN"/>
        </w:rPr>
        <w:br/>
      </w:r>
      <w:r>
        <w:rPr>
          <w:lang w:eastAsia="zh-CN"/>
        </w:rPr>
        <w:t>　　工作中无论你做什么事，都要对自我的工作负责，要加强自我克制和容忍，加强团队意识，理智的处理问题，不给大家和谈对造成麻烦，培养大局意识。同事之间要坦诚、宽容、沟通和信任。我能做到坦诚、宽容和信任，就欠缺沟通，有效沟通能够消除误会，增进了解融洽关系，保证工作质量，提高工作效率，工作中有些问题往往就是因为没有及时沟通引起的，以后工作中要与领导与同事加强沟通。积累工作经验，改善工作方法，向周围同志学习，注重别人优点，学习他们处理问题的方法，查找不足，提高自我。</w:t>
      </w:r>
      <w:r>
        <w:rPr>
          <w:lang w:eastAsia="zh-CN"/>
        </w:rPr>
        <w:br/>
      </w:r>
      <w:r>
        <w:rPr>
          <w:lang w:eastAsia="zh-CN"/>
        </w:rPr>
        <w:t>　　感谢领导和同事的支持和帮忙，我深知自我还存在很多缺点和不足，工作方式不够成熟，业务知识不够全面等等，在今后的工作中，我要积累经验教训，努力克服缺点，在工作中磨练自我，尽职尽责的做好各项工作!</w:t>
      </w:r>
      <w:r>
        <w:rPr>
          <w:lang w:eastAsia="zh-CN"/>
        </w:rPr>
        <w:br/>
      </w:r>
      <w:r>
        <w:rPr>
          <w:lang w:eastAsia="zh-CN"/>
        </w:rPr>
        <w:t xml:space="preserve">    个人700字上半年工作总结 篇12 </w:t>
      </w:r>
      <w:r>
        <w:rPr>
          <w:lang w:eastAsia="zh-CN"/>
        </w:rPr>
        <w:br/>
      </w:r>
      <w:r>
        <w:rPr>
          <w:lang w:eastAsia="zh-CN"/>
        </w:rPr>
        <w:t>　　时光荏苒，弹指间总结，同时对下半年有关工作进行调整。</w:t>
      </w:r>
      <w:r>
        <w:rPr>
          <w:lang w:eastAsia="zh-CN"/>
        </w:rPr>
        <w:br/>
      </w:r>
      <w:r>
        <w:rPr>
          <w:lang w:eastAsia="zh-CN"/>
        </w:rPr>
        <w:t>　　一、上半年工作中存在的问题</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1、团队意识氛围不太好，领班应该积极配合好经理的工作，融洽好与员工的关系，项目经理要加强团队建设。</w:t>
      </w:r>
      <w:r>
        <w:rPr>
          <w:lang w:eastAsia="zh-CN"/>
        </w:rPr>
        <w:br/>
      </w:r>
      <w:r>
        <w:rPr>
          <w:lang w:eastAsia="zh-CN"/>
        </w:rPr>
        <w:t>　　2、日常工作中各项规章制度及工作要求在执行和落实时有些敷衍，下一步要狠抓落实。</w:t>
      </w:r>
      <w:r>
        <w:rPr>
          <w:lang w:eastAsia="zh-CN"/>
        </w:rPr>
        <w:br/>
      </w:r>
      <w:r>
        <w:rPr>
          <w:lang w:eastAsia="zh-CN"/>
        </w:rPr>
        <w:t>　　3、各项目经理对员工日常工作的培训，重视度不够，尤其是有关院感培训执行比较差，建议充分利用每日例会进行反复培训，才能使员工吃透弄懂。</w:t>
      </w:r>
      <w:r>
        <w:rPr>
          <w:lang w:eastAsia="zh-CN"/>
        </w:rPr>
        <w:br/>
      </w:r>
      <w:r>
        <w:rPr>
          <w:lang w:eastAsia="zh-CN"/>
        </w:rPr>
        <w:t>　　4、各项目经理管理水平的提升过于缓慢，建议每天学习一点点进步就会多一点。</w:t>
      </w:r>
      <w:r>
        <w:rPr>
          <w:lang w:eastAsia="zh-CN"/>
        </w:rPr>
        <w:br/>
      </w:r>
      <w:r>
        <w:rPr>
          <w:lang w:eastAsia="zh-CN"/>
        </w:rPr>
        <w:t>　　5、有些项目经理学习态度不端正，建议多看一些关于管理及心理学方面的书，有效的提高自己的管理水平。</w:t>
      </w:r>
      <w:r>
        <w:rPr>
          <w:lang w:eastAsia="zh-CN"/>
        </w:rPr>
        <w:br/>
      </w:r>
      <w:r>
        <w:rPr>
          <w:lang w:eastAsia="zh-CN"/>
        </w:rPr>
        <w:t>　　6、项目经理对保洁工作流程的认知度不够，导致保洁人员的工作过于随便，要加强业务能力。</w:t>
      </w:r>
      <w:r>
        <w:rPr>
          <w:lang w:eastAsia="zh-CN"/>
        </w:rPr>
        <w:br/>
      </w:r>
      <w:r>
        <w:rPr>
          <w:lang w:eastAsia="zh-CN"/>
        </w:rPr>
        <w:t>　　二、下半年有关工作调整</w:t>
      </w:r>
      <w:r>
        <w:rPr>
          <w:lang w:eastAsia="zh-CN"/>
        </w:rPr>
        <w:br/>
      </w:r>
      <w:r>
        <w:rPr>
          <w:lang w:eastAsia="zh-CN"/>
        </w:rPr>
        <w:t>　　从下周开始各项目经理每天的日志改为周志，在每周五晚十二点之前对本周工作的总结和下周工作的安排发至_总手机。</w:t>
      </w:r>
      <w:r>
        <w:rPr>
          <w:lang w:eastAsia="zh-CN"/>
        </w:rPr>
        <w:br/>
      </w:r>
      <w:r>
        <w:rPr>
          <w:lang w:eastAsia="zh-CN"/>
        </w:rPr>
        <w:t>　　(一)_要求：</w:t>
      </w:r>
      <w:r>
        <w:rPr>
          <w:lang w:eastAsia="zh-CN"/>
        </w:rPr>
        <w:br/>
      </w:r>
      <w:r>
        <w:rPr>
          <w:lang w:eastAsia="zh-CN"/>
        </w:rPr>
        <w:t>　　(1)各项目经理必须表述出一周的工作重点存在的问题及解决的方法，不能再只是大白话，对下周工作计划要求要有实效性的表述。</w:t>
      </w:r>
      <w:r>
        <w:rPr>
          <w:lang w:eastAsia="zh-CN"/>
        </w:rPr>
        <w:br/>
      </w:r>
      <w:r>
        <w:rPr>
          <w:lang w:eastAsia="zh-CN"/>
        </w:rPr>
        <w:t>　　(2)公司从下周开始去各项目部落实工作时考核标准则是各项目经理提供的工作计划，如果没有按时提交工作计划者则按公司的工作标准进行落实。</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从本月开始项目经理的会议改为“半月谈”，每月的第一个周六仍为领班以上所有人员的例会，第三周的周六为项目经理的例会，无故不到者领班罚款100元，经理罚款200元。</w:t>
      </w:r>
      <w:r>
        <w:rPr>
          <w:lang w:eastAsia="zh-CN"/>
        </w:rPr>
        <w:br/>
      </w:r>
      <w:r>
        <w:rPr>
          <w:lang w:eastAsia="zh-CN"/>
        </w:rPr>
        <w:t>　　(二)项目经理会要求：</w:t>
      </w:r>
      <w:r>
        <w:rPr>
          <w:lang w:eastAsia="zh-CN"/>
        </w:rPr>
        <w:br/>
      </w:r>
      <w:r>
        <w:rPr>
          <w:lang w:eastAsia="zh-CN"/>
        </w:rPr>
        <w:t>　　1、各项目经理要对上半个月工作的情况进行详细解说即存在的问题、解决的办法并要求对下半个月的工作有整体规划。</w:t>
      </w:r>
      <w:r>
        <w:rPr>
          <w:lang w:eastAsia="zh-CN"/>
        </w:rPr>
        <w:br/>
      </w:r>
      <w:r>
        <w:rPr>
          <w:lang w:eastAsia="zh-CN"/>
        </w:rPr>
        <w:t>　　2、领班的日志公司不做要求，各项目经理自行安排。</w:t>
      </w:r>
      <w:r>
        <w:rPr>
          <w:lang w:eastAsia="zh-CN"/>
        </w:rPr>
        <w:br/>
      </w:r>
      <w:r>
        <w:rPr>
          <w:lang w:eastAsia="zh-CN"/>
        </w:rPr>
        <w:t>　　对上半年存在的问题，所有人要引起高度重视，目前市场竞争激烈企业想生存，必须靠质量，望大家下半年针对以上六个问题拿出整改。</w:t>
      </w:r>
      <w:r>
        <w:rPr>
          <w:lang w:eastAsia="zh-CN"/>
        </w:rPr>
        <w:br/>
      </w:r>
      <w:r>
        <w:rPr>
          <w:lang w:eastAsia="zh-CN"/>
        </w:rPr>
        <w:t xml:space="preserve">    个人700字上半年工作总结 篇13 </w:t>
      </w:r>
      <w:r>
        <w:rPr>
          <w:lang w:eastAsia="zh-CN"/>
        </w:rPr>
        <w:br/>
      </w:r>
      <w:r>
        <w:rPr>
          <w:lang w:eastAsia="zh-CN"/>
        </w:rPr>
        <w:t>　　自_月底来公司担任办公室前台工作，前台是一项很重要的基础工作，在这半年时间里，我在公司领导和同事的关心和帮助下基本完成了各项工作，在不断地向领导请教、向同事学习、自己实践摸索，短期内便熟悉了公司办公室各项工作，明确了工作的程序、方向，有了明确的工作思路，在思想觉悟上有了更进一步的提高，在具体的工作中形成了一套清晰的工作思路，能够顺利的完成领导交办的工作任务，为了总结工作经验，继续发扬成绩同时也克服存在的不足，现将这段时间的工作做如下简要总结及来年工作计划。</w:t>
      </w:r>
      <w:r>
        <w:rPr>
          <w:lang w:eastAsia="zh-CN"/>
        </w:rPr>
        <w:br/>
      </w:r>
      <w:r>
        <w:rPr>
          <w:lang w:eastAsia="zh-CN"/>
        </w:rPr>
        <w:t>　　以踏实的工作态度，适应办公室工作特点。办公室作为企事业单位运转的一个重要枢纽部门，是单位内外工作沟通、协调、处理的综合部门，这就决定了办公室工作繁杂性。</w:t>
      </w:r>
      <w:r>
        <w:rPr>
          <w:lang w:eastAsia="zh-CN"/>
        </w:rPr>
        <w:br/>
      </w:r>
      <w:r>
        <w:rPr>
          <w:lang w:eastAsia="zh-CN"/>
        </w:rPr>
        <w:t>　　(一)制度的拟定</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1.在上级领导下重新修订了《加班管理制度》，并在工作进行实施。</w:t>
      </w:r>
      <w:r>
        <w:rPr>
          <w:lang w:eastAsia="zh-CN"/>
        </w:rPr>
        <w:br/>
      </w:r>
      <w:r>
        <w:rPr>
          <w:lang w:eastAsia="zh-CN"/>
        </w:rPr>
        <w:t>　　2.根据公司以往的实施方法，制订了《图书借阅及管理办法》和《门禁指纹管理规定》，通过部门领导的审核及各部门会签，在日常工作中进行实施。</w:t>
      </w:r>
      <w:r>
        <w:rPr>
          <w:lang w:eastAsia="zh-CN"/>
        </w:rPr>
        <w:br/>
      </w:r>
      <w:r>
        <w:rPr>
          <w:lang w:eastAsia="zh-CN"/>
        </w:rPr>
        <w:t>　　(二)日常性事物</w:t>
      </w:r>
      <w:r>
        <w:rPr>
          <w:lang w:eastAsia="zh-CN"/>
        </w:rPr>
        <w:br/>
      </w:r>
      <w:r>
        <w:rPr>
          <w:lang w:eastAsia="zh-CN"/>
        </w:rPr>
        <w:t>　　1.负责董事长办公室、行政总经理办公室、茶室的卫生整洁。</w:t>
      </w:r>
      <w:r>
        <w:rPr>
          <w:lang w:eastAsia="zh-CN"/>
        </w:rPr>
        <w:br/>
      </w:r>
      <w:r>
        <w:rPr>
          <w:lang w:eastAsia="zh-CN"/>
        </w:rPr>
        <w:t>　　2.负责快递接收、报纸杂志及信件收发、文件打印、以及总机电话的接听与转接。</w:t>
      </w:r>
      <w:r>
        <w:rPr>
          <w:lang w:eastAsia="zh-CN"/>
        </w:rPr>
        <w:br/>
      </w:r>
      <w:r>
        <w:rPr>
          <w:lang w:eastAsia="zh-CN"/>
        </w:rPr>
        <w:t>　　3.每日统计公司员工及电话核查项目员工出勤情况。</w:t>
      </w:r>
      <w:r>
        <w:rPr>
          <w:lang w:eastAsia="zh-CN"/>
        </w:rPr>
        <w:br/>
      </w:r>
      <w:r>
        <w:rPr>
          <w:lang w:eastAsia="zh-CN"/>
        </w:rPr>
        <w:t>　　4.公司员工书籍借阅统计与签收。</w:t>
      </w:r>
      <w:r>
        <w:rPr>
          <w:lang w:eastAsia="zh-CN"/>
        </w:rPr>
        <w:br/>
      </w:r>
      <w:r>
        <w:rPr>
          <w:lang w:eastAsia="zh-CN"/>
        </w:rPr>
        <w:t>　　5.日常礼仪接待工作。</w:t>
      </w:r>
      <w:r>
        <w:rPr>
          <w:lang w:eastAsia="zh-CN"/>
        </w:rPr>
        <w:br/>
      </w:r>
      <w:r>
        <w:rPr>
          <w:lang w:eastAsia="zh-CN"/>
        </w:rPr>
        <w:t>　　(三)水电费的缴纳</w:t>
      </w:r>
      <w:r>
        <w:rPr>
          <w:lang w:eastAsia="zh-CN"/>
        </w:rPr>
        <w:br/>
      </w:r>
      <w:r>
        <w:rPr>
          <w:lang w:eastAsia="zh-CN"/>
        </w:rPr>
        <w:t>　　(四)每月_号之前完成办公室月度报告，并提交行政总经理(内容包括，办公用品库及仓库盘点表—工装盘点表—本月领工装数—本月工装进出库统计表—本月申请办公用品—本月本部门办公用品申请—本月办公用品领用情况—本月费用明细表—每月之星情况)</w:t>
      </w:r>
      <w:r>
        <w:rPr>
          <w:lang w:eastAsia="zh-CN"/>
        </w:rPr>
        <w:br/>
      </w:r>
      <w:r>
        <w:rPr>
          <w:lang w:eastAsia="zh-CN"/>
        </w:rPr>
        <w:t>　　(五)每月_日之前，参考考勤系统上导出打卡数据记录，根据收到的外出公干审批单和请假单以及每天的点名表做出电子版考勤明细表完成公司考勤总表制作，提交行政总经理审核。</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(六)每月_号前完成部门办公用品的申请统计总表交与行政总经理审核。月中更换销售排行榜;每月_号之前，根据每月之星评选结果，制作每月之星照，更换至宣传栏。</w:t>
      </w:r>
      <w:r>
        <w:rPr>
          <w:lang w:eastAsia="zh-CN"/>
        </w:rPr>
        <w:br/>
      </w:r>
      <w:r>
        <w:rPr>
          <w:lang w:eastAsia="zh-CN"/>
        </w:rPr>
        <w:t>　　(七)与行政总经理及网络管理员沟通，确定下月所需费用，于_号前完成部门预算统计表交与行政总经理审核，提交财务中心</w:t>
      </w:r>
      <w:r>
        <w:rPr>
          <w:lang w:eastAsia="zh-CN"/>
        </w:rPr>
        <w:br/>
      </w:r>
      <w:r>
        <w:rPr>
          <w:lang w:eastAsia="zh-CN"/>
        </w:rPr>
        <w:t>　　(八)每月_号前完成办公用品及日常用品盘点表。提交行政总经理审核，并于次月_号之前上交财务中心。</w:t>
      </w:r>
      <w:r>
        <w:rPr>
          <w:lang w:eastAsia="zh-CN"/>
        </w:rPr>
        <w:br/>
      </w:r>
      <w:r>
        <w:rPr>
          <w:lang w:eastAsia="zh-CN"/>
        </w:rPr>
        <w:t>　　(九)每月初一，十五购买贡品及鲜花并提前一天贡品摆放整齐。</w:t>
      </w:r>
      <w:r>
        <w:rPr>
          <w:lang w:eastAsia="zh-CN"/>
        </w:rPr>
        <w:br/>
      </w:r>
      <w:r>
        <w:rPr>
          <w:lang w:eastAsia="zh-CN"/>
        </w:rPr>
        <w:t>　　(十)办公用品档案及固定桌椅档案的登记。</w:t>
      </w:r>
      <w:r>
        <w:rPr>
          <w:lang w:eastAsia="zh-CN"/>
        </w:rPr>
        <w:br/>
      </w:r>
      <w:r>
        <w:rPr>
          <w:lang w:eastAsia="zh-CN"/>
        </w:rPr>
        <w:t xml:space="preserve">    个人700字上半年工作总结 篇14 </w:t>
      </w:r>
      <w:r>
        <w:rPr>
          <w:lang w:eastAsia="zh-CN"/>
        </w:rPr>
        <w:br/>
      </w:r>
      <w:r>
        <w:rPr>
          <w:lang w:eastAsia="zh-CN"/>
        </w:rPr>
        <w:t>　　一、业务流程的梳理与优化</w:t>
      </w:r>
      <w:r>
        <w:rPr>
          <w:lang w:eastAsia="zh-CN"/>
        </w:rPr>
        <w:br/>
      </w:r>
      <w:r>
        <w:rPr>
          <w:lang w:eastAsia="zh-CN"/>
        </w:rPr>
        <w:t>　　为全面提升客户体验，提高工作效率，加强客服中心业务规范化管理，防范操作风险，安排布置客服中心全体员工，结合新业务上线及业务变更重新梳理、制定客服中心各类业务受理流程。本人担任总行客户投诉管理流程优化项目总监，积极协调项目成员部门有序推进项目实施工作，配合服务转型办公室客户流程优化项目进行了客户投诉、客户联动业务流程梳理，重新修订了《_银行客户投诉管理办法》、《客户服务联动管理办法》，并全面推行试点工作。</w:t>
      </w:r>
      <w:r>
        <w:rPr>
          <w:lang w:eastAsia="zh-CN"/>
        </w:rPr>
        <w:br/>
      </w:r>
      <w:r>
        <w:rPr>
          <w:lang w:eastAsia="zh-CN"/>
        </w:rPr>
        <w:t>　　二、客服中心队伍建设</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为完善客服中心组织架构，解决管理人员不足问题，满足我行各项业务需求，提高客服中心电话接通率，提升客户满意度，在行领导及人力资源部的大力支持下，客服中心于今年5月份启动了内部、外部人员的招聘工作。结合实际工作需要，客服中心制定了详细的岗前培训计划，为保证新聘座席人员业务的全面性及专业性，客服中心积极与总行人力、哈分事业保障部协调沟通，增设了特色业务经办行岗位实践学习环节，为提高客服中心整体业务水平打下了坚实基础。</w:t>
      </w:r>
      <w:r>
        <w:rPr>
          <w:lang w:eastAsia="zh-CN"/>
        </w:rPr>
        <w:br/>
      </w:r>
      <w:r>
        <w:rPr>
          <w:lang w:eastAsia="zh-CN"/>
        </w:rPr>
        <w:t>　　持续加强座席人员业务培训，邀请总行各条线业务专家对新业务知识进行强化培训，上半年全员业务培训10余次，组织全员业务考试6次，座席人员业务能力大幅提高。</w:t>
      </w:r>
      <w:r>
        <w:rPr>
          <w:lang w:eastAsia="zh-CN"/>
        </w:rPr>
        <w:br/>
      </w:r>
      <w:r>
        <w:rPr>
          <w:lang w:eastAsia="zh-CN"/>
        </w:rPr>
        <w:t>　　三、推进新一代客服中心项目</w:t>
      </w:r>
      <w:r>
        <w:rPr>
          <w:lang w:eastAsia="zh-CN"/>
        </w:rPr>
        <w:br/>
      </w:r>
      <w:r>
        <w:rPr>
          <w:lang w:eastAsia="zh-CN"/>
        </w:rPr>
        <w:t>　　今年初，客服中心制定了拓宽服务渠道，探索建立电话银行远程柜员团队，打造集交易、服务和营销为一体的多元服务模式计划。在移动金融部领导的大力支持和全体员工的共同努力下，6月初顺利进行了在线客服、报表系统等上线测试工作，并结合测试反映的问题向科技部门提出了优化需求。客服中心报表系统上线，运营管理类报表可实现实时监测客服中心业务量、接通率、座席工作状态等数据信息，考勤报表、绩效考核报表为派遣制员工日常管理、绩效考核提供有效依据等。</w:t>
      </w:r>
      <w:r>
        <w:rPr>
          <w:lang w:eastAsia="zh-CN"/>
        </w:rPr>
        <w:br/>
      </w:r>
      <w:r>
        <w:rPr>
          <w:lang w:eastAsia="zh-CN"/>
        </w:rPr>
        <w:t>　　四、码号年报与延期</w:t>
      </w:r>
      <w:r>
        <w:rPr>
          <w:lang w:eastAsia="zh-CN"/>
        </w:rPr>
        <w:br/>
      </w:r>
      <w:r>
        <w:rPr>
          <w:lang w:eastAsia="zh-CN"/>
        </w:rPr>
        <w:t>　　依照国家工信部要求，客服中心于3月初进行955码号及短消息服务接入代码的网上年报工作并顺利通过审核。因955码号及短消息服务使用期限将于7月末到期，为保证我行客服热线的正常使用，客服中心按工信部相关要求积极组织延期材料，进行网上提交审核申请，赴京提交书面资料，最终成功获批。</w:t>
      </w:r>
      <w:r>
        <w:rPr>
          <w:lang w:eastAsia="zh-CN"/>
        </w:rPr>
        <w:br/>
      </w:r>
      <w:r>
        <w:rPr>
          <w:lang w:eastAsia="zh-CN"/>
        </w:rPr>
        <w:t>　　五、其他工作</w:t>
      </w:r>
      <w:r>
        <w:rPr>
          <w:lang w:eastAsia="zh-CN"/>
        </w:rPr>
        <w:br/>
      </w:r>
    </w:p>
    <w:p w:rsidR="001B1F19" w14:textId="27C3F48A">
      <w:pPr>
        <w:rPr>
          <w:lang w:eastAsia="zh-CN"/>
        </w:rPr>
      </w:pPr>
      <w:r>
        <w:rPr>
          <w:lang w:eastAsia="zh-CN"/>
        </w:rPr>
        <w:t>　　1.合理安排客服中心各岗位人员，明确职责，密切配合，日常运营工作有条不紊。节日期间遇突发事件迅速响应，与行领导、相关部门及各支行反馈协调，确保节日期间业务的畅通。</w:t>
      </w:r>
      <w:r>
        <w:rPr>
          <w:lang w:eastAsia="zh-CN"/>
        </w:rPr>
        <w:br/>
      </w:r>
      <w:r>
        <w:rPr>
          <w:lang w:eastAsia="zh-CN"/>
        </w:rPr>
        <w:t>　　2.推进与省联通公司合作协议签订事宜。为保证客服中心办公场地使用，积极与省联通公司协调沟通，对20__年合作协议部分条款进行修订，顺利完成了合同的正式签订工作。</w:t>
      </w:r>
      <w:r>
        <w:rPr>
          <w:lang w:eastAsia="zh-CN"/>
        </w:rPr>
        <w:br/>
      </w:r>
      <w:r>
        <w:rPr>
          <w:lang w:eastAsia="zh-CN"/>
        </w:rPr>
        <w:t xml:space="preserve">    个人700字上半年工作总结 篇15 </w:t>
      </w:r>
      <w:r>
        <w:rPr>
          <w:lang w:eastAsia="zh-CN"/>
        </w:rPr>
        <w:br/>
      </w:r>
      <w:r>
        <w:rPr>
          <w:lang w:eastAsia="zh-CN"/>
        </w:rPr>
        <w:t>　　自年初以来，服务中心在局分_组的领导下，在局有关部门的指导、帮助下，紧紧围绕局中心工作和服务中心目标任务，牢固树立服务观念，强化服务意识，努力工作，锐意进取，园满完成了各项工作任务，主要有以下几个方面：</w:t>
      </w:r>
      <w:r>
        <w:rPr>
          <w:lang w:eastAsia="zh-CN"/>
        </w:rPr>
        <w:br/>
      </w:r>
      <w:r>
        <w:rPr>
          <w:lang w:eastAsia="zh-CN"/>
        </w:rPr>
        <w:t>　　一、较好地完成了两处出租房屋的的管理及房租收缴工作。</w:t>
      </w:r>
      <w:r>
        <w:rPr>
          <w:lang w:eastAsia="zh-CN"/>
        </w:rPr>
        <w:br/>
      </w:r>
      <w:r>
        <w:rPr>
          <w:lang w:eastAsia="zh-CN"/>
        </w:rPr>
        <w:t>　　经常性地对两处房屋进行巡视，及时了解掌握承租方在经营中的困难和问题，做好服务协调工作。_半年重新续定了庐江路门面房出租合同，合同租金比上一租期提高20%，解决了对方反映的楼顶滴水及主下水道不畅等问题。同时配合城市拆违，做好承租方思想工作，使其主动拆除了正在使用的后堂操作间违章建筑。与合肥市热力公司联系，对科技咨询大楼暖气管道先天设计不合理的问题，进行了管道改造，解决了承租方在使用中的难题。通过我们及时周到的服务，融洽了与承租方的关系，目前两个承租单位均能及时交纳房租，_半年房租收缴率100%。</w:t>
      </w:r>
      <w:r>
        <w:rPr>
          <w:lang w:eastAsia="zh-CN"/>
        </w:rPr>
        <w:br/>
      </w:r>
      <w:r>
        <w:rPr>
          <w:lang w:eastAsia="zh-CN"/>
        </w:rPr>
        <w:t>　　二、注重自身建设，完善各项制度。</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https://d.book118.com/098004014047006041</w:t>
        </w:r>
      </w:hyperlink>
    </w:p>
    <w:p w:rsidR="001B1F19">
      <w:pPr>
        <w:rPr>
          <w:lang w:eastAsia="zh-CN"/>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98004014047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