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市场年度工作计划（15篇）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　　市场年度工作计划 1</w:t>
      </w:r>
      <w:r>
        <w:rPr>
          <w:lang w:eastAsia="zh-CN"/>
        </w:rPr>
        <w:br/>
      </w:r>
      <w:r>
        <w:rPr>
          <w:lang w:eastAsia="zh-CN"/>
        </w:rPr>
        <w:t>　　在某年里，学校凭借前几年的蓄势，在长春、大连、上海建立了新的校区，学校步入了高速发展的快车道，一个更具朝气和活力的佰加佰教育集团将以崭新姿态展示在世人面前。</w:t>
      </w:r>
      <w:r>
        <w:rPr>
          <w:lang w:eastAsia="zh-CN"/>
        </w:rPr>
        <w:br/>
      </w:r>
      <w:r>
        <w:rPr>
          <w:lang w:eastAsia="zh-CN"/>
        </w:rPr>
        <w:t>　　学校需要快速发展，管理水平必将大幅度提高，这不仅仅是市场竞争的外在要求，更是自身发展壮大的内在要求。建立一个与学校同步发展的市场部，既是一种压力，又是一种动力。为了完成学校某年总体经营管理目标，市场部特制订某年工作计划如下：</w:t>
      </w:r>
      <w:r>
        <w:rPr>
          <w:lang w:eastAsia="zh-CN"/>
        </w:rPr>
        <w:br/>
      </w:r>
      <w:r>
        <w:rPr>
          <w:lang w:eastAsia="zh-CN"/>
        </w:rPr>
        <w:t>　　一、抓好市场部管理</w:t>
      </w:r>
      <w:r>
        <w:rPr>
          <w:lang w:eastAsia="zh-CN"/>
        </w:rPr>
        <w:br/>
      </w:r>
      <w:r>
        <w:rPr>
          <w:lang w:eastAsia="zh-CN"/>
        </w:rPr>
        <w:t>　　1、建立市场部</w:t>
      </w:r>
      <w:r>
        <w:rPr>
          <w:lang w:eastAsia="zh-CN"/>
        </w:rPr>
        <w:br/>
      </w:r>
      <w:r>
        <w:rPr>
          <w:lang w:eastAsia="zh-CN"/>
        </w:rPr>
        <w:t>　　根据学校发展和对市场推广宣传的要求在某年学校正式建立市场运营部。市场运营部是负责学校推广宣传、市场策略规划、扩大学校知名度、推广组织完善、促进招生任务达成、信息搜集处理等工作的职能部门，接受学校校长的领导。</w:t>
      </w:r>
      <w:r>
        <w:rPr>
          <w:lang w:eastAsia="zh-CN"/>
        </w:rPr>
        <w:br/>
      </w:r>
      <w:r>
        <w:rPr>
          <w:lang w:eastAsia="zh-CN"/>
        </w:rPr>
        <w:t>　　2、新型组织机构</w:t>
      </w:r>
      <w:r>
        <w:rPr>
          <w:lang w:eastAsia="zh-CN"/>
        </w:rPr>
        <w:br/>
      </w:r>
      <w:r>
        <w:rPr>
          <w:lang w:eastAsia="zh-CN"/>
        </w:rPr>
        <w:t>　　3、人员配置</w:t>
      </w:r>
      <w:r>
        <w:rPr>
          <w:lang w:eastAsia="zh-CN"/>
        </w:rPr>
        <w:br/>
      </w:r>
      <w:r>
        <w:rPr>
          <w:lang w:eastAsia="zh-CN"/>
        </w:rPr>
        <w:t>　　（1）总监及总监助理各1名：负责市场部工作的组织和开展，及日常管理。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（2）市场部项目经理5名：DM宣传经理1名、公关部经理1名、渠道部经理1名、咨询部经理1名、督导部经理1名，主要负责各部组的具体工作的实施开展。</w:t>
      </w:r>
      <w:r>
        <w:rPr>
          <w:lang w:eastAsia="zh-CN"/>
        </w:rPr>
        <w:br/>
      </w:r>
      <w:r>
        <w:rPr>
          <w:lang w:eastAsia="zh-CN"/>
        </w:rPr>
        <w:t>　　（3）专职发单员20名，贴单员5名，渠道专员10名，兼职发单员50名（周六、日），兼职咨询员50名（周六日或下班后）。</w:t>
      </w:r>
      <w:r>
        <w:rPr>
          <w:lang w:eastAsia="zh-CN"/>
        </w:rPr>
        <w:br/>
      </w:r>
      <w:r>
        <w:rPr>
          <w:lang w:eastAsia="zh-CN"/>
        </w:rPr>
        <w:t>　　4、强化人员素质</w:t>
      </w:r>
      <w:r>
        <w:rPr>
          <w:lang w:eastAsia="zh-CN"/>
        </w:rPr>
        <w:br/>
      </w:r>
      <w:r>
        <w:rPr>
          <w:lang w:eastAsia="zh-CN"/>
        </w:rPr>
        <w:t>　　春节后至三月份完成对各校区的市场部人员招聘和培训，使某年新的管理制度施行过程中市场部在人员素质方面有充分的保障。认真选择和谨慎录用市场部人员，特别是管理人员避免鱼目混珠，对于兼职咨询人员要不断地招聘和培训。</w:t>
      </w:r>
      <w:r>
        <w:rPr>
          <w:lang w:eastAsia="zh-CN"/>
        </w:rPr>
        <w:br/>
      </w:r>
      <w:r>
        <w:rPr>
          <w:lang w:eastAsia="zh-CN"/>
        </w:rPr>
        <w:t>　　5、加大人员考核力度</w:t>
      </w:r>
      <w:r>
        <w:rPr>
          <w:lang w:eastAsia="zh-CN"/>
        </w:rPr>
        <w:br/>
      </w:r>
      <w:r>
        <w:rPr>
          <w:lang w:eastAsia="zh-CN"/>
        </w:rPr>
        <w:t>　　在人员配置、资源保证、业绩考核等方面对市场部各项目部组建立和管理作出施行细则规定，从制度上对各项工作作出保证。设立市场部督导员，定期巡查各区域，指导市场管理工作的考核制度，并根据各区域实际情况和存在的问题，有针对性地加以分析和研究，以督促市场部各组在短期内按规定完成市场部推广宣传工作。</w:t>
      </w:r>
      <w:r>
        <w:rPr>
          <w:lang w:eastAsia="zh-CN"/>
        </w:rPr>
        <w:br/>
      </w:r>
      <w:r>
        <w:rPr>
          <w:lang w:eastAsia="zh-CN"/>
        </w:rPr>
        <w:t>　　6、不断完善市场专员任务目标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市场总监与各项目经理根据市场专员提供的完成任务数量、项目规模、任务达成率、完成咨询人员数量四项指标对市场部各成员进行定期的业务评估。在分析各成员任务分类的基础上，市场部总监和市场各项经理应结合各成员完成任务内容进行细致地分析，并给出指导和改进帮助，使其通过帮助后业务量有明显增长的可能性。进一步加强市场推广流程细节管理，在任务的完整性、及时性、有效性等方面做好比上一阶段更好。（详细流程见市场部岗位指导书）</w:t>
      </w:r>
      <w:r>
        <w:rPr>
          <w:lang w:eastAsia="zh-CN"/>
        </w:rPr>
        <w:br/>
      </w:r>
      <w:r>
        <w:rPr>
          <w:lang w:eastAsia="zh-CN"/>
        </w:rPr>
        <w:t>　　7、不断完善各区域的宣传推广</w:t>
      </w:r>
      <w:r>
        <w:rPr>
          <w:lang w:eastAsia="zh-CN"/>
        </w:rPr>
        <w:br/>
      </w:r>
      <w:r>
        <w:rPr>
          <w:lang w:eastAsia="zh-CN"/>
        </w:rPr>
        <w:t>　　加强市场调研，以各区域项目专员提供的信息内容和学校在各区域的业务进展情况，市场部对各区域市场推广宣传的状况和发展趋势，进行充分的市场调研、总结。通过调查获取第一手资料，为学校在各区域的人员设置更趋合理和学校在开拓新的市场方面作好参谋。</w:t>
      </w:r>
      <w:r>
        <w:rPr>
          <w:lang w:eastAsia="zh-CN"/>
        </w:rPr>
        <w:br/>
      </w:r>
      <w:r>
        <w:rPr>
          <w:lang w:eastAsia="zh-CN"/>
        </w:rPr>
        <w:t>　　二、品牌推广</w:t>
      </w:r>
      <w:r>
        <w:rPr>
          <w:lang w:eastAsia="zh-CN"/>
        </w:rPr>
        <w:br/>
      </w:r>
      <w:r>
        <w:rPr>
          <w:lang w:eastAsia="zh-CN"/>
        </w:rPr>
        <w:t>　　1、为进一步打响“佰加佰教育”品牌，扩大佰加佰教育的市场占有率，某年主要在已经建立分校区的长春、大连、上海等区域建立市场运营部进行学校市场推广宣传，以宣传和扩大佰加佰教育的品牌，扩大宣传途径，创造更大市场空间，从而为完成招生任务奠定坚实的市场基础。</w:t>
      </w:r>
      <w:r>
        <w:rPr>
          <w:lang w:eastAsia="zh-CN"/>
        </w:rPr>
        <w:br/>
      </w:r>
      <w:r>
        <w:rPr>
          <w:lang w:eastAsia="zh-CN"/>
        </w:rPr>
        <w:t>　　2、学校每开展一个新的项目或完成阶段性重要工作之际，都要告知各员工和已经报名的学员，必要时可以开个隆重的活动会议，用具体实例展示和宣传佰加佰教育品牌，展示佰加佰教育在行业中技术、业绩占据一流水平的`现实，树立成人学历培训行业中大机构的典范作用和领导地位，使宣传工作达到事半功倍的效果。</w:t>
      </w:r>
      <w:r>
        <w:rPr>
          <w:lang w:eastAsia="zh-CN"/>
        </w:rPr>
        <w:br/>
      </w:r>
      <w:r>
        <w:rPr>
          <w:lang w:eastAsia="zh-CN"/>
        </w:rPr>
        <w:t>　　3、进一步做好广告、资料等方面的宣传工作。在各个环节体现展示学校实力；及时制作学校新的业绩和宣传资料，及时补充到更换投放目标的内容，对发放过宣传资料的地点及人员进行再次发放，尽可能地提升品牌推广的深度和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加强市场部人员的专业知识培训和素质教育工作，树立良好的学校员工形象和先进的学校文化内涵，给每一位与佰加佰教育人员接触的人都能够留下幸福而深化的印象，从而对佰加佰教育有更明白和深层次的认识。</w:t>
      </w:r>
      <w:r>
        <w:rPr>
          <w:lang w:eastAsia="zh-CN"/>
        </w:rPr>
        <w:br/>
      </w:r>
      <w:r>
        <w:rPr>
          <w:lang w:eastAsia="zh-CN"/>
        </w:rPr>
        <w:t>　　三、全年任务</w:t>
      </w:r>
      <w:r>
        <w:rPr>
          <w:lang w:eastAsia="zh-CN"/>
        </w:rPr>
        <w:br/>
      </w:r>
      <w:r>
        <w:rPr>
          <w:lang w:eastAsia="zh-CN"/>
        </w:rPr>
        <w:t>　　1、第一季度</w:t>
      </w:r>
      <w:r>
        <w:rPr>
          <w:lang w:eastAsia="zh-CN"/>
        </w:rPr>
        <w:br/>
      </w:r>
      <w:r>
        <w:rPr>
          <w:lang w:eastAsia="zh-CN"/>
        </w:rPr>
        <w:t>　　春节前确定本年度的市场推广宣传策略；完成各校区市场运营部建立及人员招聘；完成人员的培训和考核制度；各校区结合市场情况制定出活动计划；各组制定策划好公共宣传开展计划；完成贴单、派单及相关宣传内容的广告设计；市场部的各项宣传内容配套物品的设计、配置；初步可以实施各部组的推广宣传活动。</w:t>
      </w:r>
      <w:r>
        <w:rPr>
          <w:lang w:eastAsia="zh-CN"/>
        </w:rPr>
        <w:br/>
      </w:r>
      <w:r>
        <w:rPr>
          <w:lang w:eastAsia="zh-CN"/>
        </w:rPr>
        <w:t>　　2、第二季度</w:t>
      </w:r>
      <w:r>
        <w:rPr>
          <w:lang w:eastAsia="zh-CN"/>
        </w:rPr>
        <w:br/>
      </w:r>
      <w:r>
        <w:rPr>
          <w:lang w:eastAsia="zh-CN"/>
        </w:rPr>
        <w:t>　　总结完善各部组的活动流程；各类公宣设备及物品完善到位；继续完善市场部各部门的人员招聘和调整；按照学校标准对各部组的人员进行绩效考核试运行；重点开展现场咨询、兼职咨询的落实开展；与各校区进行关联挂靠开展市场推广宣传；每月根据招生部反馈的招生变化情况，计划下月市场推广计划；总结各部门工作完成情况，调整推广宣传的流程方式；</w:t>
      </w:r>
      <w:r>
        <w:rPr>
          <w:lang w:eastAsia="zh-CN"/>
        </w:rPr>
        <w:br/>
      </w:r>
      <w:r>
        <w:rPr>
          <w:lang w:eastAsia="zh-CN"/>
        </w:rPr>
        <w:t>　　3、第三季度</w:t>
      </w:r>
      <w:r>
        <w:rPr>
          <w:lang w:eastAsia="zh-CN"/>
        </w:rPr>
        <w:br/>
      </w:r>
      <w:r>
        <w:rPr>
          <w:lang w:eastAsia="zh-CN"/>
        </w:rPr>
        <w:t>　　正式执行学校制定的市场部人员绩效考核标准；各部门的推广计划更加成熟和完善，各项推广工作正常开展；根据学校要求及时的调整新的宣传推广方式；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4、第四季度</w:t>
      </w:r>
      <w:r>
        <w:rPr>
          <w:lang w:eastAsia="zh-CN"/>
        </w:rPr>
        <w:br/>
      </w:r>
      <w:r>
        <w:rPr>
          <w:lang w:eastAsia="zh-CN"/>
        </w:rPr>
        <w:t>　　根据各校区的实际情况，制定招生宣传计划，提升淡季的招生任务指标；正常开展各部组的工作。</w:t>
      </w:r>
      <w:r>
        <w:rPr>
          <w:lang w:eastAsia="zh-CN"/>
        </w:rPr>
        <w:br/>
      </w:r>
      <w:r>
        <w:rPr>
          <w:lang w:eastAsia="zh-CN"/>
        </w:rPr>
        <w:t>　　四、重视学员前期咨询</w:t>
      </w:r>
      <w:r>
        <w:rPr>
          <w:lang w:eastAsia="zh-CN"/>
        </w:rPr>
        <w:br/>
      </w:r>
      <w:r>
        <w:rPr>
          <w:lang w:eastAsia="zh-CN"/>
        </w:rPr>
        <w:t>　　咨询接待工作不能仅依赖各校区的招生老师，也应该是市场部工作的重点之一。做好咨询工作是成功吸引学员必要的前提和基础。如何按照学校有关规定和市场部要求保质保量地做好学员咨询接待工作是市场部必须进行认真研究和探讨的重要课题。表面上看起来接待工作比较简单，但实质上学员咨询接待是一门十分深奥的学问。不去深入地研究和探讨就不能让该项工作做得完善。因此，市场部要在方法上、步骤上、细节上下一番功夫。仔细研究分析和琢磨推敲咨询的安排，让每一位学员在最短时间内对佰加佰教育有全面的、清晰的、有一定深度的了解，对佰加佰教育的产品表现出最大限度的认同感，对佰加佰教育的管理模式和企业文化产生足够的兴趣。从而以此来提高项目报名的成功率和降低后续服务环节的难度，达到提高学校经济效益的根本目的。为此市场部某年着重抓好以下几方面的工作：</w:t>
      </w:r>
      <w:r>
        <w:rPr>
          <w:lang w:eastAsia="zh-CN"/>
        </w:rPr>
        <w:br/>
      </w:r>
      <w:r>
        <w:rPr>
          <w:lang w:eastAsia="zh-CN"/>
        </w:rPr>
        <w:t>　　1、督促全体市场部人员始终以热诚为原则，有礼有节地做好各方面学员咨询工作，确保咨询效果一个好于一个。</w:t>
      </w:r>
      <w:r>
        <w:rPr>
          <w:lang w:eastAsia="zh-CN"/>
        </w:rPr>
        <w:br/>
      </w:r>
      <w:r>
        <w:rPr>
          <w:lang w:eastAsia="zh-CN"/>
        </w:rPr>
        <w:t>　　2、在确保咨询学员咨询效果的提前下，将尽可能地减少承诺保证及优惠政策等，以降低学校的后期运作风险，从而提高利润水平。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3、做好来访学员的咨询信息管理工作，将潜在学员根据专业分类保存，准确掌握意向学员信息，提供给校区优秀的招生老师，让其及时跟进，努力配合招生部门促成学员报名。</w:t>
      </w:r>
      <w:r>
        <w:rPr>
          <w:lang w:eastAsia="zh-CN"/>
        </w:rPr>
        <w:br/>
      </w:r>
      <w:r>
        <w:rPr>
          <w:lang w:eastAsia="zh-CN"/>
        </w:rPr>
        <w:t>　　4、提高咨询人员的专业素质和口头表达能力，招聘高素质的人员充实咨询力量。随着市场推广业务量的不断扩大，来咨询的学员也会日渐增多，市场部负责咨询人员力量会明显不足。为了适应学校业务发展的需要，更好地做好咨询报名工作，每名资深招生老师都要负责培训市场咨询人员，这也是一件十分重要的事情。</w:t>
      </w:r>
      <w:r>
        <w:rPr>
          <w:lang w:eastAsia="zh-CN"/>
        </w:rPr>
        <w:br/>
      </w:r>
      <w:r>
        <w:rPr>
          <w:lang w:eastAsia="zh-CN"/>
        </w:rPr>
        <w:t>　　五、内部管理</w:t>
      </w:r>
      <w:r>
        <w:rPr>
          <w:lang w:eastAsia="zh-CN"/>
        </w:rPr>
        <w:br/>
      </w:r>
      <w:r>
        <w:rPr>
          <w:lang w:eastAsia="zh-CN"/>
        </w:rPr>
        <w:t>　　1、严格执行市场部岗位指导书文件和学校某年招生考核标准文件，严格实施一切用数据说话，一次就把工作做好原则，使市场部逐步成为执行型的团队。</w:t>
      </w:r>
      <w:r>
        <w:rPr>
          <w:lang w:eastAsia="zh-CN"/>
        </w:rPr>
        <w:br/>
      </w:r>
      <w:r>
        <w:rPr>
          <w:lang w:eastAsia="zh-CN"/>
        </w:rPr>
        <w:t>　　2、进一步严格按照学校和市场运营部所规定的各项要求，开展各部组的各项工作管理，努力提高管理水平。</w:t>
      </w:r>
      <w:r>
        <w:rPr>
          <w:lang w:eastAsia="zh-CN"/>
        </w:rPr>
        <w:br/>
      </w:r>
      <w:r>
        <w:rPr>
          <w:lang w:eastAsia="zh-CN"/>
        </w:rPr>
        <w:t>　　3、充分发挥各部组各岗位人员的工作积极性和主动能动性，强调其工作中的过程控制和最终效果。提高他们的工作责任性和工作质量。严格按照相应的岗位职责实行考核制。</w:t>
      </w:r>
      <w:r>
        <w:rPr>
          <w:lang w:eastAsia="zh-CN"/>
        </w:rPr>
        <w:br/>
      </w:r>
      <w:r>
        <w:rPr>
          <w:lang w:eastAsia="zh-CN"/>
        </w:rPr>
        <w:t>　　4、一切从学校大局出发，强调市场体系一盘棋。积极做好协调市场部各部门之间的联系与协调工作，从而提高市场部整体战斗力，为完成某年的任务目标做好最优质的推广宣传工作。</w:t>
      </w:r>
      <w:r>
        <w:rPr>
          <w:lang w:eastAsia="zh-CN"/>
        </w:rPr>
        <w:br/>
      </w:r>
      <w:r>
        <w:rPr>
          <w:lang w:eastAsia="zh-CN"/>
        </w:rPr>
        <w:t>　　5、配合学校校长搞好市场部的日常行政管理。主动为各部门做好后勤保障工作和日常服务性工作。为他们创造更加良好的企业文化氛围和工作环境。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20__年是市场部发展至关重要的一年，市场部将作为学校的主动出击部门，给学校发展提供持续的推力。市场部将稳扎稳打实施各项推广宣传工作，经过严格的管理和全面的市场推广将会为学校发展做出应有的贡献。</w:t>
      </w:r>
      <w:r>
        <w:rPr>
          <w:lang w:eastAsia="zh-CN"/>
        </w:rPr>
        <w:br/>
      </w:r>
      <w:r>
        <w:rPr>
          <w:lang w:eastAsia="zh-CN"/>
        </w:rPr>
        <w:t xml:space="preserve">    　　市场年度工作计划 2 </w:t>
      </w:r>
      <w:r>
        <w:rPr>
          <w:lang w:eastAsia="zh-CN"/>
        </w:rPr>
        <w:br/>
      </w:r>
      <w:r>
        <w:rPr>
          <w:lang w:eastAsia="zh-CN"/>
        </w:rPr>
        <w:t>　　一、二十__年工作中的三个关键词:</w:t>
      </w:r>
      <w:r>
        <w:rPr>
          <w:lang w:eastAsia="zh-CN"/>
        </w:rPr>
        <w:br/>
      </w:r>
      <w:r>
        <w:rPr>
          <w:lang w:eastAsia="zh-CN"/>
        </w:rPr>
        <w:t>　　1 .主动提高自己的市场理解力</w:t>
      </w:r>
      <w:r>
        <w:rPr>
          <w:lang w:eastAsia="zh-CN"/>
        </w:rPr>
        <w:br/>
      </w:r>
      <w:r>
        <w:rPr>
          <w:lang w:eastAsia="zh-CN"/>
        </w:rPr>
        <w:t>　　对市场部的人来说，没有市场的理解能力的话，就意味着行走尸体，没有很大的希望。 因为市场永远在变化，所以只靠以前在学校学到的理论知识是不能吃饭的。 如果不用自己的理解力不断进步的话，就不能去真正的市场营销部的人。 20__年，我多次访问市场，充分利用每次参加销售会议的机会，积极接触市场，突破过去的长期办公室，打电话，写字，查阅相关网站，看报纸等，积极独立思考通过这些渠道把握市场信息的平稳的磨炼</w:t>
      </w:r>
      <w:r>
        <w:rPr>
          <w:lang w:eastAsia="zh-CN"/>
        </w:rPr>
        <w:br/>
      </w:r>
      <w:r>
        <w:rPr>
          <w:lang w:eastAsia="zh-CN"/>
        </w:rPr>
        <w:t>　　2 .保证足够的时间工作</w:t>
      </w:r>
      <w:r>
        <w:rPr>
          <w:lang w:eastAsia="zh-CN"/>
        </w:rPr>
        <w:br/>
      </w:r>
      <w:r>
        <w:rPr>
          <w:lang w:eastAsia="zh-CN"/>
        </w:rPr>
        <w:t>　　20__年，我一般在上班的时候，利用一些加班的机会，留出足够的时间来学习，学习工作能力，不能取代别人，努力追求在各地可以使用的能力，现在虽然在短时间内看不到特别的效果，但是相信投入一定会有回报。</w:t>
      </w:r>
      <w:r>
        <w:rPr>
          <w:lang w:eastAsia="zh-CN"/>
        </w:rPr>
        <w:br/>
      </w:r>
      <w:r>
        <w:rPr>
          <w:lang w:eastAsia="zh-CN"/>
        </w:rPr>
        <w:t>　　3 .健康和平的心情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我们在市场部，学历等比部分地区经理/业务人员高，投入时间是部分地区经理/业务人员的数倍，待遇业务人员不高，别无他事，我心情很平静。</w:t>
      </w:r>
      <w:r>
        <w:rPr>
          <w:lang w:eastAsia="zh-CN"/>
        </w:rPr>
        <w:t xml:space="preserve"> 即使在花费了很多时间也无法满足领导人的情况下，也会安慰自己的业务员工在半年内能够完成业绩，优秀的市场员工必须加班的优秀的营业员在短时间内能够将业绩提高到200%，但是至于能够满足__0的客观状况，优秀的市场员工一个也没有</w:t>
      </w:r>
      <w:r>
        <w:rPr>
          <w:lang w:eastAsia="zh-CN"/>
        </w:rPr>
        <w:t xml:space="preserve"> 尽管这种情况频繁发生，但每次都尽全力保证自己的心情和平。</w:t>
      </w:r>
      <w:r>
        <w:rPr>
          <w:lang w:eastAsia="zh-CN"/>
        </w:rPr>
        <w:br/>
      </w:r>
      <w:r>
        <w:rPr>
          <w:lang w:eastAsia="zh-CN"/>
        </w:rPr>
        <w:t>　　回顾自己的__年，自己主要跑了几个地方，参加了几次市场调查的销售会议和业务会议，提出了一些观点，做了基础性的事务。 按照自己的表现，发现我个人还有很多不足。 在业务上，有时还没有达到精简要求的工作过于紧张，也有时缺乏细致的工作方法。 __年一直在努力，但发现自己有无法言表的实绩，提出的一些建议系统不足，市场没有提出更多有效的方法__年会因努力而有效地改变吧。</w:t>
      </w:r>
      <w:r>
        <w:rPr>
          <w:lang w:eastAsia="zh-CN"/>
        </w:rPr>
        <w:br/>
      </w:r>
      <w:r>
        <w:rPr>
          <w:lang w:eastAsia="zh-CN"/>
        </w:rPr>
        <w:t>　　二、对市场部的工作建议:</w:t>
      </w:r>
      <w:r>
        <w:rPr>
          <w:lang w:eastAsia="zh-CN"/>
        </w:rPr>
        <w:br/>
      </w:r>
      <w:r>
        <w:rPr>
          <w:lang w:eastAsia="zh-CN"/>
        </w:rPr>
        <w:t>　　打造强大的市场营销部是我们每个人的共同梦想，强大的市场部门是打造高炉家强大品牌的基础。 品牌的形成需要严密的规划和有效的执行，但这两个特点在没有强大的市场部门的情况下几乎不能实现。 建立强大的市场部门可能是集团有效变革的开始。 结合自己过去四年的市场部工作经验，个人觉得我们市场部没有好的生存条件</w:t>
      </w:r>
      <w:r>
        <w:rPr>
          <w:lang w:eastAsia="zh-CN"/>
        </w:rPr>
        <w:br/>
      </w:r>
      <w:r>
        <w:rPr>
          <w:lang w:eastAsia="zh-CN"/>
        </w:rPr>
        <w:t>　　1、缺乏足够的顶层支持</w:t>
      </w:r>
      <w:r>
        <w:rPr>
          <w:lang w:eastAsia="zh-CN"/>
        </w:rPr>
        <w:br/>
      </w:r>
      <w:r>
        <w:rPr>
          <w:lang w:eastAsia="zh-CN"/>
        </w:rPr>
        <w:t>　　市场部承担着部分线性职能，但本质上还是幕僚组织。</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作为没有指挥权的参谋者，需要指导很多事情，没有上层的支持就能知道发展工作的难度。</w:t>
      </w:r>
      <w:r>
        <w:rPr>
          <w:lang w:eastAsia="zh-CN"/>
        </w:rPr>
        <w:t xml:space="preserve"> 上层支持应包括至少三个方面的内容:</w:t>
      </w:r>
      <w:r>
        <w:rPr>
          <w:lang w:eastAsia="zh-CN"/>
        </w:rPr>
        <w:br/>
      </w:r>
      <w:r>
        <w:rPr>
          <w:lang w:eastAsia="zh-CN"/>
        </w:rPr>
        <w:t>　　（1）理念宣传;</w:t>
      </w:r>
      <w:r>
        <w:rPr>
          <w:lang w:eastAsia="zh-CN"/>
        </w:rPr>
        <w:br/>
      </w:r>
      <w:r>
        <w:rPr>
          <w:lang w:eastAsia="zh-CN"/>
        </w:rPr>
        <w:t>　　（2）赋予实际权力;</w:t>
      </w:r>
      <w:r>
        <w:rPr>
          <w:lang w:eastAsia="zh-CN"/>
        </w:rPr>
        <w:br/>
      </w:r>
      <w:r>
        <w:rPr>
          <w:lang w:eastAsia="zh-CN"/>
        </w:rPr>
        <w:t>　　（3）适当偏心，特别是市场部于20__年成立，自成立以来，在更贫穷的两白的基础上摸石过河，经常容易出错，工厂生产系统、地区经理、地区经理 在这种情况下，上层需要慎重分析，如果不是战争罪，也许还是要保持对市场部门的支持。</w:t>
      </w:r>
      <w:r>
        <w:rPr>
          <w:lang w:eastAsia="zh-CN"/>
        </w:rPr>
        <w:br/>
      </w:r>
      <w:r>
        <w:rPr>
          <w:lang w:eastAsia="zh-CN"/>
        </w:rPr>
        <w:t>　　2、没有明确的一致性就能执行市场战略</w:t>
      </w:r>
      <w:r>
        <w:rPr>
          <w:lang w:eastAsia="zh-CN"/>
        </w:rPr>
        <w:br/>
      </w:r>
      <w:r>
        <w:rPr>
          <w:lang w:eastAsia="zh-CN"/>
        </w:rPr>
        <w:t>　　没有明确的市场战略，市场部门就无法生存，而没有战略的一贯性，市场部门就无法确立威信。</w:t>
      </w:r>
      <w:r>
        <w:rPr>
          <w:lang w:eastAsia="zh-CN"/>
        </w:rPr>
        <w:br/>
      </w:r>
      <w:r>
        <w:rPr>
          <w:lang w:eastAsia="zh-CN"/>
        </w:rPr>
        <w:t>　　3、促销方案/营销计划缺乏审计监督权</w:t>
      </w:r>
      <w:r>
        <w:rPr>
          <w:lang w:eastAsia="zh-CN"/>
        </w:rPr>
        <w:br/>
      </w:r>
      <w:r>
        <w:rPr>
          <w:lang w:eastAsia="zh-CN"/>
        </w:rPr>
        <w:t>　　更好的计划没有顺利实行也是失败，如果实行不顺利，没有有效的审计和监督就咨询空。</w:t>
      </w:r>
      <w:r>
        <w:rPr>
          <w:lang w:eastAsia="zh-CN"/>
        </w:rPr>
        <w:br/>
      </w:r>
      <w:r>
        <w:rPr>
          <w:lang w:eastAsia="zh-CN"/>
        </w:rPr>
        <w:t>　　另外，市场部的内部存在以下这样的现实问题，极大地制约了市场部的功能的发挥</w:t>
      </w:r>
      <w:r>
        <w:rPr>
          <w:lang w:eastAsia="zh-CN"/>
        </w:rPr>
        <w:br/>
      </w:r>
      <w:r>
        <w:rPr>
          <w:lang w:eastAsia="zh-CN"/>
        </w:rPr>
        <w:t>　　（1）团队业绩徘徊</w:t>
      </w:r>
      <w:r>
        <w:rPr>
          <w:lang w:eastAsia="zh-CN"/>
        </w:rPr>
        <w:br/>
      </w:r>
      <w:r>
        <w:rPr>
          <w:lang w:eastAsia="zh-CN"/>
        </w:rPr>
        <w:t>　　（2）物质激励手段不足，队伍士气下降。 满意度低</w:t>
      </w:r>
      <w:r>
        <w:rPr>
          <w:lang w:eastAsia="zh-CN"/>
        </w:rPr>
        <w:br/>
      </w:r>
      <w:r>
        <w:rPr>
          <w:lang w:eastAsia="zh-CN"/>
        </w:rPr>
        <w:t>　　（3）工作氛围不好，团队合作方向未能有效制定</w:t>
      </w:r>
      <w:r>
        <w:rPr>
          <w:lang w:eastAsia="zh-CN"/>
        </w:rPr>
        <w:br/>
      </w:r>
      <w:r>
        <w:rPr>
          <w:lang w:eastAsia="zh-CN"/>
        </w:rPr>
        <w:t>　　（4）人员配置/机能设置不合理，基本上是一名士兵在战斗，整个队伍不合作。</w:t>
      </w:r>
      <w:r>
        <w:rPr>
          <w:lang w:eastAsia="zh-CN"/>
        </w:rPr>
        <w:br/>
      </w:r>
      <w:r>
        <w:rPr>
          <w:lang w:eastAsia="zh-CN"/>
        </w:rPr>
        <w:t>　　结合自己看到的问题，向20__年的市场营销部提出建议: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1、得到集团领导的支持和重视，使领导了解和理解市场部人员的努力</w:t>
      </w:r>
      <w:r>
        <w:rPr>
          <w:lang w:eastAsia="zh-CN"/>
        </w:rPr>
        <w:br/>
      </w:r>
      <w:r>
        <w:rPr>
          <w:lang w:eastAsia="zh-CN"/>
        </w:rPr>
        <w:t>　　2、细分明确现有营销部组织结构的设置和岗位职责</w:t>
      </w:r>
      <w:r>
        <w:rPr>
          <w:lang w:eastAsia="zh-CN"/>
        </w:rPr>
        <w:br/>
      </w:r>
      <w:r>
        <w:rPr>
          <w:lang w:eastAsia="zh-CN"/>
        </w:rPr>
        <w:t>　　3、对市场部现有人员进行优化和组成比例重组调整，在优化设计功能的基础上加强市场研究/市场规划/媒体研究的功能，同时，在市场部内部努力营造和谐氛围，不要让假大空、眼前陷入尴尬阴影等恶作剧行为变成零</w:t>
      </w:r>
      <w:r>
        <w:rPr>
          <w:lang w:eastAsia="zh-CN"/>
        </w:rPr>
        <w:br/>
      </w:r>
      <w:r>
        <w:rPr>
          <w:lang w:eastAsia="zh-CN"/>
        </w:rPr>
        <w:t>　　4、提高市场部的激励措施</w:t>
      </w:r>
      <w:r>
        <w:rPr>
          <w:lang w:eastAsia="zh-CN"/>
        </w:rPr>
        <w:br/>
      </w:r>
      <w:r>
        <w:rPr>
          <w:lang w:eastAsia="zh-CN"/>
        </w:rPr>
        <w:t>　　现在市场部实行的工资制度没有任何激励措施，不利于大家发挥潜力。 市场营销部的`单位在销售物流区的经理/特派员之间，大家卖的是智力劳动，具有很高的创新价值，为企业开发潜在的市场，提高企业明天的销售额创造。 因此，如果不对他们投资，评价有创造性价值的营销策划，给予合理的奖励措施，就要提高他们的工作热情，不振奋他们，面临流失和消极怠慢的危险。</w:t>
      </w:r>
      <w:r>
        <w:rPr>
          <w:lang w:eastAsia="zh-CN"/>
        </w:rPr>
        <w:br/>
      </w:r>
      <w:r>
        <w:rPr>
          <w:lang w:eastAsia="zh-CN"/>
        </w:rPr>
        <w:t>　　5、及时推进项目组的工作模式</w:t>
      </w:r>
      <w:r>
        <w:rPr>
          <w:lang w:eastAsia="zh-CN"/>
        </w:rPr>
        <w:br/>
      </w:r>
      <w:r>
        <w:rPr>
          <w:lang w:eastAsia="zh-CN"/>
        </w:rPr>
        <w:t>　　市场部的很多工作都要求各部门共同完成，所以我建议把它作为项目组来推进。 市场部内部各部门的责任也只是相对分工，不是各自的责任，而是密切合作。 执行项目组工作模式后，可根据不同阶段的需要召集项目组成员，以会议、讨论等方式共同完成项目，项目完成后，由总经理、营销部经理召集相关部门/人员讨论通过</w:t>
      </w:r>
      <w:r>
        <w:rPr>
          <w:lang w:eastAsia="zh-CN"/>
        </w:rPr>
        <w:br/>
      </w:r>
      <w:r>
        <w:rPr>
          <w:lang w:eastAsia="zh-CN"/>
        </w:rPr>
        <w:t>　　6、定期或不定期使市场营销部人员深入学习地区市场，体验一线操作实务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了解一线操作，掌握市场动脉，策划方案可以得到一线人员的认可和执行。</w:t>
      </w:r>
      <w:r>
        <w:rPr>
          <w:lang w:eastAsia="zh-CN"/>
        </w:rPr>
        <w:t xml:space="preserve"> 市场部门的人员要使自己的企划具有较强的实务性，最终被市场部门的人员录用发挥效果，首先要了解市场部门的运营实务，对市场运营的各个环节有信心。</w:t>
      </w:r>
      <w:r>
        <w:rPr>
          <w:lang w:eastAsia="zh-CN"/>
        </w:rPr>
        <w:br/>
      </w:r>
      <w:r>
        <w:rPr>
          <w:lang w:eastAsia="zh-CN"/>
        </w:rPr>
        <w:t>　　以上是个人对市场部的一些看法，有些过激，也许有些方面，但都是我自己的一些体验，以自己的一些亲近感，20__，旧的一切都远远退去了。 离开的20__一定有我们想留下的东西、藏书、碑文。 20__，面向太阳，有希望，我们再次站在时间的起点，相信在旅途中，一定会有明亮的流和暗淡的流，再次影响我们，但是我们是有素质，有战斗力的队伍，相信20__一定会取得新的成绩。</w:t>
      </w:r>
      <w:r>
        <w:rPr>
          <w:lang w:eastAsia="zh-CN"/>
        </w:rPr>
        <w:br/>
      </w:r>
      <w:r>
        <w:rPr>
          <w:lang w:eastAsia="zh-CN"/>
        </w:rPr>
        <w:t xml:space="preserve">    　　市场年度工作计划 3 </w:t>
      </w:r>
      <w:r>
        <w:rPr>
          <w:lang w:eastAsia="zh-CN"/>
        </w:rPr>
        <w:br/>
      </w:r>
      <w:r>
        <w:rPr>
          <w:lang w:eastAsia="zh-CN"/>
        </w:rPr>
        <w:t>　　展望20__，收获20__！——这都要靠自己的努力实现。为了更好的规划自己的20__年度，特做此工作计划。</w:t>
      </w:r>
      <w:r>
        <w:rPr>
          <w:lang w:eastAsia="zh-CN"/>
        </w:rPr>
        <w:br/>
      </w:r>
      <w:r>
        <w:rPr>
          <w:lang w:eastAsia="zh-CN"/>
        </w:rPr>
        <w:t>　　一、机会分析</w:t>
      </w:r>
      <w:r>
        <w:rPr>
          <w:lang w:eastAsia="zh-CN"/>
        </w:rPr>
        <w:br/>
      </w:r>
      <w:r>
        <w:rPr>
          <w:lang w:eastAsia="zh-CN"/>
        </w:rPr>
        <w:t>　　1、愿景：20__年是真正工作的第一年，有激情，有抱负，有理想；</w:t>
      </w:r>
      <w:r>
        <w:rPr>
          <w:lang w:eastAsia="zh-CN"/>
        </w:rPr>
        <w:br/>
      </w:r>
      <w:r>
        <w:rPr>
          <w:lang w:eastAsia="zh-CN"/>
        </w:rPr>
        <w:t>　　2、自我超越：工作能严格的要求自己，保持着真正的自我，渴望的自我；</w:t>
      </w:r>
      <w:r>
        <w:rPr>
          <w:lang w:eastAsia="zh-CN"/>
        </w:rPr>
        <w:br/>
      </w:r>
      <w:r>
        <w:rPr>
          <w:lang w:eastAsia="zh-CN"/>
        </w:rPr>
        <w:t>　　3、心智模式：有奥克啤酒这个实现自我价值的的平台，在实践中改良大学生的不良心智。</w:t>
      </w:r>
      <w:r>
        <w:rPr>
          <w:lang w:eastAsia="zh-CN"/>
        </w:rPr>
        <w:br/>
      </w:r>
      <w:r>
        <w:rPr>
          <w:lang w:eastAsia="zh-CN"/>
        </w:rPr>
        <w:t>　　4、学习力：河南大学毕业的学历，更重要的'是河大养成的学习能力；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5、系统思考：作为一名刚毕业的大学生，最重要的追求是自己快速的成长，更幸运的是自己有这个宝贵的机会。</w:t>
      </w:r>
      <w:r>
        <w:rPr>
          <w:lang w:eastAsia="zh-CN"/>
        </w:rPr>
        <w:br/>
      </w:r>
      <w:r>
        <w:rPr>
          <w:lang w:eastAsia="zh-CN"/>
        </w:rPr>
        <w:t>　　二、自我定位</w:t>
      </w:r>
      <w:r>
        <w:rPr>
          <w:lang w:eastAsia="zh-CN"/>
        </w:rPr>
        <w:br/>
      </w:r>
      <w:r>
        <w:rPr>
          <w:lang w:eastAsia="zh-CN"/>
        </w:rPr>
        <w:t>　　1、一名刚从河南大学毕业的大学生；</w:t>
      </w:r>
      <w:r>
        <w:rPr>
          <w:lang w:eastAsia="zh-CN"/>
        </w:rPr>
        <w:br/>
      </w:r>
      <w:r>
        <w:rPr>
          <w:lang w:eastAsia="zh-CN"/>
        </w:rPr>
        <w:t>　　2、一名自立，自强，有理想的青年；</w:t>
      </w:r>
      <w:r>
        <w:rPr>
          <w:lang w:eastAsia="zh-CN"/>
        </w:rPr>
        <w:br/>
      </w:r>
      <w:r>
        <w:rPr>
          <w:lang w:eastAsia="zh-CN"/>
        </w:rPr>
        <w:t>　　3、一名热爱营销，喜欢感受责任的青年；</w:t>
      </w:r>
      <w:r>
        <w:rPr>
          <w:lang w:eastAsia="zh-CN"/>
        </w:rPr>
        <w:br/>
      </w:r>
      <w:r>
        <w:rPr>
          <w:lang w:eastAsia="zh-CN"/>
        </w:rPr>
        <w:t>　　4、一名拥有团结精神的青年；</w:t>
      </w:r>
      <w:r>
        <w:rPr>
          <w:lang w:eastAsia="zh-CN"/>
        </w:rPr>
        <w:br/>
      </w:r>
      <w:r>
        <w:rPr>
          <w:lang w:eastAsia="zh-CN"/>
        </w:rPr>
        <w:t>　　三、工作目标</w:t>
      </w:r>
      <w:r>
        <w:rPr>
          <w:lang w:eastAsia="zh-CN"/>
        </w:rPr>
        <w:br/>
      </w:r>
      <w:r>
        <w:rPr>
          <w:lang w:eastAsia="zh-CN"/>
        </w:rPr>
        <w:t>　　1、提高自我专业素质，能独立完成市场管理处的各项调查工作；</w:t>
      </w:r>
      <w:r>
        <w:rPr>
          <w:lang w:eastAsia="zh-CN"/>
        </w:rPr>
        <w:br/>
      </w:r>
      <w:r>
        <w:rPr>
          <w:lang w:eastAsia="zh-CN"/>
        </w:rPr>
        <w:t>　　2、提高自我市场远见，能高效的挖掘出调查数据的潜在价值。</w:t>
      </w:r>
      <w:r>
        <w:rPr>
          <w:lang w:eastAsia="zh-CN"/>
        </w:rPr>
        <w:br/>
      </w:r>
      <w:r>
        <w:rPr>
          <w:lang w:eastAsia="zh-CN"/>
        </w:rPr>
        <w:t>　　3、养成高效的沟通能力，增强的社交艺术。</w:t>
      </w:r>
      <w:r>
        <w:rPr>
          <w:lang w:eastAsia="zh-CN"/>
        </w:rPr>
        <w:br/>
      </w:r>
      <w:r>
        <w:rPr>
          <w:lang w:eastAsia="zh-CN"/>
        </w:rPr>
        <w:t>　　4、调研安徽，河北，湖北潜在市场，为奥克市场渗透前作好准备工作；</w:t>
      </w:r>
      <w:r>
        <w:rPr>
          <w:lang w:eastAsia="zh-CN"/>
        </w:rPr>
        <w:br/>
      </w:r>
      <w:r>
        <w:rPr>
          <w:lang w:eastAsia="zh-CN"/>
        </w:rPr>
        <w:t>　　5、提升自己的财富价值，大于或等于____元/月。</w:t>
      </w:r>
      <w:r>
        <w:rPr>
          <w:lang w:eastAsia="zh-CN"/>
        </w:rPr>
        <w:br/>
      </w:r>
      <w:r>
        <w:rPr>
          <w:lang w:eastAsia="zh-CN"/>
        </w:rPr>
        <w:t>　　6、塑造好自我品牌，在市场杂志上发表专业文章2篇以上。</w:t>
      </w:r>
      <w:r>
        <w:rPr>
          <w:lang w:eastAsia="zh-CN"/>
        </w:rPr>
        <w:br/>
      </w:r>
      <w:r>
        <w:rPr>
          <w:lang w:eastAsia="zh-CN"/>
        </w:rPr>
        <w:t>　　四时间安排</w:t>
      </w:r>
      <w:r>
        <w:rPr>
          <w:lang w:eastAsia="zh-CN"/>
        </w:rPr>
        <w:br/>
      </w:r>
      <w:r>
        <w:rPr>
          <w:lang w:eastAsia="zh-CN"/>
        </w:rPr>
        <w:t>　　1、1月--5月完全学习阶段。在保障最基本生活的基础上，不为自己个人财富考虑太多，重点在于培养自己的工作能力，适应能力。</w:t>
      </w:r>
      <w:r>
        <w:rPr>
          <w:lang w:eastAsia="zh-CN"/>
        </w:rPr>
        <w:br/>
      </w:r>
      <w:r>
        <w:rPr>
          <w:lang w:eastAsia="zh-CN"/>
        </w:rPr>
        <w:t>　　2、6月--9月自我成长阶段。培养成较强的工作方面学习能力，基本上了解，适应行业。</w:t>
      </w:r>
      <w:r>
        <w:rPr>
          <w:lang w:eastAsia="zh-CN"/>
        </w:rPr>
        <w:br/>
      </w:r>
      <w:r>
        <w:rPr>
          <w:lang w:eastAsia="zh-CN"/>
        </w:rPr>
        <w:t>　　3、10月--12月完善心智阶段。学会专业思考，逐渐学会系统思考，基本上实现自己心智的合理，优化。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市场年度工作计划 4 </w:t>
      </w:r>
      <w:r>
        <w:rPr>
          <w:lang w:eastAsia="zh-CN"/>
        </w:rPr>
        <w:br/>
      </w:r>
      <w:r>
        <w:rPr>
          <w:lang w:eastAsia="zh-CN"/>
        </w:rPr>
        <w:t>　　一、市场部职能：</w:t>
      </w:r>
      <w:r>
        <w:rPr>
          <w:lang w:eastAsia="zh-CN"/>
        </w:rPr>
        <w:br/>
      </w:r>
      <w:r>
        <w:rPr>
          <w:lang w:eastAsia="zh-CN"/>
        </w:rPr>
        <w:t>　　市场部直接对销售总经理负责，是企业的灵魂，其工作职能在生产、销售、服务中的作用十分重要，是销售环节核心的组成部分，作为市场部，重要的工作是协助总经理收集、制订、执行。衡量市场部工作的标准是：销售政策、推广计划是否科学、执行力度是否严谨。</w:t>
      </w:r>
      <w:r>
        <w:rPr>
          <w:lang w:eastAsia="zh-CN"/>
        </w:rPr>
        <w:br/>
      </w:r>
      <w:r>
        <w:rPr>
          <w:lang w:eastAsia="zh-CN"/>
        </w:rPr>
        <w:t>　　1市场部作用：</w:t>
      </w:r>
      <w:r>
        <w:rPr>
          <w:lang w:eastAsia="zh-CN"/>
        </w:rPr>
        <w:br/>
      </w:r>
      <w:r>
        <w:rPr>
          <w:lang w:eastAsia="zh-CN"/>
        </w:rPr>
        <w:t>　　直接对总经理负责，协助总经理进行市场策划、销售计划的制定和实施。</w:t>
      </w:r>
      <w:r>
        <w:rPr>
          <w:lang w:eastAsia="zh-CN"/>
        </w:rPr>
        <w:br/>
      </w:r>
      <w:r>
        <w:rPr>
          <w:lang w:eastAsia="zh-CN"/>
        </w:rPr>
        <w:t>　　督促销售部对销售计划进行事实。</w:t>
      </w:r>
      <w:r>
        <w:rPr>
          <w:lang w:eastAsia="zh-CN"/>
        </w:rPr>
        <w:br/>
      </w:r>
      <w:r>
        <w:rPr>
          <w:lang w:eastAsia="zh-CN"/>
        </w:rPr>
        <w:t>　　全面协调各部门工作职能。</w:t>
      </w:r>
      <w:r>
        <w:rPr>
          <w:lang w:eastAsia="zh-CN"/>
        </w:rPr>
        <w:br/>
      </w:r>
      <w:r>
        <w:rPr>
          <w:lang w:eastAsia="zh-CN"/>
        </w:rPr>
        <w:t>　　是企业的灵魂。</w:t>
      </w:r>
      <w:r>
        <w:rPr>
          <w:lang w:eastAsia="zh-CN"/>
        </w:rPr>
        <w:br/>
      </w:r>
      <w:r>
        <w:rPr>
          <w:lang w:eastAsia="zh-CN"/>
        </w:rPr>
        <w:t>　　2市场部工作标准：</w:t>
      </w:r>
      <w:r>
        <w:rPr>
          <w:lang w:eastAsia="zh-CN"/>
        </w:rPr>
        <w:br/>
      </w:r>
      <w:r>
        <w:rPr>
          <w:lang w:eastAsia="zh-CN"/>
        </w:rPr>
        <w:t>　　准确性</w:t>
      </w:r>
      <w:r>
        <w:rPr>
          <w:lang w:eastAsia="zh-CN"/>
        </w:rPr>
        <w:br/>
      </w:r>
      <w:r>
        <w:rPr>
          <w:lang w:eastAsia="zh-CN"/>
        </w:rPr>
        <w:t>　　及时性</w:t>
      </w:r>
      <w:r>
        <w:rPr>
          <w:lang w:eastAsia="zh-CN"/>
        </w:rPr>
        <w:br/>
      </w:r>
      <w:r>
        <w:rPr>
          <w:lang w:eastAsia="zh-CN"/>
        </w:rPr>
        <w:t>　　协调性</w:t>
      </w:r>
      <w:r>
        <w:rPr>
          <w:lang w:eastAsia="zh-CN"/>
        </w:rPr>
        <w:br/>
      </w:r>
      <w:r>
        <w:rPr>
          <w:lang w:eastAsia="zh-CN"/>
        </w:rPr>
        <w:t>　　规划力</w:t>
      </w:r>
      <w:r>
        <w:rPr>
          <w:lang w:eastAsia="zh-CN"/>
        </w:rPr>
        <w:br/>
      </w:r>
      <w:r>
        <w:rPr>
          <w:lang w:eastAsia="zh-CN"/>
        </w:rPr>
        <w:t>　　计划性</w:t>
      </w:r>
      <w:r>
        <w:rPr>
          <w:lang w:eastAsia="zh-CN"/>
        </w:rPr>
        <w:br/>
      </w:r>
      <w:r>
        <w:rPr>
          <w:lang w:eastAsia="zh-CN"/>
        </w:rPr>
        <w:t>　　执行力</w:t>
      </w:r>
      <w:r>
        <w:rPr>
          <w:lang w:eastAsia="zh-CN"/>
        </w:rPr>
        <w:br/>
      </w:r>
      <w:r>
        <w:rPr>
          <w:lang w:eastAsia="zh-CN"/>
        </w:rPr>
        <w:t>　　3市场部工作职能：</w:t>
      </w:r>
      <w:r>
        <w:rPr>
          <w:lang w:eastAsia="zh-CN"/>
        </w:rPr>
        <w:br/>
      </w:r>
      <w:r>
        <w:rPr>
          <w:lang w:eastAsia="zh-CN"/>
        </w:rPr>
        <w:t>　　制定年度销售工作计划、季度销售工作计划、协助销售部执行。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协调各部门特别是研发生产部的协调工作。</w:t>
      </w:r>
      <w:r>
        <w:rPr>
          <w:lang w:eastAsia="zh-CN"/>
        </w:rPr>
        <w:br/>
      </w:r>
      <w:r>
        <w:rPr>
          <w:lang w:eastAsia="zh-CN"/>
        </w:rPr>
        <w:t>　　组织销售部进行系列培训。</w:t>
      </w:r>
      <w:r>
        <w:rPr>
          <w:lang w:eastAsia="zh-CN"/>
        </w:rPr>
        <w:br/>
      </w:r>
      <w:r>
        <w:rPr>
          <w:lang w:eastAsia="zh-CN"/>
        </w:rPr>
        <w:t>　　监控销售成本、对销售区域人员指导性的增减、调控</w:t>
      </w:r>
      <w:r>
        <w:rPr>
          <w:lang w:eastAsia="zh-CN"/>
        </w:rPr>
        <w:br/>
      </w:r>
      <w:r>
        <w:rPr>
          <w:lang w:eastAsia="zh-CN"/>
        </w:rPr>
        <w:t>　　制定、督促、实施必要的销售推广。</w:t>
      </w:r>
      <w:r>
        <w:rPr>
          <w:lang w:eastAsia="zh-CN"/>
        </w:rPr>
        <w:br/>
      </w:r>
      <w:r>
        <w:rPr>
          <w:lang w:eastAsia="zh-CN"/>
        </w:rPr>
        <w:t>　　专卖店形象的管理、建设、导购、督导的培训。</w:t>
      </w:r>
      <w:r>
        <w:rPr>
          <w:lang w:eastAsia="zh-CN"/>
        </w:rPr>
        <w:br/>
      </w:r>
      <w:r>
        <w:rPr>
          <w:lang w:eastAsia="zh-CN"/>
        </w:rPr>
        <w:t>　　销售客户档案统计、归纳、整理。</w:t>
      </w:r>
      <w:r>
        <w:rPr>
          <w:lang w:eastAsia="zh-CN"/>
        </w:rPr>
        <w:br/>
      </w:r>
      <w:r>
        <w:rPr>
          <w:lang w:eastAsia="zh-CN"/>
        </w:rPr>
        <w:t>　　全面收集销售、市场信息，筛选整理形成方案上交相关部门</w:t>
      </w:r>
      <w:r>
        <w:rPr>
          <w:lang w:eastAsia="zh-CN"/>
        </w:rPr>
        <w:br/>
      </w:r>
      <w:r>
        <w:rPr>
          <w:lang w:eastAsia="zh-CN"/>
        </w:rPr>
        <w:t>　　二、市场部年度工作计划</w:t>
      </w:r>
      <w:r>
        <w:rPr>
          <w:lang w:eastAsia="zh-CN"/>
        </w:rPr>
        <w:br/>
      </w:r>
      <w:r>
        <w:rPr>
          <w:lang w:eastAsia="zh-CN"/>
        </w:rPr>
        <w:t>　　1制定20__年销售工作计划：科学严谨的剖析现有市场状况和销售状况，扬长避短、寻求机会、制定20__年市场部和销售部工作任务和工作计划。</w:t>
      </w:r>
      <w:r>
        <w:rPr>
          <w:lang w:eastAsia="zh-CN"/>
        </w:rPr>
        <w:br/>
      </w:r>
      <w:r>
        <w:rPr>
          <w:lang w:eastAsia="zh-CN"/>
        </w:rPr>
        <w:t>　　2实行精兵简政、优化销售组织架构：认真分析了解目前销售部组织架构、根据市场情况合理性、在市场精耕的前提下，精兵简政、调整局部人员、控制销售成本、挖掘人员潜力、激发工作热情、感受工作压力、努力作好各自市场销售工作。</w:t>
      </w:r>
      <w:r>
        <w:rPr>
          <w:lang w:eastAsia="zh-CN"/>
        </w:rPr>
        <w:br/>
      </w:r>
      <w:r>
        <w:rPr>
          <w:lang w:eastAsia="zh-CN"/>
        </w:rPr>
        <w:t>　　3严格实行培训、提升团队作战能力：</w:t>
      </w:r>
      <w:r>
        <w:rPr>
          <w:lang w:eastAsia="zh-CN"/>
        </w:rPr>
        <w:br/>
      </w:r>
      <w:r>
        <w:rPr>
          <w:lang w:eastAsia="zh-CN"/>
        </w:rPr>
        <w:t>　　集中培训、努力使所有员工充分掌握公司销售政策、产品知识、应用技术知识、营销理论知识，形成学习型团队、竞争型团队、创新型团队。</w:t>
      </w:r>
      <w:r>
        <w:rPr>
          <w:lang w:eastAsia="zh-CN"/>
        </w:rPr>
        <w:br/>
      </w:r>
      <w:r>
        <w:rPr>
          <w:lang w:eastAsia="zh-CN"/>
        </w:rPr>
        <w:t>　　品知识系统培训</w:t>
      </w:r>
      <w:r>
        <w:rPr>
          <w:lang w:eastAsia="zh-CN"/>
        </w:rPr>
        <w:br/>
      </w:r>
      <w:r>
        <w:rPr>
          <w:lang w:eastAsia="zh-CN"/>
        </w:rPr>
        <w:t>　　销知识系统培训</w:t>
      </w:r>
      <w:r>
        <w:rPr>
          <w:lang w:eastAsia="zh-CN"/>
        </w:rPr>
        <w:br/>
      </w:r>
      <w:r>
        <w:rPr>
          <w:lang w:eastAsia="zh-CN"/>
        </w:rPr>
        <w:t>　　业执行标准培训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“从优秀到左卓越”——企业人在企业自律守则培训</w:t>
      </w:r>
      <w:r>
        <w:rPr>
          <w:lang w:eastAsia="zh-CN"/>
        </w:rPr>
        <w:br/>
      </w:r>
      <w:r>
        <w:rPr>
          <w:lang w:eastAsia="zh-CN"/>
        </w:rPr>
        <w:t>　　售人员职业道德培训</w:t>
      </w:r>
      <w:r>
        <w:rPr>
          <w:lang w:eastAsia="zh-CN"/>
        </w:rPr>
        <w:br/>
      </w:r>
      <w:r>
        <w:rPr>
          <w:lang w:eastAsia="zh-CN"/>
        </w:rPr>
        <w:t>　　售人员必备素质培训</w:t>
      </w:r>
      <w:r>
        <w:rPr>
          <w:lang w:eastAsia="zh-CN"/>
        </w:rPr>
        <w:br/>
      </w:r>
      <w:r>
        <w:rPr>
          <w:lang w:eastAsia="zh-CN"/>
        </w:rPr>
        <w:t>　　用技术及公司产品培训（应用中心或工程师培训）</w:t>
      </w:r>
      <w:r>
        <w:rPr>
          <w:lang w:eastAsia="zh-CN"/>
        </w:rPr>
        <w:br/>
      </w:r>
      <w:r>
        <w:rPr>
          <w:lang w:eastAsia="zh-CN"/>
        </w:rPr>
        <w:t>　　4科学市场调研、督促协助市场销售：</w:t>
      </w:r>
      <w:r>
        <w:rPr>
          <w:lang w:eastAsia="zh-CN"/>
        </w:rPr>
        <w:br/>
      </w:r>
      <w:r>
        <w:rPr>
          <w:lang w:eastAsia="zh-CN"/>
        </w:rPr>
        <w:t>　　市场部的核心工作就是协助、指导销售部和各区域不断的提升品牌力、巩固销售力。因此，市场部只有不断的了解市场、拜访市场、调研竞品、分析原因、找出差距、并针对各区域实际情况汇报总经理、并给予各区域给予明确的指导销售思想、思路、方法。以上都以表格形式，各区域经理必须按月完成</w:t>
      </w:r>
      <w:r>
        <w:rPr>
          <w:lang w:eastAsia="zh-CN"/>
        </w:rPr>
        <w:br/>
      </w:r>
      <w:r>
        <w:rPr>
          <w:lang w:eastAsia="zh-CN"/>
        </w:rPr>
        <w:t>　　5协调部门职能、树立良好企业文化：</w:t>
      </w:r>
      <w:r>
        <w:rPr>
          <w:lang w:eastAsia="zh-CN"/>
        </w:rPr>
        <w:br/>
      </w:r>
      <w:r>
        <w:rPr>
          <w:lang w:eastAsia="zh-CN"/>
        </w:rPr>
        <w:t>　　行政人事部：行政人事部门的功能和职责就是直接对总经理负责、协调各部门工作、建立完整的人事档案，制定科学的.人才竞争奖惩机制，考察各部人员工作情况，在市场部的建议和科学的数字、事件、和市场情况下，不断为企业储备人才，挖掘销售人员潜力，致力于销售的提高和市场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研发部生产部：研发生产部门的职责是以市场需求为导向，通过市场需求，不断优化产品结构和产品功能、把握产品质量、严格推行ISO—20__质量体系，向市场推出竞争力产品。因此，市场部每月都会给出市场信息、竞品信息、销售情况信息，使该部门能及时、客观、科学把握市场新动态、航标，在不断调整自身产品不足之处的同时，并为企业研发、生产适合客户和市场需求的好产品来赢得市场和客户。</w:t>
      </w:r>
      <w:r>
        <w:rPr>
          <w:lang w:eastAsia="zh-CN"/>
        </w:rPr>
        <w:br/>
      </w:r>
      <w:r>
        <w:rPr>
          <w:lang w:eastAsia="zh-CN"/>
        </w:rPr>
        <w:t>　　销售部：销售部是企业的先锋部队、是贴近市场的侦察兵、是企业发展的硬武器。他们的职责就是不断的开拓销售通路、寻求最适合企业发展的战略合作伙伴，不断的把企业的产品推向市场、同时向市场提供科学的前沿信息，而市场部在捕捉市场信息的前提下，结合企业实际情况，制定强有力的市场方案和销售策略，最有力的树立企业“灵魂”的作用。</w:t>
      </w:r>
      <w:r>
        <w:rPr>
          <w:lang w:eastAsia="zh-CN"/>
        </w:rPr>
        <w:br/>
      </w:r>
      <w:r>
        <w:rPr>
          <w:lang w:eastAsia="zh-CN"/>
        </w:rPr>
        <w:t>　　财务部：直接对总经理负责，如果说市场部是“灵魂”、销售部是“先锋”、是“轰炸机”，那财务部则是企业的“大闸”、是企业运作、健康发展的“动脉”，它的职责是制定企业科学年度预算、结算，把屋企业的赢利，及时的为总经理提供合理的生产成本预算、市场推广预算、销售成本预算、风险和利益的客观评估。作为市场部，在结合企业的实际情况、市场的实际情况、客户的实际情况、制定合理的推广方案和费用，上交总经理或与财务部进行沟通，使之切实可行，使企业发展利益的最大化。</w:t>
      </w:r>
      <w:r>
        <w:rPr>
          <w:lang w:eastAsia="zh-CN"/>
        </w:rPr>
        <w:br/>
      </w:r>
      <w:r>
        <w:rPr>
          <w:lang w:eastAsia="zh-CN"/>
        </w:rPr>
        <w:t>　　市场留守、物流部：直接对销售部负责，他们的职责就是及时了解定单信息，并及时转交生产步，以最快的速度、最低的物流成本、安全的把产品送到目的地和客户的手中，为销售部作好最优质的服务。作为市场部，更应该建议、指导、督促、协助他们的工作。</w:t>
      </w:r>
      <w:r>
        <w:rPr>
          <w:lang w:eastAsia="zh-CN"/>
        </w:rPr>
        <w:br/>
      </w:r>
      <w:r>
        <w:rPr>
          <w:lang w:eastAsia="zh-CN"/>
        </w:rPr>
        <w:t>　　6把握市场机会、制定实施销售推广：</w:t>
      </w:r>
      <w:r>
        <w:rPr>
          <w:lang w:eastAsia="zh-CN"/>
        </w:rPr>
        <w:br/>
      </w:r>
      <w:r>
        <w:rPr>
          <w:lang w:eastAsia="zh-CN"/>
        </w:rPr>
        <w:t>　　7信息收集反馈、及时修正销售方案</w:t>
      </w:r>
      <w:r>
        <w:rPr>
          <w:lang w:eastAsia="zh-CN"/>
        </w:rPr>
        <w:br/>
      </w:r>
      <w:r>
        <w:rPr>
          <w:lang w:eastAsia="zh-CN"/>
        </w:rPr>
        <w:t xml:space="preserve">    　　市场年度工作计划 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1、继续深入开展安全生产检查工作，创新工作机制。</w:t>
      </w:r>
      <w:r>
        <w:rPr>
          <w:lang w:eastAsia="zh-CN"/>
        </w:rPr>
        <w:br/>
      </w:r>
      <w:r>
        <w:rPr>
          <w:lang w:eastAsia="zh-CN"/>
        </w:rPr>
        <w:t>　　认真贯彻落实安全生产“一岗双责”制度，坚持把文体经营场所的安全生产检查作为全年工作的重中之重，加大安全生产监管力度，确保场所安全运营，市场平稳有序。为寻求安全检查工作机制的创新，继续推进星级评定、安全生产状况分类分级管理等制度，建立安全检查工作标准，促进我区文体市场安全生产检查工作规范化、流程化、标准化，保证安全检查工作的全覆盖。</w:t>
      </w:r>
      <w:r>
        <w:rPr>
          <w:lang w:eastAsia="zh-CN"/>
        </w:rPr>
        <w:br/>
      </w:r>
      <w:r>
        <w:rPr>
          <w:lang w:eastAsia="zh-CN"/>
        </w:rPr>
        <w:t>　　2、苦练内功、夯实业务能力；外优环境，营造良好氛围，做好文化执法工作。</w:t>
      </w:r>
      <w:r>
        <w:rPr>
          <w:lang w:eastAsia="zh-CN"/>
        </w:rPr>
        <w:br/>
      </w:r>
      <w:r>
        <w:rPr>
          <w:lang w:eastAsia="zh-CN"/>
        </w:rPr>
        <w:t>　　以确保辖区出版物安全、播出安全和场所生产安全为前提，始终把“执法办案是执法队伍第一要务”作为工作的出发点和着力点，在办理文化市场大案要案方面积极探索，扎实工作。积极开展执法专项培训，定期组织法律法规学习，规范执法行为，提高执法水平；同时通过多方位开展法制宣传活动、召开行业警示会等一系列普法措施，提高企业经营者的法制意识，形成文体市场经营懂法、守法的良好氛围。</w:t>
      </w:r>
      <w:r>
        <w:rPr>
          <w:lang w:eastAsia="zh-CN"/>
        </w:rPr>
        <w:br/>
      </w:r>
      <w:r>
        <w:rPr>
          <w:lang w:eastAsia="zh-CN"/>
        </w:rPr>
        <w:t>　　3、积极发挥“扫黄打非”工作机制。</w:t>
      </w:r>
      <w:r>
        <w:rPr>
          <w:lang w:eastAsia="zh-CN"/>
        </w:rPr>
        <w:br/>
      </w:r>
      <w:r>
        <w:rPr>
          <w:lang w:eastAsia="zh-CN"/>
        </w:rPr>
        <w:t>　　充分发挥区“扫黄打非”工作领导小组协调和督办的职能，加强与公安部门的合作，采取多种手段、多种措施，形成合力，积极推进我区“扫黄打非“各项工作顺利开展，确保我区出版物市场的安全、有序。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今年，____区____社区在____街道办事处的领导下，为进一步推进“法律进社区”工作的开展，我社区做了以下安排：</w:t>
      </w:r>
      <w:r>
        <w:rPr>
          <w:lang w:eastAsia="zh-CN"/>
        </w:rPr>
        <w:br/>
      </w:r>
      <w:r>
        <w:rPr>
          <w:lang w:eastAsia="zh-CN"/>
        </w:rPr>
        <w:t>　　一、建立健全“法律进社区”宣传小组和群防群治工作领导小组，组长由书记担任。</w:t>
      </w:r>
      <w:r>
        <w:rPr>
          <w:lang w:eastAsia="zh-CN"/>
        </w:rPr>
        <w:br/>
      </w:r>
      <w:r>
        <w:rPr>
          <w:lang w:eastAsia="zh-CN"/>
        </w:rPr>
        <w:t>　　对辖区群众反映强烈的热点、难点问题及时向上级反映，落实措施取得治理效果。</w:t>
      </w:r>
      <w:r>
        <w:rPr>
          <w:lang w:eastAsia="zh-CN"/>
        </w:rPr>
        <w:br/>
      </w:r>
      <w:r>
        <w:rPr>
          <w:lang w:eastAsia="zh-CN"/>
        </w:rPr>
        <w:t>　　二、 加强法制宣传, 以“法律进社区”为契机，积极开展群众喜爱的法制宣传教育活动。</w:t>
      </w:r>
      <w:r>
        <w:rPr>
          <w:lang w:eastAsia="zh-CN"/>
        </w:rPr>
        <w:br/>
      </w:r>
      <w:r>
        <w:rPr>
          <w:lang w:eastAsia="zh-CN"/>
        </w:rPr>
        <w:t>　　充分利用宣传栏开展宣传活动，并及时更换法制宣传内容，进行多形式、多角度、多方位法制宣传。此外在创建中开展法律知识图片展览和法律咨询等宣传活动，以营造社区良好法制氛围。</w:t>
      </w:r>
      <w:r>
        <w:rPr>
          <w:lang w:eastAsia="zh-CN"/>
        </w:rPr>
        <w:br/>
      </w:r>
      <w:r>
        <w:rPr>
          <w:lang w:eastAsia="zh-CN"/>
        </w:rPr>
        <w:t>　　三、在“法律服务”进社区中，建立一支法制宣传教育志愿者队伍</w:t>
      </w:r>
      <w:r>
        <w:rPr>
          <w:lang w:eastAsia="zh-CN"/>
        </w:rPr>
        <w:br/>
      </w:r>
      <w:r>
        <w:rPr>
          <w:lang w:eastAsia="zh-CN"/>
        </w:rPr>
        <w:t>　　在社区居民中组织普法骨干力量，组成法制宣传、法律服务志愿者队伍，积极开展法制宣传、法律服务工作。通过在法制宣传楼道和法制宣传栏公示法律咨询服务联系方式等方法途径，为社区居民提供法律咨询、调解民间纠纷等便利及时的`法律服务，为社区居民排忧解难。</w:t>
      </w:r>
      <w:r>
        <w:rPr>
          <w:lang w:eastAsia="zh-CN"/>
        </w:rPr>
        <w:br/>
      </w:r>
      <w:r>
        <w:rPr>
          <w:lang w:eastAsia="zh-CN"/>
        </w:rPr>
        <w:t>　　四、法律教育方面：建立一套居民学法制度。</w:t>
      </w:r>
      <w:r>
        <w:rPr>
          <w:lang w:eastAsia="zh-CN"/>
        </w:rPr>
        <w:br/>
      </w:r>
      <w:r>
        <w:rPr>
          <w:lang w:eastAsia="zh-CN"/>
        </w:rPr>
        <w:t>　　认真制定学习内容、计划、活动安排，针对社区居民不同特点，有计划、分层次组织社区居民学习法律知识。</w:t>
      </w:r>
      <w:r>
        <w:rPr>
          <w:lang w:eastAsia="zh-CN"/>
        </w:rPr>
        <w:br/>
      </w:r>
    </w:p>
    <w:p w:rsidR="001B1F19" w14:textId="27C3F48A">
      <w:pPr>
        <w:rPr>
          <w:rFonts w:hint="eastAsia"/>
          <w:lang w:eastAsia="zh-CN"/>
        </w:rPr>
      </w:pPr>
      <w:r>
        <w:rPr>
          <w:lang w:eastAsia="zh-CN"/>
        </w:rPr>
        <w:t>　　(1)加强青少年的法制宣传教育。充分利用寒暑假和节假日，做好社区青少年法制宣传教育。以法制宣传教育志愿者队伍为依托，发挥社区人力资源优势，开办家长学校，开设青少年法制专题讲座等，保证青少年在社区内得到良好的法制教育，不断提高青少年的法律素质，使其成为遵纪守法的“小公民”。</w:t>
      </w:r>
      <w:r>
        <w:rPr>
          <w:lang w:eastAsia="zh-CN"/>
        </w:rPr>
        <w:br/>
      </w:r>
      <w:r>
        <w:rPr>
          <w:lang w:eastAsia="zh-CN"/>
        </w:rPr>
        <w:t>　　(2)加强外来务工、经商人员的法制宣传教育。切实履行社区对外来务工、经商人员法制教育的职责，不断创新形式，通过法律咨询、图片展览等活动，强化外来务工、经商人员学法用法意识。</w:t>
      </w:r>
      <w:r>
        <w:rPr>
          <w:lang w:eastAsia="zh-CN"/>
        </w:rPr>
        <w:br/>
      </w:r>
      <w:r>
        <w:rPr>
          <w:lang w:eastAsia="zh-CN"/>
        </w:rPr>
        <w:t>　　(3)加强老年人(离退休人员)、下岗职工的法制宣传教育。充分利用市民学校、社区活动站，针对老年人、下岗职工的特点，广泛宣传与他们密切相关的法律法规，依法抵制宣传迷信、邪教等非法活动。组织志愿者，协调治安、人民调解、法律援助等，为他们提供法律咨询、法律援助，办理法律事务，调解纠纷，解决后顾之忧，依法维护老年人、下岗职工的合法权益。</w:t>
      </w:r>
      <w:r>
        <w:rPr>
          <w:lang w:eastAsia="zh-CN"/>
        </w:rPr>
        <w:br/>
      </w:r>
      <w:r>
        <w:rPr>
          <w:lang w:eastAsia="zh-CN"/>
        </w:rPr>
        <w:t>　　今后，____社区将一步一个脚印抓落实，让社区居民人人识法，人人知法。</w:t>
      </w:r>
      <w:r>
        <w:rPr>
          <w:lang w:eastAsia="zh-CN"/>
        </w:rPr>
        <w:br/>
      </w:r>
      <w:r>
        <w:rPr>
          <w:lang w:eastAsia="zh-CN"/>
        </w:rPr>
        <w:t xml:space="preserve">    　　市场年度工作计划 6 </w:t>
      </w:r>
      <w:r>
        <w:rPr>
          <w:lang w:eastAsia="zh-CN"/>
        </w:rPr>
        <w:br/>
      </w:r>
      <w:r>
        <w:rPr>
          <w:lang w:eastAsia="zh-CN"/>
        </w:rPr>
        <w:t>　　一、扩大专题研究内容及层次。</w:t>
      </w:r>
      <w:r>
        <w:rPr>
          <w:lang w:eastAsia="zh-CN"/>
        </w:rPr>
        <w:br/>
      </w:r>
      <w:r>
        <w:rPr>
          <w:lang w:eastAsia="zh-CN"/>
        </w:rPr>
        <w:t>　　目前市场研究局限于行业宏观政策、销售市场、土地市场等层面。未来应向产品、营销推广策略及手法、客户需求专题分类研究等方向发展。</w:t>
      </w:r>
      <w:r>
        <w:rPr>
          <w:lang w:eastAsia="zh-CN"/>
        </w:rPr>
        <w:br/>
      </w:r>
      <w:r>
        <w:rPr>
          <w:lang w:eastAsia="zh-CN"/>
        </w:rPr>
        <w:t>　　二、完善丰富市场部市场研究已有工作内容及架构。</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https://d.book118.com/098025011123006035</w:t>
        </w:r>
      </w:hyperlink>
    </w:p>
    <w:p w:rsidR="001B1F19">
      <w:pPr>
        <w:rPr>
          <w:rFonts w:hint="eastAsia"/>
          <w:lang w:eastAsia="zh-CN"/>
        </w:rPr>
      </w:pPr>
    </w:p>
    <w:sectPr>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8025011123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