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技术员的工作总结范文（31篇）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最新技术员的工作总结范文（精选31篇）</w:t>
      </w:r>
      <w:r>
        <w:rPr>
          <w:lang w:eastAsia="zh-CN"/>
        </w:rPr>
        <w:br/>
      </w:r>
      <w:r>
        <w:rPr>
          <w:lang w:eastAsia="zh-CN"/>
        </w:rPr>
        <w:t xml:space="preserve">    最新技术员的工作总结范文 篇1 </w:t>
      </w:r>
      <w:r>
        <w:rPr>
          <w:lang w:eastAsia="zh-CN"/>
        </w:rPr>
        <w:br/>
      </w:r>
      <w:r>
        <w:rPr>
          <w:lang w:eastAsia="zh-CN"/>
        </w:rPr>
        <w:t>　　一、积极学习技术，努力提高自身业务水平</w:t>
      </w:r>
      <w:r>
        <w:rPr>
          <w:lang w:eastAsia="zh-CN"/>
        </w:rPr>
        <w:br/>
      </w:r>
      <w:r>
        <w:rPr>
          <w:lang w:eastAsia="zh-CN"/>
        </w:rPr>
        <w:t>　　__年7月，在有关部门的带领下，我随队到河南济源市防爆设备厂进行了考察和学习，掌握了新型设备的新技术、新工艺，并积极地和同行探讨与交流。随后邀请了该厂家与南京国辰电气的相关技术人员来到我矿，为供电职工进行电气设备的应用与维护培训，为我们相关技术人员现场进行技术指导，解决了不少的技术难题。我把平时工作中遇到的有关问题记录下来，向供电车间老师傅们求教，直至弄明白为止。每当厂家相关技术人员来矿解决设备大的故障时，我更积极向他们进行请教。在不断地学习和实践中，我逐步的熟悉了井下供电系统和高低压设备的应用，提高了自己的业务水平。</w:t>
      </w:r>
      <w:r>
        <w:rPr>
          <w:lang w:eastAsia="zh-CN"/>
        </w:rPr>
        <w:br/>
      </w:r>
      <w:r>
        <w:rPr>
          <w:lang w:eastAsia="zh-CN"/>
        </w:rPr>
        <w:t>　　二、合理供电系统设计，科学编制技术措施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分管供电科长的指导下，我逐渐进行各采区工作面的供电系统设计。由于对工作面及其机械设备不熟悉，为合理的布置高低压电缆线路的走向，我经常跑现场，测量距离，科学整定计算，合理选择电气设备和电缆型号，不仅满足实际需要，还能节省不少人力物力。我先后为井下8171、7198、7196、7174(2)、8172、7199等采煤工作面的供电系统进行了设计。我本着“一工程一措施”的原则，除了固定每月两次的高低压电气设备检修，还有敷设或回收高压电缆、设备安装、标准化工作等工程，我都要提前编制施工安全技术措施，严谨组织、科学编制，使安全技术措施具有科学性和可操作性。经过有关部门领导的审批后，在施工前传达给每位施工人员并签，严格措施的兑现，令措施真正地起到了防范在前、全过程监督指导的作用。另外，我还协助车间主任做好设备检修计划、材料计划，并对出现的机电事故提出安全防范技术措施。</w:t>
      </w:r>
      <w:r>
        <w:rPr>
          <w:lang w:eastAsia="zh-CN"/>
        </w:rPr>
        <w:br/>
      </w:r>
      <w:r>
        <w:rPr>
          <w:lang w:eastAsia="zh-CN"/>
        </w:rPr>
        <w:t>　　三、安全质量标准化，工作任务显成效</w:t>
      </w:r>
      <w:r>
        <w:rPr>
          <w:lang w:eastAsia="zh-CN"/>
        </w:rPr>
        <w:br/>
      </w:r>
      <w:r>
        <w:rPr>
          <w:lang w:eastAsia="zh-CN"/>
        </w:rPr>
        <w:t>　　为贯彻落实矿下达的质量标准化工作，针对供电班组对井下主要巷道及变电所的电缆按标准化要求进行整理吊挂的情况，提出合理化建议，并制定科学的安全施工技术措施。__年我主要参加完成了以下几项大的工程：ⅱ(3)采区上部变电所安装及其供电线路的敷设;皮带暗斜井皮带电控系统安装;东三及ⅱ(3)采区变频绞车电控、信号系统的安装;井下8171、7198、7196等采煤工作面的供电系统安装;-750掘进面大型综掘机供电系统安装;-750行车间供电安装及掘进队供电系统改造;主井变电所更换变压器等。通过参加这些大型工程，我一边指导技术上的工作一边再进一步学习，积累为以后更好的做好供电工作奠定了基础。</w:t>
      </w:r>
      <w:r>
        <w:rPr>
          <w:lang w:eastAsia="zh-CN"/>
        </w:rPr>
        <w:br/>
      </w:r>
      <w:r>
        <w:rPr>
          <w:lang w:eastAsia="zh-CN"/>
        </w:rPr>
        <w:t>　　四、做好本职工作，提高职工技能水平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日常工作中，我针对井上、下高低压供电系统有变动的地方及时对供电系统图进行修改，可以随时了解各变电所所带负荷，并负责对井下远程监控系统的维护。同时，我对矿井的高压继电保护装置的整定参数进行了重新计算和对井下高低压电缆统计。在系统领导的指导下，不定期地组织电工进行技能培训，学习新技术，提高理论文化水平和业务操作技能，并经常组织各项技能比武，积极开展“qc小组”和“手指口述操作法”等活动，通过这些培训活动，不断提高车间电工的业务水平和处理开关故障的能力，大大缩短了处理事故的时间，有力保障了全矿的安全供电。</w:t>
      </w:r>
      <w:r>
        <w:rPr>
          <w:lang w:eastAsia="zh-CN"/>
        </w:rPr>
        <w:br/>
      </w:r>
      <w:r>
        <w:rPr>
          <w:lang w:eastAsia="zh-CN"/>
        </w:rPr>
        <w:t>　　我在领导和同事们的帮助指导下，逐渐熟悉自己的业务，在工作中取得了一些成绩，但也深知自己的不足之处，如事故处理经验少。所以在今后的工作中，我要努力戒骄戒躁，积累经验教训，不断调整自己的思维方式和工作方法，在实践中磨练自己，严格要求自己，不断的学习与创新.不辜负矿、科领导对我的信任，努力成为优秀的技术人员，争取为矿的发展多做贡献。</w:t>
      </w:r>
      <w:r>
        <w:rPr>
          <w:lang w:eastAsia="zh-CN"/>
        </w:rPr>
        <w:br/>
      </w:r>
      <w:r>
        <w:rPr>
          <w:lang w:eastAsia="zh-CN"/>
        </w:rPr>
        <w:t xml:space="preserve">    最新技术员的工作总结范文 篇2 </w:t>
      </w:r>
      <w:r>
        <w:rPr>
          <w:lang w:eastAsia="zh-CN"/>
        </w:rPr>
        <w:br/>
      </w:r>
      <w:r>
        <w:rPr>
          <w:lang w:eastAsia="zh-CN"/>
        </w:rPr>
        <w:t>　　我叫，20__年8月我来到8矿工作，在8矿的三年多，我学会了很多书本上没有的经验，掌握了很多实践技能，这三年我的进步与成长与领导的关爱、同事的团结协作是分不开的。这次对我来说，是一个积极反省自身的不足和接受领导的批评指正的机会，是一个可以与同事们一起讨论瓦斯防治业务的机会，更是我提高技术水平的一次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回顾在近一年的工作，我发现了自身的很多不足，借此机会，希望领导和同志们给予批评与指正</w:t>
      </w:r>
      <w:r>
        <w:rPr>
          <w:lang w:eastAsia="zh-CN"/>
        </w:rPr>
        <w:br/>
      </w:r>
      <w:r>
        <w:rPr>
          <w:lang w:eastAsia="zh-CN"/>
        </w:rPr>
        <w:t>　　第一，学习态度不端正，作为技术员，理论技术是我的长项，可是我没有抱着谦虚的态度去继续学习，理论知识掌握不精进，没有更深层次的去钻研。对上级政策、文件和精神学习时间不够，学习深度不够，认识理解还不是很到位。</w:t>
      </w:r>
      <w:r>
        <w:rPr>
          <w:lang w:eastAsia="zh-CN"/>
        </w:rPr>
        <w:br/>
      </w:r>
      <w:r>
        <w:rPr>
          <w:lang w:eastAsia="zh-CN"/>
        </w:rPr>
        <w:t>　　第二，工作方法上，有很多需要提高，比如，与职工群众的交流不够，没有及时深入职工之间了解所需所求。工作中有时心急气躁，没能够注意方式和方法，不够沉稳练达。</w:t>
      </w:r>
      <w:r>
        <w:rPr>
          <w:lang w:eastAsia="zh-CN"/>
        </w:rPr>
        <w:br/>
      </w:r>
      <w:r>
        <w:rPr>
          <w:lang w:eastAsia="zh-CN"/>
        </w:rPr>
        <w:t>　　第三，思想认识不到位，转变观念不及时，不能积极地适应新形势的变化。</w:t>
      </w:r>
      <w:r>
        <w:rPr>
          <w:lang w:eastAsia="zh-CN"/>
        </w:rPr>
        <w:br/>
      </w:r>
      <w:r>
        <w:rPr>
          <w:lang w:eastAsia="zh-CN"/>
        </w:rPr>
        <w:t>　　面对新的形势，我必须深刻认识到自身的不足，认真的改正，降低姿态，审时度势，脚踏实地应对“区域瓦斯治理三年规划”的发展要求。</w:t>
      </w:r>
      <w:r>
        <w:rPr>
          <w:lang w:eastAsia="zh-CN"/>
        </w:rPr>
        <w:br/>
      </w:r>
      <w:r>
        <w:rPr>
          <w:lang w:eastAsia="zh-CN"/>
        </w:rPr>
        <w:t>　　我们矿区地质条件复杂，瓦斯治理难度大，瓦斯问题已成为严重制约矿安全高效发展的核心问题和重要瓶颈。学习淮南、更新观念、痛下决心、完善机制，确保在低瓦斯条件下开采，实现安全生产良性循环，可持续发展，切实夯实企业安全发展的根基，已成为河南煤业化工集团全体干部员工的共同意识和自觉行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是集团公司“三年瓦斯区域治理规划”的开篇之年，也是矿调整转型的一年，这些目标对我来说是振奋，更是责任与鞭策。九里山的事故，至今仍然警醒着我们，我相信，这血的教训必将时时刻刻提醒我们，瓦斯防治的重要性和紧迫性，做不好瓦斯防治，我们将被钉在历史的耻辱柱上，对不起党，对不起人民，对不起关心我们的家人。</w:t>
      </w:r>
      <w:r>
        <w:rPr>
          <w:lang w:eastAsia="zh-CN"/>
        </w:rPr>
        <w:br/>
      </w:r>
      <w:r>
        <w:rPr>
          <w:lang w:eastAsia="zh-CN"/>
        </w:rPr>
        <w:t>　　瓦斯治理技术是保证，作为技术工程人员，应当敢于挑战重担。</w:t>
      </w:r>
      <w:r>
        <w:rPr>
          <w:lang w:eastAsia="zh-CN"/>
        </w:rPr>
        <w:br/>
      </w:r>
      <w:r>
        <w:rPr>
          <w:lang w:eastAsia="zh-CN"/>
        </w:rPr>
        <w:t>　　首先要从思想意识上有个彻底的转变，要认识到“瓦斯不治，矿无宁日”，但是瓦斯是可以治理而且是必须治理的，现在我们面临的形势“不是治不治，而是必须治，怎么治，产量为治理让让路”，要主动超前治理，要坚持“生命至高无上，安全生产第一”的最高信条，把瓦斯治理工程当作生命工程、责任工程和良心工程，树立适应新形势发展需要的瓦斯防治先进理念。对此，我认真研读了《河南煤业化工集团高突矿井瓦斯综合治理纲要》，通过学习我深刻认识“治理瓦斯就是解放生产力，治好瓦斯就是发展生产力”这句要求，未来矿井发展不仅是以煤炭产量为标准，对煤层气的治理利用将成为新的增长点。</w:t>
      </w:r>
      <w:r>
        <w:rPr>
          <w:lang w:eastAsia="zh-CN"/>
        </w:rPr>
        <w:br/>
      </w:r>
      <w:r>
        <w:rPr>
          <w:lang w:eastAsia="zh-CN"/>
        </w:rPr>
        <w:t>　　治理不再以消极的抽放为目的，要到达瓦斯利用，主动抽采，煤与瓦斯共采，治理与利用并重的目标。</w:t>
      </w:r>
      <w:r>
        <w:rPr>
          <w:lang w:eastAsia="zh-CN"/>
        </w:rPr>
        <w:br/>
      </w:r>
      <w:r>
        <w:rPr>
          <w:lang w:eastAsia="zh-CN"/>
        </w:rPr>
        <w:t xml:space="preserve">    最新技术员的工作总结范文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这一年的工作期间我用满腔的工作热情做着自已的煤矿安全监控员工作，并时刻提醒着自己是一位安全监控员人员，对工作一定要严谨务实，不能有半点马虎。我努力提高自身专业技术水平，保证我矿安全监测监控系统的正常运行，为我矿安全生产献出自己最大的贡献。因为煤矿安全生产重于天，安全监测监控系统是煤矿安全的重要组成部分，是煤矿安全生产的眼和耳。安全监控系统与人工检测互补互助，利用机械设备可以连续不间断的工作与电脑的智能处理的能力，大大的减轻了井下安、瓦检人员的工作强度，又可以连续不断的对井下瓦斯、其他有害气体及异常情况随时监测，为井下安全作出有力保障。</w:t>
      </w:r>
      <w:r>
        <w:rPr>
          <w:lang w:eastAsia="zh-CN"/>
        </w:rPr>
        <w:br/>
      </w:r>
      <w:r>
        <w:rPr>
          <w:lang w:eastAsia="zh-CN"/>
        </w:rPr>
        <w:t>　　我在工作之余对以往专业教材再次温习，通过联系平时在监控系统实际操作、维护中遇到的问题，不但加深了对安全监控系统工作的理解，而且发掘了书中潜藏的知识。为利用理论来解释实际工作中遇到的问题，提出有效的解决办法，提供了有力的支持。认真学习《煤矿安全监控标准AQ1029-20__》、《煤矿安全监控系统通用技术要求AQ6201-20__》、《煤矿用低浓度载体催化式甲烷传感器技术条件AQ6203-20__》、《煤矿安全规程》。</w:t>
      </w:r>
      <w:r>
        <w:rPr>
          <w:lang w:eastAsia="zh-CN"/>
        </w:rPr>
        <w:br/>
      </w:r>
      <w:r>
        <w:rPr>
          <w:lang w:eastAsia="zh-CN"/>
        </w:rPr>
        <w:t>　　我在担任监控员期间，经常下井及时处理安全监控系统在使用过程中遇到的故障，争取在最短的时间内使安全监控系统恢复正常，保障矿井的安全生产。每天认真填写各种安全监控记录，对安全监控系统各种资料、台账进行管理。作为一名技术工作者，我为了更好的做好本职工作，我非常重视与外界的交流和协作。我经常与一通三防科和安检科交流，随时了解井下各种有害气体涌出情况和安全问题，及时调整安全监控系统布置，加强安全隐患区域的安全监测。在今年8月底与监控厂家人员一起对我矿安全监控系统进行替换，并安装井下人员定位系统，向厂家监控技术员学习设备的安装、维护、故障处理。并将平时遇到的问题归纳总结后向厂家监控技术员求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今后的工作中，我将努力找出工作中的不足，以便在以后的工作中加以克服，同时还需要多看书，认真学习好规范规程及有关文件资料，掌握好专业知识，提高自己的工作能力，加强工作责任感，及时做好个人的各项工作。</w:t>
      </w:r>
      <w:r>
        <w:rPr>
          <w:lang w:eastAsia="zh-CN"/>
        </w:rPr>
        <w:br/>
      </w:r>
      <w:r>
        <w:rPr>
          <w:lang w:eastAsia="zh-CN"/>
        </w:rPr>
        <w:t xml:space="preserve">    最新技术员的工作总结范文 篇4 </w:t>
      </w:r>
      <w:r>
        <w:rPr>
          <w:lang w:eastAsia="zh-CN"/>
        </w:rPr>
        <w:br/>
      </w:r>
      <w:r>
        <w:rPr>
          <w:lang w:eastAsia="zh-CN"/>
        </w:rPr>
        <w:t>　　在__公司不知不觉就工作了一年时间，总的来说，这一年是学习的一年，是锻炼的一年，也是收获的一年。在采煤一队，我很好的完成了队领导交办的各项工作，从是职工的学习，会议的记录，连队的精神文明建设到现场的跟班，我都能较好的完成；在公司机关，也积极的做自己力所能及的事情，虽然没在科室上班，但是我很想跟科室的同事们学习，所以积极的在各科室间驻足，希望能多看到，多学到，偶尔能帮上忙的地方也积极参与。由于前期自身经验的不足，使得我养成了虚心学习的好习惯，我知道未来的学习和工作之路还很长，我也将以一百分的热情投入到煤矿技术的工作当中，始终保持严谨扎实的态度，积极思考，善于开拓，争取在自己的岗位上为企业和社会贡献力量。</w:t>
      </w:r>
      <w:r>
        <w:rPr>
          <w:lang w:eastAsia="zh-CN"/>
        </w:rPr>
        <w:br/>
      </w:r>
      <w:r>
        <w:rPr>
          <w:lang w:eastAsia="zh-CN"/>
        </w:rPr>
        <w:t>　　一、严细管理。</w:t>
      </w:r>
      <w:r>
        <w:rPr>
          <w:lang w:eastAsia="zh-CN"/>
        </w:rPr>
        <w:br/>
      </w:r>
      <w:r>
        <w:rPr>
          <w:lang w:eastAsia="zh-CN"/>
        </w:rPr>
        <w:t>　　多用人才。煤矿人才智囊团基本由三局部人员组成：原党政国家干部、尖端的技术专家、掌握先进的煤矿开发技术员。人才贮藏库里矿做到少用人。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制度先行、效率优先、赢在执行的创新管理理念。矿以引进来，煤业公司付文志总经理提出了以人为本。走出去的人才战略：矿先后引进甘肃靖煤公司，辽宁南票建安公司、中国地质总院华盛二公司、中国十三冶金公司、内蒙古祥和建筑公司、包头矿务局建安公司等40多家施工单位共同联手大规模建设煤矿。</w:t>
      </w:r>
      <w:r>
        <w:rPr>
          <w:lang w:eastAsia="zh-CN"/>
        </w:rPr>
        <w:br/>
      </w:r>
      <w:r>
        <w:rPr>
          <w:lang w:eastAsia="zh-CN"/>
        </w:rPr>
        <w:t>　　专家点拔，同时煤矿还高薪外聘经验丰富的水文、地质、煤炭等方面技术顾问指导。面对面，手把手给技术员传金送宝。聆听专家讲座，感受大师造化，中得心源。</w:t>
      </w:r>
      <w:r>
        <w:rPr>
          <w:lang w:eastAsia="zh-CN"/>
        </w:rPr>
        <w:br/>
      </w:r>
      <w:r>
        <w:rPr>
          <w:lang w:eastAsia="zh-CN"/>
        </w:rPr>
        <w:t>　　矿千方百计搭建平台，为此。使人才脱颖而出。高学历、有专业知识技术又有实践经验的青年员工找到施展才气的舞台。</w:t>
      </w:r>
      <w:r>
        <w:rPr>
          <w:lang w:eastAsia="zh-CN"/>
        </w:rPr>
        <w:br/>
      </w:r>
      <w:r>
        <w:rPr>
          <w:lang w:eastAsia="zh-CN"/>
        </w:rPr>
        <w:t>　　矿培训员工达10余人次，仅。平均每人培训2次，各级各类培训班终年举办。先后于内蒙古科技大学、内蒙古煤矿培训中心、鄂尔多斯职业技术学院共同联手，培养出不同工种100多名大中专毕业生。为煤矿能建成一流现代化矿井提供了可靠的人才保证。煤矿把全面提高员工的专业技术素质列入了公司的人才发展战略基地。</w:t>
      </w:r>
      <w:r>
        <w:rPr>
          <w:lang w:eastAsia="zh-CN"/>
        </w:rPr>
        <w:br/>
      </w:r>
      <w:r>
        <w:rPr>
          <w:lang w:eastAsia="zh-CN"/>
        </w:rPr>
        <w:t>　　二、平安第一、预防为主、综合治理。</w:t>
      </w:r>
      <w:r>
        <w:rPr>
          <w:lang w:eastAsia="zh-CN"/>
        </w:rPr>
        <w:br/>
      </w:r>
      <w:r>
        <w:rPr>
          <w:lang w:eastAsia="zh-CN"/>
        </w:rPr>
        <w:t>　　要强化平安生产工作和整顿规范煤矿秩序。实现煤矿平安生产状况好转。矿认真贯彻“平安第一、预防为主、综合治理”方针，要坚决遏制3.6透水事故发生。完善平安体制，切实落实责任制，加大平安投入，加强平安生产教育和培训。继续打好探防水和煤矿瓦斯治理两个攻坚战。切实搞好了质量规范煤矿平安专项整治工作。</w:t>
      </w:r>
      <w:r>
        <w:rPr>
          <w:lang w:eastAsia="zh-CN"/>
        </w:rPr>
        <w:br/>
      </w:r>
      <w:r>
        <w:rPr>
          <w:lang w:eastAsia="zh-CN"/>
        </w:rPr>
        <w:t>　　里通风队相继解决了井下拖欠的密闭、配合了地面主扇的装置、通风系统的调整、井口冬季的保暖、6103首采工作面的通风系统的优化。也不断提升了通风系统质量规范化、提高了学员业务素质。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保证地面主井强力皮带走廊土建工程的施工，为了主井强力皮带走廊土建施工发明了条件。主斜井的地面井口生火取暖时造成了大量的烟雾和co气体流入井下，威胁了工人的身心健康和矿井安全，完全解决这个隐患通风队在井口地面施工1道防火密闭、井下设置2道风门、利用调风的有效措施，保证了主井地面强力皮带走廊土建工程的施工和井下人员的平安，使皮带装置工程得以顺利的进行。</w:t>
      </w:r>
      <w:r>
        <w:rPr>
          <w:lang w:eastAsia="zh-CN"/>
        </w:rPr>
        <w:br/>
      </w:r>
      <w:r>
        <w:rPr>
          <w:lang w:eastAsia="zh-CN"/>
        </w:rPr>
        <w:t>　　三、明确任务科学管理凝心聚力安全生产</w:t>
      </w:r>
      <w:r>
        <w:rPr>
          <w:lang w:eastAsia="zh-CN"/>
        </w:rPr>
        <w:br/>
      </w:r>
      <w:r>
        <w:rPr>
          <w:lang w:eastAsia="zh-CN"/>
        </w:rPr>
        <w:t>　　一年来我经受了种种考验，刚刚过去的矿平安生产极不顺利的一年。克服了重重困难走出了36事故的阴影，使煤矿建设重新获得了勃勃生机。</w:t>
      </w:r>
      <w:r>
        <w:rPr>
          <w:lang w:eastAsia="zh-CN"/>
        </w:rPr>
        <w:br/>
      </w:r>
      <w:r>
        <w:rPr>
          <w:lang w:eastAsia="zh-CN"/>
        </w:rPr>
        <w:t>　　认真贯彻执行集团公司副总付文志提出“靠一流管理，吸取教训、明确方向。自今年年初调到煤矿生产技术部成立以来。保一流质量，建一流矿井，树一流形象”煤矿开发理念。牢固树立“平安第一、预防为主”平安生产方针，积极围绕矿井基本建设这一中心思想工作，大家凝心聚力，扎实工作。</w:t>
      </w:r>
      <w:r>
        <w:rPr>
          <w:lang w:eastAsia="zh-CN"/>
        </w:rPr>
        <w:br/>
      </w:r>
      <w:r>
        <w:rPr>
          <w:lang w:eastAsia="zh-CN"/>
        </w:rPr>
        <w:t>　　根据矿井基建阶段的工作特点，完善规章制度、规范员工行为。借鉴外地经验，充分结合自身实际的基础上，制定了一套切实可行的管理规定和实施方法，实行了岗位责任制，并将其标准化、制度化，做到人人头上有责任，个个肩上有压力。从整体工程到施工环节，事事有人管，件件有落实，分工明确，责任清楚。以制度管理人，纪律约束人，使生产技术部的各项工作步入正规化，规范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努力建设精干、高效、求真务实的队伍。坚决杜绝水、火、瓦斯、煤尘、顶板等重大恶性事故的发生。依照公司的要求保证施工进度、质量，进一步强化队伍建设。把煤矿建设成一流的现代化矿井。</w:t>
      </w:r>
      <w:r>
        <w:rPr>
          <w:lang w:eastAsia="zh-CN"/>
        </w:rPr>
        <w:br/>
      </w:r>
      <w:r>
        <w:rPr>
          <w:lang w:eastAsia="zh-CN"/>
        </w:rPr>
        <w:t>　　机电队全体人员服从领令、听从指挥，机电队积极投入矿井透水后的抢险和设备撤除工作。在指挥部的领导下，配合各施工单位组织、装置抢险使用的开关、电缆。</w:t>
      </w:r>
      <w:r>
        <w:rPr>
          <w:lang w:eastAsia="zh-CN"/>
        </w:rPr>
        <w:br/>
      </w:r>
      <w:r>
        <w:rPr>
          <w:lang w:eastAsia="zh-CN"/>
        </w:rPr>
        <w:t xml:space="preserve">    最新技术员的工作总结范文 篇5 </w:t>
      </w:r>
      <w:r>
        <w:rPr>
          <w:lang w:eastAsia="zh-CN"/>
        </w:rPr>
        <w:br/>
      </w:r>
      <w:r>
        <w:rPr>
          <w:lang w:eastAsia="zh-CN"/>
        </w:rPr>
        <w:t>　　时间总是在我们不经意间悄悄的溜走，回首过去的这一年，对于我来说这一年是非常有意义的，这一年虽然是辛苦、劳累的一年，但是这一年里我也收获了很多，过去的一年，在领导和同事的悉心照顾和指导下，通过自身的不懈努力，我在工作上也取得了一定的成果，同时也看到了自己的不足。</w:t>
      </w:r>
      <w:r>
        <w:rPr>
          <w:lang w:eastAsia="zh-CN"/>
        </w:rPr>
        <w:br/>
      </w:r>
      <w:r>
        <w:rPr>
          <w:lang w:eastAsia="zh-CN"/>
        </w:rPr>
        <w:t>　　一、思想政治学习方面</w:t>
      </w:r>
      <w:r>
        <w:rPr>
          <w:lang w:eastAsia="zh-CN"/>
        </w:rPr>
        <w:br/>
      </w:r>
      <w:r>
        <w:rPr>
          <w:lang w:eastAsia="zh-CN"/>
        </w:rPr>
        <w:t>　　在政治学习方面，通过学习邓小平理论及“三个代表”重要思想，进一步增强了党性，提高了自己政治洞察力，牢固树立了全心全力为人民服务的宗旨和正确的世界观、人生观、价值观。在平时的工作中，也始终不断学习厂的各项规章制度，严格规范自己的一言一行，一举一动，不断充实自己，提高自己的思想认知水平。</w:t>
      </w:r>
      <w:r>
        <w:rPr>
          <w:lang w:eastAsia="zh-CN"/>
        </w:rPr>
        <w:br/>
      </w:r>
      <w:r>
        <w:rPr>
          <w:lang w:eastAsia="zh-CN"/>
        </w:rPr>
        <w:t>　　二、业务水平方面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业务水平方面，平时不断学习理论知识和不断收集整理各项工作资料，翻阅了大量有关机械设备管理、机械安装、机械加工、机械手册等方面的书籍，认真专研机械知识，学习工艺流程，到现场参与设备的检查、检修与维护，提高自己技术知识水平，按时、保质保量完成自己工作和车间领导安排的日常工作。</w:t>
      </w:r>
      <w:r>
        <w:rPr>
          <w:lang w:eastAsia="zh-CN"/>
        </w:rPr>
        <w:br/>
      </w:r>
      <w:r>
        <w:rPr>
          <w:lang w:eastAsia="zh-CN"/>
        </w:rPr>
        <w:t>　　三、工作简要</w:t>
      </w:r>
      <w:r>
        <w:rPr>
          <w:lang w:eastAsia="zh-CN"/>
        </w:rPr>
        <w:br/>
      </w:r>
      <w:r>
        <w:rPr>
          <w:lang w:eastAsia="zh-CN"/>
        </w:rPr>
        <w:t>　　1、按时完成车间领导安排的各项日常工作。在平时的工作中，始终严格要求自己，遵守厂的各项规章制度及车间的各项规程，按时、保质保量完成车间领导安排的各项日常工作，并按照厂闭合管理制度的要求，及时向领导汇报其工作情况。</w:t>
      </w:r>
      <w:r>
        <w:rPr>
          <w:lang w:eastAsia="zh-CN"/>
        </w:rPr>
        <w:br/>
      </w:r>
      <w:r>
        <w:rPr>
          <w:lang w:eastAsia="zh-CN"/>
        </w:rPr>
        <w:t>　　2、设备的日常维护方面，平时严格要求自己多到现场与机修人员一起对设备的检查、检修与维护，通过这一年来的工作，对车间设备有了很大的掌握。不断要求自己多观察、多思考，在平时的工作中也发现和解决了一些问题，在以后的工作中，我将不断学习、多观察、多思考，提高自己发现和解决问题的能力，干好本职工作。</w:t>
      </w:r>
      <w:r>
        <w:rPr>
          <w:lang w:eastAsia="zh-CN"/>
        </w:rPr>
        <w:br/>
      </w:r>
      <w:r>
        <w:rPr>
          <w:lang w:eastAsia="zh-CN"/>
        </w:rPr>
        <w:t>　　3、机械制图方面，在机械零件的加工图、装配图和施工图方面有了很大的进步，平时严格要求自己小心谨慎，不断查阅各种机械资料，以防出错，保质保量完成工作。</w:t>
      </w:r>
      <w:r>
        <w:rPr>
          <w:lang w:eastAsia="zh-CN"/>
        </w:rPr>
        <w:br/>
      </w:r>
      <w:r>
        <w:rPr>
          <w:lang w:eastAsia="zh-CN"/>
        </w:rPr>
        <w:t>　　4、通过到现场与机修人员一起对设备的检查、检修与维护，在安全方面有了很大的认识，在领导的支持下，通过不断学习，对料计划、安全技术措施、规程、单单项工程的立项申请、计算等资料的制作整理方面有了很大的进步，按时完成各项工作。</w:t>
      </w:r>
      <w:r>
        <w:rPr>
          <w:lang w:eastAsia="zh-CN"/>
        </w:rPr>
        <w:br/>
      </w:r>
      <w:r>
        <w:rPr>
          <w:lang w:eastAsia="zh-CN"/>
        </w:rPr>
        <w:t>　　四、存在的问题和今后的发展方向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1、在工作中，总是怕出错，在图纸和测量尺寸方面总是小心谨慎，在班前会上，总是胆小，怕发言。在以后的工作中我会更加注重这方面的培养，提高自己这方面的能力，干好本职工作。</w:t>
      </w:r>
      <w:r>
        <w:rPr>
          <w:lang w:eastAsia="zh-CN"/>
        </w:rPr>
        <w:br/>
      </w:r>
      <w:r>
        <w:rPr>
          <w:lang w:eastAsia="zh-CN"/>
        </w:rPr>
        <w:t>　　2、对机械类知识掌握有限，对车间设备的掌握也有些缺陷。在以后的工作中，我会更加努力学习各方面的知识，提高自己的工作能力，干好每项工作。</w:t>
      </w:r>
      <w:r>
        <w:rPr>
          <w:lang w:eastAsia="zh-CN"/>
        </w:rPr>
        <w:br/>
      </w:r>
      <w:r>
        <w:rPr>
          <w:lang w:eastAsia="zh-CN"/>
        </w:rPr>
        <w:t>　　3、在发现问题、提出问题和解决问题方面也有很大的不足。在以后的工作中，我会更加努力学习，多思考，善于发现问题、提出问题和解决问题，勇于创新，多汲取高科技所带有的简便，灵活地运用到机电设备检查、检修与维护工作中来，力争做一名优秀的技术人员。以上就是对于这一年的工作的一年简单的总结，虽然这一年里自己比较努力，积极，但是在新的一年里，我仍要继续加油努力，让自己不断的成长，早日成为工作中的佼佼者。工作总结2</w:t>
      </w:r>
      <w:r>
        <w:rPr>
          <w:lang w:eastAsia="zh-CN"/>
        </w:rPr>
        <w:br/>
      </w:r>
      <w:r>
        <w:rPr>
          <w:lang w:eastAsia="zh-CN"/>
        </w:rPr>
        <w:t xml:space="preserve">    最新技术员的工作总结范文 篇6 </w:t>
      </w:r>
      <w:r>
        <w:rPr>
          <w:lang w:eastAsia="zh-CN"/>
        </w:rPr>
        <w:br/>
      </w:r>
      <w:r>
        <w:rPr>
          <w:lang w:eastAsia="zh-CN"/>
        </w:rPr>
        <w:t>　　20__年7月，我顺利完成了学业，从_院系专业毕业，并于同年7月分配到_公司工作。参加工作以来，分别前后进入_高速公路工地及__公司_项目部工作，一直从事现场一线施工与管理工作，并于同月被聘用至今。值此实习一年日期到来，下面就从专业技术角度，对我这1年来的工作做一次全面总结：</w:t>
      </w:r>
      <w:r>
        <w:rPr>
          <w:lang w:eastAsia="zh-CN"/>
        </w:rPr>
        <w:br/>
      </w:r>
      <w:r>
        <w:rPr>
          <w:lang w:eastAsia="zh-CN"/>
        </w:rPr>
        <w:t>　　一、学习专业知识，提高岗位技能。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人于20__年7月正式参加工作，当时我被分配_公司路桥处工作。工作伊始，我发现学校里学到的专业知识同实际工作有很大的不同和差距，为了尽快转变角色，适应工作的要求，每天第一时间跑一线现场，熟悉工地每一项工作，向前辈们请叫施工经验，努力学习桥梁专业知识，努力提高自己的岗位技能，在短短的一个月内，我通过自己的努力及同事的帮助，能比较熟练地进行较复杂的_大桥工地的日常施工及其他关联的工作。</w:t>
      </w:r>
      <w:r>
        <w:rPr>
          <w:lang w:eastAsia="zh-CN"/>
        </w:rPr>
        <w:br/>
      </w:r>
      <w:r>
        <w:rPr>
          <w:lang w:eastAsia="zh-CN"/>
        </w:rPr>
        <w:t>　　二、政治思想方面</w:t>
      </w:r>
      <w:r>
        <w:rPr>
          <w:lang w:eastAsia="zh-CN"/>
        </w:rPr>
        <w:br/>
      </w:r>
      <w:r>
        <w:rPr>
          <w:lang w:eastAsia="zh-CN"/>
        </w:rPr>
        <w:t>　　在政治上，我对自己严格要求，积极参加各项政治活动，自觉学习政治理论，尤其注重对“三个代表”重要思想的学习，努力提高自己的政治理论修养，思想上行动上同党中央保持一致。具有较强的大局意识和组织观念，工作上以事业为重，不计个人得失，在新的岗位上摆正位置，把公司的正当利益、把广大人民群众的利益放在首位，努力实践全心全意为人民服务的根本宗旨。在工作中做到公道正派，具有较强的敬业精神和奉献精神，工作中吃苦耐劳，积极主动，作风踏实，不推诿扯皮，讲求效率。工作中注意调查研究，勤于思考，工作思路清晰，能把管理的一般理论同现场工作实际相结合，积极为本公司的生存与发展措施献计献策，反应基层意见。在大是大非和原则面前做到毫不含糊，维护公司的正当利益，不能为个人私利做出卖集体利益的事。总之在工作与生活当中，时时刻刻要以一个党员的标准来要求自己，提高自己的政治理论修养，积极向组织靠扰，争取早日入党。</w:t>
      </w:r>
      <w:r>
        <w:rPr>
          <w:lang w:eastAsia="zh-CN"/>
        </w:rPr>
        <w:br/>
      </w:r>
      <w:r>
        <w:rPr>
          <w:lang w:eastAsia="zh-CN"/>
        </w:rPr>
        <w:t>　　三、组织协调方面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实际工作中，努力学会运用马克思主义的立场、观点和方法去分析、研究、解决问题，有一定的组织协调能力和科学决策水平。注意学习现代管理知识，较好地掌握了工程施工管理中的一般规律。特别是在_高速公路桥工地，我所在的工地是我公司分包的工程，在工程人员心中都知道分包工程不好干，不是技术方面不好干，而是与总承包单位的管理与技术人员关系的处理方面，如在工程进度要求最严的时间，要设备没设备，在要材料没材料的情况下又要求要有进度（注：部分主材由总承包单位负责），进度完成不了就罚款，这就造成我们与总承包单位的矛盾激化。</w:t>
      </w:r>
      <w:r>
        <w:rPr>
          <w:lang w:eastAsia="zh-CN"/>
        </w:rPr>
        <w:br/>
      </w:r>
      <w:r>
        <w:rPr>
          <w:lang w:eastAsia="zh-CN"/>
        </w:rPr>
        <w:t>　　作为一名在工程一线进行施工管理的工作者，能协助项目负责人做好职工的思想工作，为部门工作的有效开展提供了保障，遇到工作中的情况要知道如何来处理，在到达工地之后，项目负责人要求我负责质检与现场各种事情的协调，我采取的方式是在工作中即要和总承包的现场主管建立工作关系还要建立良好的私人关系，平时多和临理与总承包方面加强联系，争取在他的职权范围内能多的给于方便以便我们在工程进行中能够更少遇到麻烦，以自己最大的工作能力与责任感为项目工作创造更多的便利，使工程项目的效益取得最大限度。在工作中既充分相信、放手使用下面的施工队伍，运用好他们丰富的施工经验，较好地发挥了他们的作用。</w:t>
      </w:r>
      <w:r>
        <w:rPr>
          <w:lang w:eastAsia="zh-CN"/>
        </w:rPr>
        <w:br/>
      </w:r>
      <w:r>
        <w:rPr>
          <w:lang w:eastAsia="zh-CN"/>
        </w:rPr>
        <w:t>　　四、业务能力方面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从参加工作以来，努力学习本专业的理论知识和专业技能，重视不断提高自己的业务水平和教学能力，并根据工程项目施工管理工作的实际需要，通过业余时间以不同形式学习，努力提高自己的专业技术能力和水平。在工作中不断的发现问题及时处理问题，因为在_大桥工地，基础等主体工程都是大体积的砼实体，一般浇筑砼后强度达到设计强度之后会出现裂缝等情况，当时我就开始翻资料找问题，之后得知我们工地裂缝产生的原因主要是因为温度问题，混凝土浇筑后，在硬化过程中，水泥水化产生大量的水化热，（当水泥用量在350～550</w:t>
      </w:r>
      <w:r>
        <w:rPr>
          <w:lang w:eastAsia="zh-CN"/>
        </w:rPr>
        <w:t xml:space="preserve"> kg/m3，每立方米混凝土将释放出17500～27500kJ的热量，从而使混凝土内部温度升达70℃左右甚至更高）。由于混凝土的体积较大，大量的水化热聚积在混凝土内部而不易散发，导致内部温度急剧上升，而混凝土表面散热较快，这样就形成内外的较大温差，较大的温差造成内部与外部热胀冷缩的程度不同，使混凝土表面产生一定的拉应力，致使裂缝的产生。随后根据当时情况得出处理措施一是尽量选用低热或中热水，二是减少水泥用量，三是降低水灰比，四是加强混凝土养护，五是混凝土中配置少量的钢筋或者掺入纤维材料等措施。经过处理措施的施行，大体积砼浇筑后待强度达到设计要求后，情况得到了很大的改善。通过一年的努力，本人的专业技术和驾驭工作的能力得到了较大幅度的提高，为更好的完成各项工作任务奠定了坚实的基础。参加工作以来，由于出色的工作多次得到项目负责人与领导的好评。</w:t>
      </w:r>
      <w:r>
        <w:rPr>
          <w:lang w:eastAsia="zh-CN"/>
        </w:rPr>
        <w:br/>
      </w:r>
      <w:r>
        <w:rPr>
          <w:lang w:eastAsia="zh-CN"/>
        </w:rPr>
        <w:t>　　五、继续教育学习方面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了更好地适应当前的工程项目施工管理工作，在努力做好本职工作的同时。我十分注重继续再教育学习，多次参加各级部门组织的技术培训与文凭的提高，20__年__月，我参加了全国成人高考的专升本的专升本考试，并且被_学院的土木工程本科的录取，并于20__年3月份开始参加学习，争取早日取得本科学历，并将学到的专业知识运用到平时的日常工作当中，使个人的价值得到最大的体现。本人并于20__年9月参加公司的员培训，争取努力学习，早日取得证书。参加工作以来，我积极承担工程项目施工管理的各项工作任务，能够做到兢兢业业，圆满完成领导交办的各项工作任务，从不为自己的私事影响正常工作，能够积极的参加工程项目的各项工作，由于工作出色，多次受到领导的肯定。</w:t>
      </w:r>
      <w:r>
        <w:rPr>
          <w:lang w:eastAsia="zh-CN"/>
        </w:rPr>
        <w:br/>
      </w:r>
      <w:r>
        <w:rPr>
          <w:lang w:eastAsia="zh-CN"/>
        </w:rPr>
        <w:t>　　六、存在的问题</w:t>
      </w:r>
      <w:r>
        <w:rPr>
          <w:lang w:eastAsia="zh-CN"/>
        </w:rPr>
        <w:br/>
      </w:r>
      <w:r>
        <w:rPr>
          <w:lang w:eastAsia="zh-CN"/>
        </w:rPr>
        <w:t>　　工程项目施工管理工作的亮点不多，开拓创新不够，工作经验不足，工程管理的决策能力和水平有待提高等。在今后的工作中，我一定更加努力学习，运用所学知识，不断改进工作方法，提高工作效率，踏踏实实，任劳任怨，勤奋工作，成为一名合格的现场施工管理专业技术人员。</w:t>
      </w:r>
      <w:r>
        <w:rPr>
          <w:lang w:eastAsia="zh-CN"/>
        </w:rPr>
        <w:br/>
      </w:r>
      <w:r>
        <w:rPr>
          <w:lang w:eastAsia="zh-CN"/>
        </w:rPr>
        <w:t xml:space="preserve">    最新技术员的工作总结范文 篇7 </w:t>
      </w:r>
      <w:r>
        <w:rPr>
          <w:lang w:eastAsia="zh-CN"/>
        </w:rPr>
        <w:br/>
      </w:r>
      <w:r>
        <w:rPr>
          <w:lang w:eastAsia="zh-CN"/>
        </w:rPr>
        <w:t>　　本年度即将过去，为能在下一年度更好工作、总结、坚持优点、改正不足，按公司要求特总结如下：</w:t>
      </w:r>
      <w:r>
        <w:rPr>
          <w:lang w:eastAsia="zh-CN"/>
        </w:rPr>
        <w:br/>
      </w:r>
      <w:r>
        <w:rPr>
          <w:lang w:eastAsia="zh-CN"/>
        </w:rPr>
        <w:t>　　一、深入现场、扎实工作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今年_月份我很高兴的来到我公司一动车间，先在二原液车间进行实习，正好遇到短丝扩建二期工程安装，在这里，我接触到各种电气仪表，从那一刻起我知道我将在这里不断的丰富自己，学到很多东西，我也抱着这样的心态工作下去。在下面实习一个月左右，在领导的重视下，在_工指导下，我完成了新区二酸站闪蒸，结晶，脱气的plc编程工作，在这段时间我学到了很多东西，之后进行调试，虽然这些东西对我来说比较陌生，因为学校里学到的都是书面的东西，这样的实际应用还是第一次，我时刻努力着，在调试中，出现很多问题，在其他技术员的支持下，顺利完成了车间领导交给的任务，并且让自己的业务水平得到进一步提高。</w:t>
      </w:r>
      <w:r>
        <w:rPr>
          <w:lang w:eastAsia="zh-CN"/>
        </w:rPr>
        <w:br/>
      </w:r>
      <w:r>
        <w:rPr>
          <w:lang w:eastAsia="zh-CN"/>
        </w:rPr>
        <w:t>　　_月份，我正式调到车间办公室，我深刻感受到身上肩负的责任。作为电气电车间的一名电气技术员，我的主要职责是负责电气车间电气技术支持工作，制定电气设备的检修安排工作和相应的管理规程、技术操作，组织职工搞好业务培训，并且经常深入现场，对工艺车间提出的技术改造和小修项目进行落实，保证车生产车间机器稳定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年来，我努力工作，认真履行职责，从技术和管理水平上不断提高自己，在各个方面都取得了较大进步。在车间里我与工人师傅们同上同下，遇到设备出现问题积极到现场处理故障、排除隐患。每天坚持到现场查验设备运转情况，高、低压设备的供电情况；学习plc控制技术；了解控制信号的走线布置情况、信息传输方式。现在很多方面都取得了较大的进步，例如：对酸站站系统、长丝打包机系统、短丝打包系统、短丝烘干控制系统等，由浅入深的掌握了系统基本控制结构和原理。使我对工艺的生产过程有了进一步的了解，并且有把以前学到的知识与实际生产有效的结合，为以后能够更好的理论联系实际，更好的促进生产、更好的减少工人师傅们的劳动强度、更有效的提高劳动生产效率、为企业和社会创造更多的效益打下了坚实的基础。其他方面，一丝不苟的完善和完成电气安全规程措施，并且认真监督实施。</w:t>
      </w:r>
      <w:r>
        <w:rPr>
          <w:lang w:eastAsia="zh-CN"/>
        </w:rPr>
        <w:br/>
      </w:r>
      <w:r>
        <w:rPr>
          <w:lang w:eastAsia="zh-CN"/>
        </w:rPr>
        <w:t>　　材料计划提的及时、全面，备件参数的准确是设备正常运转的保证。我担负着电气设备材料计划的上报工作，在工作中，我及时跑现场，查问题，以便使备件能够更加全面，可靠，避免了因为缺少备件而耽误生产的状况。对于材料计划工作，选型号看似一个很简单的工作，但是这也是一门大学问，各种材料的参数，如何选型都需要根据实际需求进行选择，在领导的虚心教导下，我一步步的成长着。</w:t>
      </w:r>
      <w:r>
        <w:rPr>
          <w:lang w:eastAsia="zh-CN"/>
        </w:rPr>
        <w:br/>
      </w:r>
      <w:r>
        <w:rPr>
          <w:lang w:eastAsia="zh-CN"/>
        </w:rPr>
        <w:t>　　在工作中，首先是对自己要求严，不允许职工办的事，自己坚决不干，为现场职工做好表率。在执行贯彻规程措施上，严格现场对号，措施不对号的工作一项不干。对职工的违章行为和不规范行为坚决制止。在生产中出现的安全事故和影响生产的事故认真组织分析，不走过场，责任追究不走形式，做到了落实责任，警醒大家的目的。其次是考虑工作细，做到了统筹兼顾，即有方面又有具体地工作布置，既考虑到了生产又考虑到了电气，做到了面面俱到无漏控现象，工作做到了有布置、有落实、有检查。三是务实，通过每天坚持学习，不断提高了自己的理论水平、业务水平、实践经验和个人素质。四是工作扎实，工作不停留在表面上，不怕困难、不怕伤人、求实见效，进一步提高了自己的管理水平。</w:t>
      </w:r>
      <w:r>
        <w:rPr>
          <w:lang w:eastAsia="zh-CN"/>
        </w:rPr>
        <w:br/>
      </w:r>
      <w:r>
        <w:rPr>
          <w:lang w:eastAsia="zh-CN"/>
        </w:rPr>
        <w:t>　　二、投身技改、永于创新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工作中，认真向老同志学习，不断提高自己，并且利用其他时间，学习更高新的知识。积极参与到厂plc程序控制系统的改造中去，公司工艺车间的技术改造项目很多，每一次技改都是我们提高专业技能的好机会，现在我个人还没有能力进行大的项目改造，但是我始终保持良好的态度，投身到这些工作中去，遇到问题勇于挺身，在配合李工的工作中不断丰富，不断学习，不断进步。</w:t>
      </w:r>
      <w:r>
        <w:rPr>
          <w:lang w:eastAsia="zh-CN"/>
        </w:rPr>
        <w:br/>
      </w:r>
      <w:r>
        <w:rPr>
          <w:lang w:eastAsia="zh-CN"/>
        </w:rPr>
        <w:t>　　三、缺点与不足</w:t>
      </w:r>
      <w:r>
        <w:rPr>
          <w:lang w:eastAsia="zh-CN"/>
        </w:rPr>
        <w:br/>
      </w:r>
      <w:r>
        <w:rPr>
          <w:lang w:eastAsia="zh-CN"/>
        </w:rPr>
        <w:t>　　由于我公司应用到的自控系统多样，因此在很多方面技术和经验都不足，遇到的问题多，处理问题就不能做到得心应手。在以后的工作中，一定要坚持多跑现场，敢于发现、解决和处理问题，遇到问题，决不逃避，虚心向经验丰富的技术员，老工人学习；另外，及时组织经验教训，把存在的问题，不懂的问题都记录下来，并且抓紧时间解决处理，做好记录，以便日后遇到同样的问题，能够更快的组织处理好。认真学习管理方式和方法，使自己在今后的生产组织中，能够更好的完成领导布置的工作和任务。在以前的工作中，考虑问题往往不周全，做事不考虑后果，不仅耽误了自己，还影响了别人，在今后的工作学习中，一定加强学习，使自己更快的成熟起来。</w:t>
      </w:r>
      <w:r>
        <w:rPr>
          <w:lang w:eastAsia="zh-CN"/>
        </w:rPr>
        <w:br/>
      </w:r>
      <w:r>
        <w:rPr>
          <w:lang w:eastAsia="zh-CN"/>
        </w:rPr>
        <w:t>　　总之，通过一年的生产劳动和技术学习，我在思想上和技术上都得到了很大的提高和进步。即开阔了眼界，丰富了知识，又提高了自己的管理和业务水平，最重要的是为自己在今后的工作中，能够更好的完成工作任务打下了良好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总结一年来的工作，即有成绩又有很多的缺点。在今后的工作中，只有不断的认真总结，发现不足，改正缺点，个人才能得到更快的进步。</w:t>
      </w:r>
      <w:r>
        <w:rPr>
          <w:lang w:eastAsia="zh-CN"/>
        </w:rPr>
        <w:br/>
      </w:r>
      <w:r>
        <w:rPr>
          <w:lang w:eastAsia="zh-CN"/>
        </w:rPr>
        <w:t xml:space="preserve">    最新技术员的工作总结范文 篇8 </w:t>
      </w:r>
      <w:r>
        <w:rPr>
          <w:lang w:eastAsia="zh-CN"/>
        </w:rPr>
        <w:br/>
      </w:r>
      <w:r>
        <w:rPr>
          <w:lang w:eastAsia="zh-CN"/>
        </w:rPr>
        <w:t>　　__年9月，我作为综掘二队实习技术员开始参加队组技术管理工作；__年3月，经过半年的实习生活，我逐渐掌握了大部分一线掘进队组生产、机电技术知识，并正式成为综掘二队技术员。随着技术工作的日渐熟稔和自身业务技术水平的不断提高，我已经能够独立完成大部分规程措施的编撰，同时很好地实现了井下现场与技术工作的良好结合，为后期技术水平再上新台阶奠定了良好的基础。</w:t>
      </w:r>
      <w:r>
        <w:rPr>
          <w:lang w:eastAsia="zh-CN"/>
        </w:rPr>
        <w:br/>
      </w:r>
      <w:r>
        <w:rPr>
          <w:lang w:eastAsia="zh-CN"/>
        </w:rPr>
        <w:t>　　一、上半年工作主要成绩</w:t>
      </w:r>
      <w:r>
        <w:rPr>
          <w:lang w:eastAsia="zh-CN"/>
        </w:rPr>
        <w:br/>
      </w:r>
      <w:r>
        <w:rPr>
          <w:lang w:eastAsia="zh-CN"/>
        </w:rPr>
        <w:t>　　──__年上半年，协助主管技术员完成了_V5103、_V5104、_V53012东巷作业规程的'编制，独立完成相关巷道绞车硐室、通风联络横川、综掘地沟、扩帮挑顶、综掘设备安装回收等各项安全技术措施的编写和学习培训工作，达到技术结合现场、指导现场的目的。</w:t>
      </w:r>
      <w:r>
        <w:rPr>
          <w:lang w:eastAsia="zh-CN"/>
        </w:rPr>
        <w:br/>
      </w:r>
      <w:r>
        <w:rPr>
          <w:lang w:eastAsia="zh-CN"/>
        </w:rPr>
        <w:t>　　──与队组其他技术员共同做好矿压观测、顶板岩性记录、顶板离层仪管理等，实现了现场无瓦斯、顶板、水患事故。</w:t>
      </w:r>
      <w:r>
        <w:rPr>
          <w:lang w:eastAsia="zh-CN"/>
        </w:rPr>
        <w:br/>
      </w:r>
      <w:r>
        <w:rPr>
          <w:lang w:eastAsia="zh-CN"/>
        </w:rPr>
        <w:t>　　──完成“人人都是通风员”“煤矿瓦斯管理条例”“各工种危险源辨识”及作业过程、操作过程、安全技术措施的学习培训工作。</w:t>
      </w:r>
      <w:r>
        <w:rPr>
          <w:lang w:eastAsia="zh-CN"/>
        </w:rPr>
        <w:br/>
      </w:r>
      <w:r>
        <w:rPr>
          <w:lang w:eastAsia="zh-CN"/>
        </w:rPr>
        <w:t>　　──进一步完善技术资料和培训资料管理。</w:t>
      </w:r>
      <w:r>
        <w:rPr>
          <w:lang w:eastAsia="zh-CN"/>
        </w:rPr>
        <w:br/>
      </w:r>
      <w:r>
        <w:rPr>
          <w:lang w:eastAsia="zh-CN"/>
        </w:rPr>
        <w:t>　　──加强思想政治理论和新版安全质量标准化知识学习。</w:t>
      </w:r>
      <w:r>
        <w:rPr>
          <w:lang w:eastAsia="zh-CN"/>
        </w:rPr>
        <w:br/>
      </w:r>
      <w:r>
        <w:rPr>
          <w:lang w:eastAsia="zh-CN"/>
        </w:rPr>
        <w:t>　　二、上半年工作实施方法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合理组织、精心安排、保质保量完成工作任务。__年上半年，我队施工项目复杂，各项工程施工难度大、要求高，技术管理工作面临严峻挑战。为了实现技术工作与队组日常安全生产工作同步进行，规程措施在井下现场的良好落地，使技术管理工作更加良好地指导现场作业，本人经常深入井下一线观察现场作业条件，记录工作面周围巷道设施、设备、地质条件，使技术工作能够更加贴近现场、还原现场，更具现实指导意义。</w:t>
      </w:r>
      <w:r>
        <w:rPr>
          <w:lang w:eastAsia="zh-CN"/>
        </w:rPr>
        <w:br/>
      </w:r>
      <w:r>
        <w:rPr>
          <w:lang w:eastAsia="zh-CN"/>
        </w:rPr>
        <w:t>　　2、加强业务技术知识学习，提高工作水平。针对自身岗位和井下现场工艺流程和技术管理复杂性，日常工作中我特别注重理论知识的学习。作为一名技术人员，就应该始终以业务知识学习作为工作的主要任务。为了尽快熟悉业务，做好技术员本职工作，翻阅了大量有关机电、生产技术方面的知识，认真钻研学习工艺流程，做到“不懂就查，不懂就问”的好的学习方法，从本质上解决问题，并找到问题的根源，解决问题的原理方法加以巩固学习。期间也不忘利用丰富的网络资源，下载大量的专业文献资料，遇到难题主动向老师傅们请教，不断积累实践经验，使自己的业务知识能力满足工作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认真贯彻落实煤矿法律法规知识，强化煤矿典型事故案例的学习，特别是对一般“三违”和严重“三违”的学习。结合本单位实际情况，把安全生产目标层层分解到每个班组，每个岗位的每个工种，做到现场施工流程化、精细化。紧紧围绕“一通三防”、顶板管理、机电运输、防治水、火工品、危险化学品、特殊设备等方面进行了自检旬检活动。强化规程和安全技术措施的管理，提高措施的针对性和可操作性。所有工程做到“一工程一预知、一措施、一学习、一落实”，确保规程措施的现场兑现。加强职工培训工作，不断提高职工素质。做到技术学习采用正规培训与日常培训相结合的培训方法，不断强化职工学习意识。使职工业务能力有了很大提高，有力的推动了现场安全生产工作。</w:t>
      </w:r>
      <w:r>
        <w:rPr>
          <w:lang w:eastAsia="zh-CN"/>
        </w:rPr>
        <w:br/>
      </w:r>
      <w:r>
        <w:rPr>
          <w:lang w:eastAsia="zh-CN"/>
        </w:rPr>
        <w:t>　　三、存在的问题和今后努力方向</w:t>
      </w:r>
      <w:r>
        <w:rPr>
          <w:lang w:eastAsia="zh-CN"/>
        </w:rPr>
        <w:br/>
      </w:r>
      <w:r>
        <w:rPr>
          <w:lang w:eastAsia="zh-CN"/>
        </w:rPr>
        <w:t>　　回顾检查自身存在的问题，我认为主要是现场生产工艺和设备工作原理只知其一，不知其二，没有做到了如指掌；创新意识不够；对外协调能力需要进一步加强。主要原因是任职时间较短、缺乏经验。在今后的工作中，我一定努力做到以下三点：</w:t>
      </w:r>
      <w:r>
        <w:rPr>
          <w:lang w:eastAsia="zh-CN"/>
        </w:rPr>
        <w:br/>
      </w:r>
      <w:r>
        <w:rPr>
          <w:lang w:eastAsia="zh-CN"/>
        </w:rPr>
        <w:t>　　一、努力学习，勤下现场，理论结合实际，提高综合素质和业务能力，在自身岗位工作上做出最大贡献。</w:t>
      </w:r>
      <w:r>
        <w:rPr>
          <w:lang w:eastAsia="zh-CN"/>
        </w:rPr>
        <w:br/>
      </w:r>
      <w:r>
        <w:rPr>
          <w:lang w:eastAsia="zh-CN"/>
        </w:rPr>
        <w:t>　　二、勇于创新，多学习，多汲取科技知识，并将其灵活地运用到井下生产、机电、运输、通风等各个系统中。</w:t>
      </w:r>
      <w:r>
        <w:rPr>
          <w:lang w:eastAsia="zh-CN"/>
        </w:rPr>
        <w:br/>
      </w:r>
      <w:r>
        <w:rPr>
          <w:lang w:eastAsia="zh-CN"/>
        </w:rPr>
        <w:t>　　三、放下思想包袱，多于员工沟通，增强协调能力，想职工之所想，急职工之所急，力争做一名优秀的基层技术管理人员。</w:t>
      </w:r>
      <w:r>
        <w:rPr>
          <w:lang w:eastAsia="zh-CN"/>
        </w:rPr>
        <w:br/>
      </w:r>
      <w:r>
        <w:rPr>
          <w:lang w:eastAsia="zh-CN"/>
        </w:rPr>
        <w:t>　　最后，感谢各级领导及相关业务部门长期以来对我技术工作的关注和支持。二〇一四年下半年我将一如既往做好技术管理工作，服务队组安全生产。</w:t>
      </w:r>
      <w:r>
        <w:rPr>
          <w:lang w:eastAsia="zh-CN"/>
        </w:rPr>
        <w:br/>
      </w:r>
      <w:r>
        <w:rPr>
          <w:lang w:eastAsia="zh-CN"/>
        </w:rPr>
        <w:t xml:space="preserve">    最新技术员的工作总结范文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自20__年7月份到现在一年多的时间过去了，本人在中核二二深圳分公司任职技术员一年，施工员半年，参与过两个项目，分别是惠州合正东部湾项目和深圳合正丹竹头住宅项目，可以说赶上深圳分公司发展的大好时机，二个均是很大的项目。在深圳分公司领导的细心关怀与指导下，我成长了许多，学会了很多。惠州合正东部湾项目是我参与的第一个项目，我被领导安排在工程部担任施工员，并且有师带徒的模式，让我学习的很快，因为现场才是学习最直观也收获最多的地方，特别对于我们这样刚从学校毕业参加工作的新员工，我对工作充满了激情，不懂就问，勤跑现场，熟悉图纸，请教经验，深得领导及师傅的认可，虽然时间只有三个月，但胜过在学校一年的学习，此时，在深圳分公司陈总的安排下来到深圳合正东部湾一个更大的项目，非常感谢陈总给与我这样一个良机，这里让我的能力进一步提升，带着分公司领导相信年轻人，敢让年轻人干的动力与期望，我在技术部任职技术员更是奋力拼搏，干劲十足，吸取教训，总结经验，让自己更上一层楼。这里接触到了很多以前没接触的东西，也学到了更全面的知识，虽说在技术部但一样勤于去现场学习与摸索。当然在这一年也在摸索与学习的过程中遇到过很多困难，有时会感到艰辛，但也锻炼了自己。现对这一年的工作进行总结如下：</w:t>
      </w:r>
      <w:r>
        <w:rPr>
          <w:lang w:eastAsia="zh-CN"/>
        </w:rPr>
        <w:br/>
      </w:r>
      <w:r>
        <w:rPr>
          <w:lang w:eastAsia="zh-CN"/>
        </w:rPr>
        <w:t>　　一、关于本职工作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对于领导交代的任务都能够以认真的态度去完成，积极主动的配合好各项工作，对于一些方案、技术交底的编写也能够及时完成。当然对此不能满足现状，更多的是要自己去发现问题，自己能够多想几步棋。比如对于各种的图纸设计变更、工作联系函，能够及时找出问题。并且发放相关人员手中，进行交底，将事情落实到位。现场遇到的问题，能根据具体情况做出相应的解决方法，不懂的地方及时虚心请教，共同探讨解决问题的方法。能够积极主动的和同事交流，耐心的听取他们的意见改进工作，以及与现场班组讨论现场施工问题，充分了解现场的施工情况。同时利用工作及业余时间学习一些能处理关于甲方、监理之间的工作和商务算量、现场签证的审核等工作。</w:t>
      </w:r>
      <w:r>
        <w:rPr>
          <w:lang w:eastAsia="zh-CN"/>
        </w:rPr>
        <w:br/>
      </w:r>
      <w:r>
        <w:rPr>
          <w:lang w:eastAsia="zh-CN"/>
        </w:rPr>
        <w:t>　　二、关于惠州东部湾项目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这个项目的工作主要是担任施工员，首先学习到的是进度、质量、安全三个宏观控制要点，虽然说施工主要管理现场施工的工作，但我会仔细看图纸及学习工序，自检，配合监理验收。在图纸方面一定要看仔细，找出问题及时和甲方联系，以免影响现场施工进度及带来不必要的损失与浪费，现场有一个不错的学习环境，就是在劳务班组，他们做的多为专项，而且现场施工起来更能发现问题，所以必须和他们及时交流讨论，当然从他们之间也学习了不少，毕竟理论要和现实结合起来，还要对他们进行管理，这也让我锻炼了与人沟通和交流的能力，劳务分包的工人不好管理、工程进度不好控制，每天会督促施工及控制质量。自检可谓是把好第一关，从钢筋按规范验收，模板垂直度，平直度，节点位置，复线，控制拆模时间，养护到拆除，修补等，一遍又一遍的，从中发现问题不断要求改进，可以说更了解现场会出现那些问题，吸取教训，下次避免可谓是一种成本控制，当然发现在学习工作过程的遇到很多问题，就是任何一项工作你要有足够的能力，要了解很多方面才利于你更有效率处理问题，比如我需要对现场材料机具特点有更多了解，虽然在这个项目仅仅三个月，但为我之后的工作夯实了基础，我有一个总线，接下来可以去细分，去更深入学习探索。</w:t>
      </w:r>
      <w:r>
        <w:rPr>
          <w:lang w:eastAsia="zh-CN"/>
        </w:rPr>
        <w:br/>
      </w:r>
      <w:r>
        <w:rPr>
          <w:lang w:eastAsia="zh-CN"/>
        </w:rPr>
        <w:t>　　三、关于深圳丹竹头项目</w:t>
      </w:r>
      <w:r>
        <w:rPr>
          <w:lang w:eastAsia="zh-CN"/>
        </w:rPr>
        <w:br/>
      </w:r>
      <w:r>
        <w:rPr>
          <w:lang w:eastAsia="zh-CN"/>
        </w:rPr>
        <w:t>　　在这个项目已经工作一年多，可以说这个项目让我提升更多，一、项目更大，十七万多建筑面积及接近三个亿的造价，而且是个整体地下室，有住宅与商铺。从项目前期规划，做临建，对现场规划布置，办公区域、工人宿舍、排水、塔吊布置、土方运输等参与，深感做为一名建筑人需要的全面的知识以及各种能力。其中临建让我的自主学习、应变能力得到不少的提升，然而考虑合理性、经济性，都一个考验。然后就是前期的工作，可以说任务是很重很急的，在这样一个快节奏的环境下需要的经验以及效率，从土方开挖到绑扎钢筋，浇筑第一个基础构件，中间遇到很多问题。场为市区工地，限于场地，还有严格的安全文明施工的要求，这些种种之前都未接触的问题。这些问题凭自己的能力是不能够处理好的，但在我们的总工卢总细心指导，还是顺利完成工作，特别在熟悉图纸、方案编写、现场技术问题处理，因为很多工作我们都要走在最前面，技术部在有着8年丰富技术工作经验的卢总带领与培养下，每个人都能够单独解决大部分工作上的问题，私下里也没有领导架子，能和我们一起聊天，关心我们的生活，一起分享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针对自己在文字方面工地差一些，总工会给我很多机会让我去锻炼，发工作联系函，一遍一遍的修改，看的出来他的严格要求与细心。在参加图纸会审，对一些图纸上的问题进行整理，分析、解决，通过图纸会审对二期整体有所一定的了解，以后还要加紧看图，要更深一层次的了解。这些让我感觉到很重要，因为如果图纸出现错误，而现场已经施工将会造成人工材料浪费以及延误工期，所以更加认识到技术工作的艰巨性。</w:t>
      </w:r>
      <w:r>
        <w:rPr>
          <w:lang w:eastAsia="zh-CN"/>
        </w:rPr>
        <w:br/>
      </w:r>
      <w:r>
        <w:rPr>
          <w:lang w:eastAsia="zh-CN"/>
        </w:rPr>
        <w:t>　　四、个人观点</w:t>
      </w:r>
      <w:r>
        <w:rPr>
          <w:lang w:eastAsia="zh-CN"/>
        </w:rPr>
        <w:br/>
      </w:r>
      <w:r>
        <w:rPr>
          <w:lang w:eastAsia="zh-CN"/>
        </w:rPr>
        <w:t>　　这一年来通过在项目上的工作，发现有很多的很难题需要去找到更好的方案去解决。</w:t>
      </w:r>
      <w:r>
        <w:rPr>
          <w:lang w:eastAsia="zh-CN"/>
        </w:rPr>
        <w:br/>
      </w:r>
      <w:r>
        <w:rPr>
          <w:lang w:eastAsia="zh-CN"/>
        </w:rPr>
        <w:t>　　自己执行力不够强，管理起来还是有不少困难，劳务人员安全意识比较差不服从管理，细说呢施工方面还有各个工序、节点的衔接、控制，材料浪费，甲分包的管理，安全方面，临边洞口防护的施工二次甚至三次搭设已被毁坏，技术方面图纸变更及联系函不能及时得到甲方回复及确认，工程量签证困难。当然我会不断在实践中去寻找解决的方法。</w:t>
      </w:r>
      <w:r>
        <w:rPr>
          <w:lang w:eastAsia="zh-CN"/>
        </w:rPr>
        <w:br/>
      </w:r>
      <w:r>
        <w:rPr>
          <w:lang w:eastAsia="zh-CN"/>
        </w:rPr>
        <w:t>　　这一年中，也没少过磕磕绊绊，总之比刚进公司时有很大进步，但和领导对我的期望相比还是相差甚远。在以后的工作中，我会一如既往的努力工作，始终用一种积极乐观向上的心态，把自己的这种热情带个身边的每个人，用自己的微笑，带给身边每个人快乐，让每个人都能拥有一个愉快的心情投入到工作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我会不断提高自己的专业水平，提高工作效率，在每次做事之前做好充分准备，不打无准备之战。加强甲方、监理、劳务分包之间的沟通使工作更为深入。</w:t>
      </w:r>
      <w:r>
        <w:rPr>
          <w:lang w:eastAsia="zh-CN"/>
        </w:rPr>
        <w:br/>
      </w:r>
      <w:r>
        <w:rPr>
          <w:lang w:eastAsia="zh-CN"/>
        </w:rPr>
        <w:t>　　以上是我的工作总结及个人感想，这是我在这一年工作中所见、所闻、所想。在这一步一步走过的路途中，感谢领导的精心栽培，让我不断历练、成长。</w:t>
      </w:r>
      <w:r>
        <w:rPr>
          <w:lang w:eastAsia="zh-CN"/>
        </w:rPr>
        <w:br/>
      </w:r>
      <w:r>
        <w:rPr>
          <w:lang w:eastAsia="zh-CN"/>
        </w:rPr>
        <w:t xml:space="preserve">    最新技术员的工作总结范文 篇10 </w:t>
      </w:r>
      <w:r>
        <w:rPr>
          <w:lang w:eastAsia="zh-CN"/>
        </w:rPr>
        <w:br/>
      </w:r>
      <w:r>
        <w:rPr>
          <w:lang w:eastAsia="zh-CN"/>
        </w:rPr>
        <w:t>　　情字供电队成立以来，在各科室的监督指导下，在A队长和B书记的关心帮助下，我团结并带领全队员工，围绕“安全、节能、计量、应急、培训、装备”等工作职责，发动全员参与、促进持续改进，充分发挥团队力量，克服了人少、事多、路远等困难，较好的实现了预定的技术员工作目标。现将工作情况，从三个方面简要汇报如下：</w:t>
      </w:r>
      <w:r>
        <w:rPr>
          <w:lang w:eastAsia="zh-CN"/>
        </w:rPr>
        <w:br/>
      </w:r>
      <w:r>
        <w:rPr>
          <w:lang w:eastAsia="zh-CN"/>
        </w:rPr>
        <w:t>　　一、理清工作思路，抓好两个核心。</w:t>
      </w:r>
      <w:r>
        <w:rPr>
          <w:lang w:eastAsia="zh-CN"/>
        </w:rPr>
        <w:br/>
      </w:r>
      <w:r>
        <w:rPr>
          <w:lang w:eastAsia="zh-CN"/>
        </w:rPr>
        <w:t>　　技术兼安全员作为本队的综合职能岗位，工作中既要执行各科室指令，又要配合队长、书记工作，对员工和设备负责，工作任务繁杂。为此，我把“安全管理”和“基础资料管理”作为两个核心工作来抓，不断创新工作思路。</w:t>
      </w:r>
      <w:r>
        <w:rPr>
          <w:lang w:eastAsia="zh-CN"/>
        </w:rPr>
        <w:br/>
      </w:r>
      <w:r>
        <w:rPr>
          <w:lang w:eastAsia="zh-CN"/>
        </w:rPr>
        <w:t>　　一是狠抓安全监管，推进工作落实。检查督促是公司各项决策能否落实的关键环节，根据上级文件的要求，我坚持结合工作实际，突出重点，对我队的安全生产工作进行有效的检查督促，及时消除各类隐患，保证政令畅通，树立安全职能部门的权威。根据上级部门规定时限和整改要求，做到了件件有着落、事事有回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二是细心整理基础资料，我先后建立了计量设备档案、应急物资台账、变压器台帐、车辆技术档案、特种作业人员档案、法律法规制度清单等基础资料。加快了本队的标准化建设进程，为打造__地区坚强电网提供了有力的技术支持。</w:t>
      </w:r>
      <w:r>
        <w:rPr>
          <w:lang w:eastAsia="zh-CN"/>
        </w:rPr>
        <w:br/>
      </w:r>
      <w:r>
        <w:rPr>
          <w:lang w:eastAsia="zh-CN"/>
        </w:rPr>
        <w:t>　　二、做好两个服务，树立工作新形象。</w:t>
      </w:r>
      <w:r>
        <w:rPr>
          <w:lang w:eastAsia="zh-CN"/>
        </w:rPr>
        <w:br/>
      </w:r>
      <w:r>
        <w:rPr>
          <w:lang w:eastAsia="zh-CN"/>
        </w:rPr>
        <w:t>　　坚持从小事做起，着眼大局，努力提高服务水平。</w:t>
      </w:r>
      <w:r>
        <w:rPr>
          <w:lang w:eastAsia="zh-CN"/>
        </w:rPr>
        <w:br/>
      </w:r>
      <w:r>
        <w:rPr>
          <w:lang w:eastAsia="zh-CN"/>
        </w:rPr>
        <w:t>　　一是做好对用户的服务，每当接到ZZZ的停电报告后，我能够在第一时间指挥外线班前往事故现场，及时展开事故抢修工作，恢复送电后主动通知用户开启设备；</w:t>
      </w:r>
      <w:r>
        <w:rPr>
          <w:lang w:eastAsia="zh-CN"/>
        </w:rPr>
        <w:br/>
      </w:r>
      <w:r>
        <w:rPr>
          <w:lang w:eastAsia="zh-CN"/>
        </w:rPr>
        <w:t>　　二是对各班组工作提供服务，除了提供技术支持和安全监督以外，积极联系相关单位，消除模拟图板不对应、变压器吸湿器受潮等设备缺陷，使班组反映的问题都能得到圆满解决，让整个队伍形成合力，提高了整体工作积极性。</w:t>
      </w:r>
      <w:r>
        <w:rPr>
          <w:lang w:eastAsia="zh-CN"/>
        </w:rPr>
        <w:br/>
      </w:r>
      <w:r>
        <w:rPr>
          <w:lang w:eastAsia="zh-CN"/>
        </w:rPr>
        <w:t>　　三、勤于思考，细致检查工作。</w:t>
      </w:r>
      <w:r>
        <w:rPr>
          <w:lang w:eastAsia="zh-CN"/>
        </w:rPr>
        <w:br/>
      </w:r>
      <w:r>
        <w:rPr>
          <w:lang w:eastAsia="zh-CN"/>
        </w:rPr>
        <w:t>　　按照队长的要求，定期对本队管辖的线路及变电所进行隐患检查和现场指导，在检查的过程中发现了白V线111分两相导线搭连的隐患，由于及时处理，避免了重大事故的发生。</w:t>
      </w:r>
      <w:r>
        <w:rPr>
          <w:lang w:eastAsia="zh-CN"/>
        </w:rPr>
        <w:br/>
      </w:r>
      <w:r>
        <w:rPr>
          <w:lang w:eastAsia="zh-CN"/>
        </w:rPr>
        <w:t>　　由于在去年工作中成绩突出，创先争优活动中，我被公司评为优秀管理者和优秀共产党员称号。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总之，在去年技术工作中，自己利用所学的专业技术知识，在生产实践中做了一些实际工作，具备了一定的技术工作能力。在今后的工作中，还要不断加强学习，克服缺点，力争自己专业技术更加适应今后生产发展需要。</w:t>
      </w:r>
      <w:r>
        <w:rPr>
          <w:lang w:eastAsia="zh-CN"/>
        </w:rPr>
        <w:br/>
      </w:r>
      <w:r>
        <w:rPr>
          <w:lang w:eastAsia="zh-CN"/>
        </w:rPr>
        <w:t xml:space="preserve">    最新技术员的工作总结范文 篇11 </w:t>
      </w:r>
      <w:r>
        <w:rPr>
          <w:lang w:eastAsia="zh-CN"/>
        </w:rPr>
        <w:br/>
      </w:r>
      <w:r>
        <w:rPr>
          <w:lang w:eastAsia="zh-CN"/>
        </w:rPr>
        <w:t>　　各位领导、同事们：</w:t>
      </w:r>
      <w:r>
        <w:rPr>
          <w:lang w:eastAsia="zh-CN"/>
        </w:rPr>
        <w:br/>
      </w:r>
      <w:r>
        <w:rPr>
          <w:lang w:eastAsia="zh-CN"/>
        </w:rPr>
        <w:t>　　我来自__项目部，在项目部担任主管技术员工作，非常感谢公司给我这个机会，由我代表全体技术人员做年终工作总结。下面我将过去一年的工作情况以及__年的工作打算做以下汇报：</w:t>
      </w:r>
      <w:r>
        <w:rPr>
          <w:lang w:eastAsia="zh-CN"/>
        </w:rPr>
        <w:br/>
      </w:r>
      <w:r>
        <w:rPr>
          <w:lang w:eastAsia="zh-CN"/>
        </w:rPr>
        <w:t>　　在过去的20__年，我们全体施工技术人员在公司的领导下，在项目部领导和其他岗位同事的支持下，顺利完成了公司领导、项目部交予我们的各项任务，较好的落实了年初签订的目标责任内容。</w:t>
      </w:r>
      <w:r>
        <w:rPr>
          <w:lang w:eastAsia="zh-CN"/>
        </w:rPr>
        <w:br/>
      </w:r>
      <w:r>
        <w:rPr>
          <w:lang w:eastAsia="zh-CN"/>
        </w:rPr>
        <w:t>　　在工程质量方面，我们以公司下发的“质量管理细则”为准绳，严格落实工程质量三级检验制度，着重抓紧分项工程的事中控制，问题及时发现、及时消除，确保了各个分项工程均能达到一次验收通过。</w:t>
      </w:r>
      <w:r>
        <w:rPr>
          <w:lang w:eastAsia="zh-CN"/>
        </w:rPr>
        <w:br/>
      </w:r>
      <w:r>
        <w:rPr>
          <w:lang w:eastAsia="zh-CN"/>
        </w:rPr>
        <w:t>　　在施工现场技术方面，组织其他同事认真熟悉图纸，正确体会设计意图，未出现一次因错误领会设计意图而造成返工和现场签证遗漏事件。</w:t>
      </w:r>
      <w:r>
        <w:rPr>
          <w:lang w:eastAsia="zh-CN"/>
        </w:rPr>
        <w:br/>
      </w:r>
      <w:r>
        <w:rPr>
          <w:lang w:eastAsia="zh-CN"/>
        </w:rPr>
        <w:t>　　安全文明施工方面我们配合协助项目部安全管理小组，贯彻、落实、执行公司的安全管理规定和整改历次检查发现的问题，确保安全文明生产的正常进行。</w:t>
      </w:r>
      <w:r>
        <w:rPr>
          <w:lang w:eastAsia="zh-CN"/>
        </w:rPr>
        <w:br/>
      </w:r>
      <w:r>
        <w:rPr>
          <w:lang w:eastAsia="zh-CN"/>
        </w:rPr>
        <w:t>　　在20__年的工作中，我们施工现场的全体技术人员将以更加积极的工作态度投入到日常工作中，一定做到：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1：以更加积极的态度参与管理，总结经验，提高自身管理水平，更好发挥自身能力。</w:t>
      </w:r>
      <w:r>
        <w:rPr>
          <w:lang w:eastAsia="zh-CN"/>
        </w:rPr>
        <w:br/>
      </w:r>
      <w:r>
        <w:rPr>
          <w:lang w:eastAsia="zh-CN"/>
        </w:rPr>
        <w:t>　　2：认真贯彻执行公司的各项文件、通知，按时保质完成施工中的技术管理工作。</w:t>
      </w:r>
      <w:r>
        <w:rPr>
          <w:lang w:eastAsia="zh-CN"/>
        </w:rPr>
        <w:br/>
      </w:r>
      <w:r>
        <w:rPr>
          <w:lang w:eastAsia="zh-CN"/>
        </w:rPr>
        <w:t>　　3：加强业务知识学习，提高业务水平，更好的发挥“传、帮、带”老大哥作用，与同事们共同进步。</w:t>
      </w:r>
      <w:r>
        <w:rPr>
          <w:lang w:eastAsia="zh-CN"/>
        </w:rPr>
        <w:br/>
      </w:r>
      <w:r>
        <w:rPr>
          <w:lang w:eastAsia="zh-CN"/>
        </w:rPr>
        <w:t>　　4：团结同事，进一步提升项目部凝聚力、战斗力。</w:t>
      </w:r>
      <w:r>
        <w:rPr>
          <w:lang w:eastAsia="zh-CN"/>
        </w:rPr>
        <w:br/>
      </w:r>
      <w:r>
        <w:rPr>
          <w:lang w:eastAsia="zh-CN"/>
        </w:rPr>
        <w:t>　　总之，在新的一年中，我们将进一步提高自己，研究和改进施工管理办法和业务水平，为公司的发展作出贡献</w:t>
      </w:r>
      <w:r>
        <w:rPr>
          <w:lang w:eastAsia="zh-CN"/>
        </w:rPr>
        <w:br/>
      </w:r>
      <w:r>
        <w:rPr>
          <w:lang w:eastAsia="zh-CN"/>
        </w:rPr>
        <w:t>　　最后，给大家拜个早年，真心的祝大家身体健康，合家欢乐。</w:t>
      </w:r>
      <w:r>
        <w:rPr>
          <w:lang w:eastAsia="zh-CN"/>
        </w:rPr>
        <w:br/>
      </w:r>
      <w:r>
        <w:rPr>
          <w:lang w:eastAsia="zh-CN"/>
        </w:rPr>
        <w:t>　　谢谢大家！</w:t>
      </w:r>
      <w:r>
        <w:rPr>
          <w:lang w:eastAsia="zh-CN"/>
        </w:rPr>
        <w:br/>
      </w:r>
      <w:r>
        <w:rPr>
          <w:lang w:eastAsia="zh-CN"/>
        </w:rPr>
        <w:t xml:space="preserve">    最新技术员的工作总结范文 篇12 </w:t>
      </w:r>
      <w:r>
        <w:rPr>
          <w:lang w:eastAsia="zh-CN"/>
        </w:rPr>
        <w:br/>
      </w:r>
      <w:r>
        <w:rPr>
          <w:lang w:eastAsia="zh-CN"/>
        </w:rPr>
        <w:t>　　在过去的20__年，我们全体施工技术人员在公司的领导下，在项目部领导和其他岗位同事的支持下，顺利完成了公司领导、项目部交予我们的各项任务，较好的落实了年初签订的目标责任内容。</w:t>
      </w:r>
      <w:r>
        <w:rPr>
          <w:lang w:eastAsia="zh-CN"/>
        </w:rPr>
        <w:br/>
      </w:r>
      <w:r>
        <w:rPr>
          <w:lang w:eastAsia="zh-CN"/>
        </w:rPr>
        <w:t>　　在工程质量方面，我们以公司下发的“质量管理细则”为准绳，严格落实工程质量三级检验制度，着重抓紧分项工程的事中控制，问题及时发现、及时消除，确保了各个分项工程均能达到一次验收通过。</w:t>
      </w:r>
      <w:r>
        <w:rPr>
          <w:lang w:eastAsia="zh-CN"/>
        </w:rPr>
        <w:br/>
      </w:r>
      <w:r>
        <w:rPr>
          <w:lang w:eastAsia="zh-CN"/>
        </w:rPr>
        <w:t>　　在施工现场技术方面，组织其他同事认真熟悉图纸，正确体会设计意图，未出现一次因错误领会设计意图而造成返工和现场签证遗漏事件。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安全文明施工方面我们配合协助项目部安全管理小组，贯彻、落实、执行公司的安全管理规定和整改历次检查发现的问题，确保安全文明生产的正常进行。</w:t>
      </w:r>
      <w:r>
        <w:rPr>
          <w:lang w:eastAsia="zh-CN"/>
        </w:rPr>
        <w:br/>
      </w:r>
      <w:r>
        <w:rPr>
          <w:lang w:eastAsia="zh-CN"/>
        </w:rPr>
        <w:t>　　在20__年的工作中，我们施工现场的全体技术人员将以更加积极的工作态度投入到日常工作中，一定做到：</w:t>
      </w:r>
      <w:r>
        <w:rPr>
          <w:lang w:eastAsia="zh-CN"/>
        </w:rPr>
        <w:br/>
      </w:r>
      <w:r>
        <w:rPr>
          <w:lang w:eastAsia="zh-CN"/>
        </w:rPr>
        <w:t>　　1、以更加积极的态度参与管理，总结经验，提高自身管理水平，更好发挥自身能力。</w:t>
      </w:r>
      <w:r>
        <w:rPr>
          <w:lang w:eastAsia="zh-CN"/>
        </w:rPr>
        <w:br/>
      </w:r>
      <w:r>
        <w:rPr>
          <w:lang w:eastAsia="zh-CN"/>
        </w:rPr>
        <w:t>　　2、认真贯彻执行公司的各项文件、通知，按时保质完成施工中的技术管理工作。</w:t>
      </w:r>
      <w:r>
        <w:rPr>
          <w:lang w:eastAsia="zh-CN"/>
        </w:rPr>
        <w:br/>
      </w:r>
      <w:r>
        <w:rPr>
          <w:lang w:eastAsia="zh-CN"/>
        </w:rPr>
        <w:t>　　3、加强业务知识学习，提高业务水平，更好的发挥“传、帮、带”老大哥作用，与同事们共同进步。</w:t>
      </w:r>
      <w:r>
        <w:rPr>
          <w:lang w:eastAsia="zh-CN"/>
        </w:rPr>
        <w:br/>
      </w:r>
      <w:r>
        <w:rPr>
          <w:lang w:eastAsia="zh-CN"/>
        </w:rPr>
        <w:t>　　4、团结同事，进一步提升项目部凝聚力、战斗力。</w:t>
      </w:r>
      <w:r>
        <w:rPr>
          <w:lang w:eastAsia="zh-CN"/>
        </w:rPr>
        <w:br/>
      </w:r>
      <w:r>
        <w:rPr>
          <w:lang w:eastAsia="zh-CN"/>
        </w:rPr>
        <w:t>　　总之，在新的一年中，我们将进一步提高自己，研究和改进施工管理办法和业务水平，为公司的发展作出贡献。</w:t>
      </w:r>
      <w:r>
        <w:rPr>
          <w:lang w:eastAsia="zh-CN"/>
        </w:rPr>
        <w:br/>
      </w:r>
      <w:r>
        <w:rPr>
          <w:lang w:eastAsia="zh-CN"/>
        </w:rPr>
        <w:t xml:space="preserve">    最新技术员的工作总结范文 篇13 </w:t>
      </w:r>
      <w:r>
        <w:rPr>
          <w:lang w:eastAsia="zh-CN"/>
        </w:rPr>
        <w:br/>
      </w:r>
      <w:r>
        <w:rPr>
          <w:lang w:eastAsia="zh-CN"/>
        </w:rPr>
        <w:t>　　一、具体职责内容如下：</w:t>
      </w:r>
      <w:r>
        <w:rPr>
          <w:lang w:eastAsia="zh-CN"/>
        </w:rPr>
        <w:br/>
      </w:r>
      <w:r>
        <w:rPr>
          <w:lang w:eastAsia="zh-CN"/>
        </w:rPr>
        <w:t>　　1、在项目总工的指导下，认真执行相应的技术规范、规程和标准，协助主管工程师做好日常技术工作。</w:t>
      </w:r>
      <w:r>
        <w:rPr>
          <w:lang w:eastAsia="zh-CN"/>
        </w:rPr>
        <w:br/>
      </w:r>
      <w:r>
        <w:rPr>
          <w:lang w:eastAsia="zh-CN"/>
        </w:rPr>
        <w:t>　　2、熟悉设计文件、技术规范、施工方法、施工安排等，参加有关技术交底与施工组织设计、技术组织措施的编写工作。</w:t>
      </w:r>
      <w:r>
        <w:rPr>
          <w:lang w:eastAsia="zh-CN"/>
        </w:rPr>
        <w:br/>
      </w:r>
      <w:r>
        <w:rPr>
          <w:lang w:eastAsia="zh-CN"/>
        </w:rPr>
        <w:t>　　3、做好各项技术准备工作，并深入工地，进行技术业务指导与工程质量、进度检查，参加交班会，做好详细的技术交底，及时解决施工中存在的技术问题。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4、在项目总工的指导下，沟通设计人员、现场监理人员、建设单位人员，对项目工程的技术管理及执行情况，进行解释与改进工作。</w:t>
      </w:r>
      <w:r>
        <w:rPr>
          <w:lang w:eastAsia="zh-CN"/>
        </w:rPr>
        <w:br/>
      </w:r>
      <w:r>
        <w:rPr>
          <w:lang w:eastAsia="zh-CN"/>
        </w:rPr>
        <w:t>　　5、负责日常收集、整理并编写技术总结和编制竣工文件的有关原始资料、基础资料。</w:t>
      </w:r>
      <w:r>
        <w:rPr>
          <w:lang w:eastAsia="zh-CN"/>
        </w:rPr>
        <w:br/>
      </w:r>
      <w:r>
        <w:rPr>
          <w:lang w:eastAsia="zh-CN"/>
        </w:rPr>
        <w:t>　　6、参加隐蔽工程检查及交工验收。负责工程档案中各项技术资料的签证、收集、整理工作，做好施工日志。</w:t>
      </w:r>
      <w:r>
        <w:rPr>
          <w:lang w:eastAsia="zh-CN"/>
        </w:rPr>
        <w:br/>
      </w:r>
      <w:r>
        <w:rPr>
          <w:lang w:eastAsia="zh-CN"/>
        </w:rPr>
        <w:t>　　7、做好本岗位记录的收集、整理、填报、归档工作，确保技术文件的质量，并对技术文件和资料的有效性、真实性负责。</w:t>
      </w:r>
      <w:r>
        <w:rPr>
          <w:lang w:eastAsia="zh-CN"/>
        </w:rPr>
        <w:br/>
      </w:r>
      <w:r>
        <w:rPr>
          <w:lang w:eastAsia="zh-CN"/>
        </w:rPr>
        <w:t>　　为做好一名技术管理人员，在按照以上职责内容工作的'同时，还应该在技术管理及施工过程管理中重点加强：</w:t>
      </w:r>
      <w:r>
        <w:rPr>
          <w:lang w:eastAsia="zh-CN"/>
        </w:rPr>
        <w:br/>
      </w:r>
      <w:r>
        <w:rPr>
          <w:lang w:eastAsia="zh-CN"/>
        </w:rPr>
        <w:t>　　二、在相关技术管理方面：</w:t>
      </w:r>
      <w:r>
        <w:rPr>
          <w:lang w:eastAsia="zh-CN"/>
        </w:rPr>
        <w:br/>
      </w:r>
      <w:r>
        <w:rPr>
          <w:lang w:eastAsia="zh-CN"/>
        </w:rPr>
        <w:t>　　1、对重要受控文件要做到及时学习、执行、整理及归档；</w:t>
      </w:r>
      <w:r>
        <w:rPr>
          <w:lang w:eastAsia="zh-CN"/>
        </w:rPr>
        <w:br/>
      </w:r>
      <w:r>
        <w:rPr>
          <w:lang w:eastAsia="zh-CN"/>
        </w:rPr>
        <w:t>　　2、对各项规范应充分的掌握，通过上网及时了解该规范的动态，对于新规范主要学习摒弃了哪些内容，增加了哪些知识，改动了哪些要求；</w:t>
      </w:r>
      <w:r>
        <w:rPr>
          <w:lang w:eastAsia="zh-CN"/>
        </w:rPr>
        <w:br/>
      </w:r>
      <w:r>
        <w:rPr>
          <w:lang w:eastAsia="zh-CN"/>
        </w:rPr>
        <w:t>　　3、对施工现场的布置要做到布局合理，便于施工并能降低工程成本，以及尽可能把临时工程与永久工程相结合，尽量少占耕地，减少投资和节约用地；</w:t>
      </w:r>
      <w:r>
        <w:rPr>
          <w:lang w:eastAsia="zh-CN"/>
        </w:rPr>
        <w:br/>
      </w:r>
      <w:r>
        <w:rPr>
          <w:lang w:eastAsia="zh-CN"/>
        </w:rPr>
        <w:t>　　4、参与图纸会审，将设计图纸的不足、不合理、难施工，有矛盾等地方用文字以问题的形式提出来，约定会审时间，逐条问题进行研究，之后设计人员进行一一答复。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三、在施工过程管理方面：</w:t>
      </w:r>
      <w:r>
        <w:rPr>
          <w:lang w:eastAsia="zh-CN"/>
        </w:rPr>
        <w:br/>
      </w:r>
      <w:r>
        <w:rPr>
          <w:lang w:eastAsia="zh-CN"/>
        </w:rPr>
        <w:t>　　1、随同主任工程师对施工图进行图纸交底工作，同时编制符合要求并切实可行的施工方案；</w:t>
      </w:r>
      <w:r>
        <w:rPr>
          <w:lang w:eastAsia="zh-CN"/>
        </w:rPr>
        <w:br/>
      </w:r>
      <w:r>
        <w:rPr>
          <w:lang w:eastAsia="zh-CN"/>
        </w:rPr>
        <w:t>　　2、编写技术交底单、进行交底，并在施工期间检查是否按照方案及交底单执行；</w:t>
      </w:r>
      <w:r>
        <w:rPr>
          <w:lang w:eastAsia="zh-CN"/>
        </w:rPr>
        <w:br/>
      </w:r>
      <w:r>
        <w:rPr>
          <w:lang w:eastAsia="zh-CN"/>
        </w:rPr>
        <w:t>　　3、对施工现场进行检查规范、标准的执行情况，发现问题提出整改并跟踪整改落实情况；</w:t>
      </w:r>
      <w:r>
        <w:rPr>
          <w:lang w:eastAsia="zh-CN"/>
        </w:rPr>
        <w:br/>
      </w:r>
      <w:r>
        <w:rPr>
          <w:lang w:eastAsia="zh-CN"/>
        </w:rPr>
        <w:t>　　4、对经专家论证通过的方案的执行情况进行检查，尤其对于专家提出需修改调整的技术要求等问题，经方案修改调整完善并通过后，现场的执行情况进行重点检查，发现问题及时上报。</w:t>
      </w:r>
      <w:r>
        <w:rPr>
          <w:lang w:eastAsia="zh-CN"/>
        </w:rPr>
        <w:br/>
      </w:r>
      <w:r>
        <w:rPr>
          <w:lang w:eastAsia="zh-CN"/>
        </w:rPr>
        <w:t>　　另外，对于施工技术难题的解决、工程变更管理的方式方法方面，我对其总结一些心得体会如下：</w:t>
      </w:r>
      <w:r>
        <w:rPr>
          <w:lang w:eastAsia="zh-CN"/>
        </w:rPr>
        <w:br/>
      </w:r>
      <w:r>
        <w:rPr>
          <w:lang w:eastAsia="zh-CN"/>
        </w:rPr>
        <w:t>　　对于施工出现的技术难题，我的解决方法一般首先先通过查阅有关的技术规范、规程，看对此类技术问题是如何要求规定的，寻找解决办法，再通过上网查阅此类技术难题，借鉴他们的解决办法，寻找自己的解决办法，再有就是询问有经验的技术员，施工员，和同事在一起进行商讨，确定最终的解决办法。</w:t>
      </w:r>
      <w:r>
        <w:rPr>
          <w:lang w:eastAsia="zh-CN"/>
        </w:rPr>
        <w:br/>
      </w:r>
      <w:r>
        <w:rPr>
          <w:lang w:eastAsia="zh-CN"/>
        </w:rPr>
        <w:t>　　四、对于如何做好工程变更的管理，本人感想如下内容需重点加强管理：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一是变更项目的确定过程；变更的分类，收集原始资料，做好超前准备，积极与业主、监理工程师沟通，寻找最佳变更方案。二是变更费用的确定过程；进行单价分析，确定变更单价和工程量。三是变更台账的管理等方面。</w:t>
      </w:r>
      <w:r>
        <w:rPr>
          <w:lang w:eastAsia="zh-CN"/>
        </w:rPr>
        <w:br/>
      </w:r>
      <w:r>
        <w:rPr>
          <w:lang w:eastAsia="zh-CN"/>
        </w:rPr>
        <w:t>　　我们应重视工程变更对工程造价管理的影响，加强工程变更的研究与管理，做好变更管理的基础工作；另外要求变更管理人员要有高度的责任心、耐心和细心谨慎的工作态度，时刻本着对工作负责、对项目负责、对企业负责的立场，对任何一个可能发生变更的项目，都认真对待、测算分析，尽可能合理有效地确定变更费用。</w:t>
      </w:r>
      <w:r>
        <w:rPr>
          <w:lang w:eastAsia="zh-CN"/>
        </w:rPr>
        <w:br/>
      </w:r>
      <w:r>
        <w:rPr>
          <w:lang w:eastAsia="zh-CN"/>
        </w:rPr>
        <w:t>　　在对外关系协调方面的问题上，应根据其特点和主要矛盾，动态地、有针对性地通过组织协调，及时沟通，排除障碍，化解矛盾，充分调动有关人员的积极性，发挥各方面的能动作用，协同努力，提高项目组织的运转效率，以保证项目施工活动顺利进行，更好地实现项目总目标。</w:t>
      </w:r>
      <w:r>
        <w:rPr>
          <w:lang w:eastAsia="zh-CN"/>
        </w:rPr>
        <w:br/>
      </w:r>
      <w:r>
        <w:rPr>
          <w:lang w:eastAsia="zh-CN"/>
        </w:rPr>
        <w:t>　　例如：由于本工程的特殊性，3月份进场后，因施工图纸严重滞后，造成了主要管线开工晚的情况发生，为挽回损失的时间，经项目部领导协调，我部门多次与设计人进行沟通，对存有异议的部分进行研究调整，为了即保工期又保质量，本着合规、合理、合要求的宗旨，通过与设计反复沟通，共同努力下，积极地挽回了部分宝贵工期，适当的缓解了工期压力。</w:t>
      </w:r>
      <w:r>
        <w:rPr>
          <w:lang w:eastAsia="zh-CN"/>
        </w:rPr>
        <w:br/>
      </w:r>
      <w:r>
        <w:rPr>
          <w:lang w:eastAsia="zh-CN"/>
        </w:rPr>
        <w:t>　　最后，我将在业务知识方面继续加强学习，提高自身水平，紧跟时代的脚步，拓宽思路的同时掌握对新技术的运用，提高思想认识，开拓视野。通过认真细致的努力工作，争取更好的完成领导安排的任务，努力为北京市政基础设施建设作出贡献。</w:t>
      </w:r>
      <w:r>
        <w:rPr>
          <w:lang w:eastAsia="zh-CN"/>
        </w:rPr>
        <w:br/>
      </w:r>
      <w:r>
        <w:rPr>
          <w:lang w:eastAsia="zh-CN"/>
        </w:rPr>
        <w:t xml:space="preserve">    最新技术员的工作总结范文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一、开展畜牧兽医法律宣传</w:t>
      </w:r>
      <w:r>
        <w:rPr>
          <w:lang w:eastAsia="zh-CN"/>
        </w:rPr>
        <w:br/>
      </w:r>
      <w:r>
        <w:rPr>
          <w:lang w:eastAsia="zh-CN"/>
        </w:rPr>
        <w:t>　　今年以来，协会配合县畜牧局在畜牧养殖小区建设规范饲养管理程序，标准化生猪养殖场建设的施等方面做了大量地工作。邀请县畜牧局动防所领导到养殖小区为协会会员讲解《中华人民共和国动物防疫法》等法律法规知识，使养殖协会会员从思想上提高了认识：遵守《中华人民共和国动物防疫法》中规定的内容，做到依法养殖。</w:t>
      </w:r>
      <w:r>
        <w:rPr>
          <w:lang w:eastAsia="zh-CN"/>
        </w:rPr>
        <w:br/>
      </w:r>
      <w:r>
        <w:rPr>
          <w:lang w:eastAsia="zh-CN"/>
        </w:rPr>
        <w:t>　　二、举办规模养殖现场观摩培训</w:t>
      </w:r>
      <w:r>
        <w:rPr>
          <w:lang w:eastAsia="zh-CN"/>
        </w:rPr>
        <w:br/>
      </w:r>
      <w:r>
        <w:rPr>
          <w:lang w:eastAsia="zh-CN"/>
        </w:rPr>
        <w:t>　　三、紧抓动物疫病防控工作</w:t>
      </w:r>
      <w:r>
        <w:rPr>
          <w:lang w:eastAsia="zh-CN"/>
        </w:rPr>
        <w:br/>
      </w:r>
      <w:r>
        <w:rPr>
          <w:lang w:eastAsia="zh-CN"/>
        </w:rPr>
        <w:t>　　今年以来，协会配合县街道畜牧兽医部门开展“贯彻《动物防疫法》推进依法防疫”主题活动，坚持预防为主“二十四字”防控方针，组织会员在常年防疫基础上，开展了春季动物防疫突击行动，和夏季集中监测，补免和消毒行动，取得良好的.效果，通过以上行动，养殖小区无疫病发生，生产发展成果得到有效保护。</w:t>
      </w:r>
      <w:r>
        <w:rPr>
          <w:lang w:eastAsia="zh-CN"/>
        </w:rPr>
        <w:br/>
      </w:r>
      <w:r>
        <w:rPr>
          <w:lang w:eastAsia="zh-CN"/>
        </w:rPr>
        <w:t>　　四、积极开展学术交流，组织生态健康养殖示范活动</w:t>
      </w:r>
      <w:r>
        <w:rPr>
          <w:lang w:eastAsia="zh-CN"/>
        </w:rPr>
        <w:br/>
      </w:r>
      <w:r>
        <w:rPr>
          <w:lang w:eastAsia="zh-CN"/>
        </w:rPr>
        <w:t>　　在组织会员推进畜牧规模养殖同时，大力推进生态健康养殖，通过开展生态健康养殖示范活动，增植建设一批符合标准化生产要求的现代化、标准化、生态养殖示范场，实施“规模养殖，综合治污”推行生态环保型现代畜牧业。</w:t>
      </w:r>
      <w:r>
        <w:rPr>
          <w:lang w:eastAsia="zh-CN"/>
        </w:rPr>
        <w:br/>
      </w:r>
      <w:r>
        <w:rPr>
          <w:lang w:eastAsia="zh-CN"/>
        </w:rPr>
        <w:t>　　20__年协会在各上级业务部门指导下，组织化程度不断提升，社会化程度不断提高，会员的管理水平上了一个新强阶。</w:t>
      </w:r>
      <w:r>
        <w:rPr>
          <w:lang w:eastAsia="zh-CN"/>
        </w:rPr>
        <w:br/>
      </w:r>
      <w:r>
        <w:rPr>
          <w:lang w:eastAsia="zh-CN"/>
        </w:rPr>
        <w:t xml:space="preserve">    最新技术员的工作总结范文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我叫，在陆圈镇工作，多年来在上级农业主管部门和技术指导单位的正确领导、在同事和科技示范户的大力支持下，农业科技推广工作组织到位、措施有力、效果明显，多年来的工作情况总结如下：</w:t>
      </w:r>
      <w:r>
        <w:rPr>
          <w:lang w:eastAsia="zh-CN"/>
        </w:rPr>
        <w:br/>
      </w:r>
      <w:r>
        <w:rPr>
          <w:lang w:eastAsia="zh-CN"/>
        </w:rPr>
        <w:t>　　一、积极参加业务学习，提高自己的业务素质。</w:t>
      </w:r>
      <w:r>
        <w:rPr>
          <w:lang w:eastAsia="zh-CN"/>
        </w:rPr>
        <w:br/>
      </w:r>
      <w:r>
        <w:rPr>
          <w:lang w:eastAsia="zh-CN"/>
        </w:rPr>
        <w:t>　　开展科技入户示范工程后，积极参加了县农业局组织的培训学习，更新了自己的知识，提高自己的业务素质，增强自己指导示范户的服务能力。</w:t>
      </w:r>
      <w:r>
        <w:rPr>
          <w:lang w:eastAsia="zh-CN"/>
        </w:rPr>
        <w:br/>
      </w:r>
      <w:r>
        <w:rPr>
          <w:lang w:eastAsia="zh-CN"/>
        </w:rPr>
        <w:t>　　二、加强宣传、营造氛围。</w:t>
      </w:r>
      <w:r>
        <w:rPr>
          <w:lang w:eastAsia="zh-CN"/>
        </w:rPr>
        <w:br/>
      </w:r>
      <w:r>
        <w:rPr>
          <w:lang w:eastAsia="zh-CN"/>
        </w:rPr>
        <w:t>　　农业科技推广是传统农业向现代农业转变的机制创新，为争取社会各界对农业科技推广的支持，使全社会特别是广大农民更多地了解和积极参与农业科技推广工程，采取黑板报、标语等多种形式宣传农业科技推广工作，宣传农业科技示范县的政策，宣传面向市场的现代农业生产技术—蚕豆无公害栽培技术、大蒜高产无公害栽培技术、洋芋无公害栽培技术等，取得了较好的效果。</w:t>
      </w:r>
      <w:r>
        <w:rPr>
          <w:lang w:eastAsia="zh-CN"/>
        </w:rPr>
        <w:br/>
      </w:r>
      <w:r>
        <w:rPr>
          <w:lang w:eastAsia="zh-CN"/>
        </w:rPr>
        <w:t>　　三、精心选择高素质科技示范户。</w:t>
      </w:r>
      <w:r>
        <w:rPr>
          <w:lang w:eastAsia="zh-CN"/>
        </w:rPr>
        <w:br/>
      </w:r>
    </w:p>
    <w:p w:rsidR="001B1F19" w14:textId="27C3F48A">
      <w:pPr>
        <w:rPr>
          <w:rFonts w:hint="eastAsia"/>
          <w:lang w:eastAsia="zh-CN"/>
        </w:rPr>
      </w:pPr>
      <w:r>
        <w:rPr>
          <w:lang w:eastAsia="zh-CN"/>
        </w:rPr>
        <w:t>　　农业科技推广在我镇以种植业为主，科技示范户理所当然的要有一定的种植水平，同时要有较强的号召力和影响力，能够将先进的农业科技在周边群众中推广开来，经过综合考虑，选择了以马军营、纪庄西胡庄、赵官营、宋庄小组的10户素质较高的农户，作为科技示范户。对10户示范户进行挨家挨户走访，详细了解各农户的基本情况，了解他们对农业生产技术的需求，摸清当地耕作制度，并登记示范户的相关信息，收集他们对农技推广工作的各种意见、建议。同时做好宣传工作，加强科技示范户对农业科技推广工作的了解。要求每户示范户带动20户辐射户，全面带动5个村民小组的所有农户学科学用科学。</w:t>
      </w:r>
      <w:r>
        <w:rPr>
          <w:lang w:eastAsia="zh-CN"/>
        </w:rPr>
        <w:br/>
      </w:r>
      <w:r>
        <w:rPr>
          <w:lang w:eastAsia="zh-CN"/>
        </w:rPr>
        <w:t>　　四、加强农业生产新技术的推广与应用</w:t>
      </w:r>
      <w:r>
        <w:rPr>
          <w:lang w:eastAsia="zh-CN"/>
        </w:rPr>
        <w:br/>
      </w:r>
      <w:r>
        <w:rPr>
          <w:lang w:eastAsia="zh-CN"/>
        </w:rPr>
        <w:t>　　通过科技入户示范工程，我所指导的示范户和辐射带动户上有了很大的提高。在摸清了各户的基本情况、了解了各户的需求后，精心设计了针对各户的.技术指导方案。主要推广应用了：大蒜测土配方施用BB控释肥技术，不但节约了成本，保护农田环境，为实现保洱海和农业增产、增收相统一的目标打下基础；大蒜无公害栽培、防病虫技术，保证了大蒜产品的安全可靠，指导农户精心选择优质早熟大蒜品种“红七星”；洋芋无公害栽培、防病虫技术，保证了洋芋产品的安全可靠。</w:t>
      </w:r>
      <w:r>
        <w:rPr>
          <w:lang w:eastAsia="zh-CN"/>
        </w:rPr>
        <w:br/>
      </w:r>
      <w:r>
        <w:rPr>
          <w:lang w:eastAsia="zh-CN"/>
        </w:rPr>
        <w:t>　　五、入户指导方式灵活多样</w:t>
      </w:r>
      <w:r>
        <w:rPr>
          <w:lang w:eastAsia="zh-CN"/>
        </w:rPr>
        <w:br/>
      </w:r>
      <w:r>
        <w:rPr>
          <w:lang w:eastAsia="zh-CN"/>
        </w:rPr>
        <w:t>　　农业科技推广的关键在于入户，培训指导，传授技术，推广各项农业新技术到田到户。为提高专业技术水平、入户指导技能和示范户农民的科技素质。我根据技术指导方案和农民的需求，在农业生产关键环节（如备耕、播种、田间管理、病虫害多发期等），到每个示范户家中开展技术指导、培训和信息服务，与联系户保持电话联系，确保技术和信息服务通畅。</w:t>
      </w:r>
      <w:r>
        <w:rPr>
          <w:lang w:eastAsia="zh-CN"/>
        </w:rPr>
        <w:br/>
      </w:r>
      <w:r>
        <w:rPr>
          <w:lang w:eastAsia="zh-CN"/>
        </w:rPr>
        <w:t>　　总之，我将努力工作，加强实践，积累经验，严格要求自己，为发展右所镇高产、优质、高效、生态农业作贡献。</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https://d.book118.com/106045215103010053</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6045215103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