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2024年仓库管理员工作总结范文（30篇）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2024年仓库管理员工作总结范文（精选30篇）</w:t>
      </w:r>
      <w:r>
        <w:rPr>
          <w:lang w:eastAsia="zh-CN"/>
        </w:rPr>
        <w:br/>
      </w:r>
      <w:r>
        <w:rPr>
          <w:lang w:eastAsia="zh-CN"/>
        </w:rPr>
        <w:t xml:space="preserve">    2024年仓库管理员工作总结范文 篇1 </w:t>
      </w:r>
      <w:r>
        <w:rPr>
          <w:lang w:eastAsia="zh-CN"/>
        </w:rPr>
        <w:br/>
      </w:r>
      <w:r>
        <w:rPr>
          <w:lang w:eastAsia="zh-CN"/>
        </w:rPr>
        <w:t>　　时间过得真快，转眼间20__年已经结束，我很荣幸自己能融入金钱豹这个大团队里，成为这个团队里的一员，在这两个多月的时间里也学到了很多新知识，让我真正感觉到世上无难事，只怕有心人！在20__年来临之际，回顾20__年的工作，具体总结如下：</w:t>
      </w:r>
      <w:r>
        <w:rPr>
          <w:lang w:eastAsia="zh-CN"/>
        </w:rPr>
        <w:br/>
      </w:r>
      <w:r>
        <w:rPr>
          <w:lang w:eastAsia="zh-CN"/>
        </w:rPr>
        <w:t>　　一、工作回顾及感想。</w:t>
      </w:r>
      <w:r>
        <w:rPr>
          <w:lang w:eastAsia="zh-CN"/>
        </w:rPr>
        <w:br/>
      </w:r>
      <w:r>
        <w:rPr>
          <w:lang w:eastAsia="zh-CN"/>
        </w:rPr>
        <w:t>　　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r>
        <w:rPr>
          <w:lang w:eastAsia="zh-CN"/>
        </w:rPr>
        <w:br/>
      </w:r>
      <w:r>
        <w:rPr>
          <w:lang w:eastAsia="zh-CN"/>
        </w:rPr>
        <w:t>　　二、自觉加强学习，努力适应工作。</w:t>
      </w:r>
      <w:r>
        <w:rPr>
          <w:lang w:eastAsia="zh-CN"/>
        </w:rPr>
        <w:br/>
      </w:r>
      <w:r>
        <w:rPr>
          <w:lang w:eastAsia="zh-CN"/>
        </w:rPr>
        <w:t>　　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r>
        <w:rPr>
          <w:lang w:eastAsia="zh-CN"/>
        </w:rPr>
        <w:br/>
      </w:r>
    </w:p>
    <w:p w:rsidR="001B1F19" w14:textId="0AE8485B">
      <w:pPr>
        <w:pStyle w:val="Heading1"/>
        <w:jc w:val="center"/>
        <w:rPr>
          <w:rFonts w:hint="eastAsia"/>
          <w:lang w:eastAsia="zh-CN"/>
        </w:rPr>
      </w:pPr>
      <w:r>
        <w:rPr>
          <w:sz w:val="44"/>
          <w:lang w:eastAsia="zh-CN"/>
        </w:rPr>
        <w:t>2024年仓库管理员工作总结范文（30篇）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2024年仓库管理员工作总结范文（精选30篇）</w:t>
      </w:r>
      <w:r>
        <w:rPr>
          <w:lang w:eastAsia="zh-CN"/>
        </w:rPr>
        <w:br/>
      </w:r>
      <w:r>
        <w:rPr>
          <w:lang w:eastAsia="zh-CN"/>
        </w:rPr>
        <w:t xml:space="preserve">    2024年仓库管理员工作总结范文 篇1 </w:t>
      </w:r>
      <w:r>
        <w:rPr>
          <w:lang w:eastAsia="zh-CN"/>
        </w:rPr>
        <w:br/>
      </w:r>
      <w:r>
        <w:rPr>
          <w:lang w:eastAsia="zh-CN"/>
        </w:rPr>
        <w:t>　　时间过得真快，转眼间20__年已经结束，我很荣幸自己能融入金钱豹这个大团队里，成为这个团队里的一员，在这两个多月的时间里也学到了很多新知识，让我真正感觉到世上无难事，只怕有心人！在20__年来临之际，回顾20__年的工作，具体总结如下：</w:t>
      </w:r>
      <w:r>
        <w:rPr>
          <w:lang w:eastAsia="zh-CN"/>
        </w:rPr>
        <w:br/>
      </w:r>
      <w:r>
        <w:rPr>
          <w:lang w:eastAsia="zh-CN"/>
        </w:rPr>
        <w:t>　　一、工作回顾及感想。</w:t>
      </w:r>
      <w:r>
        <w:rPr>
          <w:lang w:eastAsia="zh-CN"/>
        </w:rPr>
        <w:br/>
      </w:r>
      <w:r>
        <w:rPr>
          <w:lang w:eastAsia="zh-CN"/>
        </w:rPr>
        <w:t>　　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r>
        <w:rPr>
          <w:lang w:eastAsia="zh-CN"/>
        </w:rPr>
        <w:br/>
      </w:r>
      <w:r>
        <w:rPr>
          <w:lang w:eastAsia="zh-CN"/>
        </w:rPr>
        <w:t>　　二、自觉加强学习，努力适应工作。</w:t>
      </w:r>
      <w:r>
        <w:rPr>
          <w:lang w:eastAsia="zh-CN"/>
        </w:rPr>
        <w:br/>
      </w:r>
      <w:r>
        <w:rPr>
          <w:lang w:eastAsia="zh-CN"/>
        </w:rPr>
        <w:t>　　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三、建立完善的仓库账目，保证库存数目和进货、配货数目清晰准确。</w:t>
      </w:r>
      <w:r>
        <w:rPr>
          <w:lang w:eastAsia="zh-CN"/>
        </w:rPr>
        <w:br/>
      </w:r>
      <w:r>
        <w:rPr>
          <w:lang w:eastAsia="zh-CN"/>
        </w:rPr>
        <w:t>　　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r>
        <w:rPr>
          <w:lang w:eastAsia="zh-CN"/>
        </w:rPr>
        <w:br/>
      </w:r>
      <w:r>
        <w:rPr>
          <w:lang w:eastAsia="zh-CN"/>
        </w:rPr>
        <w:t>　　四、坚持定期整理仓库。</w:t>
      </w:r>
      <w:r>
        <w:rPr>
          <w:lang w:eastAsia="zh-CN"/>
        </w:rPr>
        <w:br/>
      </w:r>
      <w:r>
        <w:rPr>
          <w:lang w:eastAsia="zh-CN"/>
        </w:rPr>
        <w:t>　　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r>
        <w:rPr>
          <w:lang w:eastAsia="zh-CN"/>
        </w:rPr>
        <w:br/>
      </w:r>
      <w:r>
        <w:rPr>
          <w:lang w:eastAsia="zh-CN"/>
        </w:rPr>
        <w:t>　　五、认真做好每月的对账工作。</w:t>
      </w:r>
      <w:r>
        <w:rPr>
          <w:lang w:eastAsia="zh-CN"/>
        </w:rPr>
        <w:br/>
      </w:r>
      <w:r>
        <w:rPr>
          <w:lang w:eastAsia="zh-CN"/>
        </w:rPr>
        <w:t>　　经过四个月的接触，对这项工作的流程已经较为熟悉，能够严格按照公司的制度规定完成每月的对账工作，保证各项数据准确无误，与财务部门做好对接手续。</w:t>
      </w:r>
      <w:r>
        <w:rPr>
          <w:lang w:eastAsia="zh-CN"/>
        </w:rPr>
        <w:br/>
      </w:r>
      <w:r>
        <w:rPr>
          <w:lang w:eastAsia="zh-CN"/>
        </w:rPr>
        <w:t>　　六、存在的不足</w:t>
      </w:r>
      <w:r>
        <w:rPr>
          <w:lang w:eastAsia="zh-CN"/>
        </w:rPr>
        <w:br/>
      </w:r>
      <w:r>
        <w:rPr>
          <w:lang w:eastAsia="zh-CN"/>
        </w:rPr>
        <w:t>　　1、由于刚接手工作不到一年，很多地方了解不够深入细致，需要继续努力。</w:t>
      </w:r>
      <w:r>
        <w:rPr>
          <w:lang w:eastAsia="zh-CN"/>
        </w:rPr>
        <w:br/>
      </w:r>
      <w:r>
        <w:rPr>
          <w:lang w:eastAsia="zh-CN"/>
        </w:rPr>
        <w:t>　　2、车型种类繁多，对各种车型宏观上把握比较容易，微观掌握还需下大力气。</w:t>
      </w:r>
      <w:r>
        <w:rPr>
          <w:lang w:eastAsia="zh-CN"/>
        </w:rPr>
        <w:br/>
      </w:r>
      <w:r>
        <w:rPr>
          <w:lang w:eastAsia="zh-CN"/>
        </w:rPr>
        <w:t>　　3、在进货量和配货量都较大的情况下，仓库容易暂时性出现空间不足、货物比较拥挤现象。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七、20__年工作计划</w:t>
      </w:r>
      <w:r>
        <w:rPr>
          <w:lang w:eastAsia="zh-CN"/>
        </w:rPr>
        <w:br/>
      </w:r>
      <w:r>
        <w:rPr>
          <w:lang w:eastAsia="zh-CN"/>
        </w:rPr>
        <w:t>　　1、继续加强学习，增强对本职工作的.了解，创新工作方法，提高工作效益，更好的完成各项工作任务。</w:t>
      </w:r>
      <w:r>
        <w:rPr>
          <w:lang w:eastAsia="zh-CN"/>
        </w:rPr>
        <w:br/>
      </w:r>
      <w:r>
        <w:rPr>
          <w:lang w:eastAsia="zh-CN"/>
        </w:rPr>
        <w:t>　　2、管好账目，在电子帐的配合下，准确把握库存和进货配货情况。更加全面的了解商品明细。</w:t>
      </w:r>
      <w:r>
        <w:rPr>
          <w:lang w:eastAsia="zh-CN"/>
        </w:rPr>
        <w:br/>
      </w:r>
      <w:r>
        <w:rPr>
          <w:lang w:eastAsia="zh-CN"/>
        </w:rPr>
        <w:t>　　3、坚持定期整理仓库，及时处理废旧杂物，提高仓库的利用率，避免在进货配货高峰期仓库紧张现象。</w:t>
      </w:r>
      <w:r>
        <w:rPr>
          <w:lang w:eastAsia="zh-CN"/>
        </w:rPr>
        <w:br/>
      </w:r>
      <w:r>
        <w:rPr>
          <w:lang w:eastAsia="zh-CN"/>
        </w:rPr>
        <w:t>　　4、认真完成领导安排的其他工作。</w:t>
      </w:r>
      <w:r>
        <w:rPr>
          <w:lang w:eastAsia="zh-CN"/>
        </w:rPr>
        <w:br/>
      </w:r>
      <w:r>
        <w:rPr>
          <w:lang w:eastAsia="zh-CN"/>
        </w:rPr>
        <w:t>　　新的一年，也是一个新的开始，我将努力改正过去一年工作中的不足，把新一年的工作做的更好，为公司的发展作出自己应有的努力。</w:t>
      </w:r>
      <w:r>
        <w:rPr>
          <w:lang w:eastAsia="zh-CN"/>
        </w:rPr>
        <w:br/>
      </w:r>
      <w:r>
        <w:rPr>
          <w:lang w:eastAsia="zh-CN"/>
        </w:rPr>
        <w:t xml:space="preserve">    2024年仓库管理员工作总结范文 篇2 </w:t>
      </w:r>
      <w:r>
        <w:rPr>
          <w:lang w:eastAsia="zh-CN"/>
        </w:rPr>
        <w:br/>
      </w:r>
      <w:r>
        <w:rPr>
          <w:lang w:eastAsia="zh-CN"/>
        </w:rPr>
        <w:t>　　时光在，飞逝，转眼间一年过去了。回顾这一年的工作，我感慨万千。在公司领导和部门负责人的指导、关心和培养下，在同事的支持和帮助下，通过自己的努力，不断加强学习，不断改进工作，圆满完成了自己承担的各项任务，个人的专业工作能力有了一定的进步。现将工作学习情况总结如下：</w:t>
      </w:r>
      <w:r>
        <w:rPr>
          <w:lang w:eastAsia="zh-CN"/>
        </w:rPr>
        <w:br/>
      </w:r>
      <w:r>
        <w:rPr>
          <w:lang w:eastAsia="zh-CN"/>
        </w:rPr>
        <w:t>　　一、材料进/出、库存退回和库存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短缺材料应及时采购;检查材料的规格和数量，收货后送检验;检验合格后，将合格码放入指定库区，不合格码直接返厂处理;根据生产指令，认真核对材料规格、数量和批次，并发放。如果在生产过程中发现影响成品质量的材料，应追溯具体批次并退回仓库。整个入出库工作在U8系统录入，实现账卡一致;每月定期盘点，找出库存过剩或库存不足的原因，及时解决。</w:t>
      </w:r>
      <w:r>
        <w:rPr>
          <w:lang w:eastAsia="zh-CN"/>
        </w:rPr>
        <w:br/>
      </w:r>
      <w:r>
        <w:rPr>
          <w:lang w:eastAsia="zh-CN"/>
        </w:rPr>
        <w:t>　　二、库区的消防安全和清洁度以及仓库的温湿度记录</w:t>
      </w:r>
      <w:r>
        <w:rPr>
          <w:lang w:eastAsia="zh-CN"/>
        </w:rPr>
        <w:br/>
      </w:r>
      <w:r>
        <w:rPr>
          <w:lang w:eastAsia="zh-CN"/>
        </w:rPr>
        <w:t>　　仓库管理的安全性非常重要。为了确保公司财产不丢失，我严格遵守岗位安全责任，防止一切不安全事故。根据公司仓库的规定，每天上班的时候，我都会进仓库检查房间里的材料是否全部异常，消防设备是否完好，是否有安全因素，仓库场地是否整洁。每天下班前，再次进入仓库检查房间的门窗和电源是否关闭。同时，本人严格遵守“仓库安全防火制度”，从不在仓库内非法用电、吸烟，并允许非仓库管理人员随意进出仓库，每天不定时记录所辖仓库的温湿度。</w:t>
      </w:r>
      <w:r>
        <w:rPr>
          <w:lang w:eastAsia="zh-CN"/>
        </w:rPr>
        <w:br/>
      </w:r>
      <w:r>
        <w:rPr>
          <w:lang w:eastAsia="zh-CN"/>
        </w:rPr>
        <w:t>　　三、GMP认证工作</w:t>
      </w:r>
      <w:r>
        <w:rPr>
          <w:lang w:eastAsia="zh-CN"/>
        </w:rPr>
        <w:br/>
      </w:r>
      <w:r>
        <w:rPr>
          <w:lang w:eastAsia="zh-CN"/>
        </w:rPr>
        <w:t>　　配合做好各车间GMP认证要求的大量调帐工作;做好大量账目的核对工作，在GMP认证时整理好仓库面积和物料，做到账目一目了然，做到帐、卡、料的一致。</w:t>
      </w:r>
      <w:r>
        <w:rPr>
          <w:lang w:eastAsia="zh-CN"/>
        </w:rPr>
        <w:br/>
      </w:r>
      <w:r>
        <w:rPr>
          <w:lang w:eastAsia="zh-CN"/>
        </w:rPr>
        <w:t>　　第四，工作中的不足</w:t>
      </w:r>
      <w:r>
        <w:rPr>
          <w:lang w:eastAsia="zh-CN"/>
        </w:rPr>
        <w:br/>
      </w:r>
      <w:r>
        <w:rPr>
          <w:lang w:eastAsia="zh-CN"/>
        </w:rPr>
        <w:t>　　1、用友系统</w:t>
      </w:r>
      <w:r>
        <w:rPr>
          <w:lang w:eastAsia="zh-CN"/>
        </w:rPr>
        <w:br/>
      </w:r>
      <w:r>
        <w:rPr>
          <w:lang w:eastAsia="zh-CN"/>
        </w:rPr>
        <w:t>　　完成某一物料的入库手续繁琐低效，一是用友客户少;其次，各部门之间的协调不完善，往往需要半天甚至更长时间才能进入一个材料。</w:t>
      </w:r>
      <w:r>
        <w:rPr>
          <w:lang w:eastAsia="zh-CN"/>
        </w:rPr>
        <w:br/>
      </w:r>
      <w:r>
        <w:rPr>
          <w:lang w:eastAsia="zh-CN"/>
        </w:rPr>
        <w:t>　　2、仓库区很难容纳大量的材料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以下是优生优育、胶体金、乙肝产品各系列中某些酶联或胶体金产品的两个包装盒第三、四季度的要求：</w:t>
      </w:r>
      <w:r>
        <w:rPr>
          <w:lang w:eastAsia="zh-CN"/>
        </w:rPr>
        <w:br/>
      </w:r>
      <w:r>
        <w:rPr>
          <w:lang w:eastAsia="zh-CN"/>
        </w:rPr>
        <w:t>　　以上只是公司部分成品需要的箱子，说明相应需要的材料很多。仓库面积已经超负荷，不能适应公司的发展。所以，后果可想而知。比如仓库面积小，GMP认证考试，需要把未实现的物料堆在一起。太多未实现的材料很难放下，更别说发货距离了。有时候为了节省空间，会把不同规格的材料堆在一起，把同一规格的不同批次堆在一起。如果材料堆放过高，会导致以后发货困难，体检额外的一小部分不会及时上缴，严重影响工作效率。最严重的是，如果在生产过程中发现某一种材料影响成品质量，要追溯到特定的批次，由于节省空间或者满足体检的需要，很难全部找到而不遗漏。</w:t>
      </w:r>
      <w:r>
        <w:rPr>
          <w:lang w:eastAsia="zh-CN"/>
        </w:rPr>
        <w:br/>
      </w:r>
      <w:r>
        <w:rPr>
          <w:lang w:eastAsia="zh-CN"/>
        </w:rPr>
        <w:t>　　3、账户并不完美</w:t>
      </w:r>
      <w:r>
        <w:rPr>
          <w:lang w:eastAsia="zh-CN"/>
        </w:rPr>
        <w:br/>
      </w:r>
      <w:r>
        <w:rPr>
          <w:lang w:eastAsia="zh-CN"/>
        </w:rPr>
        <w:t>　　影响比较深的是标签，标签没有按照正常的发货数量，导致现场准备失败。例如，一些无法打开包装的材料必须在没有任何干净和安全的工作环境下打开包装，以应对GMP，这一方面影响材料本身的质量，另一方面增加碎片材料的外观。</w:t>
      </w:r>
      <w:r>
        <w:rPr>
          <w:lang w:eastAsia="zh-CN"/>
        </w:rPr>
        <w:br/>
      </w:r>
      <w:r>
        <w:rPr>
          <w:lang w:eastAsia="zh-CN"/>
        </w:rPr>
        <w:t>　　4、退货不及时</w:t>
      </w:r>
      <w:r>
        <w:rPr>
          <w:lang w:eastAsia="zh-CN"/>
        </w:rPr>
        <w:br/>
      </w:r>
      <w:r>
        <w:rPr>
          <w:lang w:eastAsia="zh-CN"/>
        </w:rPr>
        <w:t>　　当生产中的不合格物料需要退厂时，当退厂前期的包装工作完成，等待退货时，采购部不能及时退货，有时退货的物料要积压两到三个月。一方面库区面积比较紧张，另一方面影响正常的生产物资。</w:t>
      </w:r>
      <w:r>
        <w:rPr>
          <w:lang w:eastAsia="zh-CN"/>
        </w:rPr>
        <w:br/>
      </w:r>
      <w:r>
        <w:rPr>
          <w:lang w:eastAsia="zh-CN"/>
        </w:rPr>
        <w:t>　　5、非仓库人员未经许可进入仓库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公司有员工午饭后去仓库打电话或者去仓库溜达。其实这些都是可以理解的。但是要自觉遵守最起码的道德标准，不乱扔糖果碎屑。每次看到，我都会捡起来，扔到垃圾桶里。还是希望公司部分员工能以身作则，防止类似现象发生。</w:t>
      </w:r>
      <w:r>
        <w:rPr>
          <w:lang w:eastAsia="zh-CN"/>
        </w:rPr>
        <w:br/>
      </w:r>
      <w:r>
        <w:rPr>
          <w:lang w:eastAsia="zh-CN"/>
        </w:rPr>
        <w:t xml:space="preserve">    2024年仓库管理员工作总结范文 篇3 </w:t>
      </w:r>
      <w:r>
        <w:rPr>
          <w:lang w:eastAsia="zh-CN"/>
        </w:rPr>
        <w:br/>
      </w:r>
      <w:r>
        <w:rPr>
          <w:lang w:eastAsia="zh-CN"/>
        </w:rPr>
        <w:t>　　20--年即将过去，做为一名仓库管理员，圆满的完成了全年的工作任务，现在一年的工作总结</w:t>
      </w:r>
      <w:r>
        <w:rPr>
          <w:lang w:eastAsia="zh-CN"/>
        </w:rPr>
        <w:br/>
      </w:r>
      <w:r>
        <w:rPr>
          <w:lang w:eastAsia="zh-CN"/>
        </w:rPr>
        <w:t>　　第一部分：自我介绍</w:t>
      </w:r>
      <w:r>
        <w:rPr>
          <w:lang w:eastAsia="zh-CN"/>
        </w:rPr>
        <w:br/>
      </w:r>
      <w:r>
        <w:rPr>
          <w:lang w:eastAsia="zh-CN"/>
        </w:rPr>
        <w:t>　　我是公司储运部-仓库的仓库保管员：--—是土生土长的-人。我是今年-月-号进入公司工作的，作为一名新员工进入了一家高速发展的物流公司工作，深感欣喜。我想这是我职业的新开始，因为在-有信赖，勤勉，发展。</w:t>
      </w:r>
      <w:r>
        <w:rPr>
          <w:lang w:eastAsia="zh-CN"/>
        </w:rPr>
        <w:br/>
      </w:r>
      <w:r>
        <w:rPr>
          <w:lang w:eastAsia="zh-CN"/>
        </w:rPr>
        <w:t>　　第二部分：人力的合理安排和运用</w:t>
      </w:r>
      <w:r>
        <w:rPr>
          <w:lang w:eastAsia="zh-CN"/>
        </w:rPr>
        <w:br/>
      </w:r>
      <w:r>
        <w:rPr>
          <w:lang w:eastAsia="zh-CN"/>
        </w:rPr>
        <w:t>　　1、人力的安排</w:t>
      </w:r>
      <w:r>
        <w:rPr>
          <w:lang w:eastAsia="zh-CN"/>
        </w:rPr>
        <w:br/>
      </w:r>
      <w:r>
        <w:rPr>
          <w:lang w:eastAsia="zh-CN"/>
        </w:rPr>
        <w:t>　　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w:t>
      </w:r>
      <w:r>
        <w:rPr>
          <w:lang w:eastAsia="zh-CN"/>
        </w:rPr>
        <w:br/>
      </w:r>
      <w:r>
        <w:rPr>
          <w:lang w:eastAsia="zh-CN"/>
        </w:rPr>
        <w:t>　　2、合理的休息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出口装箱时，现高温季节，仓储作业量大，出汗多。像卫洗丽的箱子，每一箱成品都套有一个塑料袋，很滑，装箱时不能碰伤箱子，作业要求高，难度大。在-多度的箱内，一会儿就汗流浃背了，所以要合理安排作业和休息，做到轮流休息，不间断作业，这样在保证作业安全的情况下，作业效率就不受影响了。</w:t>
      </w:r>
      <w:r>
        <w:rPr>
          <w:lang w:eastAsia="zh-CN"/>
        </w:rPr>
        <w:br/>
      </w:r>
      <w:r>
        <w:rPr>
          <w:lang w:eastAsia="zh-CN"/>
        </w:rPr>
        <w:t>　　3、人员的培训和提高</w:t>
      </w:r>
      <w:r>
        <w:rPr>
          <w:lang w:eastAsia="zh-CN"/>
        </w:rPr>
        <w:br/>
      </w:r>
      <w:r>
        <w:rPr>
          <w:lang w:eastAsia="zh-CN"/>
        </w:rPr>
        <w:t>　　虽然装卸工人的工作比较简单，但为了作业的不断提高，我们也要不断提醒他们现场作业的规定，及客户对我们的要求，这样有利于我们对仓库的管理，理货，配货等作业。他们的作业效率也会有所提高的。第三部分：货物的管理</w:t>
      </w:r>
      <w:r>
        <w:rPr>
          <w:lang w:eastAsia="zh-CN"/>
        </w:rPr>
        <w:br/>
      </w:r>
      <w:r>
        <w:rPr>
          <w:lang w:eastAsia="zh-CN"/>
        </w:rPr>
        <w:t>　　现-仓库开业-个多月来，--的业务已相继进入-仓库。客户的部品，成品，出口品部分或全部进入松江仓库进行保管。所以要做好仓库的管理，货物的入出库作业，日常保管，仓库清理工作，把好库存数量的管理，防止不必要的损耗的发生，有效的利用库存区面积。</w:t>
      </w:r>
      <w:r>
        <w:rPr>
          <w:lang w:eastAsia="zh-CN"/>
        </w:rPr>
        <w:br/>
      </w:r>
      <w:r>
        <w:rPr>
          <w:lang w:eastAsia="zh-CN"/>
        </w:rPr>
        <w:t>　　A：易拿，易放，易看，易点的堆积方式;</w:t>
      </w:r>
      <w:r>
        <w:rPr>
          <w:lang w:eastAsia="zh-CN"/>
        </w:rPr>
        <w:br/>
      </w:r>
      <w:r>
        <w:rPr>
          <w:lang w:eastAsia="zh-CN"/>
        </w:rPr>
        <w:t>　　B：货物堆放不要超过托盘，不要超高堆放，要注意“五距”;</w:t>
      </w:r>
      <w:r>
        <w:rPr>
          <w:lang w:eastAsia="zh-CN"/>
        </w:rPr>
        <w:br/>
      </w:r>
      <w:r>
        <w:rPr>
          <w:lang w:eastAsia="zh-CN"/>
        </w:rPr>
        <w:t>　　C：货物入出时做好桩脚卡记录;(计好箱数和枚数)</w:t>
      </w:r>
      <w:r>
        <w:rPr>
          <w:lang w:eastAsia="zh-CN"/>
        </w:rPr>
        <w:br/>
      </w:r>
      <w:r>
        <w:rPr>
          <w:lang w:eastAsia="zh-CN"/>
        </w:rPr>
        <w:t>　　D：坚持货物先进先出，对于频繁进出库的货物和小件的货物应多盘点这样减少库存差异;</w:t>
      </w:r>
      <w:r>
        <w:rPr>
          <w:lang w:eastAsia="zh-CN"/>
        </w:rPr>
        <w:br/>
      </w:r>
      <w:r>
        <w:rPr>
          <w:lang w:eastAsia="zh-CN"/>
        </w:rPr>
        <w:t>　　E：保持仓库的整洁，地面的清洁，通道的顺畅;</w:t>
      </w:r>
      <w:r>
        <w:rPr>
          <w:lang w:eastAsia="zh-CN"/>
        </w:rPr>
        <w:br/>
      </w:r>
      <w:r>
        <w:rPr>
          <w:lang w:eastAsia="zh-CN"/>
        </w:rPr>
        <w:t>　　主要有</w:t>
      </w:r>
      <w:r>
        <w:rPr>
          <w:lang w:eastAsia="zh-CN"/>
        </w:rPr>
        <w:br/>
      </w:r>
      <w:r>
        <w:rPr>
          <w:lang w:eastAsia="zh-CN"/>
        </w:rPr>
        <w:t>　　一、部品的管理</w:t>
      </w:r>
      <w:r>
        <w:rPr>
          <w:lang w:eastAsia="zh-CN"/>
        </w:rPr>
        <w:br/>
      </w:r>
      <w:r>
        <w:rPr>
          <w:lang w:eastAsia="zh-CN"/>
        </w:rPr>
        <w:t>　　1、部品的入库作业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现-工厂的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部品中的便坐</w:t>
      </w:r>
      <w:r>
        <w:rPr>
          <w:lang w:eastAsia="zh-CN"/>
        </w:rPr>
        <w:br/>
      </w:r>
      <w:r>
        <w:rPr>
          <w:lang w:eastAsia="zh-CN"/>
        </w:rPr>
        <w:t>　　器系列的部品，它是-工厂中直接生产线出来由仓库开转库单过开的，不像他们协力厂过来的部品那样整齐，所以一定要多留神，多注意清点。</w:t>
      </w:r>
      <w:r>
        <w:rPr>
          <w:lang w:eastAsia="zh-CN"/>
        </w:rPr>
        <w:br/>
      </w:r>
      <w:r>
        <w:rPr>
          <w:lang w:eastAsia="zh-CN"/>
        </w:rPr>
        <w:t>　　2、部品的出库作业</w:t>
      </w:r>
      <w:r>
        <w:rPr>
          <w:lang w:eastAsia="zh-CN"/>
        </w:rPr>
        <w:br/>
      </w:r>
      <w:r>
        <w:rPr>
          <w:lang w:eastAsia="zh-CN"/>
        </w:rPr>
        <w:t>　　-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r>
        <w:rPr>
          <w:lang w:eastAsia="zh-CN"/>
        </w:rPr>
        <w:br/>
      </w:r>
      <w:r>
        <w:rPr>
          <w:lang w:eastAsia="zh-CN"/>
        </w:rPr>
        <w:t>　　二、成品/出口品的管理：成品/出口品的入库作业</w:t>
      </w:r>
      <w:r>
        <w:rPr>
          <w:lang w:eastAsia="zh-CN"/>
        </w:rPr>
        <w:br/>
      </w:r>
      <w:r>
        <w:rPr>
          <w:lang w:eastAsia="zh-CN"/>
        </w:rPr>
        <w:t>　　1、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r>
        <w:rPr>
          <w:lang w:eastAsia="zh-CN"/>
        </w:rPr>
        <w:br/>
      </w:r>
      <w:r>
        <w:rPr>
          <w:lang w:eastAsia="zh-CN"/>
        </w:rPr>
        <w:t>　　2、成品/出口品的出库作业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r>
        <w:rPr>
          <w:lang w:eastAsia="zh-CN"/>
        </w:rPr>
        <w:br/>
      </w:r>
      <w:r>
        <w:rPr>
          <w:lang w:eastAsia="zh-CN"/>
        </w:rPr>
        <w:t>　　为了做到先进先出，可否在填制一张记录单用于记录每一货品每次入库的数量和同一生产日的数量，出库时进行“先进先出”销帐，并记录余数。</w:t>
      </w:r>
      <w:r>
        <w:rPr>
          <w:lang w:eastAsia="zh-CN"/>
        </w:rPr>
        <w:br/>
      </w:r>
      <w:r>
        <w:rPr>
          <w:lang w:eastAsia="zh-CN"/>
        </w:rPr>
        <w:t>　　第三部分：设备的管理和卫生工作</w:t>
      </w:r>
      <w:r>
        <w:rPr>
          <w:lang w:eastAsia="zh-CN"/>
        </w:rPr>
        <w:br/>
      </w:r>
      <w:r>
        <w:rPr>
          <w:lang w:eastAsia="zh-CN"/>
        </w:rPr>
        <w:t>　　一、设备管理</w:t>
      </w:r>
      <w:r>
        <w:rPr>
          <w:lang w:eastAsia="zh-CN"/>
        </w:rPr>
        <w:br/>
      </w:r>
      <w:r>
        <w:rPr>
          <w:lang w:eastAsia="zh-CN"/>
        </w:rPr>
        <w:t>　　仓库现有设备：液压车，堆高车和铲车。</w:t>
      </w:r>
      <w:r>
        <w:rPr>
          <w:lang w:eastAsia="zh-CN"/>
        </w:rPr>
        <w:br/>
      </w:r>
      <w:r>
        <w:rPr>
          <w:lang w:eastAsia="zh-CN"/>
        </w:rPr>
        <w:t>　　仓储设备是省力省时的有利工具，要做好日常的清洁保养，清理轮子中的杂物，保持其顺利使用。发现隐患要及时报修，还要安全用电。</w:t>
      </w:r>
      <w:r>
        <w:rPr>
          <w:lang w:eastAsia="zh-CN"/>
        </w:rPr>
        <w:br/>
      </w:r>
      <w:r>
        <w:rPr>
          <w:lang w:eastAsia="zh-CN"/>
        </w:rPr>
        <w:t>　　二、卫生工作</w:t>
      </w:r>
      <w:r>
        <w:rPr>
          <w:lang w:eastAsia="zh-CN"/>
        </w:rPr>
        <w:br/>
      </w:r>
      <w:r>
        <w:rPr>
          <w:lang w:eastAsia="zh-CN"/>
        </w:rPr>
        <w:t>　　仓库作业量大，容易积累灰尘，所以每天要清理仓库，清洁地面，保持卫生。创造一个整洁的仓库，在良好卫生的工作环境下工作。</w:t>
      </w:r>
      <w:r>
        <w:rPr>
          <w:lang w:eastAsia="zh-CN"/>
        </w:rPr>
        <w:br/>
      </w:r>
      <w:r>
        <w:rPr>
          <w:lang w:eastAsia="zh-CN"/>
        </w:rPr>
        <w:t>　　第四部分：自我学习和总结</w:t>
      </w:r>
      <w:r>
        <w:rPr>
          <w:lang w:eastAsia="zh-CN"/>
        </w:rPr>
        <w:br/>
      </w:r>
      <w:r>
        <w:rPr>
          <w:lang w:eastAsia="zh-CN"/>
        </w:rPr>
        <w:t>　　每天的工作中都有很多问题发生，我们要善于发现问题，把握问题，并在第一时间去解决，来提升自身的业务能力。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r>
        <w:rPr>
          <w:lang w:eastAsia="zh-CN"/>
        </w:rPr>
        <w:br/>
      </w:r>
      <w:r>
        <w:rPr>
          <w:lang w:eastAsia="zh-CN"/>
        </w:rPr>
        <w:t>　　我想通过工作学习能有更大的进步，愿我和--共同发展，共同进步!</w:t>
      </w:r>
      <w:r>
        <w:rPr>
          <w:lang w:eastAsia="zh-CN"/>
        </w:rPr>
        <w:br/>
      </w:r>
      <w:r>
        <w:rPr>
          <w:lang w:eastAsia="zh-CN"/>
        </w:rPr>
        <w:t xml:space="preserve">    2024年仓库管理员工作总结范文 篇4 </w:t>
      </w:r>
      <w:r>
        <w:rPr>
          <w:lang w:eastAsia="zh-CN"/>
        </w:rPr>
        <w:br/>
      </w:r>
      <w:r>
        <w:rPr>
          <w:lang w:eastAsia="zh-CN"/>
        </w:rPr>
        <w:t>　　光阴荏苒，岁月如梭，不知不觉在指尖悄然逝去，迎面而来。回想过去，面对眼前，展望未来！有进步的喜悦，亦有工作中失误的愧疚。用心思量工作当中的利弊、得失。从教训中汲取经验，为以后的工作做好了充分的准备。现将工作总结如下：</w:t>
      </w:r>
      <w:r>
        <w:rPr>
          <w:lang w:eastAsia="zh-CN"/>
        </w:rPr>
        <w:br/>
      </w:r>
      <w:r>
        <w:rPr>
          <w:lang w:eastAsia="zh-CN"/>
        </w:rPr>
        <w:t>　　一、工作总结</w:t>
      </w:r>
      <w:r>
        <w:rPr>
          <w:lang w:eastAsia="zh-CN"/>
        </w:rPr>
        <w:br/>
      </w:r>
      <w:r>
        <w:rPr>
          <w:lang w:eastAsia="zh-CN"/>
        </w:rPr>
        <w:t>　　1、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w:t>
      </w:r>
      <w:r>
        <w:rPr>
          <w:lang w:eastAsia="zh-CN"/>
        </w:rPr>
        <w:br/>
      </w:r>
      <w:r>
        <w:rPr>
          <w:lang w:eastAsia="zh-CN"/>
        </w:rPr>
        <w:t>　　2、及时收发物料，并不定期进行自盘；督促仓管员对所管辖的物料及时的进行收发整理，并定期自盘，合格物料及时清点进仓，输单员及时做好帐务处理。确保了帐、物、卡的一致，使仓库工作做到日清日毕。</w:t>
      </w:r>
      <w:r>
        <w:rPr>
          <w:lang w:eastAsia="zh-CN"/>
        </w:rPr>
        <w:br/>
      </w:r>
      <w:r>
        <w:rPr>
          <w:lang w:eastAsia="zh-CN"/>
        </w:rPr>
        <w:t>　　3、坚持执行7S工作，做好物料的标识和防护；改善工作环境，做到让人一目了然，规划仓库物料的区域标识。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4、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r>
        <w:rPr>
          <w:lang w:eastAsia="zh-CN"/>
        </w:rPr>
        <w:br/>
      </w:r>
      <w:r>
        <w:rPr>
          <w:lang w:eastAsia="zh-CN"/>
        </w:rPr>
        <w:t>　　5、退供应商不良品的及时处理；每周统计不良品给相关部门并及时跟进，在相关部门的协助下，不良品得到了及时的处理。</w:t>
      </w:r>
      <w:r>
        <w:rPr>
          <w:lang w:eastAsia="zh-CN"/>
        </w:rPr>
        <w:br/>
      </w:r>
      <w:r>
        <w:rPr>
          <w:lang w:eastAsia="zh-CN"/>
        </w:rPr>
        <w:t>　　6、加大了物料的追踪工作；对即将断货的物料进行合理追踪，并和采购、生产等个个部门积极沟通，确保到料及时。降低生产滞留。悄然离开，回想自己在这一年的工作，许多工作还有不尽如意之处，总结起来存在的不足主要有以下两点：</w:t>
      </w:r>
      <w:r>
        <w:rPr>
          <w:lang w:eastAsia="zh-CN"/>
        </w:rPr>
        <w:br/>
      </w:r>
      <w:r>
        <w:rPr>
          <w:lang w:eastAsia="zh-CN"/>
        </w:rPr>
        <w:t>　　二、存在的不足以及改进措施：</w:t>
      </w:r>
      <w:r>
        <w:rPr>
          <w:lang w:eastAsia="zh-CN"/>
        </w:rPr>
        <w:br/>
      </w:r>
      <w:r>
        <w:rPr>
          <w:lang w:eastAsia="zh-CN"/>
        </w:rPr>
        <w:t>　　1、缺乏沟通，不能充分利用资源；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w:t>
      </w:r>
      <w:r>
        <w:rPr>
          <w:lang w:eastAsia="zh-CN"/>
        </w:rPr>
        <w:br/>
      </w:r>
      <w:r>
        <w:rPr>
          <w:lang w:eastAsia="zh-CN"/>
        </w:rPr>
        <w:t>　　2、缺乏计划性；在工作过程中，由于缺乏计划性，工作目的不够明确，主次矛盾不清，常常达到事倍功半的效果，领导不满意不说，自己还一肚子委屈。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在以后的工作过程中，我要认真制订工作计划，做事加强目的认识，分清主次矛盾，争取能达到事半功倍的效果。</w:t>
      </w:r>
      <w:r>
        <w:rPr>
          <w:lang w:eastAsia="zh-CN"/>
        </w:rPr>
        <w:br/>
      </w:r>
      <w:r>
        <w:rPr>
          <w:lang w:eastAsia="zh-CN"/>
        </w:rPr>
        <w:t>　　三、工作计划</w:t>
      </w:r>
      <w:r>
        <w:rPr>
          <w:lang w:eastAsia="zh-CN"/>
        </w:rPr>
        <w:br/>
      </w:r>
      <w:r>
        <w:rPr>
          <w:lang w:eastAsia="zh-CN"/>
        </w:rPr>
        <w:t>　　1、保证工作顺利开展；确保平时的收发业务顺畅，及时发料，及时进仓，保证车间的正常生产，做到及时处理各部门反映的问题。</w:t>
      </w:r>
      <w:r>
        <w:rPr>
          <w:lang w:eastAsia="zh-CN"/>
        </w:rPr>
        <w:br/>
      </w:r>
      <w:r>
        <w:rPr>
          <w:lang w:eastAsia="zh-CN"/>
        </w:rPr>
        <w:t>　　2、仓库人员的换岗；在上半年完成所有仓管员的岗位调换工作，可以培养仓库人员的多方面能力，熟悉多的物料，在其他人员调休的情况下可以帮忙处理业务。发展多面手人员，作好人员储备，为以后的工作打基础。</w:t>
      </w:r>
      <w:r>
        <w:rPr>
          <w:lang w:eastAsia="zh-CN"/>
        </w:rPr>
        <w:br/>
      </w:r>
      <w:r>
        <w:rPr>
          <w:lang w:eastAsia="zh-CN"/>
        </w:rPr>
        <w:t>　　3、建全仓库流程；建全仓库收、发、存、管的业务流程，使每个人都可以按制度作业仓库流程，做到任何一个人都可以在短时间内接手本部门的任何一项工作。</w:t>
      </w:r>
      <w:r>
        <w:rPr>
          <w:lang w:eastAsia="zh-CN"/>
        </w:rPr>
        <w:br/>
      </w:r>
      <w:r>
        <w:rPr>
          <w:lang w:eastAsia="zh-CN"/>
        </w:rPr>
        <w:t>　　4、仓库的整体规划；做好仓库的整体规划，对物料进行重新分类摆放。</w:t>
      </w:r>
      <w:r>
        <w:rPr>
          <w:lang w:eastAsia="zh-CN"/>
        </w:rPr>
        <w:br/>
      </w:r>
      <w:r>
        <w:rPr>
          <w:lang w:eastAsia="zh-CN"/>
        </w:rPr>
        <w:t>　　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6、实行A、B、C、管理法，做好物资盘点工作，确保帐卡物三相符；A、B、C管理法是将产品分为三大类重点盘点A类物资（占仓库资产的70%）A类物资具有占资金大数量少等特点，方便仓储人员盘点，可做为月盘点。重点管理C类物资（占仓库资产的10%）C类物资是常用物资，且数量大，资金小。仓储人员应每日查询C类物资，以确保因物资短缺而造成的生产滞留。B类物资（占仓库资产的20%）可适当不做重点管理。A类物资可做月盘点，B、C类物资可做为季度盘点。</w:t>
      </w:r>
      <w:r>
        <w:rPr>
          <w:lang w:eastAsia="zh-CN"/>
        </w:rPr>
        <w:br/>
      </w:r>
      <w:r>
        <w:rPr>
          <w:lang w:eastAsia="zh-CN"/>
        </w:rPr>
        <w:t>　　7、员工培训；培训计划，对员工进行5S、安全、岗位操作技巧和新中大系统操作的培训。</w:t>
      </w:r>
      <w:r>
        <w:rPr>
          <w:lang w:eastAsia="zh-CN"/>
        </w:rPr>
        <w:br/>
      </w:r>
      <w:r>
        <w:rPr>
          <w:lang w:eastAsia="zh-CN"/>
        </w:rPr>
        <w:t>　　作为公司中一个普通的职员，我不要求什么，只要求自己做的更好，不断的在进步，自己的能力有限，但是能力是一方面，态度是另一方面。只要认真的工作，我相信我是会做的更好的，这些都会认识到，我相信我能够做好！</w:t>
      </w:r>
      <w:r>
        <w:rPr>
          <w:lang w:eastAsia="zh-CN"/>
        </w:rPr>
        <w:br/>
      </w:r>
      <w:r>
        <w:rPr>
          <w:lang w:eastAsia="zh-CN"/>
        </w:rPr>
        <w:t xml:space="preserve">    2024年仓库管理员工作总结范文 篇5 </w:t>
      </w:r>
      <w:r>
        <w:rPr>
          <w:lang w:eastAsia="zh-CN"/>
        </w:rPr>
        <w:br/>
      </w:r>
      <w:r>
        <w:rPr>
          <w:lang w:eastAsia="zh-CN"/>
        </w:rPr>
        <w:t>　　时光飞逝，转眼间，来到__公司从事仓管人员已经有一年的时间了。通过这段时间的锻炼，我成长了许多。现在就过去的工作做下总结：</w:t>
      </w:r>
      <w:r>
        <w:rPr>
          <w:lang w:eastAsia="zh-CN"/>
        </w:rPr>
        <w:br/>
      </w:r>
      <w:r>
        <w:rPr>
          <w:lang w:eastAsia="zh-CN"/>
        </w:rPr>
        <w:t>　　第一部分：自我介绍</w:t>
      </w:r>
      <w:r>
        <w:rPr>
          <w:lang w:eastAsia="zh-CN"/>
        </w:rPr>
        <w:br/>
      </w:r>
      <w:r>
        <w:rPr>
          <w:lang w:eastAsia="zh-CN"/>
        </w:rPr>
        <w:t>　　我是公司储运部松江仓库的仓库保管员：是土生土长的松江人。我是今年六月九号进入公司工作的，作为一名新员工进入了一家高速发展的物流公司工作，深感欣喜。我想这是我职业的新开始，因为在经贸山九有信赖，勤勉，发展。</w:t>
      </w:r>
      <w:r>
        <w:rPr>
          <w:lang w:eastAsia="zh-CN"/>
        </w:rPr>
        <w:br/>
      </w:r>
      <w:r>
        <w:rPr>
          <w:lang w:eastAsia="zh-CN"/>
        </w:rPr>
        <w:t>　　第二部分：人力的合理安排和运用</w:t>
      </w:r>
      <w:r>
        <w:rPr>
          <w:lang w:eastAsia="zh-CN"/>
        </w:rPr>
        <w:br/>
      </w:r>
      <w:r>
        <w:rPr>
          <w:lang w:eastAsia="zh-CN"/>
        </w:rPr>
        <w:t>　　1：人力的安排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r>
        <w:rPr>
          <w:lang w:eastAsia="zh-CN"/>
        </w:rPr>
        <w:br/>
      </w:r>
      <w:r>
        <w:rPr>
          <w:lang w:eastAsia="zh-CN"/>
        </w:rPr>
        <w:t>　　2：合理的休息</w:t>
      </w:r>
      <w:r>
        <w:rPr>
          <w:lang w:eastAsia="zh-CN"/>
        </w:rPr>
        <w:br/>
      </w:r>
      <w:r>
        <w:rPr>
          <w:lang w:eastAsia="zh-CN"/>
        </w:rPr>
        <w:t>　　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r>
        <w:rPr>
          <w:lang w:eastAsia="zh-CN"/>
        </w:rPr>
        <w:br/>
      </w:r>
      <w:r>
        <w:rPr>
          <w:lang w:eastAsia="zh-CN"/>
        </w:rPr>
        <w:t>　　3：人员的培训和提高</w:t>
      </w:r>
      <w:r>
        <w:rPr>
          <w:lang w:eastAsia="zh-CN"/>
        </w:rPr>
        <w:br/>
      </w:r>
      <w:r>
        <w:rPr>
          <w:lang w:eastAsia="zh-CN"/>
        </w:rPr>
        <w:t>　　虽然装卸工人的工作比较简单，但为了作业的不断提高，我们也要不断提醒他们现场作业的规定，及客户对我们的要求，这样有利于我们对仓库的管理，理货，配货等作业。他们的作业效率也会有所提高的。</w:t>
      </w:r>
      <w:r>
        <w:rPr>
          <w:lang w:eastAsia="zh-CN"/>
        </w:rPr>
        <w:br/>
      </w:r>
      <w:r>
        <w:rPr>
          <w:lang w:eastAsia="zh-CN"/>
        </w:rPr>
        <w:t>　　第三部分：货物的管理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r>
        <w:rPr>
          <w:lang w:eastAsia="zh-CN"/>
        </w:rPr>
        <w:br/>
      </w:r>
      <w:r>
        <w:rPr>
          <w:lang w:eastAsia="zh-CN"/>
        </w:rPr>
        <w:t>　　A：易拿，易放，易看，易点的堆积方式，</w:t>
      </w:r>
      <w:r>
        <w:rPr>
          <w:lang w:eastAsia="zh-CN"/>
        </w:rPr>
        <w:br/>
      </w:r>
      <w:r>
        <w:rPr>
          <w:lang w:eastAsia="zh-CN"/>
        </w:rPr>
        <w:t>　　B：货物堆放不要超过托盘，不要超高堆放，要注意“五距”，</w:t>
      </w:r>
      <w:r>
        <w:rPr>
          <w:lang w:eastAsia="zh-CN"/>
        </w:rPr>
        <w:br/>
      </w:r>
      <w:r>
        <w:rPr>
          <w:lang w:eastAsia="zh-CN"/>
        </w:rPr>
        <w:t>　　C：货物入出时做好桩脚卡记录(计好箱数和枚数)</w:t>
      </w:r>
      <w:r>
        <w:rPr>
          <w:lang w:eastAsia="zh-CN"/>
        </w:rPr>
        <w:br/>
      </w:r>
      <w:r>
        <w:rPr>
          <w:lang w:eastAsia="zh-CN"/>
        </w:rPr>
        <w:t>　　D：坚持货物先进先出，对于频繁进出库的货物和小件的货物应多盘点这样减少库存差异</w:t>
      </w:r>
      <w:r>
        <w:rPr>
          <w:lang w:eastAsia="zh-CN"/>
        </w:rPr>
        <w:br/>
      </w:r>
      <w:r>
        <w:rPr>
          <w:lang w:eastAsia="zh-CN"/>
        </w:rPr>
        <w:t>　　E：保持仓库的整洁，地面的清洁，通道的顺畅</w:t>
      </w:r>
      <w:r>
        <w:rPr>
          <w:lang w:eastAsia="zh-CN"/>
        </w:rPr>
        <w:br/>
      </w:r>
      <w:r>
        <w:rPr>
          <w:lang w:eastAsia="zh-CN"/>
        </w:rPr>
        <w:t>　　主要有：</w:t>
      </w:r>
      <w:r>
        <w:rPr>
          <w:lang w:eastAsia="zh-CN"/>
        </w:rPr>
        <w:br/>
      </w:r>
      <w:r>
        <w:rPr>
          <w:lang w:eastAsia="zh-CN"/>
        </w:rPr>
        <w:t>　　一：部品的管理</w:t>
      </w:r>
      <w:r>
        <w:rPr>
          <w:lang w:eastAsia="zh-CN"/>
        </w:rPr>
        <w:br/>
      </w:r>
      <w:r>
        <w:rPr>
          <w:lang w:eastAsia="zh-CN"/>
        </w:rPr>
        <w:t>　　1：部品的入库作业</w:t>
      </w:r>
      <w:r>
        <w:rPr>
          <w:lang w:eastAsia="zh-CN"/>
        </w:rPr>
        <w:br/>
      </w:r>
      <w:r>
        <w:rPr>
          <w:lang w:eastAsia="zh-CN"/>
        </w:rPr>
        <w:t>　　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r>
        <w:rPr>
          <w:lang w:eastAsia="zh-CN"/>
        </w:rPr>
        <w:br/>
      </w:r>
      <w:r>
        <w:rPr>
          <w:lang w:eastAsia="zh-CN"/>
        </w:rPr>
        <w:t>　　2：部品的出库作业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r>
        <w:rPr>
          <w:lang w:eastAsia="zh-CN"/>
        </w:rPr>
        <w:br/>
      </w:r>
      <w:r>
        <w:rPr>
          <w:lang w:eastAsia="zh-CN"/>
        </w:rPr>
        <w:t>　　二：成品/出口品的管理</w:t>
      </w:r>
      <w:r>
        <w:rPr>
          <w:lang w:eastAsia="zh-CN"/>
        </w:rPr>
        <w:br/>
      </w:r>
      <w:r>
        <w:rPr>
          <w:lang w:eastAsia="zh-CN"/>
        </w:rPr>
        <w:t>　　1：成品/出口品的入库作业</w:t>
      </w:r>
      <w:r>
        <w:rPr>
          <w:lang w:eastAsia="zh-CN"/>
        </w:rPr>
        <w:br/>
      </w:r>
      <w:r>
        <w:rPr>
          <w:lang w:eastAsia="zh-CN"/>
        </w:rPr>
        <w:t>　　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r>
        <w:rPr>
          <w:lang w:eastAsia="zh-CN"/>
        </w:rPr>
        <w:br/>
      </w:r>
      <w:r>
        <w:rPr>
          <w:lang w:eastAsia="zh-CN"/>
        </w:rPr>
        <w:t>　　2：成品/出口品的出库作业</w:t>
      </w:r>
      <w:r>
        <w:rPr>
          <w:lang w:eastAsia="zh-CN"/>
        </w:rPr>
        <w:br/>
      </w:r>
      <w:r>
        <w:rPr>
          <w:lang w:eastAsia="zh-CN"/>
        </w:rPr>
        <w:t>　　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r>
        <w:rPr>
          <w:lang w:eastAsia="zh-CN"/>
        </w:rPr>
        <w:br/>
      </w:r>
      <w:r>
        <w:rPr>
          <w:lang w:eastAsia="zh-CN"/>
        </w:rPr>
        <w:t>　　为了做到先进先出，可否在填制一张记录单用于记录每一货品每次入库的数量和同一生产日的数量，出库时进行“先进先出”销帐，并记录余数。</w:t>
      </w:r>
      <w:r>
        <w:rPr>
          <w:lang w:eastAsia="zh-CN"/>
        </w:rPr>
        <w:br/>
      </w:r>
      <w:r>
        <w:rPr>
          <w:lang w:eastAsia="zh-CN"/>
        </w:rPr>
        <w:t>　　第四部分：设备的管理和卫生工作</w:t>
      </w:r>
      <w:r>
        <w:rPr>
          <w:lang w:eastAsia="zh-CN"/>
        </w:rPr>
        <w:br/>
      </w:r>
      <w:r>
        <w:rPr>
          <w:lang w:eastAsia="zh-CN"/>
        </w:rPr>
        <w:t>　　一：设备管理</w:t>
      </w:r>
      <w:r>
        <w:rPr>
          <w:lang w:eastAsia="zh-CN"/>
        </w:rPr>
        <w:br/>
      </w:r>
      <w:r>
        <w:rPr>
          <w:lang w:eastAsia="zh-CN"/>
        </w:rPr>
        <w:t>　　仓库现有设备：液压车，堆高车和铲车。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仓储设备是省力省时的有利工具，要做好日常的清洁保养，清理轮子中的杂物，保持其顺利使用。发现隐患要及时报修，还要安全用电。</w:t>
      </w:r>
      <w:r>
        <w:rPr>
          <w:lang w:eastAsia="zh-CN"/>
        </w:rPr>
        <w:br/>
      </w:r>
      <w:r>
        <w:rPr>
          <w:lang w:eastAsia="zh-CN"/>
        </w:rPr>
        <w:t>　　二：卫生工作</w:t>
      </w:r>
      <w:r>
        <w:rPr>
          <w:lang w:eastAsia="zh-CN"/>
        </w:rPr>
        <w:br/>
      </w:r>
      <w:r>
        <w:rPr>
          <w:lang w:eastAsia="zh-CN"/>
        </w:rPr>
        <w:t>　　仓库作业量大，容易积累灰尘，所以每天要清理仓库，清洁地面，保持卫生。创造一个整洁的仓库，在良好卫生的工作环境下工作。</w:t>
      </w:r>
      <w:r>
        <w:rPr>
          <w:lang w:eastAsia="zh-CN"/>
        </w:rPr>
        <w:br/>
      </w:r>
      <w:r>
        <w:rPr>
          <w:lang w:eastAsia="zh-CN"/>
        </w:rPr>
        <w:t>　　第五部分：自我学习和总结</w:t>
      </w:r>
      <w:r>
        <w:rPr>
          <w:lang w:eastAsia="zh-CN"/>
        </w:rPr>
        <w:br/>
      </w:r>
      <w:r>
        <w:rPr>
          <w:lang w:eastAsia="zh-CN"/>
        </w:rPr>
        <w:t>　　每天的工作中都有很多问题发生，我们要善于发现问题，把握问题，并在第一时间去解决，来提升自身的业务能力。</w:t>
      </w:r>
      <w:r>
        <w:rPr>
          <w:lang w:eastAsia="zh-CN"/>
        </w:rPr>
        <w:br/>
      </w:r>
      <w:r>
        <w:rPr>
          <w:lang w:eastAsia="zh-CN"/>
        </w:rPr>
        <w:t>　　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r>
        <w:rPr>
          <w:lang w:eastAsia="zh-CN"/>
        </w:rPr>
        <w:br/>
      </w:r>
      <w:r>
        <w:rPr>
          <w:lang w:eastAsia="zh-CN"/>
        </w:rPr>
        <w:t>　　我相信，通过在工作中不断的学习，我能在未来的工作中取得更大的进步。</w:t>
      </w:r>
      <w:r>
        <w:rPr>
          <w:lang w:eastAsia="zh-CN"/>
        </w:rPr>
        <w:br/>
      </w:r>
      <w:r>
        <w:rPr>
          <w:lang w:eastAsia="zh-CN"/>
        </w:rPr>
        <w:t>　　篇四：仓库管理员年终总结</w:t>
      </w:r>
      <w:r>
        <w:rPr>
          <w:lang w:eastAsia="zh-CN"/>
        </w:rPr>
        <w:br/>
      </w:r>
      <w:r>
        <w:rPr>
          <w:lang w:eastAsia="zh-CN"/>
        </w:rPr>
        <w:t>　　不知不觉中，20__年即将去。在这新的一年即将来临之时，作为一名__公司的仓管人员，在上级的正确领导和同事的关心与帮助下，及时的完成了年度工作计划。现对今年的工作总结如下：</w:t>
      </w:r>
      <w:r>
        <w:rPr>
          <w:lang w:eastAsia="zh-CN"/>
        </w:rPr>
        <w:br/>
      </w:r>
      <w:r>
        <w:rPr>
          <w:lang w:eastAsia="zh-CN"/>
        </w:rPr>
        <w:t>　　一、基本工作情况。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完成了仓库顺利交接。20__年初，我开始接管仓库管理工作，当时仓库实物与帐本都比较乱，为了尽快完成交接，我在督促原仓库管理员列好帐目的基础上，加班加点建立健全了代理商铺货帐本,仓库帐本以及各类报表等。</w:t>
      </w:r>
      <w:r>
        <w:rPr>
          <w:lang w:eastAsia="zh-CN"/>
        </w:rPr>
        <w:br/>
      </w:r>
      <w:r>
        <w:rPr>
          <w:lang w:eastAsia="zh-CN"/>
        </w:rPr>
        <w:t>　　2、参与了公司全员大营销活动。1至3月份，公司开展全员大营销活动，每天员工放号量都特别大,领人特别多,作为一名仓库管理员，保证足够的货源是应尽的职责，最初人手少，只有我一个，每天都要到公司提货，每次提货都是四五十部，要搬好几次才能把从东风路地下室里搬出来，常常把衣服弄的很脏，为了保证足够的货源，三个月来没休过一天班，有力的完成了后勤保障工作。</w:t>
      </w:r>
      <w:r>
        <w:rPr>
          <w:lang w:eastAsia="zh-CN"/>
        </w:rPr>
        <w:br/>
      </w:r>
      <w:r>
        <w:rPr>
          <w:lang w:eastAsia="zh-CN"/>
        </w:rPr>
        <w:t>　　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r>
        <w:rPr>
          <w:lang w:eastAsia="zh-CN"/>
        </w:rPr>
        <w:br/>
      </w:r>
      <w:r>
        <w:rPr>
          <w:lang w:eastAsia="zh-CN"/>
        </w:rPr>
        <w:t>　　二、基本经验与不足。</w:t>
      </w:r>
      <w:r>
        <w:rPr>
          <w:lang w:eastAsia="zh-CN"/>
        </w:rPr>
        <w:br/>
      </w:r>
      <w:r>
        <w:rPr>
          <w:lang w:eastAsia="zh-CN"/>
        </w:rPr>
        <w:t>　　1、敬业是干好本职工作的前提。对这一点我是从仓库交接过程中得到的，由于干仓库管理工作，首先要对型号及性能要熟悉，当时我对接触不多，几乎是一张白纸，我就下定决心，一定要干好，结果总算把工作整理的有头有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r>
        <w:rPr>
          <w:lang w:eastAsia="zh-CN"/>
        </w:rPr>
        <w:br/>
      </w:r>
      <w:r>
        <w:rPr>
          <w:lang w:eastAsia="zh-CN"/>
        </w:rPr>
        <w:t>　　3、干工作要不怕苦、不怕累才能少出漏洞。近一年来，我一直都是忙忙碌碌，从没因苦与累而退缩过，实践证明，我所管理的几乎没有出现过漏洞，实物与帐目相符，随时随地接受领导的检查验收。</w:t>
      </w:r>
      <w:r>
        <w:rPr>
          <w:lang w:eastAsia="zh-CN"/>
        </w:rPr>
        <w:br/>
      </w:r>
      <w:r>
        <w:rPr>
          <w:lang w:eastAsia="zh-CN"/>
        </w:rPr>
        <w:t>　　在新的一年里，我将继续努力工作，以更加踏实的工作态度做好本职工作，不断提高自己的工作能力，把上级领导交给我的工作做的更好。</w:t>
      </w:r>
      <w:r>
        <w:rPr>
          <w:lang w:eastAsia="zh-CN"/>
        </w:rPr>
        <w:br/>
      </w:r>
      <w:r>
        <w:rPr>
          <w:lang w:eastAsia="zh-CN"/>
        </w:rPr>
        <w:t xml:space="preserve">    2024年仓库管理员工作总结范文 篇6 </w:t>
      </w:r>
      <w:r>
        <w:rPr>
          <w:lang w:eastAsia="zh-CN"/>
        </w:rPr>
        <w:br/>
      </w:r>
      <w:r>
        <w:rPr>
          <w:lang w:eastAsia="zh-CN"/>
        </w:rPr>
        <w:t>　　新的一年即将到来，回顾这一年来的工作，我做为一名仓库的管理员，在公司领导的正确领导下，完成了公司下达的各项任务，现对今年的工作总结如下:</w:t>
      </w:r>
      <w:r>
        <w:rPr>
          <w:lang w:eastAsia="zh-CN"/>
        </w:rPr>
        <w:br/>
      </w:r>
      <w:r>
        <w:rPr>
          <w:lang w:eastAsia="zh-CN"/>
        </w:rPr>
        <w:t>　　一、基本工作状况。</w:t>
      </w:r>
      <w:r>
        <w:rPr>
          <w:lang w:eastAsia="zh-CN"/>
        </w:rPr>
        <w:br/>
      </w:r>
      <w:r>
        <w:rPr>
          <w:lang w:eastAsia="zh-CN"/>
        </w:rPr>
        <w:t>　　1、完成了仓库顺利交接。__年初，我开始接管仓库管理工作，当时仓库实物</w:t>
      </w:r>
      <w:r>
        <w:rPr>
          <w:lang w:eastAsia="zh-CN"/>
        </w:rPr>
        <w:br/>
      </w:r>
      <w:r>
        <w:rPr>
          <w:lang w:eastAsia="zh-CN"/>
        </w:rPr>
        <w:t>　　与帐本都比较乱，为了尽快完成交接，我在督促原仓库管理员列好帐目的基础上，加班加点建立健全了代理商铺货帐本，仓库帐本以及各类报表等。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参与了公司全员大营销活动。1至3月份，公司开展全员大营销活动，每一天员工放号量都个性大，领人个性多，作为一名仓库管理员，保证足够的货源是应尽的职责，最初人手少，只有我一个，每一天都要到公司提货，每次提货都是四五十部，要搬好几次才能把从东风路地下室里搬出来，常常把衣服弄的很脏，为了保证足够的货源，三个月来没休过一天班，有力的完成了后勤保障工作。</w:t>
      </w:r>
      <w:r>
        <w:rPr>
          <w:lang w:eastAsia="zh-CN"/>
        </w:rPr>
        <w:br/>
      </w:r>
      <w:r>
        <w:rPr>
          <w:lang w:eastAsia="zh-CN"/>
        </w:rPr>
        <w:t>　　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r>
        <w:rPr>
          <w:lang w:eastAsia="zh-CN"/>
        </w:rPr>
        <w:br/>
      </w:r>
      <w:r>
        <w:rPr>
          <w:lang w:eastAsia="zh-CN"/>
        </w:rPr>
        <w:t>　　二、基本经验与不足。</w:t>
      </w:r>
      <w:r>
        <w:rPr>
          <w:lang w:eastAsia="zh-CN"/>
        </w:rPr>
        <w:br/>
      </w:r>
      <w:r>
        <w:rPr>
          <w:lang w:eastAsia="zh-CN"/>
        </w:rPr>
        <w:t>　　1、敬业是干好本职工作的前提。对这一点我是从仓库交接过程中得到的，由于干仓库管理工作，首先要对型号及性能要熟悉，当时我对接触不多，几乎是一张白纸，我就下定决心，必须要干好，结果总算把工作整理的有头有绪。</w:t>
      </w:r>
      <w:r>
        <w:rPr>
          <w:lang w:eastAsia="zh-CN"/>
        </w:rPr>
        <w:br/>
      </w:r>
      <w:r>
        <w:rPr>
          <w:lang w:eastAsia="zh-CN"/>
        </w:rPr>
        <w:t>　　2、干工作要不怕苦、不怕累才能少出漏洞。近一年来，我一向都是忙忙碌碌，从没因苦与累而退缩过，实践证明，我所管理的几乎没有出现过漏洞，实物与帐目相符，随时随地理解领导的检查验收。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用心主动性，这是我工作中存在的不足也是今后努力的方向。</w:t>
      </w:r>
      <w:r>
        <w:rPr>
          <w:lang w:eastAsia="zh-CN"/>
        </w:rPr>
        <w:br/>
      </w:r>
      <w:r>
        <w:rPr>
          <w:lang w:eastAsia="zh-CN"/>
        </w:rPr>
        <w:t>　　新的一年里，我将在自己的工作岗位上更加兢兢业业，以脚踏实地工作态度，尽职尽责地做好本职工作，不断提高、完善自己的工作潜力，把上级交给的各项工作做的更好。</w:t>
      </w:r>
      <w:r>
        <w:rPr>
          <w:lang w:eastAsia="zh-CN"/>
        </w:rPr>
        <w:br/>
      </w:r>
      <w:r>
        <w:rPr>
          <w:lang w:eastAsia="zh-CN"/>
        </w:rPr>
        <w:t xml:space="preserve">    2024年仓库管理员工作总结范文 篇7 </w:t>
      </w:r>
      <w:r>
        <w:rPr>
          <w:lang w:eastAsia="zh-CN"/>
        </w:rPr>
        <w:br/>
      </w:r>
      <w:r>
        <w:rPr>
          <w:lang w:eastAsia="zh-CN"/>
        </w:rPr>
        <w:t>　　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r>
        <w:rPr>
          <w:lang w:eastAsia="zh-CN"/>
        </w:rPr>
        <w:br/>
      </w:r>
      <w:r>
        <w:rPr>
          <w:lang w:eastAsia="zh-CN"/>
        </w:rPr>
        <w:t>　　(一)面对现实，接受挑战__年6月我到恒生物业公司接任仓库管理员一职，要面临工作极大挑战。</w:t>
      </w:r>
      <w:r>
        <w:rPr>
          <w:lang w:eastAsia="zh-CN"/>
        </w:rPr>
        <w:br/>
      </w:r>
      <w:r>
        <w:rPr>
          <w:lang w:eastAsia="zh-CN"/>
        </w:rPr>
        <w:t>　　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w:t>
      </w:r>
      <w:r>
        <w:rPr>
          <w:lang w:eastAsia="zh-CN"/>
        </w:rPr>
        <w:br/>
      </w:r>
      <w:r>
        <w:rPr>
          <w:lang w:eastAsia="zh-CN"/>
        </w:rPr>
        <w:t>　　(二)理清头绪，细化管理每日库存报表都由我一人负责!所以在公司一直都很忙碌。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r>
        <w:rPr>
          <w:lang w:eastAsia="zh-CN"/>
        </w:rPr>
        <w:br/>
      </w:r>
      <w:r>
        <w:rPr>
          <w:lang w:eastAsia="zh-CN"/>
        </w:rPr>
        <w:t>　　(三)进行信息化随着公司业务的连年增长，工程部需求物资够大，日发货收货量也进一步扩大，在恒生物业公司领导的重视下，实现了对仓库的实时管理。</w:t>
      </w:r>
      <w:r>
        <w:rPr>
          <w:lang w:eastAsia="zh-CN"/>
        </w:rPr>
        <w:br/>
      </w:r>
      <w:r>
        <w:rPr>
          <w:lang w:eastAsia="zh-CN"/>
        </w:rPr>
        <w:t>　　我每天只要把出入库情况及库存报表输入电脑，可以准时看到库存明细!该举措大大方便公司领导和员工的查询，加强与各部门之间的信息交流，整个__年不良库存下降基本至零!</w:t>
      </w:r>
      <w:r>
        <w:rPr>
          <w:lang w:eastAsia="zh-CN"/>
        </w:rPr>
        <w:br/>
      </w:r>
      <w:r>
        <w:rPr>
          <w:lang w:eastAsia="zh-CN"/>
        </w:rPr>
        <w:t>　　(四)坚持学习，与公司共成长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r>
        <w:rPr>
          <w:lang w:eastAsia="zh-CN"/>
        </w:rPr>
        <w:br/>
      </w:r>
      <w:r>
        <w:rPr>
          <w:lang w:eastAsia="zh-CN"/>
        </w:rPr>
        <w:t xml:space="preserve">    2024年仓库管理员工作总结范文 篇8 </w:t>
      </w:r>
      <w:r>
        <w:rPr>
          <w:lang w:eastAsia="zh-CN"/>
        </w:rPr>
        <w:br/>
      </w:r>
      <w:r>
        <w:rPr>
          <w:lang w:eastAsia="zh-CN"/>
        </w:rPr>
        <w:t>　　时间过得真快，转眼间20年已经结束，我很荣幸自己能融入金钱豹这个大团队里，成为这个团队里的一员，在这两个多月的时间里也学到了很多新知识，让我真正感觉到世上无难事，只怕有心人!在20年来临之际，回顾20年的工作，具体总结如下：</w:t>
      </w:r>
      <w:r>
        <w:rPr>
          <w:lang w:eastAsia="zh-CN"/>
        </w:rPr>
        <w:br/>
      </w:r>
      <w:r>
        <w:rPr>
          <w:lang w:eastAsia="zh-CN"/>
        </w:rPr>
        <w:t>　　仓管员的工作</w:t>
      </w:r>
      <w:r>
        <w:rPr>
          <w:lang w:eastAsia="zh-CN"/>
        </w:rPr>
        <w:br/>
      </w:r>
      <w:r>
        <w:rPr>
          <w:lang w:eastAsia="zh-CN"/>
        </w:rPr>
        <w:t>　　1.负责库房各种物品的入库、出库，日常卫生等工作。</w:t>
      </w:r>
      <w:r>
        <w:rPr>
          <w:lang w:eastAsia="zh-CN"/>
        </w:rPr>
        <w:br/>
      </w:r>
      <w:r>
        <w:rPr>
          <w:lang w:eastAsia="zh-CN"/>
        </w:rPr>
        <w:t>　　2.对库房物品定期盘点，做好帐、卡、货物相符，保证帐目日清月结，一目了然，每月协助财务做好盘点工作。</w:t>
      </w:r>
      <w:r>
        <w:rPr>
          <w:lang w:eastAsia="zh-CN"/>
        </w:rPr>
        <w:br/>
      </w:r>
      <w:r>
        <w:rPr>
          <w:lang w:eastAsia="zh-CN"/>
        </w:rPr>
        <w:t>　　3.严格把好验收关、按到货单的要求，对已到货物应立即进行外包装、数量、重量、质量检验，并做好到货记录。</w:t>
      </w:r>
      <w:r>
        <w:rPr>
          <w:lang w:eastAsia="zh-CN"/>
        </w:rPr>
        <w:br/>
      </w:r>
      <w:r>
        <w:rPr>
          <w:lang w:eastAsia="zh-CN"/>
        </w:rPr>
        <w:t>　　4.合理安排物品进出库，领用单务必有部门经理和领用人签字。采用分类分部门摆放，做到先进先出原则，堆放整齐、摆设合理。</w:t>
      </w:r>
      <w:r>
        <w:rPr>
          <w:lang w:eastAsia="zh-CN"/>
        </w:rPr>
        <w:br/>
      </w:r>
      <w:r>
        <w:rPr>
          <w:lang w:eastAsia="zh-CN"/>
        </w:rPr>
        <w:t>　　5.配合部门主管对库房的检查核对管理工作，完成好上级领导交予的任务及协调各部门剩余物品退回工作。</w:t>
      </w:r>
      <w:r>
        <w:rPr>
          <w:lang w:eastAsia="zh-CN"/>
        </w:rPr>
        <w:br/>
      </w:r>
      <w:r>
        <w:rPr>
          <w:lang w:eastAsia="zh-CN"/>
        </w:rPr>
        <w:t>　　6.对库房物品状况有明确标示。一切凭有效单据及时办理相关流程手续，不会随意操作。</w:t>
      </w:r>
      <w:r>
        <w:rPr>
          <w:lang w:eastAsia="zh-CN"/>
        </w:rPr>
        <w:br/>
      </w:r>
      <w:r>
        <w:rPr>
          <w:lang w:eastAsia="zh-CN"/>
        </w:rPr>
        <w:t>　　7.库房每种物品都有存量卡，正确记载物品进、出、存动态。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8.定期向部门主管反馈库存物品状况，如存量过低、长期积压、质量损坏、过期等问题。</w:t>
      </w:r>
      <w:r>
        <w:rPr>
          <w:lang w:eastAsia="zh-CN"/>
        </w:rPr>
        <w:br/>
      </w:r>
      <w:r>
        <w:rPr>
          <w:lang w:eastAsia="zh-CN"/>
        </w:rPr>
        <w:t>　　9.按照公司的政策合理化利用库房，做好货物之间的墙距、柱距、垛距、灯距，以便发货通畅。</w:t>
      </w:r>
      <w:r>
        <w:rPr>
          <w:lang w:eastAsia="zh-CN"/>
        </w:rPr>
        <w:br/>
      </w:r>
      <w:r>
        <w:rPr>
          <w:lang w:eastAsia="zh-CN"/>
        </w:rPr>
        <w:t>　　10.对库房每月进行清洁大扫除，并对物品做好防潮、防火、防盗工作。</w:t>
      </w:r>
      <w:r>
        <w:rPr>
          <w:lang w:eastAsia="zh-CN"/>
        </w:rPr>
        <w:br/>
      </w:r>
      <w:r>
        <w:rPr>
          <w:lang w:eastAsia="zh-CN"/>
        </w:rPr>
        <w:t>　　11.做好各种入库物品规格的分类，对有明确标识、标准垛码的易碎物品，分层、散装放入货架摆放好。</w:t>
      </w:r>
      <w:r>
        <w:rPr>
          <w:lang w:eastAsia="zh-CN"/>
        </w:rPr>
        <w:br/>
      </w:r>
      <w:r>
        <w:rPr>
          <w:lang w:eastAsia="zh-CN"/>
        </w:rPr>
        <w:t>　　12.配合好各部门临时紧急需求，当接到采购部或其他部门的到货通知，认真做好备货工作，如遇紧急的物品，及时送到酒店。</w:t>
      </w:r>
      <w:r>
        <w:rPr>
          <w:lang w:eastAsia="zh-CN"/>
        </w:rPr>
        <w:br/>
      </w:r>
      <w:r>
        <w:rPr>
          <w:lang w:eastAsia="zh-CN"/>
        </w:rPr>
        <w:t>　　13.做好各部门之间的协调工作，未能及时发放的物品，及时与使用部门电话沟通，让使用部门领导持续有个良好的情绪，理解我们的工作。</w:t>
      </w:r>
      <w:r>
        <w:rPr>
          <w:lang w:eastAsia="zh-CN"/>
        </w:rPr>
        <w:br/>
      </w:r>
      <w:r>
        <w:rPr>
          <w:lang w:eastAsia="zh-CN"/>
        </w:rPr>
        <w:t>　　总之两个多月来，干了一些工作，也得到部门领导的肯定，但成绩只能代表过去。工作中仍然存在着很多的不足，在新的一年里，我必须不断提升自己潜力继续努力工作。</w:t>
      </w:r>
      <w:r>
        <w:rPr>
          <w:lang w:eastAsia="zh-CN"/>
        </w:rPr>
        <w:br/>
      </w:r>
      <w:r>
        <w:rPr>
          <w:lang w:eastAsia="zh-CN"/>
        </w:rPr>
        <w:t>　　以上为本人的20年度的工作总结，有些欠缺的地方，还请公司领导批评指正。谢谢!</w:t>
      </w:r>
      <w:r>
        <w:rPr>
          <w:lang w:eastAsia="zh-CN"/>
        </w:rPr>
        <w:br/>
      </w:r>
      <w:r>
        <w:rPr>
          <w:lang w:eastAsia="zh-CN"/>
        </w:rPr>
        <w:t xml:space="preserve">    2024年仓库管理员工作总结范文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我是昆山众品冷链物流公司运营部门的一名普通员工，我的岗位是仓库管理员，首先非常感谢公司能够提供给我们这个一个难得的基层岗位供我们去实践、去学习、去不断的历练。华东地区是一个很广阔的市场，同时，在冷链物流管理经验方面，我们公司还是具备很强的竞争力，昆山众品就像是一个新事物，具有很强的生命力和发展潜能，我相信，在不久的将来，肯定会有一个质的飞跃。在转正之后的这几个月的库内实践中，我学到了很多有关于冷链物流方面的知识，结合我大学四年的物流专业方面的知识，在这里和您分享一下我对仓库管理和运营工作的一些简单的心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从一个广泛的意义上讲，要想做好管理工作，首先要对公司的文化要有一个极高的认同，对公司和自己有一个很好的认同，有自己独立思维和对事物的理解。怀着一份感恩的心去工作，怀着对客户负责对自己负责更要对公司负责的态度去工作。还记得众品用人五项原则中一条说道：“你被淘汰的原因是拒绝自我提升”，作为一位合格的管理者，需要具备很强的学习能力，但更重要的是要有一个主动学习的意识，这样才能保证管理工作的不断进行和业务质量的不断提升，才能紧随时代的步伐，在发展中不断前进。然后作为一名合格的管理者，要有自己的“原则”，仓储管理者除了对业务有一个很透彻的了解外，还需要对国家的法律法规(尤其是近期出台的物流相关法律法规)和公司的规章制度有一个清醒的认识，在具体的操作过程中，不能仅凭经验办事，严格按照公司的标准化流程执行。在基层工作岗位上，就昆山基地而言，我也发现了许多问题，也在与主管商讨解决措施。我认为，作为一名合格的管理者，还需要有发现问题以及解决问题的能力。下面，我将从以下几个方面具体的谈一下我的一些认识，经验不足，有什么不足之处还请领导批评指导。</w:t>
      </w:r>
      <w:r>
        <w:rPr>
          <w:lang w:eastAsia="zh-CN"/>
        </w:rPr>
        <w:br/>
      </w:r>
      <w:r>
        <w:rPr>
          <w:lang w:eastAsia="zh-CN"/>
        </w:rPr>
        <w:t>　　一、库内管理</w:t>
      </w:r>
      <w:r>
        <w:rPr>
          <w:lang w:eastAsia="zh-CN"/>
        </w:rPr>
        <w:br/>
      </w:r>
      <w:r>
        <w:rPr>
          <w:lang w:eastAsia="zh-CN"/>
        </w:rPr>
        <w:t>　　库内管理的一个重要的方面就是我们提到的“预约机制”。预约机制是订单处理的一个重要方面。它的建立能给我们充分的时间去处理订单，并且及时的对货物进行分拣、备货。就昆山基地未来大量的吞吐来说，必须完善和严格执行这个机制以提高我们的效率和客户服务水平。订单处理之后的一个流程是货物的分拣和准备工作，在这个流程中尤其要关注的是货物的品类和批次，严格执行“先进先出”的原则，在这里牵涉到一个“标识”的问题，为了能化的提高效率，标识的粘贴必须准确无误(包括产品的名称、批次、规格、保质期、客户类别等)，此外，在我们的标准化流程中规定，货物在穿堂的放置时间不能超过15分钟，尤其是夏季即将来临，对于易腐食品的要求需要提到一个更高的层面。</w:t>
      </w:r>
      <w:r>
        <w:rPr>
          <w:lang w:eastAsia="zh-CN"/>
        </w:rPr>
        <w:br/>
      </w:r>
      <w:r>
        <w:rPr>
          <w:lang w:eastAsia="zh-CN"/>
        </w:rPr>
        <w:t>　　在货物的码放方面，需要坚持“重不压轻、大不压小、轻拿轻放”的原则，货物的放置不能超出托盘的边缘，实行单双层交错码放，用防滑带缠绕放置倒躲，同时对高度和重量也有相应的要求。在我们日常的操作过程中常有因为码放不整齐而出现的倒躲现象，这对工作效率的提升和产品及人员安全方面都有很大的利害关系，在我们昆山基地复杂的立体式货架仓库内更应该得到重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目前，我们的客户有昆山鲜活果汁、永丰余有限公司、泰进、雅圣等，在库位的安排方面必须合理有序，必须方便叉车工及现场操作人员的备货，尤其是零散货物的堆放要有秩序、规律，对于没有标识的托盘及时补填标识，其次还要单独划出一些存放零散货物的储位。在库位安排上，要充分考虑到客户产品的库存周期，对于库存期较短，出入库频繁的货物放置方便查找及出入的地方。</w:t>
      </w:r>
      <w:r>
        <w:rPr>
          <w:lang w:eastAsia="zh-CN"/>
        </w:rPr>
        <w:br/>
      </w:r>
      <w:r>
        <w:rPr>
          <w:lang w:eastAsia="zh-CN"/>
        </w:rPr>
        <w:t>　　在货品的上架和移位管理中，基于我们昆山众品的实际情况，仓库操作人员还需要进行手工记录，然后再录入系统。在记录的操作中，记录人员必须对货物的品名、规格、批次、客户名称、码放数量、托盘数和具体的库位进行详细记录，以便系统录入和将来的出库工作有序进行。</w:t>
      </w:r>
      <w:r>
        <w:rPr>
          <w:lang w:eastAsia="zh-CN"/>
        </w:rPr>
        <w:br/>
      </w:r>
      <w:r>
        <w:rPr>
          <w:lang w:eastAsia="zh-CN"/>
        </w:rPr>
        <w:t>　　库内管理过程中，6S管理占据很重要的一部分，但必要的是将其落到实处，具体来讲做好库内清洁和清扫工作，货品的码放和规整要做到合理有序，易于盘点和出库作业，并且处理好近期所面临的仓库顶部落雪问题和风机的滴水问题，就安全意义上说，穿梭车的使用、叉车的安全使用、滑升门以及升降平台等问题都需要认真面对。</w:t>
      </w:r>
      <w:r>
        <w:rPr>
          <w:lang w:eastAsia="zh-CN"/>
        </w:rPr>
        <w:br/>
      </w:r>
      <w:r>
        <w:rPr>
          <w:lang w:eastAsia="zh-CN"/>
        </w:rPr>
        <w:t>　　在出入库作业中，作为一个管理者，要监督票据管理工作，做到每天盘查整理，定期盘查，票据要进行规整等。</w:t>
      </w:r>
      <w:r>
        <w:rPr>
          <w:lang w:eastAsia="zh-CN"/>
        </w:rPr>
        <w:br/>
      </w:r>
      <w:r>
        <w:rPr>
          <w:lang w:eastAsia="zh-CN"/>
        </w:rPr>
        <w:t>　　最后，对于库内的货品要定期进行整理和盘点，对于发现的问题，要及时进行处理和善后工作。制定仓储作业人员盘查名单，将具体工作落实到个人，每天要对库区的货品及安全隐患及时的清除，下班之前也要检查仓库内灯具是否关闭、库门是否落锁、过道是否有托盘或者其他杂物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对于紧急事件的处理也是考察一个优秀管理者与否的重要方面，比如库内设施设备出现问题，产品临近保质期，产品霉变、受潮、过期以及在盘查的过程中出现的货物的缺失，都需要一个标准的处理流程来指导和约束。</w:t>
      </w:r>
      <w:r>
        <w:rPr>
          <w:lang w:eastAsia="zh-CN"/>
        </w:rPr>
        <w:br/>
      </w:r>
      <w:r>
        <w:rPr>
          <w:lang w:eastAsia="zh-CN"/>
        </w:rPr>
        <w:t>　　二、用人管理</w:t>
      </w:r>
      <w:r>
        <w:rPr>
          <w:lang w:eastAsia="zh-CN"/>
        </w:rPr>
        <w:br/>
      </w:r>
      <w:r>
        <w:rPr>
          <w:lang w:eastAsia="zh-CN"/>
        </w:rPr>
        <w:t>　　用人管理顾名思义就是对自己部门的员工进行的一项管理制度，对于运营部门的客服专员、仓库管理员、叉车工和装卸工等要有自己的管理方案，针对每个人的特点和性格分配不同的工作任务，让这些员工认识到自己工作的重要性，对于员工工作和生活上的情绪，要及时的进行疏导。此外，积极的鼓励自己的员工建立不断学习的理念，提高他们学习的主动性，使之不断地发展和完善自己，也就是让他们在工作中认识到自己的价值，并时常对他们做出的努力给予肯定，使他们的人格得到尊重，肯定他们工作的价值和意义，这样不仅能留住人，更能留住人才，我觉得在用人管理中这一方面体现的十分明显和重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员工是公司的一笔很大的财富，他们不断地推进着公司的壮大和成长。要想在激烈的市场竞争中脱颖而出，作为一个必须对员工的成长负责，具体说就是要定期进行业务方面的培训和指导，这包括物流法律法规方面和具体公司标准化流程方面的培训，提升业务水平和服务质量，使其操作更加规范化、标准化，这是我们迈向具有竞争力大型民营冷链物流企业重要的一步。在集团内部，要建设一个具有竞争力的团队而不是一个简单的组织，这样一个强有力的团队能够推动公司整体业务水平的提升。另外，对于员工的管理，还要懂得“授权”，员工各司其职，在团队意识的配合下，使工作效率更上一个层次。</w:t>
      </w:r>
      <w:r>
        <w:rPr>
          <w:lang w:eastAsia="zh-CN"/>
        </w:rPr>
        <w:br/>
      </w:r>
      <w:r>
        <w:rPr>
          <w:lang w:eastAsia="zh-CN"/>
        </w:rPr>
        <w:t>　　三、客户服务</w:t>
      </w:r>
      <w:r>
        <w:rPr>
          <w:lang w:eastAsia="zh-CN"/>
        </w:rPr>
        <w:br/>
      </w:r>
      <w:r>
        <w:rPr>
          <w:lang w:eastAsia="zh-CN"/>
        </w:rPr>
        <w:t>　　客户是我们公司发展的原动力，对于客户的服务工作需要重视起来。目前昆山冷链物流基地的客户有永丰余有限公司、昆山鲜活果汁、泰进、雅圣等，对于不同的客户要以同样的服务意识对待，要定期对客户进行业务跟踪和反馈工作，确保我们提供的服务质量，稳定客户为公司不断地创造效益。另外，对客户反应的问题要及时的解决，比如我们仓库的升降平台问题，这些升降平台只能试用于一些大型挂车，对于小型货车则不实用，这一方面要积极的协调相关部门进行处理。还有一些大型桶装物需要专业的设备进行搬运，这也需要向公司相关部门申请解决。对于不同的客户，由于储存的货品有所区分，所以我们将不同客户的货物分开放置，这样才能提高工作效率，大大缩减了工作用时，程度上增强客户满意度。</w:t>
      </w:r>
      <w:r>
        <w:rPr>
          <w:lang w:eastAsia="zh-CN"/>
        </w:rPr>
        <w:br/>
      </w:r>
      <w:r>
        <w:rPr>
          <w:lang w:eastAsia="zh-CN"/>
        </w:rPr>
        <w:t>　　四、自身素质的提升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作为一个合格的管理者，首先要有一个良好的职业道德和操守，怀着服务公司、服务客户的心态去工作。不仅要在本职业务上要游刃有余，同时在各部门之间的沟通与协调上下足功夫。运营部门是一个单独的部门，但是要想做好运营工作，需要各个部门的协同配合，例如库内设施设备出现问题需要工程部门来解决，人员方面的配置上，需要综管部门和人事部门的配合等。在具体的业务能力上，需要对物流第三方软件能够熟练运用，例如我们常用的ERP、TMS、WMS等物流和办公软件，同时要具备积极学习的能力，这样才能紧随市场的步伐，不断的提升我们的业务水平和服务意识。在库区管理和运营的过程中，不免会有紧急情况和事件的发生，作为仓库负责人，要有发现问题和解决问题的能力也是很重要的。在工作上能积极主动的去完成公司下达的任务，端正工作心态，上行下效，这样才能带领自己的团队不断的前进，为公司效益的提升做出努力。</w:t>
      </w:r>
      <w:r>
        <w:rPr>
          <w:lang w:eastAsia="zh-CN"/>
        </w:rPr>
        <w:br/>
      </w:r>
      <w:r>
        <w:rPr>
          <w:lang w:eastAsia="zh-CN"/>
        </w:rPr>
        <w:t xml:space="preserve">    2024年仓库管理员工作总结范文 篇10 </w:t>
      </w:r>
      <w:r>
        <w:rPr>
          <w:lang w:eastAsia="zh-CN"/>
        </w:rPr>
        <w:br/>
      </w:r>
      <w:r>
        <w:rPr>
          <w:lang w:eastAsia="zh-CN"/>
        </w:rPr>
        <w:t>　　时间是过的真快，今年一半的时间就这么过去了，这半年我在工作当中的表现是很好的，虽然说也是犯过错误的，但是那些顶多算是一些工作上的小瑕疵，但是也是情有可原的，毕竟我才被调职成为仓库管理员半年时间而已，我也在成长当中，适应这份工作的过程当中，以下就是我对自己这半年工作的总结。</w:t>
      </w:r>
      <w:r>
        <w:rPr>
          <w:lang w:eastAsia="zh-CN"/>
        </w:rPr>
        <w:br/>
      </w:r>
      <w:r>
        <w:rPr>
          <w:lang w:eastAsia="zh-CN"/>
        </w:rPr>
        <w:t>　　一、绝对服从安排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自从我三年前加入工厂起来，我在工厂岗位上就一直都是兢兢业业的，很快我就从工厂的一个普通员工，成为了一个八人小组的组长，他们有什么事也是直接向我报告。就在半年前，领导跟我说工厂的仓库缺人去管理，也实在是招不到人，都不愿意去保管那么大的一个仓库，并且里面的货物都是价格比较高昂的，一但出了差错，那么自己一年的工资可能都不够赔偿的。最后领导就注意到我了，觉得我才是那么最适合当仓库管理员的那个人，我当时是二话没说就同意了，因为我相信领导的眼光，既然领导觉得我更适合去当仓管员，那么我就去，就算看起来是在生活变好，其实没什么差别，我这完全不叫升职，顶多只能算是调职。</w:t>
      </w:r>
      <w:r>
        <w:rPr>
          <w:lang w:eastAsia="zh-CN"/>
        </w:rPr>
        <w:br/>
      </w:r>
      <w:r>
        <w:rPr>
          <w:lang w:eastAsia="zh-CN"/>
        </w:rPr>
        <w:t>　　二、努力适应工作</w:t>
      </w:r>
      <w:r>
        <w:rPr>
          <w:lang w:eastAsia="zh-CN"/>
        </w:rPr>
        <w:br/>
      </w:r>
      <w:r>
        <w:rPr>
          <w:lang w:eastAsia="zh-CN"/>
        </w:rPr>
        <w:t>　　要知道在这之前，我是从来都没有过这方面的工作经验的，也就有时候来拿货的时候，一个月来那么两三次，所以我光是适应工作就花了好长的时间，仓库的管理员就只有我一个人，我想找人去熟悉工作都做不到，全靠着自己去摸索，然后有时候放假的时候，去找子仓库的管理员，了解工作情况，这才让我有了进步的迹象。刚开始工作的时候，不得不说仓管员这份工作的辛苦程度是高于我之前的岗位工作的，我每天都要把卸进来的货物重新进行编号记录、整理划区，保证财务那边的货款跟货物的数量是对得上的，我记得有次就没有把新来的一批货物合理的整理好，生产日期我给忽略了，导致快过期的还在下面，新到的全在上面，差点就折损一批货，吃一堑长一智，慢慢的我开始适应这份工作了，现在发现好像这算是变相在给我升职了，其实仓管员日常的工作并不忙，空闲的时间还是很多的，除了整理货物，装卸货物比较辛苦，其他的工作都是比较轻松的，慢慢的我也开始喜欢上这份工作了。</w:t>
      </w:r>
      <w:r>
        <w:rPr>
          <w:lang w:eastAsia="zh-CN"/>
        </w:rPr>
        <w:br/>
      </w:r>
      <w:r>
        <w:rPr>
          <w:lang w:eastAsia="zh-CN"/>
        </w:rPr>
        <w:t>　　三、对下半年的工作计划</w:t>
      </w:r>
      <w:r>
        <w:rPr>
          <w:lang w:eastAsia="zh-CN"/>
        </w:rPr>
        <w:br/>
      </w:r>
      <w:r>
        <w:rPr>
          <w:lang w:eastAsia="zh-CN"/>
        </w:rPr>
        <w:t>　　首先我要做到账单一点差错都不出，有损坏的货物也第一时间报告，把自己工作职责全部履行，保证不出一点差错。这份工作很简单，现在既然我已经熟悉了，我就不能再有任何犯错的借口。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其次，多加强跟各部门的联系，谁来仓库要拿什么货物，我都要做到一眼就知道，这样不仅有利于自己记录，还有利于自己的工作效率。</w:t>
      </w:r>
      <w:r>
        <w:rPr>
          <w:lang w:eastAsia="zh-CN"/>
        </w:rPr>
        <w:br/>
      </w:r>
      <w:r>
        <w:rPr>
          <w:lang w:eastAsia="zh-CN"/>
        </w:rPr>
        <w:t>　　我于三月份进入公司后，担任公司仓库管理员职位，现将这段时间的工作总结及工作体会叙述如下。</w:t>
      </w:r>
      <w:r>
        <w:rPr>
          <w:lang w:eastAsia="zh-CN"/>
        </w:rPr>
        <w:br/>
      </w:r>
      <w:r>
        <w:rPr>
          <w:lang w:eastAsia="zh-CN"/>
        </w:rPr>
        <w:t>　　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在公司领导的指导和同事的帮助下，目前已经熟练工作，能准确、及时地与客户协调处理异常情况，能较好地处理各种工作细节和服从上级、公司的工作安排和管理制度。</w:t>
      </w:r>
      <w:r>
        <w:rPr>
          <w:lang w:eastAsia="zh-CN"/>
        </w:rPr>
        <w:br/>
      </w:r>
      <w:r>
        <w:rPr>
          <w:lang w:eastAsia="zh-CN"/>
        </w:rPr>
        <w:t>　　同时，在领导指导、同事帮助以及自身的努力下，我对仓库管理工作也有了更深刻的认识。具体而言：</w:t>
      </w:r>
      <w:r>
        <w:rPr>
          <w:lang w:eastAsia="zh-CN"/>
        </w:rPr>
        <w:br/>
      </w:r>
      <w:r>
        <w:rPr>
          <w:lang w:eastAsia="zh-CN"/>
        </w:rPr>
        <w:t>　　1、对仓库的认识，熟悉了、仓库基本情况，包括库房库区、货架、货品摆放等。</w:t>
      </w:r>
      <w:r>
        <w:rPr>
          <w:lang w:eastAsia="zh-CN"/>
        </w:rPr>
        <w:br/>
      </w:r>
      <w:r>
        <w:rPr>
          <w:lang w:eastAsia="zh-CN"/>
        </w:rPr>
        <w:t>　　2、对流程的认识，熟悉仓库的进出库操作流程和系统流程、仓库的操作流程和系统流程;QC流程;增值服务操作流程;异常处理流程;盘点流程等。</w:t>
      </w:r>
      <w:r>
        <w:rPr>
          <w:lang w:eastAsia="zh-CN"/>
        </w:rPr>
        <w:br/>
      </w:r>
      <w:r>
        <w:rPr>
          <w:lang w:eastAsia="zh-CN"/>
        </w:rPr>
        <w:t>　　3、对管理的认识，较好地熟悉了管理;仓库安全管理，库区规划，货品摆放;成本节约，人员安排等。</w:t>
      </w:r>
      <w:r>
        <w:rPr>
          <w:lang w:eastAsia="zh-CN"/>
        </w:rPr>
        <w:br/>
      </w:r>
      <w:r>
        <w:rPr>
          <w:lang w:eastAsia="zh-CN"/>
        </w:rPr>
        <w:t>　　4、对职责的认识，明白了团队的重要性，工作合理安排、保障效率的重要性;较好地协调本组人员的工作和保障准确性，对工作能够负责和能够按时顺利完成。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工作体会：</w:t>
      </w:r>
      <w:r>
        <w:rPr>
          <w:lang w:eastAsia="zh-CN"/>
        </w:rPr>
        <w:br/>
      </w:r>
      <w:r>
        <w:rPr>
          <w:lang w:eastAsia="zh-CN"/>
        </w:rPr>
        <w:t>　　1、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r>
        <w:rPr>
          <w:lang w:eastAsia="zh-CN"/>
        </w:rPr>
        <w:br/>
      </w:r>
      <w:r>
        <w:rPr>
          <w:lang w:eastAsia="zh-CN"/>
        </w:rPr>
        <w:t>　　2、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r>
        <w:rPr>
          <w:lang w:eastAsia="zh-CN"/>
        </w:rPr>
        <w:br/>
      </w:r>
      <w:r>
        <w:rPr>
          <w:lang w:eastAsia="zh-CN"/>
        </w:rPr>
        <w:t>　　3、因势而变，顺势而为，全力做好自己在各种突发情况和紧急中，我迅速转变思路，找准自己的工作定位，积极和同事讨论改进方法。讨论在工作过程中的问题，有一些专业上不懂的地方我虚心向其他有经验的同事学习。</w:t>
      </w:r>
      <w:r>
        <w:rPr>
          <w:lang w:eastAsia="zh-CN"/>
        </w:rPr>
        <w:br/>
      </w:r>
      <w:r>
        <w:rPr>
          <w:lang w:eastAsia="zh-CN"/>
        </w:rPr>
        <w:t xml:space="preserve">    2024年仓库管理员工作总结范文 篇11 </w:t>
      </w:r>
      <w:r>
        <w:rPr>
          <w:lang w:eastAsia="zh-CN"/>
        </w:rPr>
        <w:br/>
      </w:r>
      <w:r>
        <w:rPr>
          <w:lang w:eastAsia="zh-CN"/>
        </w:rPr>
        <w:t>　　20__年，本人在公司各级领导的正确领导下，在同事们的团结合作和关心帮助下，较好地完成了上半年的.各项工作任务，在业务素质和思想政治主面都有了更进一步的提高。现将20__年的各项工作总结如下，敬请各位领导提出宝贵的意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一、思想政治表现、品德修养及职业道德方面。</w:t>
      </w:r>
      <w:r>
        <w:rPr>
          <w:lang w:eastAsia="zh-CN"/>
        </w:rPr>
        <w:br/>
      </w:r>
      <w:r>
        <w:rPr>
          <w:lang w:eastAsia="zh-CN"/>
        </w:rPr>
        <w:t>　　20__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r>
        <w:rPr>
          <w:lang w:eastAsia="zh-CN"/>
        </w:rPr>
        <w:br/>
      </w:r>
      <w:r>
        <w:rPr>
          <w:lang w:eastAsia="zh-CN"/>
        </w:rPr>
        <w:t>　　二、工作能力和具体业务方面。</w:t>
      </w:r>
      <w:r>
        <w:rPr>
          <w:lang w:eastAsia="zh-CN"/>
        </w:rPr>
        <w:br/>
      </w:r>
      <w:r>
        <w:rPr>
          <w:lang w:eastAsia="zh-CN"/>
        </w:rPr>
        <w:t>　　我的工作岗位是销售内勤和仓管。主要负责统计公司线缆的发运数、上货数。另外就是将每天发货的数量报给客户，核对客户收货情况与数量，整理现款现货的客户开出收据，统计每天入库和出库的数量。</w:t>
      </w:r>
      <w:r>
        <w:rPr>
          <w:lang w:eastAsia="zh-CN"/>
        </w:rPr>
        <w:br/>
      </w:r>
      <w:r>
        <w:rPr>
          <w:lang w:eastAsia="zh-CN"/>
        </w:rPr>
        <w:t>　　我本着“把工作做的更好”的目标，工作上发扬开拓创新精神，扎扎实实干好本职工作，圆满地完成了20__年的各项任务：</w:t>
      </w:r>
      <w:r>
        <w:rPr>
          <w:lang w:eastAsia="zh-CN"/>
        </w:rPr>
        <w:br/>
      </w:r>
      <w:r>
        <w:rPr>
          <w:lang w:eastAsia="zh-CN"/>
        </w:rPr>
        <w:t>　　1、统计情况：能及时做到电话跟踪客户收货情况与数量核对，做到发运数与收货数统计准确。</w:t>
      </w:r>
      <w:r>
        <w:rPr>
          <w:lang w:eastAsia="zh-CN"/>
        </w:rPr>
        <w:br/>
      </w:r>
      <w:r>
        <w:rPr>
          <w:lang w:eastAsia="zh-CN"/>
        </w:rPr>
        <w:t>　　2、收货情况：原材料厂家报的收货数量，跟我接收的数量要核对准确。如有多或是少的情况，要及时汇报给采购部。</w:t>
      </w:r>
      <w:r>
        <w:rPr>
          <w:lang w:eastAsia="zh-CN"/>
        </w:rPr>
        <w:br/>
      </w:r>
      <w:r>
        <w:rPr>
          <w:lang w:eastAsia="zh-CN"/>
        </w:rPr>
        <w:t>　　3、仓管报表：做好每天出库、入库的台账数据，就能做到周报表和月报表的数量基本准确。</w:t>
      </w:r>
      <w:r>
        <w:rPr>
          <w:lang w:eastAsia="zh-CN"/>
        </w:rPr>
        <w:br/>
      </w:r>
      <w:r>
        <w:rPr>
          <w:lang w:eastAsia="zh-CN"/>
        </w:rPr>
        <w:t>　　三、存在的不足。</w:t>
      </w:r>
      <w:r>
        <w:rPr>
          <w:lang w:eastAsia="zh-CN"/>
        </w:rPr>
        <w:br/>
      </w:r>
      <w:r>
        <w:rPr>
          <w:lang w:eastAsia="zh-CN"/>
        </w:rPr>
        <w:t>　　总结一年的来的工作，虽然取得了一定的成绩，自身也有了很大的进步，但是还存在着以下不足。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一是有时工作的质量和标准与领导的要求还有一定差距。一方面，由于个人能力素质不够高，成品仓库和原材料仓库收发数有时统计存在一定的差错；另一方面，就是有的时候工作量多，时间比较紧，工作效率不高。</w:t>
      </w:r>
      <w:r>
        <w:rPr>
          <w:lang w:eastAsia="zh-CN"/>
        </w:rPr>
        <w:br/>
      </w:r>
      <w:r>
        <w:rPr>
          <w:lang w:eastAsia="zh-CN"/>
        </w:rPr>
        <w:t>　　二是有时工作敏感性还不是很强，对领导交办的事不够敏感，有时工作没有提前完成，上报情况不够及时。</w:t>
      </w:r>
      <w:r>
        <w:rPr>
          <w:lang w:eastAsia="zh-CN"/>
        </w:rPr>
        <w:br/>
      </w:r>
      <w:r>
        <w:rPr>
          <w:lang w:eastAsia="zh-CN"/>
        </w:rPr>
        <w:t>　　四、20__年工作计划</w:t>
      </w:r>
      <w:r>
        <w:rPr>
          <w:lang w:eastAsia="zh-CN"/>
        </w:rPr>
        <w:br/>
      </w:r>
      <w:r>
        <w:rPr>
          <w:lang w:eastAsia="zh-CN"/>
        </w:rPr>
        <w:t>　　20__年我将进一步发扬优点，改进不足，拓展思路，求真务实，全力做好本职工作。打算从以下几个方面开展工作：</w:t>
      </w:r>
      <w:r>
        <w:rPr>
          <w:lang w:eastAsia="zh-CN"/>
        </w:rPr>
        <w:br/>
      </w:r>
      <w:r>
        <w:rPr>
          <w:lang w:eastAsia="zh-CN"/>
        </w:rPr>
        <w:t>　　一是加强工作统筹，根据公司领导的年度工作要求，对20__年工作进行具体谋划，明确内容、时限和需要达到的目标，加强部门与部门之间的协同配合，把各项工作有机地结合起，理清工作思路，提高办事效率，增强工作实效。</w:t>
      </w:r>
      <w:r>
        <w:rPr>
          <w:lang w:eastAsia="zh-CN"/>
        </w:rPr>
        <w:br/>
      </w:r>
      <w:r>
        <w:rPr>
          <w:lang w:eastAsia="zh-CN"/>
        </w:rPr>
        <w:t>　　二是加强工作培养。始终保持良好的精神状态，发扬吃苦耐劳、知难而进、精益求精、严谨细致、积极进取的工作作风。</w:t>
      </w:r>
      <w:r>
        <w:rPr>
          <w:lang w:eastAsia="zh-CN"/>
        </w:rPr>
        <w:br/>
      </w:r>
      <w:r>
        <w:rPr>
          <w:lang w:eastAsia="zh-CN"/>
        </w:rPr>
        <w:t xml:space="preserve">    2024年仓库管理员工作总结范文 篇12 </w:t>
      </w:r>
      <w:r>
        <w:rPr>
          <w:lang w:eastAsia="zh-CN"/>
        </w:rPr>
        <w:br/>
      </w:r>
      <w:r>
        <w:rPr>
          <w:lang w:eastAsia="zh-CN"/>
        </w:rPr>
        <w:t>　　本人加入这个大家庭已经近三年了，期间为公司付出了很多辛劳和汗水，有过困惑，受过委屈，但是更多的，却是收获和成长。三年来，本人在公司总经理领导下，在全体同事的关怀下逐渐成长为一个领导信任，同事认可的仓管员。同时也让我认识到只要勤勤恳恳的用心去做好每件事，便一定会获得收获。</w:t>
      </w:r>
      <w:r>
        <w:rPr>
          <w:lang w:eastAsia="zh-CN"/>
        </w:rPr>
        <w:br/>
      </w:r>
      <w:r>
        <w:rPr>
          <w:lang w:eastAsia="zh-CN"/>
        </w:rPr>
        <w:t>　　一、坚持执行仓库管理员规章制度。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仓库管理员的工作无需那么多复杂的技术要求，看似平凡却却又不那么的平凡，且不说日常工作琐碎和繁杂，当当是坚持就让这份工作充满了挑战。</w:t>
      </w:r>
      <w:r>
        <w:rPr>
          <w:lang w:eastAsia="zh-CN"/>
        </w:rPr>
        <w:br/>
      </w:r>
      <w:r>
        <w:rPr>
          <w:lang w:eastAsia="zh-CN"/>
        </w:rPr>
        <w:t>　　1、坚持收货原则，对产品质量不达标的产品坚决做到不签收不入库。例如：_月份由我去验收的特殊教育学校的15个文件柜，当场发现货物有破损情况且属于三无产品，在第一时间回报领导后未予签收。</w:t>
      </w:r>
      <w:r>
        <w:rPr>
          <w:lang w:eastAsia="zh-CN"/>
        </w:rPr>
        <w:br/>
      </w:r>
      <w:r>
        <w:rPr>
          <w:lang w:eastAsia="zh-CN"/>
        </w:rPr>
        <w:t>　　2、坚持物尽其用原则，根据具体情况合理利用废旧料，例如：_月份从（地方）拆除下来速印机配件“理想小举人切刀组件”在咨询技术员确认可用后将其出售到光明中学；教育局（项目名称）项目验收后剩余的材料，也在日常工作中合理用出一部分。</w:t>
      </w:r>
      <w:r>
        <w:rPr>
          <w:lang w:eastAsia="zh-CN"/>
        </w:rPr>
        <w:br/>
      </w:r>
      <w:r>
        <w:rPr>
          <w:lang w:eastAsia="zh-CN"/>
        </w:rPr>
        <w:t>　　3、坚持出货发货原则，在严格执行产品先进先出法的同时严格执行货物出库流程，即坚决凭手续齐全的提货清单发放物品，并及时录入财务软件之中。</w:t>
      </w:r>
      <w:r>
        <w:rPr>
          <w:lang w:eastAsia="zh-CN"/>
        </w:rPr>
        <w:br/>
      </w:r>
      <w:r>
        <w:rPr>
          <w:lang w:eastAsia="zh-CN"/>
        </w:rPr>
        <w:t>　　4、坚持执行仓库产品退、换货原则。对不符合公司要求的材料及时通知商务退回供货商。例如：__学校的松下专用采访话筒不符合客户要求；教育局的智能手表，存在质量问题；教育局剩余下来的线材及时退回了及__公司等；__学校的AVHMC-200鹅颈式广播话筒应客户要求换成了AVHMC-100鹅颈式广播话筒;对__医院的OKI5150打印机主板进行更换。</w:t>
      </w:r>
      <w:r>
        <w:rPr>
          <w:lang w:eastAsia="zh-CN"/>
        </w:rPr>
        <w:br/>
      </w:r>
      <w:r>
        <w:rPr>
          <w:lang w:eastAsia="zh-CN"/>
        </w:rPr>
        <w:t>　　5、坚持按照公司的返修流程（见附表一）执行返修工作。</w:t>
      </w:r>
      <w:r>
        <w:rPr>
          <w:lang w:eastAsia="zh-CN"/>
        </w:rPr>
        <w:br/>
      </w:r>
      <w:r>
        <w:rPr>
          <w:lang w:eastAsia="zh-CN"/>
        </w:rPr>
        <w:t>　　6、坚持按照物流发货流程表严格执行每次物流发放工作。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二、积极组织开展公司文娱活动</w:t>
      </w:r>
      <w:r>
        <w:rPr>
          <w:lang w:eastAsia="zh-CN"/>
        </w:rPr>
        <w:br/>
      </w:r>
      <w:r>
        <w:rPr>
          <w:lang w:eastAsia="zh-CN"/>
        </w:rPr>
        <w:t>　　为了充分调动公司员工工作积极性，活化工作氛围，提高工作效率二至四月份分别组织了6次爬山活动；七月份组织了游泳活动；八月份组织了内蒙古旅游活动；十月份组织了包场看电影活动。</w:t>
      </w:r>
      <w:r>
        <w:rPr>
          <w:lang w:eastAsia="zh-CN"/>
        </w:rPr>
        <w:br/>
      </w:r>
      <w:r>
        <w:rPr>
          <w:lang w:eastAsia="zh-CN"/>
        </w:rPr>
        <w:t>　　三、20__年工作计划</w:t>
      </w:r>
      <w:r>
        <w:rPr>
          <w:lang w:eastAsia="zh-CN"/>
        </w:rPr>
        <w:br/>
      </w:r>
      <w:r>
        <w:rPr>
          <w:lang w:eastAsia="zh-CN"/>
        </w:rPr>
        <w:t>　　1、注重形象，积极参加公司组织的各种活动，每天保持朝气蓬勃的精神面貌面对工作，努力提高自己的学习能力和业务能力，更好的完成公司下达的工作任务。</w:t>
      </w:r>
      <w:r>
        <w:rPr>
          <w:lang w:eastAsia="zh-CN"/>
        </w:rPr>
        <w:br/>
      </w:r>
      <w:r>
        <w:rPr>
          <w:lang w:eastAsia="zh-CN"/>
        </w:rPr>
        <w:t>　　2、加强对库存物品的清点工作，定期对库存货物进行盘点避免物品存放时间过长，提醒相关部门对呆滞物品进行及时处理。</w:t>
      </w:r>
      <w:r>
        <w:rPr>
          <w:lang w:eastAsia="zh-CN"/>
        </w:rPr>
        <w:br/>
      </w:r>
      <w:r>
        <w:rPr>
          <w:lang w:eastAsia="zh-CN"/>
        </w:rPr>
        <w:t>　　3、强化仓储能力，对仓库产品的分类摆放和保管工作进行改善，避免仓库物品堆放位置紧缺的现象出现，并对所有物品做到标识清晰、明确，提升仓储数据的准确性。</w:t>
      </w:r>
      <w:r>
        <w:rPr>
          <w:lang w:eastAsia="zh-CN"/>
        </w:rPr>
        <w:br/>
      </w:r>
      <w:r>
        <w:rPr>
          <w:lang w:eastAsia="zh-CN"/>
        </w:rPr>
        <w:t>　　4、认真做好公司每一次活动的策划工作，争取在公司计划活动内做到低耗高效，用最少的资金开展质的活动内容。</w:t>
      </w:r>
      <w:r>
        <w:rPr>
          <w:lang w:eastAsia="zh-CN"/>
        </w:rPr>
        <w:br/>
      </w:r>
      <w:r>
        <w:rPr>
          <w:lang w:eastAsia="zh-CN"/>
        </w:rPr>
        <w:t>　　来年，我必将在今年的工作基础之上继续努力，取长补短，以脚踏实地工作态度，尽职尽责地做好本职工作，努力高效高质的完成领导交办的一切工作任务。</w:t>
      </w:r>
      <w:r>
        <w:rPr>
          <w:lang w:eastAsia="zh-CN"/>
        </w:rPr>
        <w:br/>
      </w:r>
      <w:r>
        <w:rPr>
          <w:lang w:eastAsia="zh-CN"/>
        </w:rPr>
        <w:t xml:space="preserve">    2024年仓库管理员工作总结范文 篇13 </w:t>
      </w:r>
      <w:r>
        <w:rPr>
          <w:lang w:eastAsia="zh-CN"/>
        </w:rPr>
        <w:br/>
      </w:r>
    </w:p>
    <w:p w:rsidR="001B1F19" w14:textId="27C3F48A">
      <w:pPr>
        <w:rPr>
          <w:rFonts w:hint="eastAsia"/>
          <w:lang w:eastAsia="zh-CN"/>
        </w:rPr>
      </w:pPr>
      <w:r>
        <w:rPr>
          <w:lang w:eastAsia="zh-CN"/>
        </w:rPr>
        <w:t>　　20__年，在领导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r>
        <w:rPr>
          <w:lang w:eastAsia="zh-CN"/>
        </w:rPr>
        <w:br/>
      </w:r>
      <w:r>
        <w:rPr>
          <w:lang w:eastAsia="zh-CN"/>
        </w:rPr>
        <w:t>　　一、加强学习，严格执行专业化流程操作</w:t>
      </w:r>
      <w:r>
        <w:rPr>
          <w:lang w:eastAsia="zh-CN"/>
        </w:rPr>
        <w:br/>
      </w:r>
      <w:r>
        <w:rPr>
          <w:lang w:eastAsia="zh-CN"/>
        </w:rPr>
        <w:t>　　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r>
        <w:rPr>
          <w:lang w:eastAsia="zh-CN"/>
        </w:rPr>
        <w:br/>
      </w:r>
      <w:r>
        <w:rPr>
          <w:lang w:eastAsia="zh-CN"/>
        </w:rPr>
        <w:t>　　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r>
        <w:rPr>
          <w:lang w:eastAsia="zh-CN"/>
        </w:rPr>
        <w:br/>
      </w:r>
      <w:r>
        <w:rPr>
          <w:lang w:eastAsia="zh-CN"/>
        </w:rPr>
        <w:t>　　二、要对数据敏感、负责，票据与实物相符，不得有丝毫懈怠</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https://d.book118.com/107020034050006043</w:t>
        </w:r>
      </w:hyperlink>
    </w:p>
    <w:p w:rsidR="001B1F19">
      <w:pPr>
        <w:rPr>
          <w:rFonts w:hint="eastAsia"/>
          <w:lang w:eastAsia="zh-CN"/>
        </w:rPr>
      </w:pPr>
    </w:p>
    <w:sectPr>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7020034050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