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2024年读书月国旗下讲话（35篇）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2024年读书月国旗下讲话（精选35篇）</w:t>
      </w:r>
      <w:r>
        <w:rPr>
          <w:lang w:eastAsia="zh-CN"/>
        </w:rPr>
        <w:br/>
      </w:r>
      <w:r>
        <w:rPr>
          <w:lang w:eastAsia="zh-CN"/>
        </w:rPr>
        <w:t xml:space="preserve">    2024年读书月国旗下讲话 篇1 </w:t>
      </w:r>
      <w:r>
        <w:rPr>
          <w:lang w:eastAsia="zh-CN"/>
        </w:rPr>
        <w:br/>
      </w:r>
      <w:r>
        <w:rPr>
          <w:lang w:eastAsia="zh-CN"/>
        </w:rPr>
        <w:t>　　老师们，同学们：</w:t>
      </w:r>
      <w:r>
        <w:rPr>
          <w:lang w:eastAsia="zh-CN"/>
        </w:rPr>
        <w:br/>
      </w:r>
      <w:r>
        <w:rPr>
          <w:lang w:eastAsia="zh-CN"/>
        </w:rPr>
        <w:t>　　大家早上好!今天我国旗下讲话的内容是《做快乐的读书人》。</w:t>
      </w:r>
      <w:r>
        <w:rPr>
          <w:lang w:eastAsia="zh-CN"/>
        </w:rPr>
        <w:br/>
      </w:r>
      <w:r>
        <w:rPr>
          <w:lang w:eastAsia="zh-CN"/>
        </w:rPr>
        <w:t>　　前几天我看到这样一首小诗，我想跟大家分享一下：</w:t>
      </w:r>
      <w:r>
        <w:rPr>
          <w:lang w:eastAsia="zh-CN"/>
        </w:rPr>
        <w:br/>
      </w:r>
      <w:r>
        <w:rPr>
          <w:lang w:eastAsia="zh-CN"/>
        </w:rPr>
        <w:t>　　没有一艘非凡的战舰，能像一册书籍，把我们带到浩瀚的天地。</w:t>
      </w:r>
      <w:r>
        <w:rPr>
          <w:lang w:eastAsia="zh-CN"/>
        </w:rPr>
        <w:br/>
      </w:r>
      <w:r>
        <w:rPr>
          <w:lang w:eastAsia="zh-CN"/>
        </w:rPr>
        <w:t>　　也没有一匹神奇的坐骑，能像一页诗句，带我们领略人世的真谛。</w:t>
      </w:r>
      <w:r>
        <w:rPr>
          <w:lang w:eastAsia="zh-CN"/>
        </w:rPr>
        <w:br/>
      </w:r>
      <w:r>
        <w:rPr>
          <w:lang w:eastAsia="zh-CN"/>
        </w:rPr>
        <w:t>　　即令你一贫如洗，也没有任何栅栏能阻挡你在书的王国遨游的步履。</w:t>
      </w:r>
      <w:r>
        <w:rPr>
          <w:lang w:eastAsia="zh-CN"/>
        </w:rPr>
        <w:br/>
      </w:r>
      <w:r>
        <w:rPr>
          <w:lang w:eastAsia="zh-CN"/>
        </w:rPr>
        <w:t>　　多么质朴无华的车骑!</w:t>
      </w:r>
      <w:r>
        <w:rPr>
          <w:lang w:eastAsia="zh-CN"/>
        </w:rPr>
        <w:br/>
      </w:r>
      <w:r>
        <w:rPr>
          <w:lang w:eastAsia="zh-CN"/>
        </w:rPr>
        <w:t>　　而它却装载了人类灵魂全部的美丽!</w:t>
      </w:r>
      <w:r>
        <w:rPr>
          <w:lang w:eastAsia="zh-CN"/>
        </w:rPr>
        <w:br/>
      </w:r>
      <w:r>
        <w:rPr>
          <w:lang w:eastAsia="zh-CN"/>
        </w:rPr>
        <w:t>　　同学们，这首诗是美国传奇诗人艾米莉·狄金森的《神奇的书》，是啊，书是多么神奇啊，它能给带来无穷的快乐，它能给予人们知识的真谛，它能净化人们的心灵。正是因为书有神奇的力量，我们才要去拥抱它，和书本做朋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同学们，我们知道人要维持自己的生命，必须按时补充生命所需的各种营养物质。其实人要保持精神世界的富足，也需要补充各种“营养”。“精神营养”来自哪儿?如何补充?其实，“精神营养”来源于浩如烟海的.书籍世界，吸取“精神营养”的管道就是孜孜不倦地阅读。我国自古有凿壁偷光、悬梁刺股等感人故事。这些读书故事表现了古人对读书的渴望和对知识的向往。我国著名文学大师鲁迅、郭沫若、茅盾、老舍先生和巴金爷爷，都是学贯中西、博古通今。能达到如此境界，与他们在学生时代大量阅读各种文学名著是分不开的。</w:t>
      </w:r>
      <w:r>
        <w:rPr>
          <w:lang w:eastAsia="zh-CN"/>
        </w:rPr>
        <w:br/>
      </w:r>
      <w:r>
        <w:rPr>
          <w:lang w:eastAsia="zh-CN"/>
        </w:rPr>
        <w:t>　　同学们，你们喜欢读书吗?开学到现在，你们读了几本课外书呢?是卡通漫画书，还是科普知识书?是古典名著，还是现代文学?你们喜欢哪些作家的作品?告诉大家一个好消息，最近，学校图书馆又新增了两千多册书，图书馆的书目总册书已经达到5万5千多册，这么多的书籍在等着大家去阅读呢?希望同学们能积极阅读，丰富自己的精神世界。</w:t>
      </w:r>
      <w:r>
        <w:rPr>
          <w:lang w:eastAsia="zh-CN"/>
        </w:rPr>
        <w:br/>
      </w:r>
      <w:r>
        <w:rPr>
          <w:lang w:eastAsia="zh-CN"/>
        </w:rPr>
        <w:t>　　有的同学也许会说，读书需要时间。时间在哪里?它就在我们每一个人的双手里。你一松手，它就从指间溜走了。 因此，读书需要抓住生活中的每分每秒!</w:t>
      </w:r>
      <w:r>
        <w:rPr>
          <w:lang w:eastAsia="zh-CN"/>
        </w:rPr>
        <w:br/>
      </w:r>
      <w:r>
        <w:rPr>
          <w:lang w:eastAsia="zh-CN"/>
        </w:rPr>
        <w:t>　　亲爱的同学们，读一本书，识一位作家;读一本书，获一份知识;读一本书，交一个朋友。让书籍成为我们成长的基石，让文学滋养我们的童年。同学们能，让我们从今天开始，从现在开始，做一个快乐的读书人!</w:t>
      </w:r>
      <w:r>
        <w:rPr>
          <w:lang w:eastAsia="zh-CN"/>
        </w:rPr>
        <w:br/>
      </w:r>
      <w:r>
        <w:rPr>
          <w:lang w:eastAsia="zh-CN"/>
        </w:rPr>
        <w:t xml:space="preserve">    2024年读书月国旗下讲话 篇2 </w:t>
      </w:r>
      <w:r>
        <w:rPr>
          <w:lang w:eastAsia="zh-CN"/>
        </w:rPr>
        <w:br/>
      </w:r>
      <w:r>
        <w:rPr>
          <w:lang w:eastAsia="zh-CN"/>
        </w:rPr>
        <w:t>　　尊敬的老师、亲爱的同学们：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大家早上好!</w:t>
      </w:r>
      <w:r>
        <w:rPr>
          <w:lang w:eastAsia="zh-CN"/>
        </w:rPr>
        <w:br/>
      </w:r>
      <w:r>
        <w:rPr>
          <w:lang w:eastAsia="zh-CN"/>
        </w:rPr>
        <w:t>　　4月23联合国确定的第~~个“世界读书日”。读书已经成为每个人日常生活不可或缺的一部分。</w:t>
      </w:r>
      <w:r>
        <w:rPr>
          <w:lang w:eastAsia="zh-CN"/>
        </w:rPr>
        <w:br/>
      </w:r>
      <w:r>
        <w:rPr>
          <w:lang w:eastAsia="zh-CN"/>
        </w:rPr>
        <w:t>　　4月23日是世界文学的象征日，塞万提斯、莎士比亚、维加等许多世界著名作家在这一天出生或逝世。1995年，联合国教科文组织将每年的这一天定为“世界读书日”，以鼓励人们发现读书的乐趣。</w:t>
      </w:r>
      <w:r>
        <w:rPr>
          <w:lang w:eastAsia="zh-CN"/>
        </w:rPr>
        <w:br/>
      </w:r>
      <w:r>
        <w:rPr>
          <w:lang w:eastAsia="zh-CN"/>
        </w:rPr>
        <w:t>　　在喧嚣的都市中即使我们已经有着e时代的时尚外形，在内心的最深处，我们仍知道有些东西是永远不能代替的，如一片纯净的自然，如一本翻黄的旧书。也许我们还执着于那种红袖添香的雅致、青梅煮酒的风趣，还有雨夜读书的清幽。每一个人，也许都会有类似的梦，在遥远的异地，一次次的起程，一次次的出发。渴望走在不同的风景里。即使我们有来自各方的压力，即使我们无法使自己变得完美，即使我们的生活三点一线，即使我们要面临着期中考试、期末考试，还有更重要的高考以及考试后的总结反思。可是，树的方向由风决定，人的方向由自己决定。我们可以让自己的心启程，在一本又一本的书里，从一个地方走向另一个地方。人生的积淀，可行万里路，亦可读万卷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总希望在浮生半日的悠闲里，陪伴我们的，是一杯清茶，一卷好书;总希望喧嚣繁复之后，留一隅书香，让好友相聚往来吟唱……书，让世界简单的人变得丰富;书，让世界喧嚣的人返璞归真。在匆匆的生活中，在沉沉的书包里，在教室的课桌上……别忘了，留一个位置，给自己最爱的那本书!</w:t>
      </w:r>
      <w:r>
        <w:rPr>
          <w:lang w:eastAsia="zh-CN"/>
        </w:rPr>
        <w:br/>
      </w:r>
      <w:r>
        <w:rPr>
          <w:lang w:eastAsia="zh-CN"/>
        </w:rPr>
        <w:t>　　当然，读书要讲究方法。书海浩荡，看不胜看，读不胜读，要想把所有的书籍读完是不可能的，尤其是现在的我们。读书要有选择有目的有方法地去读。著名教育家叶圣陶说的“读书忌死读，死读钻牛角”，就是这个道理。像明清时期，很多人可谓饱读诗书，但终生无用，鲁迅曾写了一篇小说叫《孔乙己》，他刻画的那个孔乙己就是死读书的经典代表，像他这一类人都是被死读书给害了。会读书的人先将书读薄，再将书读厚，不会读书的人只是一味地认字，却不去思考;善于读书的人把书读活，不善于读书的人把书读死。那么用什么方法去读最好呢?我认为这要因书而异，对于自己喜欢的经典名著名篇，要精读、细读、反复读，甚至摘抄、背诵;对一般的书，则只需要一扫而过，知其大意即可。就像看报纸，每天新闻消息那么多，不可能每一则都认真细看，自己认为有用的、有价值的，好好地看看，甚至摘录、剪贴，其他的只需要看看标题就可以了。阅读是一种享受，享受阳光——明媚;享受空气——清新;享受历练——深邃。</w:t>
      </w:r>
      <w:r>
        <w:rPr>
          <w:lang w:eastAsia="zh-CN"/>
        </w:rPr>
        <w:br/>
      </w:r>
      <w:r>
        <w:rPr>
          <w:lang w:eastAsia="zh-CN"/>
        </w:rPr>
        <w:t>　　为此，我们倡议：在期中考试后，在总结学习经验的基础上，打开书，读吧;读了书，聊吧。</w:t>
      </w:r>
      <w:r>
        <w:rPr>
          <w:lang w:eastAsia="zh-CN"/>
        </w:rPr>
        <w:br/>
      </w:r>
      <w:r>
        <w:rPr>
          <w:lang w:eastAsia="zh-CN"/>
        </w:rPr>
        <w:t>　　希望全体同学们行动起来，走进图书馆，让丰富的经典馆藏伴我们度过全读书者的节日;打开喜欢的书籍，读上几页，让熟悉的暖流流遍你的全身;把存放已久的优秀书籍翻出箱底，和的朋友一起分享精神食粮。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2024年读书月国旗下讲话 篇3 </w:t>
      </w:r>
      <w:r>
        <w:rPr>
          <w:lang w:eastAsia="zh-CN"/>
        </w:rPr>
        <w:br/>
      </w:r>
      <w:r>
        <w:rPr>
          <w:lang w:eastAsia="zh-CN"/>
        </w:rPr>
        <w:t>　　老师们，同学们：</w:t>
      </w:r>
      <w:r>
        <w:rPr>
          <w:lang w:eastAsia="zh-CN"/>
        </w:rPr>
        <w:br/>
      </w:r>
      <w:r>
        <w:rPr>
          <w:lang w:eastAsia="zh-CN"/>
        </w:rPr>
        <w:t>　　大家早上好!</w:t>
      </w:r>
      <w:r>
        <w:rPr>
          <w:lang w:eastAsia="zh-CN"/>
        </w:rPr>
        <w:br/>
      </w:r>
      <w:r>
        <w:rPr>
          <w:lang w:eastAsia="zh-CN"/>
        </w:rPr>
        <w:t>　　今天我的演讲主题是“阅读经典，润泽人生”。</w:t>
      </w:r>
      <w:r>
        <w:rPr>
          <w:lang w:eastAsia="zh-CN"/>
        </w:rPr>
        <w:br/>
      </w:r>
      <w:r>
        <w:rPr>
          <w:lang w:eastAsia="zh-CN"/>
        </w:rPr>
        <w:t>　　世界上有一种东西，它能让你欢欣鼓舞，也能让你泪流满面;它能让你拍案而起，也能让你抚腮沉思;它能让你收获真知，也能让你收获智慧。</w:t>
      </w:r>
      <w:r>
        <w:rPr>
          <w:lang w:eastAsia="zh-CN"/>
        </w:rPr>
        <w:br/>
      </w:r>
      <w:r>
        <w:rPr>
          <w:lang w:eastAsia="zh-CN"/>
        </w:rPr>
        <w:t>　　(让大家猜一猜)</w:t>
      </w:r>
      <w:r>
        <w:rPr>
          <w:lang w:eastAsia="zh-CN"/>
        </w:rPr>
        <w:br/>
      </w:r>
      <w:r>
        <w:rPr>
          <w:lang w:eastAsia="zh-CN"/>
        </w:rPr>
        <w:t>　　它，就是书!</w:t>
      </w:r>
      <w:r>
        <w:rPr>
          <w:lang w:eastAsia="zh-CN"/>
        </w:rPr>
        <w:br/>
      </w:r>
      <w:r>
        <w:rPr>
          <w:lang w:eastAsia="zh-CN"/>
        </w:rPr>
        <w:t>　　读书是一种享受，读书是一种快乐，读书更是一种超越!记得20__年4月23日“世界读书日”，“书籍是人类智慧的结晶，读书决定一个人的修养和境界，关系一个民族的素质和力量，影响一个国家的前途和命运。一个不读书的人，不读书的民族是没有希望的。”他还说：“书籍不能改变世界，但是，人通过读书可改变自己。”</w:t>
      </w:r>
      <w:r>
        <w:rPr>
          <w:lang w:eastAsia="zh-CN"/>
        </w:rPr>
        <w:br/>
      </w:r>
      <w:r>
        <w:rPr>
          <w:lang w:eastAsia="zh-CN"/>
        </w:rPr>
        <w:t>　　一本书就像一艘船，引领着我们从狭隘的地方，驶向无限广阔的生活海洋。在书中，我们可以看到壮阔的历史，多彩的世界。我们思想的翅膀可以沉浸在历史的河床里，可以沐浴在迷人的风景中，可以掠过长江、长城，可以跨过黄山、黄河，甚至可以飞到灿烂的银河、浩瀚的宇宙以及更加遥远的未来!</w:t>
      </w:r>
      <w:r>
        <w:rPr>
          <w:lang w:eastAsia="zh-CN"/>
        </w:rPr>
        <w:br/>
      </w:r>
      <w:r>
        <w:rPr>
          <w:lang w:eastAsia="zh-CN"/>
        </w:rPr>
        <w:t>　　世界上有两个国家的人最爱读书，一个是以色列，另一个是匈牙利。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以色列人均每年读64本书，其中犹太人更甚。(说到犹太人，他们自称为”上帝的选民“，真不是自大。我们所熟知的海涅、贝多芬、马克思、柴门霍夫、弗洛伊德、卓别林、爱伦堡、毕加索、爱因斯坦等，他们都是犹太人!为什么他们这么出彩?因为他们是”崇尚读书“的民族，读书是他们的精神信仰。</w:t>
      </w:r>
      <w:r>
        <w:rPr>
          <w:lang w:eastAsia="zh-CN"/>
        </w:rPr>
        <w:br/>
      </w:r>
      <w:r>
        <w:rPr>
          <w:lang w:eastAsia="zh-CN"/>
        </w:rPr>
        <w:t>　　我可以跟大家分享一个故事：</w:t>
      </w:r>
      <w:r>
        <w:rPr>
          <w:lang w:eastAsia="zh-CN"/>
        </w:rPr>
        <w:br/>
      </w:r>
      <w:r>
        <w:rPr>
          <w:lang w:eastAsia="zh-CN"/>
        </w:rPr>
        <w:t>　　犹太人有个习俗，当孩子出生时，母亲就会翻开《圣经》，滴上一点蜂蜜，让小孩去舔《圣经》上的蜂蜜，通过这一舔，让孩子对书产生美好的第一印象：书是甜的。当孩子稍稍懂事时，几乎每一个母亲都会问这样一个问题：“假如有一天你家里突然起火，你首先会抢救什么?”当孩子回答是钱或钻石时，母亲会严肃地告诉他：“这些都不重要，你首先应该抢救的是书!书里藏着的是智慧，这要比钱或钻石贵重得多，而智慧是任何人都抢不走的。”据说，犹太人是世界上唯一一个没有文盲的民族，就连犹太人的乞丐也是离不开书的，即使在乞讨，他们的身边也总会带着每天必读的书，更别说衣食无忧的人了。在犹太人眼里，爱好读书看报不仅是一种习惯，更是人应具有的一种美德。这个仅有500万人口的国家，持有借书证的就有100多万人，是全世界人均拥有图书最多的国家。这是令人惊叹的事实! 我们再说说匈牙利，它的国土面积和人口都不足中国的百分之一，但它是世界上读书风气最浓的国家。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当然，在我国历史上，勤奋读书的典故也很多，比如西汉匡衡的”凿壁借光“，东汉孙敬的”悬梁刺股“，再比如晋代车胤(yìn)的”囊萤映雪“，东晋祖逖(tì)的”闻鸡起舞“，有北宋杨时的“程门立雪”，还有春秋时期著名教育家孔子的“韦编三绝“等等。</w:t>
      </w:r>
      <w:r>
        <w:rPr>
          <w:lang w:eastAsia="zh-CN"/>
        </w:rPr>
        <w:br/>
      </w:r>
      <w:r>
        <w:rPr>
          <w:lang w:eastAsia="zh-CN"/>
        </w:rPr>
        <w:t>　　莎士比亚曾经说过：“生活里没有书籍，就好像没有阳光;智慧里没有书籍，就好像鸟儿没有翅膀。” 阅读对人成长的影响是巨大的，“腹有诗书气自华”，一本好书往往能改变人的一生。人的精神发育史，应该是他本人的阅读史;而一个民族的精神境界，在很大程度上取决于全民族的阅读水平。中华民族之所以成为礼仪之邦、文明古国，一个重要原因，在于我们是一个热爱学习、勤奋读书的民族，今天，建设创新型国家和学习型社会的时代任务，比以往任何时候都需要营造一个书香浓郁的社会，阅读作为推进社会发展的力量是不可取代的。崇尚读书，才能让民族的发展保持生命的活力，而我们作为未来的主人翁，作为建设学习型社会的中坚力量，我们的阅读水平事关祖国的未来，事关民族的兴衰。</w:t>
      </w:r>
      <w:r>
        <w:rPr>
          <w:lang w:eastAsia="zh-CN"/>
        </w:rPr>
        <w:br/>
      </w:r>
      <w:r>
        <w:rPr>
          <w:lang w:eastAsia="zh-CN"/>
        </w:rPr>
        <w:t>　　眼下，我们又迎来了”读书月“活动。让我们一起走进书的世界，沐浴书香，感悟生活;让我们的内心因为读书而充实，让我们的每一天因为有书的相伴而变得更加美好，让浓浓的书香飘溢在我们美丽的校园、家园!</w:t>
      </w:r>
      <w:r>
        <w:rPr>
          <w:lang w:eastAsia="zh-CN"/>
        </w:rPr>
        <w:br/>
      </w:r>
      <w:r>
        <w:rPr>
          <w:lang w:eastAsia="zh-CN"/>
        </w:rPr>
        <w:t>　　谢谢大家!</w:t>
      </w:r>
      <w:r>
        <w:rPr>
          <w:lang w:eastAsia="zh-CN"/>
        </w:rPr>
        <w:br/>
      </w:r>
      <w:r>
        <w:rPr>
          <w:lang w:eastAsia="zh-CN"/>
        </w:rPr>
        <w:t xml:space="preserve">    2024年读书月国旗下讲话 篇4 </w:t>
      </w:r>
      <w:r>
        <w:rPr>
          <w:lang w:eastAsia="zh-CN"/>
        </w:rPr>
        <w:br/>
      </w:r>
      <w:r>
        <w:rPr>
          <w:lang w:eastAsia="zh-CN"/>
        </w:rPr>
        <w:t>　　老师们，同学们：</w:t>
      </w:r>
      <w:r>
        <w:rPr>
          <w:lang w:eastAsia="zh-CN"/>
        </w:rPr>
        <w:br/>
      </w:r>
      <w:r>
        <w:rPr>
          <w:lang w:eastAsia="zh-CN"/>
        </w:rPr>
        <w:t>　　早上好!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时间过得真快，一转眼，一个学期已过半，今天是4月23日，是谁知道今天是什么日子吗?对，今天是世界读书日，是我们读书人的节日。所以我今天国旗下讲话的内容与读书有关，题目是《读书尽管不能改变人生的起点但可以改变人生的终点》。</w:t>
      </w:r>
      <w:r>
        <w:rPr>
          <w:lang w:eastAsia="zh-CN"/>
        </w:rPr>
        <w:br/>
      </w:r>
      <w:r>
        <w:rPr>
          <w:lang w:eastAsia="zh-CN"/>
        </w:rPr>
        <w:t>　　下面先从一个故事说起。</w:t>
      </w:r>
      <w:r>
        <w:rPr>
          <w:lang w:eastAsia="zh-CN"/>
        </w:rPr>
        <w:br/>
      </w:r>
      <w:r>
        <w:rPr>
          <w:lang w:eastAsia="zh-CN"/>
        </w:rPr>
        <w:t>　　1820__年2月12日，一个男孩出生在美国肯塔基州乡村的一个穷苦农民的家里。因为家里穷，他没有机会上学。他一生中进学校上学的时间加起来不到一年。他的母亲能阅读，但从来没有学过写字，而他的父亲也仅能写他自己的名字。</w:t>
      </w:r>
      <w:r>
        <w:rPr>
          <w:lang w:eastAsia="zh-CN"/>
        </w:rPr>
        <w:br/>
      </w:r>
      <w:r>
        <w:rPr>
          <w:lang w:eastAsia="zh-CN"/>
        </w:rPr>
        <w:t>　　可是，他却被书籍强烈地吸引着。他7岁开始上学，每星期只能去学校2～3天，其他时间因家庭贫困，只能在家劳动。从那时起，他开始了自己的启蒙教育。他把燃烧过的木(目)头当成铅笔，在粗糙的木板上练习写字母。夜晚，他向母亲大声朗诵《圣经》，还反复阅读《伊索寓言》。</w:t>
      </w:r>
      <w:r>
        <w:rPr>
          <w:lang w:eastAsia="zh-CN"/>
        </w:rPr>
        <w:br/>
      </w:r>
      <w:r>
        <w:rPr>
          <w:lang w:eastAsia="zh-CN"/>
        </w:rPr>
        <w:t>　　9岁时，他深爱的妈妈不幸去世。他和姐姐用读母亲最喜欢的《圣经》章节的方式来安慰母亲的在天之灵。</w:t>
      </w:r>
      <w:r>
        <w:rPr>
          <w:lang w:eastAsia="zh-CN"/>
        </w:rPr>
        <w:br/>
      </w:r>
      <w:r>
        <w:rPr>
          <w:lang w:eastAsia="zh-CN"/>
        </w:rPr>
        <w:t>　　十几岁时，他从50里范围内的所有邻居那里寻找并借回很多书，包括《弗兰克林自传》、《华盛顿的一生》和《天路历程》等等。他抓住一切机会认真阅读。当其他小伙伴在山上捉迷藏玩游戏的时候，他却手捧书本在一棵树下阅读。21岁时，他决定外出。最后在一个位于西部边境的小村庄安顿下来。这个小村庄有6位受过大学教育的人，其中包括两位知识渊博的内科医生，他们允许他随时借阅他们的书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此后的7年，他做过两份工作，都是允许他可以长时间读书而不受打扰的工作。第一份工作是商场店员，第二份工作是邮递员。他在接待顾客之余，广泛阅读了哲学、科技、宗教、文学、法律和政治学方面的书籍。</w:t>
      </w:r>
      <w:r>
        <w:rPr>
          <w:lang w:eastAsia="zh-CN"/>
        </w:rPr>
        <w:br/>
      </w:r>
      <w:r>
        <w:rPr>
          <w:lang w:eastAsia="zh-CN"/>
        </w:rPr>
        <w:t>　　1837年，28岁的他虽然连小学都没毕业，却已经是伊利诺依州的执业律师了。</w:t>
      </w:r>
      <w:r>
        <w:rPr>
          <w:lang w:eastAsia="zh-CN"/>
        </w:rPr>
        <w:br/>
      </w:r>
      <w:r>
        <w:rPr>
          <w:lang w:eastAsia="zh-CN"/>
        </w:rPr>
        <w:t>　　1861年，那年他52岁，他通过参加竞选，成为美国第十六任总统。他就是美国历史上最伟大的总统之一，林肯。</w:t>
      </w:r>
      <w:r>
        <w:rPr>
          <w:lang w:eastAsia="zh-CN"/>
        </w:rPr>
        <w:br/>
      </w:r>
      <w:r>
        <w:rPr>
          <w:lang w:eastAsia="zh-CN"/>
        </w:rPr>
        <w:t>　　同学们，在人类历史上，不论是国内还是国外，因勤奋读书而改变自己的命运，乃至改变国家、民族的命运，影响人类文明进程的事例有如天上的繁星，数不胜数。他们的故事影响着、激励着一代又一代的人，而要认识他们，从他们身上汲取精神力量的最好办法仍是读书。</w:t>
      </w:r>
      <w:r>
        <w:rPr>
          <w:lang w:eastAsia="zh-CN"/>
        </w:rPr>
        <w:br/>
      </w:r>
      <w:r>
        <w:rPr>
          <w:lang w:eastAsia="zh-CN"/>
        </w:rPr>
        <w:t>　　同学们，你不可能在现实生活中结识世界上所有的伟人、大师，但通过读书，就有可能。歌德说过：读一本好书，就是和许多高尚的人谈话。你不可能回到过去，也不可能提前进入将来，但书籍可以把你带到过去和未来。有人说，不读书的人只生活在现在，而读书人是同时生活在三个时代&amp;&amp;过去、现在和未来。你不可能走遍世界各地，但书籍可以把你带到地球的每个角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同学们，阅读可以发展人性，提升素养，拓展人生;阅读可以寻找榜样，启迪思想，慰藉心灵;阅读可以丰富生活，愉悦身心，增长知识。而学生时代又是人生读书的黄金时光。我们学校的大门如同一张徐徐展开的书卷，意在让走进银河的每一个人，都能一生以与好书为伴，我们热忱期待浓郁的书香能够充盈银河校园的每一个角落，使师生共读书能成为我校的一道亮丽而永恒的风景线。最后祝愿老师们、同学们都能够在这惠风畅和、书香习习的美好境界里幸福的生活，快乐地学习，健康地成长!</w:t>
      </w:r>
      <w:r>
        <w:rPr>
          <w:lang w:eastAsia="zh-CN"/>
        </w:rPr>
        <w:br/>
      </w:r>
      <w:r>
        <w:rPr>
          <w:lang w:eastAsia="zh-CN"/>
        </w:rPr>
        <w:t xml:space="preserve">    2024年读书月国旗下讲话 篇5 </w:t>
      </w:r>
      <w:r>
        <w:rPr>
          <w:lang w:eastAsia="zh-CN"/>
        </w:rPr>
        <w:br/>
      </w:r>
      <w:r>
        <w:rPr>
          <w:lang w:eastAsia="zh-CN"/>
        </w:rPr>
        <w:t>　　亲爱的老师、同学们：</w:t>
      </w:r>
      <w:r>
        <w:rPr>
          <w:lang w:eastAsia="zh-CN"/>
        </w:rPr>
        <w:br/>
      </w:r>
      <w:r>
        <w:rPr>
          <w:lang w:eastAsia="zh-CN"/>
        </w:rPr>
        <w:t>　　人们一谈起爱国，往往会联想到，金戈铁马，血洒疆场。可是中国早有云，文能提笔安天下，武能上马定乾坤!一位政治家说，每当一个国家遭遇危机的时候，爱国主义就会热起来。中国正遭遇经济危机，呼唤爱国自然流行起来。什么是爱国?我不禁想起一个小故事!话说一国人到欧洲旅游，是个男同志，他去洗手间方便。在他走出洗手间的时候，他发现门口一群女士正用一种哦你诧异的眼神看着他。他下意识的回头看了看，他发现他进的是女洗手间!我想问在坐的男同胞们，遇到这事你会怎么处理?!我们来看看他是怎么处理的!他不慌不忙的整了整衣服，然后深深的鞠了一躬，说“煞有那啦，BYE——BYE”，然后转身走了!他身后一群女士恍然大悟道“O，Japaneseman”!这是爱国!但是不知道什么时候听说消费也是爱国了!所以在一月份时有人提出“积极消费就是爱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经济下行态势，消费确实更具现实意义。而与此同时，爱国主义就像一件大衣，谁都可以穿一穿!消费是经济发展的内在要求，对于国民经济来说至关重要。马克思曾指出：“生产直接就是消费，消费直接就是生产……如果没有消费，生产就没有目的。”</w:t>
      </w:r>
      <w:r>
        <w:rPr>
          <w:lang w:eastAsia="zh-CN"/>
        </w:rPr>
        <w:br/>
      </w:r>
      <w:r>
        <w:rPr>
          <w:lang w:eastAsia="zh-CN"/>
        </w:rPr>
        <w:t>　　从而引出了伟大的消费爱国论，其主要论调即说，用鼓励消费，刺激消费，扩大内需，但是，消费不是浪费，消费讲的是质量，消费者是否积极消费，即取决于手中是否拥有相当量的资金，也要看产品是否符合需求，即是说的消费质量!</w:t>
      </w:r>
      <w:r>
        <w:rPr>
          <w:lang w:eastAsia="zh-CN"/>
        </w:rPr>
        <w:br/>
      </w:r>
      <w:r>
        <w:rPr>
          <w:lang w:eastAsia="zh-CN"/>
        </w:rPr>
        <w:t>　　退回原点来说，扩大消费内需的好处也是有的。一是有助于减少对外依赖。力实施内需主导发展战略，通过开发国内市场，促进国内消费来拉动经济，实现可持续增长。二是有助于转变经济发展方式。投资是把当前消费转化成未来的消费，只有消费才是最终需求。</w:t>
      </w:r>
      <w:r>
        <w:rPr>
          <w:lang w:eastAsia="zh-CN"/>
        </w:rPr>
        <w:br/>
      </w:r>
      <w:r>
        <w:rPr>
          <w:lang w:eastAsia="zh-CN"/>
        </w:rPr>
        <w:t>　　所以有学者云，积极消费就是爱国，而爱国就是爱自己。温总理说，信心比黄金和货币更重要。但我从来没想到，这种量入为出的生活方式，居然会成了一种道德瑕疵。原来，象周久耕局长那样抽天价烟、戴名表，才是最爱国的!</w:t>
      </w:r>
      <w:r>
        <w:rPr>
          <w:lang w:eastAsia="zh-CN"/>
        </w:rPr>
        <w:br/>
      </w:r>
      <w:r>
        <w:rPr>
          <w:lang w:eastAsia="zh-CN"/>
        </w:rPr>
        <w:t>　　美国爆发次贷危机的深层次原因就在于“超前消费”，“寅吃卯粮”，透支了经济发展的潜力，前车之鉴令人警醒。总的来看，我国消费需求的增长仍有巨大的上升空间，消费潜力十分可观。但是如何营造一个让消费者踏实消费，放心消费的环境这是随之而来的问题。</w:t>
      </w:r>
      <w:r>
        <w:rPr>
          <w:lang w:eastAsia="zh-CN"/>
        </w:rPr>
        <w:br/>
      </w:r>
      <w:r>
        <w:rPr>
          <w:lang w:eastAsia="zh-CN"/>
        </w:rPr>
        <w:t>　　看病难，有钱的时候都消费，看病谁来买单。虽然新一轮的医改方案早已在网上广泛征求了社会意见，但是，医保的不健全仍是我们的后顾之忧!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读书贵，有钱的时候都消费，读书谁来买单。虽然新的教改规划已经由温总理担纲制定，但是在座的都知道，现在我们的学费仍然是我们一笔不可忽视的支出!</w:t>
      </w:r>
      <w:r>
        <w:rPr>
          <w:lang w:eastAsia="zh-CN"/>
        </w:rPr>
        <w:br/>
      </w:r>
      <w:r>
        <w:rPr>
          <w:lang w:eastAsia="zh-CN"/>
        </w:rPr>
        <w:t>　　“买房爱国主义”及“消费爱国主义”，它暗示的是一种单边的“肯尼迪逻辑”这是一个可爱又可笑的逻辑关系，说：“不要问你们的国家能为你们做些什么，而要问你们能为国家做些什么。”从我个人来说，我是坚决反对这种观点的。在事事，我们都要做到互利，用通俗的表达就是，既要讲“国家兴亡，匹夫有责”，也要讲“国家兴旺，匹夫有利”。</w:t>
      </w:r>
      <w:r>
        <w:rPr>
          <w:lang w:eastAsia="zh-CN"/>
        </w:rPr>
        <w:br/>
      </w:r>
      <w:r>
        <w:rPr>
          <w:lang w:eastAsia="zh-CN"/>
        </w:rPr>
        <w:t>　　我觉得，任何一种试图在爱国与个人消费之间建立对价关系的想法都是荒诞的，所以，我在心里对那些坐在办公室里大呼消费爱国的学者说：一个民族的落后首先是其精英的落后，而精英落后最显著标志就是他们经常指责无辜人民的落后。我的讲话完了，谢谢大家，讲的不对的地方，还希望课后讨论!</w:t>
      </w:r>
      <w:r>
        <w:rPr>
          <w:lang w:eastAsia="zh-CN"/>
        </w:rPr>
        <w:br/>
      </w:r>
      <w:r>
        <w:rPr>
          <w:lang w:eastAsia="zh-CN"/>
        </w:rPr>
        <w:t xml:space="preserve">    2024年读书月国旗下讲话 篇6 </w:t>
      </w:r>
      <w:r>
        <w:rPr>
          <w:lang w:eastAsia="zh-CN"/>
        </w:rPr>
        <w:br/>
      </w:r>
      <w:r>
        <w:rPr>
          <w:lang w:eastAsia="zh-CN"/>
        </w:rPr>
        <w:t>　　尊敬的老师，亲爱的同学们：大家早上好!</w:t>
      </w:r>
      <w:r>
        <w:rPr>
          <w:lang w:eastAsia="zh-CN"/>
        </w:rPr>
        <w:br/>
      </w:r>
      <w:r>
        <w:rPr>
          <w:lang w:eastAsia="zh-CN"/>
        </w:rPr>
        <w:t>　　您知道每年的4月23日是什么节日吗?对，是世界读书日。这是值得每一个读书的人、爱书的人铭记的日子。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著名文学家冰心奶奶曾说过：读书好，好读书，读好书。著名作家海伦凯勒也曾说过：一本好书像一艘船，带领着我们从狭隘的地方，驶向生活的无限广阔的海洋。是的，书是人类进步的阶梯，无论是严谨雄辩的哲学思想，还是奥妙无穷的科学知识，无论是精美绝伦的唐诗宋词，还是神奇有趣的神话传说，无不以书的形式传承至今。它记载着人类的文明。读书，既能丰富我们的知识，开拓我们的视野，又能陶冶我们的情操，还能让我们学会思考问题的方法、学到新的本领……手捧书籍，就是手捧希望;开卷读书，就是打开世界之窗。读一本好书，就是交一个品德高尚的有思想的朋友。古今中外，大凡有所成就的人，都是热爱读书，与书为友的人，在书中，你可以和历史上最伟大的人物交谈，你可以和人类最优秀的思想对话。在世界读书日来临之际，我特向全校同学发出以下三点倡议：</w:t>
      </w:r>
      <w:r>
        <w:rPr>
          <w:lang w:eastAsia="zh-CN"/>
        </w:rPr>
        <w:br/>
      </w:r>
      <w:r>
        <w:rPr>
          <w:lang w:eastAsia="zh-CN"/>
        </w:rPr>
        <w:t>　　一、爱读书。将读书变成一种伴随终身的良好习惯。建议同学们在床头上、书包里放2—3本你喜爱的课外书籍，随时拿来阅读。让每一天都成为“读书日”。</w:t>
      </w:r>
      <w:r>
        <w:rPr>
          <w:lang w:eastAsia="zh-CN"/>
        </w:rPr>
        <w:br/>
      </w:r>
      <w:r>
        <w:rPr>
          <w:lang w:eastAsia="zh-CN"/>
        </w:rPr>
        <w:t>　　二、会读书。掌握正确的读书方法，以利用有限的时间和资源达到最大的学习效果。建议同学们读了一篇文章后静静地思考十分钟以上，提出三个以上的问题。</w:t>
      </w:r>
      <w:r>
        <w:rPr>
          <w:lang w:eastAsia="zh-CN"/>
        </w:rPr>
        <w:br/>
      </w:r>
      <w:r>
        <w:rPr>
          <w:lang w:eastAsia="zh-CN"/>
        </w:rPr>
        <w:t>　　三、读好书。有选择地读书。希望每位同学根据自己的兴趣、志向，选择你所喜爱的书籍，选择经典名著来阅读。</w:t>
      </w:r>
      <w:r>
        <w:rPr>
          <w:lang w:eastAsia="zh-CN"/>
        </w:rPr>
        <w:br/>
      </w:r>
      <w:r>
        <w:rPr>
          <w:lang w:eastAsia="zh-CN"/>
        </w:rPr>
        <w:t>　　“世界读书日”虽然只有一天，但只要我们积极行动起来，让自己养成热爱读书的好习惯，就能把生命中的每一天都变成读书日。“今天翻动书籍的手，就是未来推动世界的手。”愿我们每一位师生都爱读书、多读书、读好书，在读书中享受读书带来的进步和乐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谢谢大家</w:t>
      </w:r>
      <w:r>
        <w:rPr>
          <w:lang w:eastAsia="zh-CN"/>
        </w:rPr>
        <w:br/>
      </w:r>
      <w:r>
        <w:rPr>
          <w:lang w:eastAsia="zh-CN"/>
        </w:rPr>
        <w:t xml:space="preserve">    2024年读书月国旗下讲话 篇7 </w:t>
      </w:r>
      <w:r>
        <w:rPr>
          <w:lang w:eastAsia="zh-CN"/>
        </w:rPr>
        <w:br/>
      </w:r>
      <w:r>
        <w:rPr>
          <w:lang w:eastAsia="zh-CN"/>
        </w:rPr>
        <w:t>　　老师、同学们，早上好：</w:t>
      </w:r>
      <w:r>
        <w:rPr>
          <w:lang w:eastAsia="zh-CN"/>
        </w:rPr>
        <w:br/>
      </w:r>
      <w:r>
        <w:rPr>
          <w:lang w:eastAsia="zh-CN"/>
        </w:rPr>
        <w:t>　　我今天在国旗下讲话的题目是《传承五四爱国精神 品读书中精髓文化》。五月的春风情深意暖，五月的花海流溢飘香，和着春潮，伴着夏韵，在花海灿烂夺目的季节里，我们迎来了“五四”运动94周年。</w:t>
      </w:r>
      <w:r>
        <w:rPr>
          <w:lang w:eastAsia="zh-CN"/>
        </w:rPr>
        <w:br/>
      </w:r>
      <w:r>
        <w:rPr>
          <w:lang w:eastAsia="zh-CN"/>
        </w:rPr>
        <w:t>　　弹指一挥间，人类已昂首进入了二十一世纪，在这漫长的岁月里，中国战胜了衰落，走向振兴，挣脱了屈辱，走向奋起，中国正以崭新的姿态向世人展示着自己。然而，人们不会忘记那划时代民族救之的“五四”爱国运动，更不会忘记那举起民族救之旗帜，开创民族独立和民族振兴新纪元的先驱者。今天，我们的祖国已经进入了一个新的历史时期，振兴中华的责任，已经落到我们肩上，“五四”火炬已经光荣地传到我们手中。</w:t>
      </w:r>
      <w:r>
        <w:rPr>
          <w:lang w:eastAsia="zh-CN"/>
        </w:rPr>
        <w:br/>
      </w:r>
      <w:r>
        <w:rPr>
          <w:lang w:eastAsia="zh-CN"/>
        </w:rPr>
        <w:t>　　中职时代，是我们人生中的一个重要的里程碑，我们知道，风雨会使我们变得强壮，挫折会使我们变得坚强。成熟的思想和高尚的品质，来自于风雨的洗礼和生活的磨砺。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今天，我们来到了现场，而本周我们学校将举办“纪念“五四运动94周年”暨第二届校园读书节”活动。让我们来感受书香阵阵来的盛事，我心情非常激动。相比之下，我更喜欢我们读书节活动中所包含的内容、价值以及意义。我知道，一个良好的习惯，可以让人终生受益。尤其是，一个良好的阅读习惯，带给人一生的幸福、快乐是无与伦比的。每一个伟大的人物，每一个成功者，无不保持着良好的阅读习惯。而这个习惯，大都是他们从小就养成的。这是一个经验之谈。</w:t>
      </w:r>
      <w:r>
        <w:rPr>
          <w:lang w:eastAsia="zh-CN"/>
        </w:rPr>
        <w:br/>
      </w:r>
      <w:r>
        <w:rPr>
          <w:lang w:eastAsia="zh-CN"/>
        </w:rPr>
        <w:t>　　亲爱的同学们，春天来了，让我们做一些美丽的事。让我们爱上书，爱上阅读，播下爱的种子。请记住，书是世界上最珍贵的财富，它凝结着人类的智慧和经验，世界上所有的财富都可以被挥霍一空的，但唯有书这种财富，是取之不尽用之不竭的。</w:t>
      </w:r>
      <w:r>
        <w:rPr>
          <w:lang w:eastAsia="zh-CN"/>
        </w:rPr>
        <w:br/>
      </w:r>
      <w:r>
        <w:rPr>
          <w:lang w:eastAsia="zh-CN"/>
        </w:rPr>
        <w:t>　　亲爱的同学们，爱上阅读，是一件妙不可言的事，让我们在春天里，一起打开书吧，轻轻地，轻轻地开始阅读人生，阅读这个世界。希望这次的“传承五四爱国精神，品读书中精髓文化”读书节活动能够举办成功。</w:t>
      </w:r>
      <w:r>
        <w:rPr>
          <w:lang w:eastAsia="zh-CN"/>
        </w:rPr>
        <w:br/>
      </w:r>
      <w:r>
        <w:rPr>
          <w:lang w:eastAsia="zh-CN"/>
        </w:rPr>
        <w:t xml:space="preserve">    2024年读书月国旗下讲话 篇8 </w:t>
      </w:r>
      <w:r>
        <w:rPr>
          <w:lang w:eastAsia="zh-CN"/>
        </w:rPr>
        <w:br/>
      </w:r>
      <w:r>
        <w:rPr>
          <w:lang w:eastAsia="zh-CN"/>
        </w:rPr>
        <w:t>　　今天我国旗下讲话的题目是：《共同读书，营造书香校园》。</w:t>
      </w:r>
      <w:r>
        <w:rPr>
          <w:lang w:eastAsia="zh-CN"/>
        </w:rPr>
        <w:br/>
      </w:r>
      <w:r>
        <w:rPr>
          <w:lang w:eastAsia="zh-CN"/>
        </w:rPr>
        <w:t>　　读书让浓郁的书香溢满校园，增添文化气息。从本周一开始，我校的大型读书活动——读书节就拉开了序幕。“最是书香能致远，腹有诗书气自华。”阅读对人成长的影响是巨大的，一本好书往往能改变人的一生。而一个民族的精神境界，在很大程度上取决于全民族的阅读水平。为共建和谐校园、书香校园，激发全体同学的读书热情，在此，我代表五(7)班向全校的同学发出倡议：</w:t>
      </w:r>
      <w:r>
        <w:rPr>
          <w:lang w:eastAsia="zh-CN"/>
        </w:rPr>
        <w:br/>
      </w:r>
      <w:r>
        <w:rPr>
          <w:lang w:eastAsia="zh-CN"/>
        </w:rPr>
        <w:t>　　一、要崇尚读书。</w:t>
      </w:r>
      <w:r>
        <w:rPr>
          <w:lang w:eastAsia="zh-CN"/>
        </w:rPr>
        <w:br/>
      </w:r>
      <w:r>
        <w:rPr>
          <w:lang w:eastAsia="zh-CN"/>
        </w:rPr>
        <w:t>　　在读书中陶冶情操、健全人格;在读书中提高品位;在读书中成长成才。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二、要品读经典。</w:t>
      </w:r>
      <w:r>
        <w:rPr>
          <w:lang w:eastAsia="zh-CN"/>
        </w:rPr>
        <w:br/>
      </w:r>
      <w:r>
        <w:rPr>
          <w:lang w:eastAsia="zh-CN"/>
        </w:rPr>
        <w:t>　　经典的书是文明的结晶。可以丰富我们的知识，启迪我们的思维，给我们以奋进的力量。</w:t>
      </w:r>
      <w:r>
        <w:rPr>
          <w:lang w:eastAsia="zh-CN"/>
        </w:rPr>
        <w:br/>
      </w:r>
      <w:r>
        <w:rPr>
          <w:lang w:eastAsia="zh-CN"/>
        </w:rPr>
        <w:t>　　三、要博览群书。</w:t>
      </w:r>
      <w:r>
        <w:rPr>
          <w:lang w:eastAsia="zh-CN"/>
        </w:rPr>
        <w:br/>
      </w:r>
      <w:r>
        <w:rPr>
          <w:lang w:eastAsia="zh-CN"/>
        </w:rPr>
        <w:t>　　时代的发展需要高素质的人才，只有博览群书才能获得广博的知识。</w:t>
      </w:r>
      <w:r>
        <w:rPr>
          <w:lang w:eastAsia="zh-CN"/>
        </w:rPr>
        <w:br/>
      </w:r>
      <w:r>
        <w:rPr>
          <w:lang w:eastAsia="zh-CN"/>
        </w:rPr>
        <w:t>　　四、读书以致用。</w:t>
      </w:r>
      <w:r>
        <w:rPr>
          <w:lang w:eastAsia="zh-CN"/>
        </w:rPr>
        <w:br/>
      </w:r>
      <w:r>
        <w:rPr>
          <w:lang w:eastAsia="zh-CN"/>
        </w:rPr>
        <w:t>　　只有将读万卷书，行万里路结合起来，才能真正实现读书的意义。</w:t>
      </w:r>
      <w:r>
        <w:rPr>
          <w:lang w:eastAsia="zh-CN"/>
        </w:rPr>
        <w:br/>
      </w:r>
      <w:r>
        <w:rPr>
          <w:lang w:eastAsia="zh-CN"/>
        </w:rPr>
        <w:t>　　五、要终身读书。</w:t>
      </w:r>
      <w:r>
        <w:rPr>
          <w:lang w:eastAsia="zh-CN"/>
        </w:rPr>
        <w:br/>
      </w:r>
      <w:r>
        <w:rPr>
          <w:lang w:eastAsia="zh-CN"/>
        </w:rPr>
        <w:t>　　把读书作为一种日常的生活习惯，树立终身的读书观念，“读”出人生的充实与美丽。达到完善自我，全面发展的目的。</w:t>
      </w:r>
      <w:r>
        <w:rPr>
          <w:lang w:eastAsia="zh-CN"/>
        </w:rPr>
        <w:br/>
      </w:r>
      <w:r>
        <w:rPr>
          <w:lang w:eastAsia="zh-CN"/>
        </w:rPr>
        <w:t>　　同学们，现在就让我们迈进书籍的殿堂，一起参与学校组织的丰富多彩的读书节活动，共同来读书!让读书生活伴随着我们成长的每个脚步，更加自信、充实地走向美好未来!让浓郁的书香永远飘逸在实验小学这个美丽的校园!</w:t>
      </w:r>
      <w:r>
        <w:rPr>
          <w:lang w:eastAsia="zh-CN"/>
        </w:rPr>
        <w:br/>
      </w:r>
      <w:r>
        <w:rPr>
          <w:lang w:eastAsia="zh-CN"/>
        </w:rPr>
        <w:t>　　我的讲话完毕，谢谢大家!</w:t>
      </w:r>
      <w:r>
        <w:rPr>
          <w:lang w:eastAsia="zh-CN"/>
        </w:rPr>
        <w:br/>
      </w:r>
      <w:r>
        <w:rPr>
          <w:lang w:eastAsia="zh-CN"/>
        </w:rPr>
        <w:t xml:space="preserve">    2024年读书月国旗下讲话 篇9 </w:t>
      </w:r>
      <w:r>
        <w:rPr>
          <w:lang w:eastAsia="zh-CN"/>
        </w:rPr>
        <w:br/>
      </w:r>
      <w:r>
        <w:rPr>
          <w:lang w:eastAsia="zh-CN"/>
        </w:rPr>
        <w:t>　　尊敬的老师、亲爱的同学们：</w:t>
      </w:r>
      <w:r>
        <w:rPr>
          <w:lang w:eastAsia="zh-CN"/>
        </w:rPr>
        <w:br/>
      </w:r>
      <w:r>
        <w:rPr>
          <w:lang w:eastAsia="zh-CN"/>
        </w:rPr>
        <w:t>　　早上好!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爱因斯坦有句名言：一个人取得的成绩往往取决于性格上的伟大。而构成我们性格的，正是日常生活中的一个个好习惯。好习惯养成得越多，个人的能力就越强。养成好的习惯，将为人生的成功打下坚定的基石。</w:t>
      </w:r>
      <w:r>
        <w:rPr>
          <w:lang w:eastAsia="zh-CN"/>
        </w:rPr>
        <w:br/>
      </w:r>
      <w:r>
        <w:rPr>
          <w:lang w:eastAsia="zh-CN"/>
        </w:rPr>
        <w:t>　　有人曾做过148名杰出青年的童年与教育研究，发现他们之所以杰出，人格因素是最重要的原因。在148名杰出青年身上，集中体现出这样6种人格特点：1、自主自立精神;2、坚强的意志力;3、非凡的合作精神;4、鲜明的是非观念和正确的行为;5、选择良友;6、诚实、进取、善良、自信、勤劳为做人的基本原则。举例来说，他们在童年时，如果未完成作业而面对游戏的诱惑，60.13%的人坚持认真完成作业;66.8%的人非常喜欢独立做事情;79.73%的人对班上不公平的事情经常感到气愤，而54.05%的人经常制止他人欺负同学的行为。可见，良好的行为习惯可以成就积极的人生。</w:t>
      </w:r>
      <w:r>
        <w:rPr>
          <w:lang w:eastAsia="zh-CN"/>
        </w:rPr>
        <w:br/>
      </w:r>
      <w:r>
        <w:rPr>
          <w:lang w:eastAsia="zh-CN"/>
        </w:rPr>
        <w:t>　　但审视有些同学的行为，不难发现种种不规范、不文明的言行，如行走不遵守交通法规，甚至在校内横冲直撞;不遵守文明准则;班级里大声喧哗、甚至起哄;同学间因一点小事恶语相向、甚至拳脚相加;上课捣乱;不完成作业等等。再看看开学以来我们同学的表现，有人勤奋，有人懒惰;有人认真，有人马虎;有人惜时如金，有人挥霍光阴;有人明天的事情今天做，有人今天的事情明天做事实告诉我们，良好的行为规范是一个学生品行修养的外在表现，是保证良好学习的前提，也是树立健康人格的基础，更是走向事业辉煌、开创成功人生的关键。有怎样的行为习惯，就会有怎样的人生!</w:t>
      </w:r>
      <w:r>
        <w:rPr>
          <w:lang w:eastAsia="zh-CN"/>
        </w:rPr>
        <w:br/>
      </w:r>
      <w:r>
        <w:rPr>
          <w:lang w:eastAsia="zh-CN"/>
        </w:rPr>
        <w:t>　　当然，良好习惯是通过每一天、每一步良好行为的积累和沉淀而实现的。下面是摘录的一段顺口溜，希望对大家有所帮助: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衣服整洁讲仪表,满面春风精神好。进出校门莫拥挤，看见师生问声好。 因病因事不到校，坚持请假要做到。课前准备要充分，提前预习效果好。 下课先让老师行，有始有终堂堂好。出操整队上操场，队列作到快静齐。 有益活动利身心，说笑玩耍讲文明。放学之后自减压，独立作业勤复习。 找出重点和难点，查缺补漏忘不了。</w:t>
      </w:r>
      <w:r>
        <w:rPr>
          <w:lang w:eastAsia="zh-CN"/>
        </w:rPr>
        <w:br/>
      </w:r>
      <w:r>
        <w:rPr>
          <w:lang w:eastAsia="zh-CN"/>
        </w:rPr>
        <w:t>　　同学们，这些行为规范看上去都很细小，对于你来说只要事事用心，就能养成良好习惯。</w:t>
      </w:r>
      <w:r>
        <w:rPr>
          <w:lang w:eastAsia="zh-CN"/>
        </w:rPr>
        <w:br/>
      </w:r>
      <w:r>
        <w:rPr>
          <w:lang w:eastAsia="zh-CN"/>
        </w:rPr>
        <w:t>　　让我们将好习惯的种子埋下，用恒心去浇灌，用良好的习惯，奠基美好的人生，成就精彩的人生!</w:t>
      </w:r>
      <w:r>
        <w:rPr>
          <w:lang w:eastAsia="zh-CN"/>
        </w:rPr>
        <w:br/>
      </w:r>
      <w:r>
        <w:rPr>
          <w:lang w:eastAsia="zh-CN"/>
        </w:rPr>
        <w:t>　　我国旗下的讲话到此结束，谢谢!</w:t>
      </w:r>
      <w:r>
        <w:rPr>
          <w:lang w:eastAsia="zh-CN"/>
        </w:rPr>
        <w:br/>
      </w:r>
      <w:r>
        <w:rPr>
          <w:lang w:eastAsia="zh-CN"/>
        </w:rPr>
        <w:t xml:space="preserve">    2024年读书月国旗下讲话 篇10 </w:t>
      </w:r>
      <w:r>
        <w:rPr>
          <w:lang w:eastAsia="zh-CN"/>
        </w:rPr>
        <w:br/>
      </w:r>
      <w:r>
        <w:rPr>
          <w:lang w:eastAsia="zh-CN"/>
        </w:rPr>
        <w:t>　　敬爱的老师，亲爱的同学：</w:t>
      </w:r>
      <w:r>
        <w:rPr>
          <w:lang w:eastAsia="zh-CN"/>
        </w:rPr>
        <w:br/>
      </w:r>
      <w:r>
        <w:rPr>
          <w:lang w:eastAsia="zh-CN"/>
        </w:rPr>
        <w:t>　　大家早上好。</w:t>
      </w:r>
      <w:r>
        <w:rPr>
          <w:lang w:eastAsia="zh-CN"/>
        </w:rPr>
        <w:br/>
      </w:r>
      <w:r>
        <w:rPr>
          <w:lang w:eastAsia="zh-CN"/>
        </w:rPr>
        <w:t>　　今天我演讲的题目是《规划成就人生》。</w:t>
      </w:r>
      <w:r>
        <w:rPr>
          <w:lang w:eastAsia="zh-CN"/>
        </w:rPr>
        <w:br/>
      </w:r>
      <w:r>
        <w:rPr>
          <w:lang w:eastAsia="zh-CN"/>
        </w:rPr>
        <w:t>　　相信包括我在内的许多同学都不止一次地幻想过自己当上CEO，迎娶白富美，走上人生巅峰，那画面美得炫目。而每每跳出幻想回到现实，才发现自己或是趴在桌上，或是躺在床上，或是蹲在厕所里，只能轻叹一声，不了了之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现在，随着新一轮高考改革的到来，我们对于人生和职业的抉择也是提早来临了。大家都可以根据自己的兴趣与特长选择考试科目。因此，决定我们命运的并不是我们面临的机会，而是我们的选择。如果我们能尽可能早地做好职业规划，那么，便能早人一步走上人生巅峰。</w:t>
      </w:r>
      <w:r>
        <w:rPr>
          <w:lang w:eastAsia="zh-CN"/>
        </w:rPr>
        <w:br/>
      </w:r>
      <w:r>
        <w:rPr>
          <w:lang w:eastAsia="zh-CN"/>
        </w:rPr>
        <w:t>　　那么我们该如何做好职业生涯规划呢?</w:t>
      </w:r>
      <w:r>
        <w:rPr>
          <w:lang w:eastAsia="zh-CN"/>
        </w:rPr>
        <w:br/>
      </w:r>
      <w:r>
        <w:rPr>
          <w:lang w:eastAsia="zh-CN"/>
        </w:rPr>
        <w:t>　　首先，认知和探索是前提，对自我以及对外界的认知与探索。了解自身的兴趣、性格、价值观和能力，了解自己感兴趣的职业或是社会现状，都是生涯规划的重要部分。做好这一步，就好比在身上带了地图，在车上装了导航，便不会在漫漫人生路中迷失方向。</w:t>
      </w:r>
      <w:r>
        <w:rPr>
          <w:lang w:eastAsia="zh-CN"/>
        </w:rPr>
        <w:br/>
      </w:r>
      <w:r>
        <w:rPr>
          <w:lang w:eastAsia="zh-CN"/>
        </w:rPr>
        <w:t>　　其次，使命和承诺是动力。当我们定下某一目标或是许下承诺时，都会有一股力量促使着我们前进。我们背负着许多使命，或许是和寝室阿姨打好关系，或许是维护世界的爱与和平。不管是大是小，人身上或多或少的责任感会推着我们走下去。</w:t>
      </w:r>
      <w:r>
        <w:rPr>
          <w:lang w:eastAsia="zh-CN"/>
        </w:rPr>
        <w:br/>
      </w:r>
      <w:r>
        <w:rPr>
          <w:lang w:eastAsia="zh-CN"/>
        </w:rPr>
        <w:t>　　最后，行动是唯一途径。风车只有在转动时才能磨面，轮机只有在转动时才能发电，人只有在行动时才有力量，规划只有在实践中才能改进。若是只知道浮想联翩，没有行动，即使是在最完美的轨道上也寸步难行。在行动中，我们也不必害怕失败。在一次次的失败中对自己进行评估与改进，这能使我们前进的步伐更加坚定。</w:t>
      </w:r>
      <w:r>
        <w:rPr>
          <w:lang w:eastAsia="zh-CN"/>
        </w:rPr>
        <w:br/>
      </w:r>
      <w:r>
        <w:rPr>
          <w:lang w:eastAsia="zh-CN"/>
        </w:rPr>
        <w:t>　　做到以上几点，一个适合我们的职业生涯规划便随之而生了。</w:t>
      </w:r>
      <w:r>
        <w:rPr>
          <w:lang w:eastAsia="zh-CN"/>
        </w:rPr>
        <w:br/>
      </w:r>
      <w:r>
        <w:rPr>
          <w:lang w:eastAsia="zh-CN"/>
        </w:rPr>
        <w:t>　　在有规划的日子里，我们不再沉沦于电子设备，零食和小说，我们不止在梦中发奋图强，努力学习。我们知道自己为谁而读书，我们知道应该对谁负责任，我们敢于面对失败后的惨淡人生，我们知道学校是我们规划人生的起点，而不是别人替我们规划的重点。我们能轻松面对各种诱惑，我们有信念，我们感动自己并因此感动他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同学们，没有规划的人生只能被他人规划，让我们从现在开始，做自己的主人，走自己的路，精彩辉煌的人生，你值得拥有!</w:t>
      </w:r>
      <w:r>
        <w:rPr>
          <w:lang w:eastAsia="zh-CN"/>
        </w:rPr>
        <w:br/>
      </w:r>
      <w:r>
        <w:rPr>
          <w:lang w:eastAsia="zh-CN"/>
        </w:rPr>
        <w:t xml:space="preserve">    2024年读书月国旗下讲话 篇11 </w:t>
      </w:r>
      <w:r>
        <w:rPr>
          <w:lang w:eastAsia="zh-CN"/>
        </w:rPr>
        <w:br/>
      </w:r>
      <w:r>
        <w:rPr>
          <w:lang w:eastAsia="zh-CN"/>
        </w:rPr>
        <w:t>　　老师们、同学们：</w:t>
      </w:r>
      <w:r>
        <w:rPr>
          <w:lang w:eastAsia="zh-CN"/>
        </w:rPr>
        <w:br/>
      </w:r>
      <w:r>
        <w:rPr>
          <w:lang w:eastAsia="zh-CN"/>
        </w:rPr>
        <w:t>　　大家早上好!</w:t>
      </w:r>
      <w:r>
        <w:rPr>
          <w:lang w:eastAsia="zh-CN"/>
        </w:rPr>
        <w:br/>
      </w:r>
      <w:r>
        <w:rPr>
          <w:lang w:eastAsia="zh-CN"/>
        </w:rPr>
        <w:t>　　今天我国旗下讲话的题目是《科技离我们并不遥远》。</w:t>
      </w:r>
      <w:r>
        <w:rPr>
          <w:lang w:eastAsia="zh-CN"/>
        </w:rPr>
        <w:br/>
      </w:r>
      <w:r>
        <w:rPr>
          <w:lang w:eastAsia="zh-CN"/>
        </w:rPr>
        <w:t>　　科学技术是人类智慧的结晶，也是人类认识世界、改造世界的有力武器。翻开科学技术的发展史，我们看到的，也是一部人类社会的文明史：从猿人的餐风露宿，到现代人的星际旅行;从古代的烽火传讯，到现在的互联网络;从远古的钻木取火，到今天新型能源的充分利用……人类所取得的每一点进步，无不得益于对未知世界的探索，无不得益于对科学技术的掌握。如今科技已融入了我们的生活，也丰富了我们的生活。它给人们带来了物质生活的便捷和精神生活的愉悦。可以说，是人类造就了科技，科技也成全了人类，人类和科技是相互依存的。</w:t>
      </w:r>
      <w:r>
        <w:rPr>
          <w:lang w:eastAsia="zh-CN"/>
        </w:rPr>
        <w:br/>
      </w:r>
      <w:r>
        <w:rPr>
          <w:lang w:eastAsia="zh-CN"/>
        </w:rPr>
        <w:t>　　同学们，科技离我们并不遥远。小学是人生的起步阶段，也是孕育光荣与梦想的地方。许多大科学家如牛顿、爱因斯坦、居里夫人、杨振宁、霍金等都是在这个时期就树立了献身科学的理想，从而在以后的科学研究中做出了伟大的贡献。</w:t>
      </w:r>
      <w:r>
        <w:rPr>
          <w:lang w:eastAsia="zh-CN"/>
        </w:rPr>
        <w:br/>
      </w:r>
      <w:r>
        <w:rPr>
          <w:lang w:eastAsia="zh-CN"/>
        </w:rPr>
        <w:t>　　科技离我们并不遥远。我们有许多同学在学习科学知识的同时也尝试着多方面科技活动的探索与实践，并取得了不俗的成绩。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为了组织好今年的科技节，学校投入了一定的资金，老师们也动了很多脑筋，为大家准备了一系列形式多样、内容丰富的活动项目。希望同学们积极主动地参与。</w:t>
      </w:r>
      <w:r>
        <w:rPr>
          <w:lang w:eastAsia="zh-CN"/>
        </w:rPr>
        <w:br/>
      </w:r>
      <w:r>
        <w:rPr>
          <w:lang w:eastAsia="zh-CN"/>
        </w:rPr>
        <w:t>　　同学们，科技节的舞台已经搭好，希望大家拿出各自的绝活，用激情和活力，用聪明和才智到舞台上尽情演绎，展现自己的特长;以睿智的科学思维和敏锐的科学眼光，积极地实践，大胆地想象，勇敢地创造。愿科技节成为你梦想的摇篮，成为你展翅翱翔的蓝天。</w:t>
      </w:r>
      <w:r>
        <w:rPr>
          <w:lang w:eastAsia="zh-CN"/>
        </w:rPr>
        <w:br/>
      </w:r>
      <w:r>
        <w:rPr>
          <w:lang w:eastAsia="zh-CN"/>
        </w:rPr>
        <w:t>　　我的讲话完毕，谢谢大家!</w:t>
      </w:r>
      <w:r>
        <w:rPr>
          <w:lang w:eastAsia="zh-CN"/>
        </w:rPr>
        <w:br/>
      </w:r>
      <w:r>
        <w:rPr>
          <w:lang w:eastAsia="zh-CN"/>
        </w:rPr>
        <w:t xml:space="preserve">    2024年读书月国旗下讲话 篇12 </w:t>
      </w:r>
      <w:r>
        <w:rPr>
          <w:lang w:eastAsia="zh-CN"/>
        </w:rPr>
        <w:br/>
      </w:r>
      <w:r>
        <w:rPr>
          <w:lang w:eastAsia="zh-CN"/>
        </w:rPr>
        <w:t>　　各位老师，各位同学：</w:t>
      </w:r>
      <w:r>
        <w:rPr>
          <w:lang w:eastAsia="zh-CN"/>
        </w:rPr>
        <w:br/>
      </w:r>
      <w:r>
        <w:rPr>
          <w:lang w:eastAsia="zh-CN"/>
        </w:rPr>
        <w:t>　　上午好!今天我讲的题目是《从失误中获取机遇》。</w:t>
      </w:r>
      <w:r>
        <w:rPr>
          <w:lang w:eastAsia="zh-CN"/>
        </w:rPr>
        <w:br/>
      </w:r>
      <w:r>
        <w:rPr>
          <w:lang w:eastAsia="zh-CN"/>
        </w:rPr>
        <w:t>　　古人说：人非圣贤，孰能无过?这就是说，我们在生活中，难免会出现失误，犯下过错。如走路太快撞了别人，不小心打翻了同学的墨水，无意中打破了个花瓶遇到这种情况怎么办?正确的做法当然是敢于承认，立刻道歉，坚决改正。然而，这仅仅是我们常人的做法，真正伟大的人物是不满足于此的，他们会对自己的失误认真地进行反思，从中获取机遇，从而使失误产生智慧，让失误变成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丹麦物理学家雅各布博尔曾经打碎了一个花瓶，但他没有一味地悲伤叹惋，而是俯身细心地收集起了满地的碎片。他把这些碎片按大小分类称出重量，结果发现：10-100克的最少，1-10克的稍多，0.1-1克和0.1克以下的最多;同时，这些碎片的重量之间表现为统一的倍数关系，即较大块的重量是次大块重量的16倍，次大块的重量是小块的16倍，小块的重量是小碎片的16倍于是，他开始利用这个碎花瓶理论来恢复文物、陨石等不知其原貌的物体，给考古学和天体研究等带来了意想不到的效果。</w:t>
      </w:r>
      <w:r>
        <w:rPr>
          <w:lang w:eastAsia="zh-CN"/>
        </w:rPr>
        <w:t xml:space="preserve"> 无独有偶，格德纳曾是加拿大一家普通公司的普通职员。一天，格德纳懒洋洋地在复印机上影印文件，因为思想不集中，失手把一瓶液体打翻在文件上，当他拿起复印好的文件是，发现沾过液体的地方变成了黑的斑块。他抓起这不成样子的影印件，眼中忽然闪烁出欣喜的光芒?如果把这种现象利用起来，一定能回到家里，格德纳用这种液体进行了一连串实验，终于研制出了一种特殊的纸-防影印纸。这种纸可以用来写字、打字以及印制图文，但绝不可复印，一复印，出来的文件就是漆黑一团，看不清任何字迹。随后，格德纳与人合伙开了一家专门生产防影印纸的加拿大无拷贝国际公司。两年时间里，这种防影印纸就售出了2.5亿张，格德纳也成了令人羡慕的亿万富翁。</w:t>
      </w:r>
      <w:r>
        <w:rPr>
          <w:lang w:eastAsia="zh-CN"/>
        </w:rPr>
        <w:br/>
      </w:r>
      <w:r>
        <w:rPr>
          <w:lang w:eastAsia="zh-CN"/>
        </w:rPr>
        <w:t>　　想想吧，如果雅各布`博尔当时一味地懊恼，怅怅地收起满地的碎片一倒了之，那么，人们又怎么会知道垃圾里竟盛着一个伟大的理论?如果格德纳当时只是以为地后悔，再懒洋洋地把那张有黑斑的文件揉成一团扔进废纸篓，那么，世界上不就少了一个亿万富翁了吗?当时也就不会有能造福人类的防影印纸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同学们，当你有失误的时候，请你不要懊恼沮丧，你应该象雅各布博尔和格德纳那样去做一个有心人，好好地反思自己的失误，或许也能从失误中获得机遇，有所发现。如果你坚持这样做了，那么，你也一定会成为一个了不起的人物。因为，未来是经济占主导地位的世界，不是有钱人的世界，也不是有权人的世界，而是有心人的世界。</w:t>
      </w:r>
      <w:r>
        <w:rPr>
          <w:lang w:eastAsia="zh-CN"/>
        </w:rPr>
        <w:br/>
      </w:r>
      <w:r>
        <w:rPr>
          <w:lang w:eastAsia="zh-CN"/>
        </w:rPr>
        <w:t>　　我的演讲完了，谢谢大家!</w:t>
      </w:r>
      <w:r>
        <w:rPr>
          <w:lang w:eastAsia="zh-CN"/>
        </w:rPr>
        <w:br/>
      </w:r>
      <w:r>
        <w:rPr>
          <w:lang w:eastAsia="zh-CN"/>
        </w:rPr>
        <w:t xml:space="preserve">    2024年读书月国旗下讲话 篇13 </w:t>
      </w:r>
      <w:r>
        <w:rPr>
          <w:lang w:eastAsia="zh-CN"/>
        </w:rPr>
        <w:br/>
      </w:r>
      <w:r>
        <w:rPr>
          <w:lang w:eastAsia="zh-CN"/>
        </w:rPr>
        <w:t>　　老师们、同学们：早上好!</w:t>
      </w:r>
      <w:r>
        <w:rPr>
          <w:lang w:eastAsia="zh-CN"/>
        </w:rPr>
        <w:br/>
      </w:r>
      <w:r>
        <w:rPr>
          <w:lang w:eastAsia="zh-CN"/>
        </w:rPr>
        <w:t>　　如果你是一缕阳光，你是否照亮了一片黑暗?如果你是一滴水，你是否滋润了一寸土地?如果你是一粒粮食，你是否哺育了有用的生命?如果你是一颗最小的螺丝钉，你是否永远在坚守岗位?</w:t>
      </w:r>
      <w:r>
        <w:rPr>
          <w:lang w:eastAsia="zh-CN"/>
        </w:rPr>
        <w:br/>
      </w:r>
      <w:r>
        <w:rPr>
          <w:lang w:eastAsia="zh-CN"/>
        </w:rPr>
        <w:t>　　雷锋，就是这一缕阳光、这一滴水、这一粒粮食、这颗最小的螺丝钉，他是我们这片古老的土地孕育出的一位平民英雄。雷锋精神伟大，但并非高不可攀;雷锋精神平凡，但并非琐碎;雷锋精神神圣，但并非不食人间烟火。在祖国广豪的土地上，到处都有雷锋的身影，他们学习并实践雷锋精神，在平凡中做出不平凡的贡献。</w:t>
      </w:r>
      <w:r>
        <w:rPr>
          <w:lang w:eastAsia="zh-CN"/>
        </w:rPr>
        <w:br/>
      </w:r>
      <w:r>
        <w:rPr>
          <w:lang w:eastAsia="zh-CN"/>
        </w:rPr>
        <w:t>　　老师把自己的知识和道德力量传播给莘莘学子;工人农民用自己的汗水描绘着祖国的宏伟蓝图;警察战士用自己的青春和鲜血守护着和平、安宁;白衣天使用自己的微笑给我们带来了健康、快乐</w:t>
      </w:r>
      <w:r>
        <w:rPr>
          <w:lang w:eastAsia="zh-CN"/>
        </w:rPr>
        <w:br/>
      </w:r>
      <w:r>
        <w:rPr>
          <w:lang w:eastAsia="zh-CN"/>
        </w:rPr>
        <w:t>　　有人会说，我们还是学生，做不了什么大事。但我们可以从帮助别人开始，像雷锋那样，从一点一滴做起，时时处处严格要求自己，用我们的爱心，真心去帮助那些需要我们帮助的人。</w:t>
      </w:r>
      <w:r>
        <w:rPr>
          <w:lang w:eastAsia="zh-CN"/>
        </w:rPr>
        <w:br/>
      </w:r>
      <w:r>
        <w:rPr>
          <w:lang w:eastAsia="zh-CN"/>
        </w:rPr>
        <w:t>　　亲爱的同学们：送人玫瑰，手留余香;你快乐，所以我快乐!让三月的阳光更加明媚，让雷锋精神永活心间，让我们手拉手，心连心，把雷锋精神发扬光大，让我们用自己的实际行动共谱实高校园和谐美妙的壮丽乐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20__年3月5日国旗下的讲话稿：让雷锋精神永活心中</w:t>
      </w:r>
      <w:r>
        <w:rPr>
          <w:lang w:eastAsia="zh-CN"/>
        </w:rPr>
        <w:br/>
      </w:r>
      <w:r>
        <w:rPr>
          <w:lang w:eastAsia="zh-CN"/>
        </w:rPr>
        <w:t>　　尊敬的各位领导、老师，亲爱的同学们：早上好!</w:t>
      </w:r>
      <w:r>
        <w:rPr>
          <w:lang w:eastAsia="zh-CN"/>
        </w:rPr>
        <w:br/>
      </w:r>
      <w:r>
        <w:rPr>
          <w:lang w:eastAsia="zh-CN"/>
        </w:rPr>
        <w:t>　　今天国旗下讲话的题目是《时代需要雷锋精神》。</w:t>
      </w:r>
      <w:r>
        <w:rPr>
          <w:lang w:eastAsia="zh-CN"/>
        </w:rPr>
        <w:br/>
      </w:r>
      <w:r>
        <w:rPr>
          <w:lang w:eastAsia="zh-CN"/>
        </w:rPr>
        <w:t>　　1963年的3月5号，毛主席欣然提笔写下了向雷锋同志学习。回觅20世纪60年代，在中华大地上掀起的轰轰烈烈的学习雷锋热潮，雷锋事迹在大江南北拨动着炎黄子孙的心弦，每一个公民都从雷锋精神中深深体味到榜样的力量。</w:t>
      </w:r>
      <w:r>
        <w:rPr>
          <w:lang w:eastAsia="zh-CN"/>
        </w:rPr>
        <w:br/>
      </w:r>
      <w:r>
        <w:rPr>
          <w:lang w:eastAsia="zh-CN"/>
        </w:rPr>
        <w:t>　　四十四年过去了，有不少人认为雷锋精神已经过时了，有人甚至说，学雷锋简直就是傻冒，那么，让我们一起再次走进雷锋精神的本质世界吧。</w:t>
      </w:r>
      <w:r>
        <w:rPr>
          <w:lang w:eastAsia="zh-CN"/>
        </w:rPr>
        <w:br/>
      </w:r>
      <w:r>
        <w:rPr>
          <w:lang w:eastAsia="zh-CN"/>
        </w:rPr>
        <w:t>　　提起雷锋，助人为乐基本上是其精神主体，坐火车，他帮列车员托地板，在路上，他为丢失票的大婶买票，在部队，他为困难战士家里捐款。多少普普通通的人在困难中，感受到了他的温暖，甚至重新找到生活的理由，谁没有碰到过困难的时候?谁又可以撇开别人的帮助独自生存?没有!那么，渴望帮助，得到帮助，便是这个世界上每个人都向往的。帮助别人，也是每个人都应尽的责任，一首流行歌曲唱遍了中华大地，只要人人都献出一点爱，世界将会变得更加美好。那便是对雷锋助人为乐精神的最好延伸，毛主席曾经说过：一个人，做一件好事不难，难的是做一辈子好事。是啊，助人，坚持不懈地助人，并以助人为快乐，雷锋以他的一生实践着，也就成就了他光辉的榜样形象。助人为乐，正是人类最普遍的共同需要和选择，那么，又怎么可以说雷锋精神已经过时了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雷锋有崇高的集体观念。他说：一个人的作用，对于革命事业来说，就是一架机器上的螺丝钉。拧在哪里，我就在哪里闪闪发光。螺丝钉的精神，并非压抑人的本性，其精神的闪光点在于准确地找到了自己的心理位置，正确地选择了自己的社会职责，科学地确定了自己的价值。那么，今天当我们面对日益纷繁的社会，当我们与我们的集体息息相存时，螺丝钉精神确实是值得我们倡导和弘扬的传统美德。</w:t>
      </w:r>
      <w:r>
        <w:rPr>
          <w:lang w:eastAsia="zh-CN"/>
        </w:rPr>
        <w:br/>
      </w:r>
      <w:r>
        <w:rPr>
          <w:lang w:eastAsia="zh-CN"/>
        </w:rPr>
        <w:t>　　雷锋称谦虚为美德。雷锋打过这样的比方：比如一个碗，如果已经装得满满的，哪怕再有好吃的东西，像海参，鱼翅之类也装不进去。如果碗是空的就能装很多东西。他始终实践着永远做一个谦虚的人的诺言，见困难上，见荣誉让，做一辈子好事却不留名。 雷锋的钉子精神，雷锋的艰苦朴素作风，雷锋的激情人生。试想，哪一样又是时代所不需要的!爱心，构成雷锋为人处事的行为准则，爱国，铺垫了雷锋无私奉献的精神基础。 其实，细心地观察我们身边，为山区捐一点钱，为同学讲一道题，为小朋友撑一把伞，为集体献一计，然后说一声不用谢，这样的人很多，他们都在延续，诠释着雷锋精神，这种精神已渐渐地形成了我们社会行为规范的坐标，已成为国民精神的一个强音，有人说，缺少精神的民族永远是苍白的民族。荣誉不是雷锋的高度却是他的起点,谦虚使雷锋这位伟大的战士光彩照人，使雷锋这样一位普通战士千古流芳，永远地珍藏在亿万群众心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今天，让我再一次咏颂这么一首诗，作为我今天演讲的结束语：雷锋叔叔，小时候起，我们就着样呼唤你，后来我投入你献身的那支队伍，如果说有什么动机的话，一半为了活的更有出息，从此，我们拥有了你的名字，你的生命在我们身边延续</w:t>
      </w:r>
      <w:r>
        <w:rPr>
          <w:lang w:eastAsia="zh-CN"/>
        </w:rPr>
        <w:br/>
      </w:r>
      <w:r>
        <w:rPr>
          <w:lang w:eastAsia="zh-CN"/>
        </w:rPr>
        <w:t>　　我的讲话完毕，谢谢大家!</w:t>
      </w:r>
      <w:r>
        <w:rPr>
          <w:lang w:eastAsia="zh-CN"/>
        </w:rPr>
        <w:br/>
      </w:r>
      <w:r>
        <w:rPr>
          <w:lang w:eastAsia="zh-CN"/>
        </w:rPr>
        <w:t xml:space="preserve">    2024年读书月国旗下讲话 篇14 </w:t>
      </w:r>
      <w:r>
        <w:rPr>
          <w:lang w:eastAsia="zh-CN"/>
        </w:rPr>
        <w:br/>
      </w:r>
      <w:r>
        <w:rPr>
          <w:lang w:eastAsia="zh-CN"/>
        </w:rPr>
        <w:t>　　尊敬的各位领导、亲爱的各位老师、同学们，</w:t>
      </w:r>
      <w:r>
        <w:rPr>
          <w:lang w:eastAsia="zh-CN"/>
        </w:rPr>
        <w:br/>
      </w:r>
      <w:r>
        <w:rPr>
          <w:lang w:eastAsia="zh-CN"/>
        </w:rPr>
        <w:t>　　大家下午好：</w:t>
      </w:r>
      <w:r>
        <w:rPr>
          <w:lang w:eastAsia="zh-CN"/>
        </w:rPr>
        <w:br/>
      </w:r>
      <w:r>
        <w:rPr>
          <w:lang w:eastAsia="zh-CN"/>
        </w:rPr>
        <w:t>　　今天我们在这里隆重集会，召开20__届高考动员大会。今天离20__年高考仅有300天。能代表高三年级老师给大家说说我们的心理话，我甚感荣幸。年年岁岁花相似，岁岁年年人不同，相同的是高考，不同的是你们。高考是一场特殊的成人仪式，经历这场考试，同学们不仅在年龄上步入成人的行列，而且整个身心也将经历一次前所未有的洗礼。相信此刻同学们与我一样心情激动，既然风帆已经挂起，航向已经标明，那就让我们一起扬起希望之帆，去创造人生的辉煌，去实现人生的理想吧!</w:t>
      </w:r>
      <w:r>
        <w:rPr>
          <w:lang w:eastAsia="zh-CN"/>
        </w:rPr>
        <w:br/>
      </w:r>
      <w:r>
        <w:rPr>
          <w:lang w:eastAsia="zh-CN"/>
        </w:rPr>
        <w:t>　　三年前,我们怀着对未来的美好憧憬,载着家人与老师的殷切期盼,坚定地迈进了龙中校园。今天，我们在这里，郑重地面对高考赫然醒目的战书;今天，我们在这里，吹响三百天决战冲锋的号角。我们坚信，正是在这里，新的辉煌将张开腾飞的翅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高三是冲刺前的咬牙坚持，是登顶前的痛苦煎熬。但没有汗水的浇灌，哪来花的芬芳，果的飘香;没有执著的追求，哪来人生光彩的华章。请同学们从现在起坚定信念，因为除了自己放弃，没有什么可以阻挡我们走向成功!</w:t>
      </w:r>
      <w:r>
        <w:rPr>
          <w:lang w:eastAsia="zh-CN"/>
        </w:rPr>
        <w:br/>
      </w:r>
      <w:r>
        <w:rPr>
          <w:lang w:eastAsia="zh-CN"/>
        </w:rPr>
        <w:t>　　也许你没有过人的天资、没有良好的基础，但自尊自信、拼搏流汗、对成功的强烈渴望我们不比任何人少一分，让我们记住今天，记住此刻激动的心情，从现在开始，厉兵秣马、开始迎接人生的第一次真正的挑战与拼搏。</w:t>
      </w:r>
      <w:r>
        <w:rPr>
          <w:lang w:eastAsia="zh-CN"/>
        </w:rPr>
        <w:br/>
      </w:r>
      <w:r>
        <w:rPr>
          <w:lang w:eastAsia="zh-CN"/>
        </w:rPr>
        <w:t>　　大学虽然说不是人生的全部，但我要说没有经过大学的青春肯定缺少了人生最绚丽的色彩!请珍惜10个月的时间， 300天宝贵时光，请珍惜启锚远航的今天。请相信自己的实力，请相信天道酬勤，相信没有白流的汗水，从现在起认真对待高三这一年，认真对待每一天，认真对待自己的人生。我们要严格遵守学校各项制度，认真对待复习，端正态度，顽强拼搏!让高三无悔，让人生无憾!</w:t>
      </w:r>
      <w:r>
        <w:rPr>
          <w:lang w:eastAsia="zh-CN"/>
        </w:rPr>
        <w:br/>
      </w:r>
      <w:r>
        <w:rPr>
          <w:lang w:eastAsia="zh-CN"/>
        </w:rPr>
        <w:t>　　在土地里埋下什么种子，你就会收获什么样的成果;在心田播下什么希望，你就会收获什么样的成功。我们坚信成功，我们不会失败!</w:t>
      </w:r>
      <w:r>
        <w:rPr>
          <w:lang w:eastAsia="zh-CN"/>
        </w:rPr>
        <w:br/>
      </w:r>
      <w:r>
        <w:rPr>
          <w:lang w:eastAsia="zh-CN"/>
        </w:rPr>
        <w:t>　　在这里我和大家共同探讨几点：</w:t>
      </w:r>
      <w:r>
        <w:rPr>
          <w:lang w:eastAsia="zh-CN"/>
        </w:rPr>
        <w:br/>
      </w:r>
      <w:r>
        <w:rPr>
          <w:lang w:eastAsia="zh-CN"/>
        </w:rPr>
        <w:t>　　第一、认清高考形势，坚定必胜信念</w:t>
      </w:r>
      <w:r>
        <w:rPr>
          <w:lang w:eastAsia="zh-CN"/>
        </w:rPr>
        <w:br/>
      </w:r>
      <w:r>
        <w:rPr>
          <w:lang w:eastAsia="zh-CN"/>
        </w:rPr>
        <w:t>　　8月19日我省高考录取全部结束，至此今年我省20__年普通高校招生录取三大类十三个批次全部顺利结束，实际录取331802人，录取率57.9%，其中本科155891人，高职(专科)175911人;普通文理科308627人，艺术类20785人，体育类2390人</w:t>
      </w:r>
      <w:r>
        <w:rPr>
          <w:lang w:eastAsia="zh-CN"/>
        </w:rPr>
        <w:br/>
      </w:r>
      <w:r>
        <w:rPr>
          <w:lang w:eastAsia="zh-CN"/>
        </w:rPr>
        <w:t>　　第二、确定目标，顽强拼搏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各层次同学要根据自己的情况，给自己准确定位，确定目标。一个人最怕的就是不能认清楚自己，所以，定位的时候，我们最容易犯的错误就是，过高的估计了自己。</w:t>
      </w:r>
      <w:r>
        <w:rPr>
          <w:lang w:eastAsia="zh-CN"/>
        </w:rPr>
        <w:br/>
      </w:r>
      <w:r>
        <w:rPr>
          <w:lang w:eastAsia="zh-CN"/>
        </w:rPr>
        <w:t>　　我遇到有不少同学，经常哎声叹气，问他为什么，是因为有许多的题目不会做，不能准 确定位</w:t>
      </w:r>
      <w:r>
        <w:rPr>
          <w:lang w:eastAsia="zh-CN"/>
        </w:rPr>
        <w:br/>
      </w:r>
      <w:r>
        <w:rPr>
          <w:lang w:eastAsia="zh-CN"/>
        </w:rPr>
        <w:t>　　第三，讲究备考策略，落实复习计划</w:t>
      </w:r>
      <w:r>
        <w:rPr>
          <w:lang w:eastAsia="zh-CN"/>
        </w:rPr>
        <w:br/>
      </w:r>
      <w:r>
        <w:rPr>
          <w:lang w:eastAsia="zh-CN"/>
        </w:rPr>
        <w:t>　　一)首先正确认识自己。</w:t>
      </w:r>
      <w:r>
        <w:rPr>
          <w:lang w:eastAsia="zh-CN"/>
        </w:rPr>
        <w:br/>
      </w:r>
      <w:r>
        <w:rPr>
          <w:lang w:eastAsia="zh-CN"/>
        </w:rPr>
        <w:t>　　1、各学科均衡发展 要承认人与人之间的差异，根据自己的实际情况确定复习策略。高考要的是总分，考虑问题要建立在总分的提高上。所以在复习过程中，要兼顾各学科均衡发展，切忌喜欢哪一科就只在这一科上使劲。</w:t>
      </w:r>
      <w:r>
        <w:rPr>
          <w:lang w:eastAsia="zh-CN"/>
        </w:rPr>
        <w:br/>
      </w:r>
      <w:r>
        <w:rPr>
          <w:lang w:eastAsia="zh-CN"/>
        </w:rPr>
        <w:t>　　2、重视基础题和中档题的训练</w:t>
      </w:r>
      <w:r>
        <w:rPr>
          <w:lang w:eastAsia="zh-CN"/>
        </w:rPr>
        <w:br/>
      </w:r>
      <w:r>
        <w:rPr>
          <w:lang w:eastAsia="zh-CN"/>
        </w:rPr>
        <w:t>　　考试、练习不能一味地专捡难题去做，不管是哪个层次的 学生都要重视基础题和中档题的训练，中等及中等偏下的同学更要重视，要力争基础题不失分，中档题多得分，高档题得点分。高考各科试题易、中、难题目的 比例是3:5:2，就是说中低档题占到80%，如果每科能拿住这80%，总分就是600分，上重点就没有问题。</w:t>
      </w:r>
      <w:r>
        <w:rPr>
          <w:lang w:eastAsia="zh-CN"/>
        </w:rPr>
        <w:br/>
      </w:r>
      <w:r>
        <w:rPr>
          <w:lang w:eastAsia="zh-CN"/>
        </w:rPr>
        <w:t>　　3.做到月月有计划，天天有计划，时时有计划。</w:t>
      </w:r>
      <w:r>
        <w:rPr>
          <w:lang w:eastAsia="zh-CN"/>
        </w:rPr>
        <w:br/>
      </w:r>
      <w:r>
        <w:rPr>
          <w:lang w:eastAsia="zh-CN"/>
        </w:rPr>
        <w:t>　　计划要有针对性、全局性和可操作性。</w:t>
      </w:r>
      <w:r>
        <w:rPr>
          <w:lang w:eastAsia="zh-CN"/>
        </w:rPr>
        <w:br/>
      </w:r>
      <w:r>
        <w:rPr>
          <w:lang w:eastAsia="zh-CN"/>
        </w:rPr>
        <w:t>　　第四，积极调整心态，合理安排作息</w:t>
      </w:r>
      <w:r>
        <w:rPr>
          <w:lang w:eastAsia="zh-CN"/>
        </w:rPr>
        <w:br/>
      </w:r>
      <w:r>
        <w:rPr>
          <w:lang w:eastAsia="zh-CN"/>
        </w:rPr>
        <w:t>　　进</w:t>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入复习阶段，考试相对较多，考试成绩会对学生产生巨大的心理压力。我们要正确对待压力，世界上不存在任何没有压力的环境，要求生活中没有压力　，好比幻想在没有摩擦力的地面上行走一样不可能。考试成功的标志是只要将自己的水平正常发挥出来了，就是一次成功的考试。不要盲目的横向与其他同学比，要纵向与自己的过去比。而有的同学总是把自己和最好的同学比，跟自己过不去。结果越比</w:t>
      </w:r>
      <w:r>
        <w:rPr>
          <w:lang w:eastAsia="zh-CN"/>
        </w:rPr>
        <w:t xml:space="preserve"> 越没信心，越比对自己越怀疑，越比热情越低。我们要力戒急躁情绪，要学会给自己喝彩。学会欣赏自己。</w:t>
      </w:r>
      <w:r>
        <w:rPr>
          <w:lang w:eastAsia="zh-CN"/>
        </w:rPr>
        <w:br/>
      </w:r>
      <w:r>
        <w:rPr>
          <w:lang w:eastAsia="zh-CN"/>
        </w:rPr>
        <w:t>　　高 三学习强度大，更要注意劳逸结合。该吃就吃，该睡就睡，该活动就活动，学会自我调节，合理安排时间，注意健康用脑。不要靠熬夜出成绩，成绩与时间不是简单 的正比关系，成绩与有效的时间才成正比，关键是要提高效率。学习越是紧张，越要抽出一些时间，有意识地进行适当的体育锻炼，课间一定要出来活动，充分利用体育课和课间操。保持适当的运动量，睡的香，吃的甜，心情会更舒畅。</w:t>
      </w:r>
      <w:r>
        <w:rPr>
          <w:lang w:eastAsia="zh-CN"/>
        </w:rPr>
        <w:br/>
      </w:r>
      <w:r>
        <w:rPr>
          <w:lang w:eastAsia="zh-CN"/>
        </w:rPr>
        <w:t>　　在这里，我还要送大家六句话：</w:t>
      </w:r>
      <w:r>
        <w:rPr>
          <w:lang w:eastAsia="zh-CN"/>
        </w:rPr>
        <w:br/>
      </w:r>
      <w:r>
        <w:rPr>
          <w:lang w:eastAsia="zh-CN"/>
        </w:rPr>
        <w:t>　　一、说你行，你就行，不行也行</w:t>
      </w:r>
      <w:r>
        <w:rPr>
          <w:lang w:eastAsia="zh-CN"/>
        </w:rPr>
        <w:br/>
      </w:r>
      <w:r>
        <w:rPr>
          <w:lang w:eastAsia="zh-CN"/>
        </w:rPr>
        <w:t>　　先有成功的信念，才有成功的行动，继之成功的结果。墨子说过：志不强者智不强。最后300天，无论你还有多少备考缺陷，坚信天道酬勤，不管你暂时成绩如何，都要坚信自己挑战困难的能力，态度决定一切。</w:t>
      </w:r>
      <w:r>
        <w:rPr>
          <w:lang w:eastAsia="zh-CN"/>
        </w:rPr>
        <w:br/>
      </w:r>
      <w:r>
        <w:rPr>
          <w:lang w:eastAsia="zh-CN"/>
        </w:rPr>
        <w:t>　　二、勇往直前，义无反顾，别无选择</w:t>
      </w:r>
      <w:r>
        <w:rPr>
          <w:lang w:eastAsia="zh-CN"/>
        </w:rPr>
        <w:br/>
      </w:r>
    </w:p>
    <w:p w:rsidR="001B1F19" w14:textId="27C3F48A">
      <w:pPr>
        <w:rPr>
          <w:rFonts w:hint="eastAsia"/>
          <w:lang w:eastAsia="zh-CN"/>
        </w:rPr>
      </w:pPr>
      <w:r>
        <w:rPr>
          <w:lang w:eastAsia="zh-CN"/>
        </w:rPr>
        <w:t>　　一个中学生没有高考的经历那将是残缺的，现在高考在即，我们只有让所有的担忧和杂念都靠边站，不再犹豫，不再等待，积极应对，哪怕是百分之一的希望，也要做百分之百的努力，坚持多得分、得高分是现在唯一的追求。大战在即，只想成功，不想失败。我们要克服一切困难，去追求自己人生中一个最重要的目标。</w:t>
      </w:r>
      <w:r>
        <w:rPr>
          <w:lang w:eastAsia="zh-CN"/>
        </w:rPr>
        <w:br/>
      </w:r>
      <w:r>
        <w:rPr>
          <w:lang w:eastAsia="zh-CN"/>
        </w:rPr>
        <w:t>　　三、人生如一杯茶，不能苦一辈子，但总要苦一阵子</w:t>
      </w:r>
      <w:r>
        <w:rPr>
          <w:lang w:eastAsia="zh-CN"/>
        </w:rPr>
        <w:br/>
      </w:r>
      <w:r>
        <w:rPr>
          <w:lang w:eastAsia="zh-CN"/>
        </w:rPr>
        <w:t>　　苦难对于天才是一块垫脚石，对于能干的人则是巨大的财富，对于弱者是一个万丈深渊。困难是我们的恩人，只有困难才能帮助我们打败我们的竞争对手。穿过风雨，阳光才会格外灿烂。面对高考的重重险阻，要有主动去征服它的勇气而不是被动地摆出受难者的姿态等待怜悯。</w:t>
      </w:r>
      <w:r>
        <w:rPr>
          <w:lang w:eastAsia="zh-CN"/>
        </w:rPr>
        <w:br/>
      </w:r>
      <w:r>
        <w:rPr>
          <w:lang w:eastAsia="zh-CN"/>
        </w:rPr>
        <w:t>　　四、熟则生巧，熟则能变</w:t>
      </w:r>
      <w:r>
        <w:rPr>
          <w:lang w:eastAsia="zh-CN"/>
        </w:rPr>
        <w:br/>
      </w:r>
      <w:r>
        <w:rPr>
          <w:lang w:eastAsia="zh-CN"/>
        </w:rPr>
        <w:t>　　心无旁骛才能走得更远。天才人物往往在许多方面显得极其无能，但却能极其专注地把能量聚焦在一个点上。小偷的成功不在于他有多高的偷窃技术，而在于他天天惦记着目标，天天琢磨着如何踩点、如何设计下手方案、如何针对性地练习作案技巧。世界上任何事就怕你天天惦记着;再难的事经不住你长时间的琢磨。多复习，多学习，多考试，让我们不断熟练，熟则生巧，熟则能变。</w:t>
      </w:r>
      <w:r>
        <w:rPr>
          <w:lang w:eastAsia="zh-CN"/>
        </w:rPr>
        <w:br/>
      </w:r>
      <w:r>
        <w:rPr>
          <w:lang w:eastAsia="zh-CN"/>
        </w:rPr>
        <w:t>　　五、脸皮厚，吃个够，脸皮薄，吃不着</w:t>
      </w:r>
      <w:r>
        <w:rPr>
          <w:lang w:eastAsia="zh-CN"/>
        </w:rPr>
        <w:br/>
      </w:r>
      <w:r>
        <w:rPr>
          <w:lang w:eastAsia="zh-CN"/>
        </w:rPr>
        <w:t>　　要不耻上问。有了问题不能堆积，得多请教老师和学习好的同学，也许他们一句话的启发，就能省你几天时间。别怕他们笑话你的问题幼稚无知，只要是有利于高考得分的事就值得去做。脸皮厚，吃个够，脸皮薄，吃不着。这可是你们小时候就积累的生活经验。</w:t>
      </w:r>
      <w:r>
        <w:rPr>
          <w:lang w:eastAsia="zh-CN"/>
        </w:rPr>
        <w:br/>
      </w:r>
      <w:r>
        <w:rPr>
          <w:lang w:eastAsia="zh-CN"/>
        </w:rPr>
        <w:t>　　六、战略上藐视敌人，战术上重视敌人，我们要有必胜的信心，又要掌握必胜的策略。我们的优势</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https://d.book118.com/107023040133006036</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702304013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