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销售人员年中工作总结（33篇）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销售人员年中工作总结（精选33篇）</w:t>
      </w:r>
      <w:r>
        <w:rPr>
          <w:lang w:eastAsia="zh-CN"/>
        </w:rPr>
        <w:br/>
      </w:r>
      <w:r>
        <w:rPr>
          <w:lang w:eastAsia="zh-CN"/>
        </w:rPr>
        <w:t xml:space="preserve">    销售人员年中工作总结 篇1 </w:t>
      </w:r>
      <w:r>
        <w:rPr>
          <w:lang w:eastAsia="zh-CN"/>
        </w:rPr>
        <w:br/>
      </w:r>
      <w:r>
        <w:rPr>
          <w:lang w:eastAsia="zh-CN"/>
        </w:rPr>
        <w:t>　　初步设想20__年在上一年的基础上增长40%左右，其中一车间蝶阀为1700万左右，球阀2800万左右，其他2500万左右。这一具体目标的制定希望公司老板能结合实际，综合各方面条件和意见制定，并在销售人员中大张旗鼓的提出。为什么要明确的提出销售任务呢?因为明确的销售目标既是公司的阶段性奋斗方向，且又能给销售人员增加压力产生动力。</w:t>
      </w:r>
      <w:r>
        <w:rPr>
          <w:lang w:eastAsia="zh-CN"/>
        </w:rPr>
        <w:br/>
      </w:r>
      <w:r>
        <w:rPr>
          <w:lang w:eastAsia="zh-CN"/>
        </w:rPr>
        <w:t>　　销售策略：</w:t>
      </w:r>
      <w:r>
        <w:rPr>
          <w:lang w:eastAsia="zh-CN"/>
        </w:rPr>
        <w:br/>
      </w:r>
      <w:r>
        <w:rPr>
          <w:lang w:eastAsia="zh-CN"/>
        </w:rPr>
        <w:t>　　思路决定出路，思想决定行动，正确的销售策略指导下才能产生正确的销售手段，完成既定目标。销售策略不是一成不变的，在执行一定时间后，可以检查是否达到了预期目的，方向是否正确，可以做阶段性的调整，</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办事处为重点，大客户为中心，在保持合理增幅前提下，重点推广双达品牌。长远看来，我们最后依靠的对象是在双达品牌上投入较多的办事处和部分大客户，那些只以价格为衡量尺度的福建客户无法信任。鉴于此，20__年要有一个合理的价格体系，办事处、大客户、散户、直接用户等要有一个价格梯度，如办事处100，小客户105，直接用户200等比例。给办事处的许诺要尽量兑现，特别是那些推广双达品牌的办事处，一定要给他们合理的保护，给他们周到的服务，这样他们才能尽力为双达推广。</w:t>
      </w:r>
      <w:r>
        <w:rPr>
          <w:lang w:eastAsia="zh-CN"/>
        </w:rPr>
        <w:br/>
      </w:r>
      <w:r>
        <w:rPr>
          <w:lang w:eastAsia="zh-CN"/>
        </w:rPr>
        <w:t>　　2、 售部安排专人负责办事处和大客户沟通，了解他们的需求，了解他们的销售情况，特别对待，多开绿灯，让客户觉得双达很重视他们，而且服务也很好。定期安排区域经理走访，加深了解增加信任。</w:t>
      </w:r>
      <w:r>
        <w:rPr>
          <w:lang w:eastAsia="zh-CN"/>
        </w:rPr>
        <w:br/>
      </w:r>
      <w:r>
        <w:rPr>
          <w:lang w:eastAsia="zh-CN"/>
        </w:rPr>
        <w:t>　　3、 扩展销售途径，尝试直销。阀门行业的进入门槛很低，通用阀门价格战已进入白热化，微利时代已经来临。公司可以选择某些资信比较好的，货款支付合理的工程尝试直销。这条路资金上或许有风险，但相对较高的利润可以消除这种风险，况且如果某一天竞争激烈到公司必须做直销时那我们就没有选择了。</w:t>
      </w:r>
      <w:r>
        <w:rPr>
          <w:lang w:eastAsia="zh-CN"/>
        </w:rPr>
        <w:br/>
      </w:r>
      <w:r>
        <w:rPr>
          <w:lang w:eastAsia="zh-CN"/>
        </w:rPr>
        <w:t>　　4、 强化服务理念，服务思想深入每一位员工心中。为客户服务不仅是直接面对客户的销售人员和市场人员，发货人员、生产人员、技术人员、财务人员等都息息相关</w:t>
      </w:r>
      <w:r>
        <w:rPr>
          <w:lang w:eastAsia="zh-CN"/>
        </w:rPr>
        <w:br/>
      </w:r>
      <w:r>
        <w:rPr>
          <w:lang w:eastAsia="zh-CN"/>
        </w:rPr>
        <w:t>　　5、 收缩销售产品线。销售线太长，容易让客户感觉公司产品不够专业，而且一旦发现实情可能失去对公司的信任。现在的大公司采购都分得非常仔细，太多产品线可能会失去公司特色。(这里是指不要外协太杂的产品如减压阀、煤气阀、软密封闸阀等)</w:t>
      </w:r>
      <w:r>
        <w:rPr>
          <w:lang w:eastAsia="zh-CN"/>
        </w:rPr>
        <w:br/>
      </w:r>
      <w:r>
        <w:rPr>
          <w:lang w:eastAsia="zh-CN"/>
        </w:rPr>
        <w:t>　　以上只是对来年销售部的初步设想，不够完整，也不够成熟，最终方案还请各位老总们考虑、定夺。</w:t>
      </w:r>
      <w:r>
        <w:rPr>
          <w:lang w:eastAsia="zh-CN"/>
        </w:rPr>
        <w:br/>
      </w:r>
      <w:r>
        <w:rPr>
          <w:lang w:eastAsia="zh-CN"/>
        </w:rPr>
        <w:t xml:space="preserve">    销售人员年中工作总结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20__年的第三季度已经过去了，在这三个月的时间中我通过努力工作，也有了一点收获，有必要对这段工作有个总结性的概括。目的在于吸取教训，提高自己，以至于把工作做的更好，自己有信心也有决心在这个金融危机大背景中协助孙姐把下季度的工作做的更好。下面我对本季度的工作进行简要的总结。</w:t>
      </w:r>
      <w:r>
        <w:rPr>
          <w:lang w:eastAsia="zh-CN"/>
        </w:rPr>
        <w:br/>
      </w:r>
      <w:r>
        <w:rPr>
          <w:lang w:eastAsia="zh-CN"/>
        </w:rPr>
        <w:t>　　我是今年_月份到公司工作的，在来公司之前本人没有接触过炒货这类行业及销售的这方面工作，为了迅速融入到这个行业中来，到公司之后，一切从零开始，一边认识产品，一边摸索，遇到销售方面的难点和问题，我经常请教孙姐和同事。一起探讨决工作中所碰到的问题。通过不断的工作学习，了解同行业之间的信息和积累市场经验，现在对上海地区标超市场有了一个大概的认识和了解。通过对孙姐工作中与各门店的沟通、交流中学习销售知识与客户交流的技巧，做到吸收与消化并为以后自己独立操作奠定应有的推销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并不断分析这一门推销的内涵与作为一名业务员应具有的素质涵养。所以经过三个月的工作，也取得了一定的成长。在不断的工作学习和积累经验的同时，自己的能力，对业务的熟悉度都有了一个较大幅度的提高，但是由于自己本身的不足，没有完全放开胆子去面对工作上的压力，感觉自己还停留在一个副手的位置上，对销售工作的操作、灵活性能力不够，在一定程度上增加了孙姐工作量。但我坚信这一切都是一时的，我有信心克服自身的不足，完善自我成为一个应对自如敢拼敢做的一流业务员，朝着有质量的高销售目标而努力。</w:t>
      </w:r>
      <w:r>
        <w:rPr>
          <w:lang w:eastAsia="zh-CN"/>
        </w:rPr>
        <w:t xml:space="preserve"> 单车工作总结</w:t>
      </w:r>
      <w:r>
        <w:rPr>
          <w:lang w:eastAsia="zh-CN"/>
        </w:rPr>
        <w:br/>
      </w:r>
      <w:r>
        <w:rPr>
          <w:lang w:eastAsia="zh-CN"/>
        </w:rPr>
        <w:t>　　在三个多月的时间中，经过本辆车孙姐、吉哥和我共同的努力，特别是孙姐的努力下，使我们单车的业绩推向高潮，同时我也取得了宝贵的销售工作经验。</w:t>
      </w:r>
      <w:r>
        <w:rPr>
          <w:lang w:eastAsia="zh-CN"/>
        </w:rPr>
        <w:br/>
      </w:r>
      <w:r>
        <w:rPr>
          <w:lang w:eastAsia="zh-CN"/>
        </w:rPr>
        <w:t>　　第三季度单车销售指标为72万，实际完成销售额为89.6万。从销售业绩上看虽然实际销售额大大超过了指标，但面对炒货在上海市场的竞争压力，在标超上海郊区市场我们产品的品项及单品的竞争力略显弱势，我们业务员去推销沟通的不够深入;角角落落的小门店没有完全跑到位，因为偏僻门店相对来说其他强势品牌的维护不一定很到位，是我们可挖掘的市场。</w:t>
      </w:r>
      <w:r>
        <w:rPr>
          <w:lang w:eastAsia="zh-CN"/>
        </w:rPr>
        <w:br/>
      </w:r>
      <w:r>
        <w:rPr>
          <w:lang w:eastAsia="zh-CN"/>
        </w:rPr>
        <w:t xml:space="preserve">    销售人员年中工作总结 篇3 </w:t>
      </w:r>
      <w:r>
        <w:rPr>
          <w:lang w:eastAsia="zh-CN"/>
        </w:rPr>
        <w:br/>
      </w:r>
      <w:r>
        <w:rPr>
          <w:lang w:eastAsia="zh-CN"/>
        </w:rPr>
        <w:t>　　在各位领导的正确指导下，我公司20__年的工作到达了各项指标，如今就各项工作做一个总结。</w:t>
      </w:r>
      <w:r>
        <w:rPr>
          <w:lang w:eastAsia="zh-CN"/>
        </w:rPr>
        <w:br/>
      </w:r>
      <w:r>
        <w:rPr>
          <w:lang w:eastAsia="zh-CN"/>
        </w:rPr>
        <w:t>　　一、目前的医药形势：</w:t>
      </w:r>
      <w:r>
        <w:rPr>
          <w:lang w:eastAsia="zh-CN"/>
        </w:rPr>
        <w:br/>
      </w:r>
      <w:r>
        <w:rPr>
          <w:lang w:eastAsia="zh-CN"/>
        </w:rPr>
        <w:t>　　1、现时药价不断下降、下调，没有多在利润，空间越来越小、客户难以操作。</w:t>
      </w:r>
      <w:r>
        <w:rPr>
          <w:lang w:eastAsia="zh-CN"/>
        </w:rPr>
        <w:br/>
      </w:r>
      <w:r>
        <w:rPr>
          <w:lang w:eastAsia="zh-CN"/>
        </w:rPr>
        <w:t>　　2、在各地的投标报价中，由于医药经验上缺乏，导致落标的情况经常发生，在这点上，我公司做深入的检讨，常常参与各种医药会议，学习一些医药学问，在投标报价时做足各种工课，提高自已的报价水平，来确保顺当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在电话招商方面，一些谈判技巧也需着重强化，只要我们专心去观看和开掘，话题的切入点是很简单找到，争取每个电话招商过程都能够流畅顺当，必竟在没有中标的情况下，电话招商是主要的销售模式，公司的形象也是在电话中被客户所了解，所以在这方面也要提高，给客户一个好的印象。</w:t>
      </w:r>
      <w:r>
        <w:rPr>
          <w:lang w:eastAsia="zh-CN"/>
        </w:rPr>
        <w:br/>
      </w:r>
      <w:r>
        <w:rPr>
          <w:lang w:eastAsia="zh-CN"/>
        </w:rPr>
        <w:t>　　二、所负责相关地区的总体情况：</w:t>
      </w:r>
      <w:r>
        <w:rPr>
          <w:lang w:eastAsia="zh-CN"/>
        </w:rPr>
        <w:br/>
      </w:r>
      <w:r>
        <w:rPr>
          <w:lang w:eastAsia="zh-CN"/>
        </w:rPr>
        <w:t>　　伴着中国医药市场的大力整顿渐渐强化，医药招商面对国家药品监管力度渐渐增加，药品医院配送模式及药品价格管理的进一步掌握，很多限制性药品销售的政策落实到位，有的客户拿货在当地销售，但销量不大，据了解，今年当地的政策是，凡属挂网限价品种，只要所报的价在所限价钱之内都可入围，这样一来，大部份的市场已被之前做开的产品所占据，再加上每家医院，每个品种只能进两个规格（一品两规），所以目前能操作的市场也不是很大，可以操作的空间是小之又小。</w:t>
      </w:r>
      <w:r>
        <w:rPr>
          <w:lang w:eastAsia="zh-CN"/>
        </w:rPr>
        <w:br/>
      </w:r>
      <w:r>
        <w:rPr>
          <w:lang w:eastAsia="zh-CN"/>
        </w:rPr>
        <w:t>　　我公司所负责的地区中标产品的销售情况也不尽人意，真正客户能操作的品种不多，分析主要原因有几点：</w:t>
      </w:r>
      <w:r>
        <w:rPr>
          <w:lang w:eastAsia="zh-CN"/>
        </w:rPr>
        <w:br/>
      </w:r>
      <w:r>
        <w:rPr>
          <w:lang w:eastAsia="zh-CN"/>
        </w:rPr>
        <w:t>　　1、当地的市场需求确定产品的总体销量。</w:t>
      </w:r>
      <w:r>
        <w:rPr>
          <w:lang w:eastAsia="zh-CN"/>
        </w:rPr>
        <w:br/>
      </w:r>
      <w:r>
        <w:rPr>
          <w:lang w:eastAsia="zh-CN"/>
        </w:rPr>
        <w:t>　　2、药品的利润空间不够，导致客户在销售上没有了极积性。</w:t>
      </w:r>
      <w:r>
        <w:rPr>
          <w:lang w:eastAsia="zh-CN"/>
        </w:rPr>
        <w:br/>
      </w:r>
      <w:r>
        <w:rPr>
          <w:lang w:eastAsia="zh-CN"/>
        </w:rPr>
        <w:t>　　3、公司中标品种不是该客户的'销售专长。</w:t>
      </w:r>
      <w:r>
        <w:rPr>
          <w:lang w:eastAsia="zh-CN"/>
        </w:rPr>
        <w:br/>
      </w:r>
      <w:r>
        <w:rPr>
          <w:lang w:eastAsia="zh-CN"/>
        </w:rPr>
        <w:t>　　由于以上情况，我公司选择了新的销售方式，选择好的产品做全国总代理，及销售各种常用药品。</w:t>
      </w:r>
      <w:r>
        <w:rPr>
          <w:lang w:eastAsia="zh-CN"/>
        </w:rPr>
        <w:br/>
      </w:r>
      <w:r>
        <w:rPr>
          <w:lang w:eastAsia="zh-CN"/>
        </w:rPr>
        <w:t>　　三、工作方案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公司作为威海人生所生产的新复方大青叶片的全国总代理，不断开拓新的销售市场。其次，我公司所销售的大黄碳酸氢钠片、碳酸氢钠片、藿香正气水、小柴胡颗粒、复方瓜子金颗粒、速效救心丸、急支糖浆等产品，也不断开拓新的销售领域。</w:t>
      </w:r>
      <w:r>
        <w:rPr>
          <w:lang w:eastAsia="zh-CN"/>
        </w:rPr>
        <w:br/>
      </w:r>
      <w:r>
        <w:rPr>
          <w:lang w:eastAsia="zh-CN"/>
        </w:rPr>
        <w:t>　　在新的一年里，我公司本着“求实、求真、做大、做强”的理念，确立公司新的进展目标，采纳现代营销方式，强化市场导向，力推终端操作，与各家生产企业建立良好的合作关系，与新老客户不断接洽，互惠互利，完成双赢。</w:t>
      </w:r>
      <w:r>
        <w:rPr>
          <w:lang w:eastAsia="zh-CN"/>
        </w:rPr>
        <w:br/>
      </w:r>
      <w:r>
        <w:rPr>
          <w:lang w:eastAsia="zh-CN"/>
        </w:rPr>
        <w:t xml:space="preserve">    销售人员年中工作总结 篇4 </w:t>
      </w:r>
      <w:r>
        <w:rPr>
          <w:lang w:eastAsia="zh-CN"/>
        </w:rPr>
        <w:br/>
      </w:r>
      <w:r>
        <w:rPr>
          <w:lang w:eastAsia="zh-CN"/>
        </w:rPr>
        <w:t>　　(一)个人成长</w:t>
      </w:r>
      <w:r>
        <w:rPr>
          <w:lang w:eastAsia="zh-CN"/>
        </w:rPr>
        <w:br/>
      </w:r>
      <w:r>
        <w:rPr>
          <w:lang w:eastAsia="zh-CN"/>
        </w:rPr>
        <w:t>　　--年7月2日，我有幸进入了中技这个大家庭，在公司领导和同事的支持和帮助下，不断的锻炼和提高自己。眼看--年即将成为过去，回顾与中技同行的这半年时间，感慨颇多。</w:t>
      </w:r>
      <w:r>
        <w:rPr>
          <w:lang w:eastAsia="zh-CN"/>
        </w:rPr>
        <w:br/>
      </w:r>
      <w:r>
        <w:rPr>
          <w:lang w:eastAsia="zh-CN"/>
        </w:rPr>
        <w:t>　　我是今年6月份毕业的，刚走出校门就直接来到了上海。来之前我还很迷茫，不知道做什么工作，没有给自己一个明确的定位。因为毕业之前我也做过两份工作，都是销售，但最终都因为各种原因没能坚持下来，可能是受这两次失败的打击吧，当时我对销售没有多少好感。</w:t>
      </w:r>
      <w:r>
        <w:rPr>
          <w:lang w:eastAsia="zh-CN"/>
        </w:rPr>
        <w:br/>
      </w:r>
      <w:r>
        <w:rPr>
          <w:lang w:eastAsia="zh-CN"/>
        </w:rPr>
        <w:t>　　可命运总是这么奇怪。不知道是我选择了销售，还是销售选择了我，最后我还是来到了中技，再次回归到销售的第一线。来中技的第一天，是胡总给我面试的，他当时问了我几个问题，但我回答的都很不好，特别是让我用英语做自我介绍时，我支吾了半天也没表达清楚，结果出乎意料的是，胡总还是给了我一次机会，让我能在这里与中技一起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刚开始接触国际物流，什么都不懂，对dhl、ups等国际知名快递公司都闻所未闻。那时候公司人还不多，每周六都在会议室讨论一周以来的成绩与问题，当各位同事分析渠道优势与劣势，以及一些操作流程的时候，我更是听得云里雾里。我进公司的时候，正好上一批的系统培训已经结束，胡总和郭经理让小叶做我的师傅，给了我一本培训教材，让我先自己熟悉一下相关知识，由于缺乏实际经验，当时看起来很吃力，经常看的昏昏欲睡的感觉。一个星期之后，开始了学打电话，那时候一天打70多个电话，但效果不是很理想，也经常遇到客户的刁难和不屑，将近一个月都没有任何进展，当时心情相当沮丧，不知道是继续坚持下去，还是另谋出路，领导也多次找我谈话，给我鼓励。结果，在7月份的最后一天，终于开单了，接到了我来中技的第一票货。接下来的几个月里，我陆续新增了一些客户，但跟其他同事比起来，进步还是慢了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中技的这半年，是很充实的半年。在这里，我不仅仅是单纯的做业务，而是更加注重自身的提高。跟我以前所在公司不同的是，在中技可以一边学习，一边提高，同时能把所学的东西迅速运用于实践中，遇到不懂的或者是自己无法解决的问题，都可以随时请教领导和同事，而他们都会毫不犹豫的帮助我，这也是我在这里感觉最快乐的地方。在这里，我有一种求知的欲望，比学生时代更强烈，因为这些东西都是我所急需的，是我在这里工作的价值。物流行业，特别是国际物流，从来都是有风险的。我一直在努力追求自身专业知识的提高，以寻求各种问题件的解决方法，提高自己的风险防范意识。在中技的这半年，我谈不上成功，但工作磨练了我的毅力和耐性是我最大的收获。艰难困苦，玉汝于成。虽然我目前的业绩还不是很理想，但我相信后面的路程我会走的更好。</w:t>
      </w:r>
      <w:r>
        <w:rPr>
          <w:lang w:eastAsia="zh-CN"/>
        </w:rPr>
        <w:br/>
      </w:r>
      <w:r>
        <w:rPr>
          <w:lang w:eastAsia="zh-CN"/>
        </w:rPr>
        <w:t>　　(二)业绩增长与客户分析</w:t>
      </w:r>
      <w:r>
        <w:rPr>
          <w:lang w:eastAsia="zh-CN"/>
        </w:rPr>
        <w:br/>
      </w:r>
      <w:r>
        <w:rPr>
          <w:lang w:eastAsia="zh-CN"/>
        </w:rPr>
        <w:t>　　我分析了一下从7月份到现在每月业绩的增长情况。7月是进公司的第一个月，这个月对我来说相当的漫长，因为开单比较迟，整个月才出了一票货，利润150元。8月份新增3个客户，其中利纳服饰公司只走了0。5kg的普货就再也没有合作过，可能是因为清关问题延误了很久的缘故，这个月总业绩813元。9月份没有新增客户，业绩主要靠威胜体育和盛丽光电两个客户支撑，总业绩3063元。10月份新增3个小客户，货量都不大，威胜体育和盛丽光电发货量也减少，整个月业绩低迷，才1766元。11月份新增5个客户，月业绩7046元，但由于一票报关件原因，盛丽光电一票货折腾了近一个月才到达目的地，估计以后合作的可能性不大。虽然11月份货量有所增长，但客户量还是偏少，常走货客户单一，总有一种危机感，所以以后还是要把开发新客户放在第一位，只有有充足的客户资源做支撑，货量才有保障。</w:t>
      </w:r>
      <w:r>
        <w:rPr>
          <w:lang w:eastAsia="zh-CN"/>
        </w:rPr>
        <w:br/>
      </w:r>
      <w:r>
        <w:rPr>
          <w:lang w:eastAsia="zh-CN"/>
        </w:rPr>
        <w:t>　　我的客户量不多，下面我对现有的客户做一简略分析。</w:t>
      </w:r>
      <w:r>
        <w:rPr>
          <w:lang w:eastAsia="zh-CN"/>
        </w:rPr>
        <w:br/>
      </w:r>
      <w:r>
        <w:rPr>
          <w:lang w:eastAsia="zh-CN"/>
        </w:rPr>
        <w:t>　　义乌市康柏进出口有限公司，是我进公司开发的第一个客户，由于当时急于开单，给他报的价格比较低，现在都很难把利润加上去。该公司是由老板自己发货，对价格相当敏感，而且喜欢比价格，最近在我这里走货很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丹阳市威胜体育用品有限公司，是我的一个优质客户，我给他的价格也不高，现在快递基本全部由我在做，部分海运也是由我负责的。该公司以经营体育击剑用品为主，目前正处于旺季，相对而言，出货量比较可观。</w:t>
      </w:r>
      <w:r>
        <w:rPr>
          <w:lang w:eastAsia="zh-CN"/>
        </w:rPr>
        <w:br/>
      </w:r>
      <w:r>
        <w:rPr>
          <w:lang w:eastAsia="zh-CN"/>
        </w:rPr>
        <w:t>　　上海盛丽光电科技有限公司，这也是我在8月份开发的客户。该客户主要生产led灯具，主要出口英、德等西欧地区。前期合作比较愉快，很有开发潜力，但11月份因为一票报关件出了问题，弄得很不愉快，虽然主要责任不在我们，我们也尽力帮助处理，但最终还是没赢得客户的理解和认同。据了解，该公司目前所有的报关件都是直接交给dhl官方，不敢交给代理走。估计以后合作的可能性不大，等问题处理结束后，我准备再到那边拜访一下，争取挽回。</w:t>
      </w:r>
      <w:r>
        <w:rPr>
          <w:lang w:eastAsia="zh-CN"/>
        </w:rPr>
        <w:br/>
      </w:r>
      <w:r>
        <w:rPr>
          <w:lang w:eastAsia="zh-CN"/>
        </w:rPr>
        <w:t>　　鑫丰泰科技有限公司，是张玉军离职时转给我的，该客户发货类型单一，都是纯电池。考虑到该公司位于深圳，竞争激烈，利润一般。但该客户付款喜欢延误，总是以各种理由延迟付款，以后如有发货，必须严格做到先付款再发货。</w:t>
      </w:r>
      <w:r>
        <w:rPr>
          <w:lang w:eastAsia="zh-CN"/>
        </w:rPr>
        <w:br/>
      </w:r>
      <w:r>
        <w:rPr>
          <w:lang w:eastAsia="zh-CN"/>
        </w:rPr>
        <w:t>　　元丰玩具、华夏塑业、林新游乐、恒璟易得贸易公司最近一直保持联系，但对方货量不多，偶尔发些小样品之类的，但自认为给他们的服务还不错，没有因为货量少而另眼相看。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利纳服饰，是较早开发的一个客户，第一票到罗马尼亚的货因为清关问题延误了十几天，虽然客户一直很理解很配合，但后来很少找我询价，也一直没出过货。于汝江，是一个私人客户，经常往返于宁波、广州、深圳三地，货量不稳定，11月份连续发了4票到沙特的货，之后又没有什么音讯。</w:t>
      </w:r>
      <w:r>
        <w:rPr>
          <w:lang w:eastAsia="zh-CN"/>
        </w:rPr>
        <w:br/>
      </w:r>
      <w:r>
        <w:rPr>
          <w:lang w:eastAsia="zh-CN"/>
        </w:rPr>
        <w:t>　　翱云体育、英特玛电器、爱生太阳能科技都是最近新建客户，货量还不是很大，我一直在保持联系，尽量争取其更多的订单。</w:t>
      </w:r>
      <w:r>
        <w:rPr>
          <w:lang w:eastAsia="zh-CN"/>
        </w:rPr>
        <w:br/>
      </w:r>
      <w:r>
        <w:rPr>
          <w:lang w:eastAsia="zh-CN"/>
        </w:rPr>
        <w:t>　　(三)工作中的不足与改进</w:t>
      </w:r>
      <w:r>
        <w:rPr>
          <w:lang w:eastAsia="zh-CN"/>
        </w:rPr>
        <w:br/>
      </w:r>
      <w:r>
        <w:rPr>
          <w:lang w:eastAsia="zh-CN"/>
        </w:rPr>
        <w:t>　　跟其他同事相比，在中技，我所取得的成绩是微不足道的，通过反思这段时间的得失，我认为自己在工作上还存在很大不足。</w:t>
      </w:r>
      <w:r>
        <w:rPr>
          <w:lang w:eastAsia="zh-CN"/>
        </w:rPr>
        <w:br/>
      </w:r>
      <w:r>
        <w:rPr>
          <w:lang w:eastAsia="zh-CN"/>
        </w:rPr>
        <w:t>　　1、来到公司这么长时间，一共才开发了14个客户，这是很失败的，在客户的跟踪与维护上也做得很不到位。好不容易打电话留下几个qq，因为没有及时去跟踪与联络，让他们一直处于沉睡状态，或许这是我开发客户速度缓慢的原因之一。</w:t>
      </w:r>
      <w:r>
        <w:rPr>
          <w:lang w:eastAsia="zh-CN"/>
        </w:rPr>
        <w:br/>
      </w:r>
      <w:r>
        <w:rPr>
          <w:lang w:eastAsia="zh-CN"/>
        </w:rPr>
        <w:t>　　2、最近事情比较多，没有合理规划时间，工作条理性不强，就这样浪费了很多时间。有时候很多事情集中到一块了，感觉手忙脚乱，不知道从哪里下手，结果东一下西一下，什么都没做好，还没有效率。</w:t>
      </w:r>
      <w:r>
        <w:rPr>
          <w:lang w:eastAsia="zh-CN"/>
        </w:rPr>
        <w:br/>
      </w:r>
      <w:r>
        <w:rPr>
          <w:lang w:eastAsia="zh-CN"/>
        </w:rPr>
        <w:t>　　3、在客户询价方面，没有引导客户去看报价表。自己在这方面也存在很大惰性，没有根据客户类型，制作具有针对性的报价表，而是过分依赖现有的apl系统，每次都要花很多时间在跟客户讨价还价上。</w:t>
      </w:r>
      <w:r>
        <w:rPr>
          <w:lang w:eastAsia="zh-CN"/>
        </w:rPr>
        <w:br/>
      </w:r>
      <w:r>
        <w:rPr>
          <w:lang w:eastAsia="zh-CN"/>
        </w:rPr>
        <w:t>　　4、客户询价之后，没有及时跟进。经常是客户一个星期或更长时间之前询价，由于没有整理这些记录，结果客户要出货都不知道，没有及时主动联系客户，这样就跟很多机会失之交臂。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5、工作抓不到重点。有时候为了完成公司规定的电话量，放下很多原来计划好的工作，结果预定的工作没完成，电话效果又不好。在这一点上，感觉是在被动的工作。</w:t>
      </w:r>
      <w:r>
        <w:rPr>
          <w:lang w:eastAsia="zh-CN"/>
        </w:rPr>
        <w:br/>
      </w:r>
      <w:r>
        <w:rPr>
          <w:lang w:eastAsia="zh-CN"/>
        </w:rPr>
        <w:t>　　针对以上不足，我决心从下面这几个方面去改进：</w:t>
      </w:r>
      <w:r>
        <w:rPr>
          <w:lang w:eastAsia="zh-CN"/>
        </w:rPr>
        <w:br/>
      </w:r>
      <w:r>
        <w:rPr>
          <w:lang w:eastAsia="zh-CN"/>
        </w:rPr>
        <w:t>　　首先，加强与客户的沟通与联系。电话量还是要继续保持，但也要抽出一部分时间联系意向客户，随时掌握其最新动态，缩短与客户之间的距离。针对有过询价的客户，可以采取电话回访的方式，增进与客户的沟通与交流。</w:t>
      </w:r>
      <w:r>
        <w:rPr>
          <w:lang w:eastAsia="zh-CN"/>
        </w:rPr>
        <w:br/>
      </w:r>
      <w:r>
        <w:rPr>
          <w:lang w:eastAsia="zh-CN"/>
        </w:rPr>
        <w:t>　　其次，尝试通过各种方式开发新客户，不能仅仅局限于电话，还可以尝试网络推广，或者是通过扫楼等方式。</w:t>
      </w:r>
      <w:r>
        <w:rPr>
          <w:lang w:eastAsia="zh-CN"/>
        </w:rPr>
        <w:br/>
      </w:r>
      <w:r>
        <w:rPr>
          <w:lang w:eastAsia="zh-CN"/>
        </w:rPr>
        <w:t>　　再次，坚持今日事今日毕，并在下班前做好明天的规划。在上一份工作的时候，公司要求我们每天都要写工作总结，其中有一项就涉及“昨日计划完成状况”和“明日计划”，这样总结就具有针对性，哪些事完成了，哪些事还有待改进，都一目了然，纵然第二天事情多，也不会找不到头绪。</w:t>
      </w:r>
      <w:r>
        <w:rPr>
          <w:lang w:eastAsia="zh-CN"/>
        </w:rPr>
        <w:br/>
      </w:r>
      <w:r>
        <w:rPr>
          <w:lang w:eastAsia="zh-CN"/>
        </w:rPr>
        <w:t>　　第四，针对不同客户类型，制作一份合理的价格表，引导客户自己查价格。这样一来方便客户，也节省了我们自己很多时间。</w:t>
      </w:r>
      <w:r>
        <w:rPr>
          <w:lang w:eastAsia="zh-CN"/>
        </w:rPr>
        <w:br/>
      </w:r>
      <w:r>
        <w:rPr>
          <w:lang w:eastAsia="zh-CN"/>
        </w:rPr>
        <w:t>　　最后，增强自己工作的主动性，做事情要分清主次，尽量不受外界其他因素的干扰。同时，还要多与同事沟通，学习他们的优点，弥补自己的不足。</w:t>
      </w:r>
      <w:r>
        <w:rPr>
          <w:lang w:eastAsia="zh-CN"/>
        </w:rPr>
        <w:br/>
      </w:r>
      <w:r>
        <w:rPr>
          <w:lang w:eastAsia="zh-CN"/>
        </w:rPr>
        <w:t>　　二、--年工作规划</w:t>
      </w:r>
      <w:r>
        <w:rPr>
          <w:lang w:eastAsia="zh-CN"/>
        </w:rPr>
        <w:br/>
      </w:r>
      <w:r>
        <w:rPr>
          <w:lang w:eastAsia="zh-CN"/>
        </w:rPr>
        <w:t>　　凡事预则立，不预则废。--年马上就要到来，应公司及个人发展的需要，我对自己在新的一年的目标和任务做了详细的规划。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(一)业绩规划</w:t>
      </w:r>
      <w:r>
        <w:rPr>
          <w:lang w:eastAsia="zh-CN"/>
        </w:rPr>
        <w:br/>
      </w:r>
      <w:r>
        <w:rPr>
          <w:lang w:eastAsia="zh-CN"/>
        </w:rPr>
        <w:t>　　--年元月份，国外圣诞节刚结束，节日性产品货量可能会有小幅下降，但其他工业品还有发展的空间，估计还可以赶上年底最后一波出货高峰，这个月要积极寻找货源，争取业绩达到8000—10000元。2月初是中国的春节，国内大量厂商都已放假，发货量回落，业务也渐渐进入淡季，业绩要尽量做到5000以上。3—7月份应该是相对比较清闲的，应抓紧时间通过电话、邮件、网络以及陌生拜访等方式积累潜在客户，每个月至少新增4个新客户(也就是每周新增1个)，每月业绩至少增加1000元。8月是一个过渡期，物流行业将再次进入旺季，此时应把前几个月积累的客户再逐一回访一遍，增加与客户之间的沟通与联系，尽最大努力将潜在客户转化为成交客户。9月和10月是俗称的“金九银十”，是外贸公司发货的高峰时期，也是我们做业务的黄金阶段。这两个月一方面要集中精力做好对老客户的维护工作，把服务做到位，另一方面，要利用前几个月积累的资源，厚积薄发，实现业绩上的突破，平均月利润达到1--以上。11—12月份国外又临近圣诞节，在中国的采购量势必大增，这又是我们业务开发的大好时机，作为一名老员工，业绩应稳定在15000左右。</w:t>
      </w:r>
      <w:r>
        <w:rPr>
          <w:lang w:eastAsia="zh-CN"/>
        </w:rPr>
        <w:br/>
      </w:r>
      <w:r>
        <w:rPr>
          <w:lang w:eastAsia="zh-CN"/>
        </w:rPr>
        <w:t>　　考虑到受假期、淡旺季等季节性因素的影响，我将--年的各项指标分解到每个月中，如下表所示：(略)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随着快递市场日渐饱和以及竞争的与日俱增，快递行业的普货利润率已呈下降趋势，为适应市场需求和公司发展方向，--年我们不应仅仅局限于快递市场的开发，空运和海运必将成为新一轮市场争夺战的焦点。从目前我公司空运和海运业务来看，利润还是比较客观的，而且还有很大的发展空间。</w:t>
      </w:r>
      <w:r>
        <w:rPr>
          <w:lang w:eastAsia="zh-CN"/>
        </w:rPr>
        <w:br/>
      </w:r>
      <w:r>
        <w:rPr>
          <w:lang w:eastAsia="zh-CN"/>
        </w:rPr>
        <w:t>　　我还没接过空运业务，海运知识也相当匮乏。我计划在新的一年要渐把工作的重心向空运和海运方面转移，积极利用一切可利用的资源完善自己的业务知识、提高自己的业务水平。具体到实际操作上，可以参加公司组织的系统培训，多向领导和同事请教，同时还可以通过相关书籍，使自己的知识储备有进一步提升。</w:t>
      </w:r>
      <w:r>
        <w:rPr>
          <w:lang w:eastAsia="zh-CN"/>
        </w:rPr>
        <w:br/>
      </w:r>
      <w:r>
        <w:rPr>
          <w:lang w:eastAsia="zh-CN"/>
        </w:rPr>
        <w:t>　　(二)自我实现规划</w:t>
      </w:r>
      <w:r>
        <w:rPr>
          <w:lang w:eastAsia="zh-CN"/>
        </w:rPr>
        <w:br/>
      </w:r>
      <w:r>
        <w:rPr>
          <w:lang w:eastAsia="zh-CN"/>
        </w:rPr>
        <w:t>　　除了对工作方面所做的要求和期望外，在自身素质方面，我认为自己还有很大的提升空间。做业务，就要性格开朗一点，多与外界接触沟通，而这也是我目前所难以突破的障碍。--年，我要更加开放自己的思想，把自己真正融入到集体生活之中;工作之余，多到外面去走动走动，开阔自己的视野，丰富自己的社会经历和阅历，这样对我自己的成长是很有帮助的，也是很有必要的;更为重要的是，要学会独立自主的处理各项事情，不能什么都过分依赖于别人，在这一方面各位领导和同事都是我学习的榜样。</w:t>
      </w:r>
      <w:r>
        <w:rPr>
          <w:lang w:eastAsia="zh-CN"/>
        </w:rPr>
        <w:br/>
      </w:r>
      <w:r>
        <w:rPr>
          <w:lang w:eastAsia="zh-CN"/>
        </w:rPr>
        <w:t>　　当然，在新的一年中我还有很多要改进和提高的地方，我将不断总结和反省自己，努力适应公司的发展要求，实现更大的突破。</w:t>
      </w:r>
      <w:r>
        <w:rPr>
          <w:lang w:eastAsia="zh-CN"/>
        </w:rPr>
        <w:br/>
      </w:r>
      <w:r>
        <w:rPr>
          <w:lang w:eastAsia="zh-CN"/>
        </w:rPr>
        <w:t xml:space="preserve">    销售人员年中工作总结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周480销售完成率160%，超额完成60%。480店11月份销售完成率60%;12月份刚好完成任务;本月前两周已完成本月任务的65%，销售提升快，分析：一是元旦人流量较以往大，二是本店促销原来做魔法医生，护肤销售经验很丰富，连带性不错;三是平时虽然对本店的人员支持力度不是很大，但对促销的日常激励紧盯不放，无时无刻都在挖掘员工的自身特长，在激励中让本人认识到自身的优势，从而发挥自身优势，提高销售。本周不得不提的是502店，502店虽然本周销售也是刚刚超过周任务，但502店本周较以往任何一周来说，销售提高是非常不错的，虽然502店是屈臣氏的A类门店，但我们品牌在此店超过四千的周销售是比较少见的。分析：一是竞争劣势，之前502店我们的陈列位置不是很好，在男士区域，加之背对美津植秀，美津中晚班基本促销都保持在5个人以上，她们拉人是非常的厉害，相比较我们促销的销售就显得比较薄弱;二是陈列位置，本周一502店调整了陈列位置，我们位置调整为东西主通道位置，虽然是西边第二个端架，但相比较以前的陈列位置还算是非常不错的;三是人员配备，上周开除了一名促销，因为那个促销上班一月时间，进步不是很大，开始给她机会是认为对于产品知识及销售技巧和屈臣氏的管理有一个适应过程，但经过一个月的观察，发现是性格使然，即太腼腆，不能胜任屈臣氏的销售氛围，所以在周一的时候派去培训老师驻店支援，一是暂时补位，二是带动起长促的销售积极性，形成销售相互追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周会员共计办理约30人，老会员5。较之前的会员办理来说，总数有所下降，但提高了顾客的有效回头率(100元以上才办理会员卡，等于是说顾客至少会购买我们两个以上单品才可以办理会员卡，这样顾客在使用过程中如果其它的护肤品用完之后会自然而然选择我们的产品补缺)。现老顾客对于护肤品点单率较高。</w:t>
      </w:r>
      <w:r>
        <w:rPr>
          <w:lang w:eastAsia="zh-CN"/>
        </w:rPr>
        <w:br/>
      </w:r>
      <w:r>
        <w:rPr>
          <w:lang w:eastAsia="zh-CN"/>
        </w:rPr>
        <w:t>　　本周因回公司开会，无培训安排。元月4号进行全体员工培训会，包括培训老师。培训内容为：</w:t>
      </w:r>
      <w:r>
        <w:rPr>
          <w:lang w:eastAsia="zh-CN"/>
        </w:rPr>
        <w:br/>
      </w:r>
      <w:r>
        <w:rPr>
          <w:lang w:eastAsia="zh-CN"/>
        </w:rPr>
        <w:t>　　1、产品知识重点点位培训;</w:t>
      </w:r>
      <w:r>
        <w:rPr>
          <w:lang w:eastAsia="zh-CN"/>
        </w:rPr>
        <w:br/>
      </w:r>
      <w:r>
        <w:rPr>
          <w:lang w:eastAsia="zh-CN"/>
        </w:rPr>
        <w:t>　　2、销售技巧提炼培训;</w:t>
      </w:r>
      <w:r>
        <w:rPr>
          <w:lang w:eastAsia="zh-CN"/>
        </w:rPr>
        <w:br/>
      </w:r>
      <w:r>
        <w:rPr>
          <w:lang w:eastAsia="zh-CN"/>
        </w:rPr>
        <w:t>　　3、重点问题汇总培训。</w:t>
      </w:r>
      <w:r>
        <w:rPr>
          <w:lang w:eastAsia="zh-CN"/>
        </w:rPr>
        <w:br/>
      </w:r>
      <w:r>
        <w:rPr>
          <w:lang w:eastAsia="zh-CN"/>
        </w:rPr>
        <w:t>　　本周685进行了周末摆台促销，培训部张英协助销售。这周对于502及671位置进行了调整，总体来说502位置调整比较理想;671虽然从C区调整为A区，但因此通道较窄，我们陈列位置不易留住顾客，待4号店长上班后再进行调整。</w:t>
      </w:r>
      <w:r>
        <w:rPr>
          <w:lang w:eastAsia="zh-CN"/>
        </w:rPr>
        <w:br/>
      </w:r>
      <w:r>
        <w:rPr>
          <w:lang w:eastAsia="zh-CN"/>
        </w:rPr>
        <w:t>　　下周工作计划</w:t>
      </w:r>
      <w:r>
        <w:rPr>
          <w:lang w:eastAsia="zh-CN"/>
        </w:rPr>
        <w:br/>
      </w:r>
      <w:r>
        <w:rPr>
          <w:lang w:eastAsia="zh-CN"/>
        </w:rPr>
        <w:t>　　一、完成周销售计划;</w:t>
      </w:r>
      <w:r>
        <w:rPr>
          <w:lang w:eastAsia="zh-CN"/>
        </w:rPr>
        <w:br/>
      </w:r>
      <w:r>
        <w:rPr>
          <w:lang w:eastAsia="zh-CN"/>
        </w:rPr>
        <w:t>　　二、与门店协调沟通周末活动安排;</w:t>
      </w:r>
      <w:r>
        <w:rPr>
          <w:lang w:eastAsia="zh-CN"/>
        </w:rPr>
        <w:br/>
      </w:r>
      <w:r>
        <w:rPr>
          <w:lang w:eastAsia="zh-CN"/>
        </w:rPr>
        <w:t>　　三、门店位置跟进;</w:t>
      </w:r>
      <w:r>
        <w:rPr>
          <w:lang w:eastAsia="zh-CN"/>
        </w:rPr>
        <w:br/>
      </w:r>
      <w:r>
        <w:rPr>
          <w:lang w:eastAsia="zh-CN"/>
        </w:rPr>
        <w:t>　　四、团队凝聚力的锻造(现在有长促、中班、培训老师，人员结构多，团队凝聚力打造不容忽视)。</w:t>
      </w:r>
      <w:r>
        <w:rPr>
          <w:lang w:eastAsia="zh-CN"/>
        </w:rPr>
        <w:br/>
      </w:r>
      <w:r>
        <w:rPr>
          <w:lang w:eastAsia="zh-CN"/>
        </w:rPr>
        <w:t xml:space="preserve">    销售人员年中工作总结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转眼，20__年已经过去。在这一年里，LED市场部门的全体同事尽心尽力，不辞劳苦，在工作中发扬了高度的主人公精神，体现了高度的责任感，在过去的一年里，首先感谢公司给予我这样一个发展的平台，和用心培养；感谢夏总给予工作上的鼓励和督促。让我学到了很多的业务谈判知识和商谈技巧，并顺利的为下一步的公司业务发展迈出了第一步。其次感谢这个业务团队，感谢同事们在工作上的相互鼓励和配合。他们所有人都有值得我去学习地方，我从他身上学到了不少知识，让自己更加的成熟。通过1年来不断与公司业务模式进行磨合，我也更加的认识到了，一个销售人员的知识面、社交能力和商务谈判技巧决定了销售人员的销售能力。为此，通过这3年的工作积累。我认识到自己现有的不足和长处。以下我想说二个方面：</w:t>
      </w:r>
      <w:r>
        <w:rPr>
          <w:lang w:eastAsia="zh-CN"/>
        </w:rPr>
        <w:br/>
      </w:r>
      <w:r>
        <w:rPr>
          <w:lang w:eastAsia="zh-CN"/>
        </w:rPr>
        <w:t>　　一、在产品专业知识方面：</w:t>
      </w:r>
      <w:r>
        <w:rPr>
          <w:lang w:eastAsia="zh-CN"/>
        </w:rPr>
        <w:br/>
      </w:r>
      <w:r>
        <w:rPr>
          <w:lang w:eastAsia="zh-CN"/>
        </w:rPr>
        <w:t>　　1）产品知识方面：加强熟悉产品的技术参数、和材料特点、规格型号。了解产品的使用方法；了解行业竞争产品的有关情况；</w:t>
      </w:r>
      <w:r>
        <w:rPr>
          <w:lang w:eastAsia="zh-CN"/>
        </w:rPr>
        <w:br/>
      </w:r>
      <w:r>
        <w:rPr>
          <w:lang w:eastAsia="zh-CN"/>
        </w:rPr>
        <w:t>　　2）客户需要方面：了解客户的购买心理、购买层次、及对产品的基本要求。</w:t>
      </w:r>
      <w:r>
        <w:rPr>
          <w:lang w:eastAsia="zh-CN"/>
        </w:rPr>
        <w:br/>
      </w:r>
      <w:r>
        <w:rPr>
          <w:lang w:eastAsia="zh-CN"/>
        </w:rPr>
        <w:t>　　3）市场知识方面：了解LED系列产品的市场动向和变化、不同顾客的购买力情况，进行市场分析。</w:t>
      </w:r>
      <w:r>
        <w:rPr>
          <w:lang w:eastAsia="zh-CN"/>
        </w:rPr>
        <w:br/>
      </w:r>
      <w:r>
        <w:rPr>
          <w:lang w:eastAsia="zh-CN"/>
        </w:rPr>
        <w:t>　　4）服务知识方面：了解接待和会客的基本礼节，细心、认真、迅速地处理客户状况；有效地传递公司信息及获得信任。</w:t>
      </w:r>
      <w:r>
        <w:rPr>
          <w:lang w:eastAsia="zh-CN"/>
        </w:rPr>
        <w:br/>
      </w:r>
      <w:r>
        <w:rPr>
          <w:lang w:eastAsia="zh-CN"/>
        </w:rPr>
        <w:t>　　二、销售能力方面：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首先谢谢公司给了我一个这样的发展的平台，通过和大家一起工作的机会，让我从大家身上学了不少的销售技巧和谈判能力，有了这些经验做铺垫，相信在以后的工作当中我才能更顺利的在岗位中独立成长起来。感谢大家在工作中的给予帮助。这些都是我财富的积累。</w:t>
      </w:r>
      <w:r>
        <w:rPr>
          <w:lang w:eastAsia="zh-CN"/>
        </w:rPr>
        <w:br/>
      </w:r>
      <w:r>
        <w:rPr>
          <w:lang w:eastAsia="zh-CN"/>
        </w:rPr>
        <w:t>　　2）自己工作中的不足。通过这么长时间的工作积累，整体上对自己的业绩是很不满意，主要表现在业务经验不够丰富，目标不够明确，业务技巧有待突破，市场开发能力还有待加强，希望能够尽快的提高自己的不足，发挥自己的优势，能更好的为自己以后的销售业务和开展打好基础，提高自己的自信心和业务销售技巧。</w:t>
      </w:r>
      <w:r>
        <w:rPr>
          <w:lang w:eastAsia="zh-CN"/>
        </w:rPr>
        <w:br/>
      </w:r>
      <w:r>
        <w:rPr>
          <w:lang w:eastAsia="zh-CN"/>
        </w:rPr>
        <w:t>　　3）加强货款的回收力度。在尽量短的时内间回收货款，加强回收货款工作，保障公司生产经营的正常进行。</w:t>
      </w:r>
      <w:r>
        <w:rPr>
          <w:lang w:eastAsia="zh-CN"/>
        </w:rPr>
        <w:br/>
      </w:r>
      <w:r>
        <w:rPr>
          <w:lang w:eastAsia="zh-CN"/>
        </w:rPr>
        <w:t>　　a:每个月作个报表定时跟踪货款的回收情况，必须对所辖区域的现有客户的销售能力和还款能力做一个总体评估，列出一个较具体可行的追收货款计划，并注意追款的方式和技巧</w:t>
      </w:r>
      <w:r>
        <w:rPr>
          <w:lang w:eastAsia="zh-CN"/>
        </w:rPr>
        <w:br/>
      </w:r>
      <w:r>
        <w:rPr>
          <w:lang w:eastAsia="zh-CN"/>
        </w:rPr>
        <w:t>　　b:客户进货时必须同其签定销售合同，约定具体的货款支付方式和日期，以此作为追收货款的理由和依据，并不定时跟踪，婉言督促客户支付货款。这样，可减轻货款回收的压力。</w:t>
      </w:r>
      <w:r>
        <w:rPr>
          <w:lang w:eastAsia="zh-CN"/>
        </w:rPr>
        <w:br/>
      </w:r>
      <w:r>
        <w:rPr>
          <w:lang w:eastAsia="zh-CN"/>
        </w:rPr>
        <w:t>　　c:追收货款应首先从长时间未进货的客户及拖欠最多的客户入手。可以通过关心他们的进货情况、销售状况、生活情况等作为着眼点，再和盘托出回收货款的意图，这样既可了解他们是否有心再从我司进货，也可回收到全部或部分货款</w:t>
      </w:r>
      <w:r>
        <w:rPr>
          <w:lang w:eastAsia="zh-CN"/>
        </w:rPr>
        <w:br/>
      </w:r>
      <w:r>
        <w:rPr>
          <w:lang w:eastAsia="zh-CN"/>
        </w:rPr>
        <w:t>　　20__年的展望及规划：</w:t>
      </w:r>
      <w:r>
        <w:rPr>
          <w:lang w:eastAsia="zh-CN"/>
        </w:rPr>
        <w:br/>
      </w:r>
      <w:r>
        <w:rPr>
          <w:lang w:eastAsia="zh-CN"/>
        </w:rPr>
        <w:t>　　去年虽然对自己的工作状况不是很满意，但人要往前看，一年之计在于春，在新的一年来临之际，要为自己播好种，做好规划，期待明年的年终会有更好的表现。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公司在发展过程中，我认为要成为一名优秀的售人员，首先要调整自己的理念，和公司统一思想、统一目标，明确公司的发展方向，才能充分溶入到公司的发展当中，才能更加有条不紊的开展工作。</w:t>
      </w:r>
      <w:r>
        <w:rPr>
          <w:lang w:eastAsia="zh-CN"/>
        </w:rPr>
        <w:br/>
      </w:r>
      <w:r>
        <w:rPr>
          <w:lang w:eastAsia="zh-CN"/>
        </w:rPr>
        <w:t>　　第一，从理念上：我应该和公司保持一致的经营思想、经营理念，与公司高层统一目标和认识，协助公司促进企业文化方面的建设。</w:t>
      </w:r>
      <w:r>
        <w:rPr>
          <w:lang w:eastAsia="zh-CN"/>
        </w:rPr>
        <w:br/>
      </w:r>
      <w:r>
        <w:rPr>
          <w:lang w:eastAsia="zh-CN"/>
        </w:rPr>
        <w:t>　　第二，意识上：在产品的销售还是产品生产工作知识的学习上，用积极向上的心态，学习他人的长处，学会与上级、朋友、同事更加融洽的相处；最后我希望公司和及个人都有更大的发展空间。</w:t>
      </w:r>
      <w:r>
        <w:rPr>
          <w:lang w:eastAsia="zh-CN"/>
        </w:rPr>
        <w:br/>
      </w:r>
      <w:r>
        <w:rPr>
          <w:lang w:eastAsia="zh-CN"/>
        </w:rPr>
        <w:t>　　第三，业务上：首先规划好自己的市场区域，了解本区域内客户的特性及目标。合理处理自己的业务时间，提高自己的工作效率。最后还要了解产品行业的未来发展趋势及要面临的问题。提前预测，为面临的机遇及挑战做好充足的准备，让自己永远都比别人快一步。</w:t>
      </w:r>
      <w:r>
        <w:rPr>
          <w:lang w:eastAsia="zh-CN"/>
        </w:rPr>
        <w:br/>
      </w:r>
      <w:r>
        <w:rPr>
          <w:lang w:eastAsia="zh-CN"/>
        </w:rPr>
        <w:t>　　最后，在这新年来临之际，祝公司未来发展一路顺风！大家事业有成，心想事成！</w:t>
      </w:r>
      <w:r>
        <w:rPr>
          <w:lang w:eastAsia="zh-CN"/>
        </w:rPr>
        <w:br/>
      </w:r>
      <w:r>
        <w:rPr>
          <w:lang w:eastAsia="zh-CN"/>
        </w:rPr>
        <w:t xml:space="preserve">    销售人员年中工作总结 篇7 </w:t>
      </w:r>
      <w:r>
        <w:rPr>
          <w:lang w:eastAsia="zh-CN"/>
        </w:rPr>
        <w:br/>
      </w:r>
      <w:r>
        <w:rPr>
          <w:lang w:eastAsia="zh-CN"/>
        </w:rPr>
        <w:t>　　ps监控和维护工作是我们公司控制和降低企业经营风险的重要措施，为加强运输管理生产安全，杜绝与企业相关物车辆舞弊问题，gps监控工作越来越得到公司的重视。在集团主管部门的推动下，我公司营运车辆都均陆续安装了全新的易流gps车载可视监控系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gps监控的安装和维护是个系统的工程，具体包括以下几条内容：</w:t>
      </w:r>
      <w:r>
        <w:rPr>
          <w:lang w:eastAsia="zh-CN"/>
        </w:rPr>
        <w:t xml:space="preserve"> 1、gps设备的接收与安装：20__年7月18日开始，我调度部在各领导与各片区经理的通力合作下协调了所有辖区奶站业主签订了相关合同，使得新设备从接收到安装完毕严格履行排期目标，并在11月15日全部提前全部完成安装，其中包括：个体承包奶站奶车:115辆;公司长途调奶车:25辆;公司租用公务车:20辆;公司租用长途调奶车:14辆。在新系统更新换代的过程中，我们积极协助易流公司安装人员安装设备，对不同型号的车辆分别进行了线路规划，亲自动手从拉线。布置电路到打胶、焊接、调试设备。直至所有奶车gps全部安装完毕，为后续的独立完成安装、调试及维修打下坚实的基础。</w:t>
      </w:r>
      <w:r>
        <w:rPr>
          <w:lang w:eastAsia="zh-CN"/>
        </w:rPr>
        <w:t xml:space="preserve"> 2、gps车辆信息数据录入：规范了所有安装的gps设备的主机号、sim卡号、dcr、罐体信息、司机联系方式、车门号等具体信息，做到了点对点gps监控，并对主机、doc、摄像头编号重复的个别设备做到了区别录入，并及时与易流公司进行联系对错误信息进行纠正。</w:t>
      </w:r>
      <w:r>
        <w:rPr>
          <w:lang w:eastAsia="zh-CN"/>
        </w:rPr>
        <w:br/>
      </w:r>
      <w:r>
        <w:rPr>
          <w:lang w:eastAsia="zh-CN"/>
        </w:rPr>
        <w:t>　　3、gps设备的验收与铺货设备登记： 在安装设备之后的几个月里对所有车辆gps设备进行了细致的检测与调试，协调各奶车司机签订了验收单。并对铺货设备进行了统一的登记入库。 5、对所有奶车拉运路线的规划与监控。监控拉运过程，规划拉奶线路，对拉奶重车拉运途中出现的停车，异常线路，以及意外事故进行了电话确认和dcr照片导出工作，发现问题做到了及时汇报，违规考核，日常备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6、对gps设备异常情况的处理：其中包括线头松动、数据卡烧卡、保险丝断路、电源线短路以及设备故障的维修和更换。发现人为故障第一时间上报事业部并下达考核通报。</w:t>
      </w:r>
      <w:r>
        <w:rPr>
          <w:lang w:eastAsia="zh-CN"/>
        </w:rPr>
        <w:t xml:space="preserve"> 工作中发现的问题。</w:t>
      </w:r>
      <w:r>
        <w:rPr>
          <w:lang w:eastAsia="zh-CN"/>
        </w:rPr>
        <w:br/>
      </w:r>
      <w:r>
        <w:rPr>
          <w:lang w:eastAsia="zh-CN"/>
        </w:rPr>
        <w:t>　　1、新设备维修方面;由于要求新系统数据的准确性，避免人为调试设备舞弊，现新设备安装位置较为偏僻，设备维修难度比原设备维修难度大，每当设备出现故障时都需要对车辆工作台进行拆解，冬季维修时难度更大，仅管如此，当设备出现故障不能正常运行时我们仍能做到克服困难及时维修。</w:t>
      </w:r>
      <w:r>
        <w:rPr>
          <w:lang w:eastAsia="zh-CN"/>
        </w:rPr>
        <w:br/>
      </w:r>
      <w:r>
        <w:rPr>
          <w:lang w:eastAsia="zh-CN"/>
        </w:rPr>
        <w:t>　　2、新设备的可视监控方面;由于冬季气候寒冷，导致部分奶车罐体外部摄像头存在冻坏，断路，电源供电不稳等现象的发生，出现了照片数据不回传，或回传白照片的现象，就此现象我们已做到故障设备备案处理并且正在与易流公司协力解决。</w:t>
      </w:r>
      <w:r>
        <w:rPr>
          <w:lang w:eastAsia="zh-CN"/>
        </w:rPr>
        <w:br/>
      </w:r>
      <w:r>
        <w:rPr>
          <w:lang w:eastAsia="zh-CN"/>
        </w:rPr>
        <w:t>　　3、因为易流gps系统的完善工作一直在持续进行，经常出现服务器维护无法登陆现象，导致当日gps监控工作没有做到上称过磅前完成，请领导支持理解。 终上所述，总结一年的工作，我们尽管有了一定的成果和进步，但在一些方面还存在着不足，个别工作做的还不够完善，比如对设备和摄像头的维修技术不够全面，这有待于在今后的工作实践中慢慢学习并加以改进。在新的一年里，我们将一如既往的认真工作，严于律己，谨记伊利高压线，充实自我的专业知识，为公司的发展做出更大更多的贡献!</w:t>
      </w:r>
      <w:r>
        <w:rPr>
          <w:lang w:eastAsia="zh-CN"/>
        </w:rPr>
        <w:br/>
      </w:r>
      <w:r>
        <w:rPr>
          <w:lang w:eastAsia="zh-CN"/>
        </w:rPr>
        <w:t xml:space="preserve">    销售人员年中工作总结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转眼间，20__年已成为历史，但我们仍然记得去年激烈的竞争。天气虽不是特别严寒，但大街上四处飘飘的招聘条幅足以让人体会到20__年阀门行业又会是一个大较场,竞争将更加白热化。市场总监、销售经理、区域经理，大大小小上百家企业都在抢人才，抢市场，大家已经真切地感受到市场竞争的残酷。总结是为了来年扬长避短,对自己有更全面的认识。</w:t>
      </w:r>
      <w:r>
        <w:rPr>
          <w:lang w:eastAsia="zh-CN"/>
        </w:rPr>
        <w:br/>
      </w:r>
      <w:r>
        <w:rPr>
          <w:lang w:eastAsia="zh-CN"/>
        </w:rPr>
        <w:t>　　一、任务完成情况</w:t>
      </w:r>
      <w:r>
        <w:rPr>
          <w:lang w:eastAsia="zh-CN"/>
        </w:rPr>
        <w:br/>
      </w:r>
      <w:r>
        <w:rPr>
          <w:lang w:eastAsia="zh-CN"/>
        </w:rPr>
        <w:t>　　今年实际完成销售量为5000万，其中一车间球阀20__万，蝶阀1200万,其他1800万，基本完成年初既定目标。</w:t>
      </w:r>
      <w:r>
        <w:rPr>
          <w:lang w:eastAsia="zh-CN"/>
        </w:rPr>
        <w:br/>
      </w:r>
      <w:r>
        <w:rPr>
          <w:lang w:eastAsia="zh-CN"/>
        </w:rPr>
        <w:t>　　球阀常规产品比去年有所下降，偏心半球增长较快，锻钢球阀相比去年有少量增长;但蝶阀销售不够理想(计划是在1500万左右)，大口径蝶阀(DN1000以上)销售量很少，软密封蝶阀有少量增幅。</w:t>
      </w:r>
      <w:r>
        <w:rPr>
          <w:lang w:eastAsia="zh-CN"/>
        </w:rPr>
        <w:br/>
      </w:r>
      <w:r>
        <w:rPr>
          <w:lang w:eastAsia="zh-CN"/>
        </w:rPr>
        <w:t>　　总的说来是销售量正常，OEM增长较快，但公司自身产品增长不够理想，“双达”品牌增长也不理想。</w:t>
      </w:r>
      <w:r>
        <w:rPr>
          <w:lang w:eastAsia="zh-CN"/>
        </w:rPr>
        <w:br/>
      </w:r>
      <w:r>
        <w:rPr>
          <w:lang w:eastAsia="zh-CN"/>
        </w:rPr>
        <w:t>　　二、客户反映较多的情况</w:t>
      </w:r>
      <w:r>
        <w:rPr>
          <w:lang w:eastAsia="zh-CN"/>
        </w:rPr>
        <w:br/>
      </w:r>
      <w:r>
        <w:rPr>
          <w:lang w:eastAsia="zh-CN"/>
        </w:rPr>
        <w:t>　　对于我们生产销售型企业来说，质量和服务就是我们的生命，如果这两方面做不好，企业的发展壮大就是纸上谈兵。</w:t>
      </w:r>
      <w:r>
        <w:rPr>
          <w:lang w:eastAsia="zh-CN"/>
        </w:rPr>
        <w:br/>
      </w:r>
      <w:r>
        <w:rPr>
          <w:lang w:eastAsia="zh-CN"/>
        </w:rPr>
        <w:t>　　1、 质量状况：质量不稳定，退、换货情况较多。如客户的球阀，客户的蝶阀等，发生的质量问题接二连三，客户怨声载道。</w:t>
      </w:r>
      <w:r>
        <w:rPr>
          <w:lang w:eastAsia="zh-CN"/>
        </w:rPr>
        <w:br/>
      </w:r>
      <w:r>
        <w:rPr>
          <w:lang w:eastAsia="zh-CN"/>
        </w:rPr>
        <w:t>　　2、 细节注意不够：如大块焊疤、表面不光洁，油漆颜色出错，发货时手轮落下等等。虽然是小问题却影响了整个产品的质量，并给客户造成很坏的印象。</w:t>
      </w:r>
      <w:r>
        <w:rPr>
          <w:lang w:eastAsia="zh-CN"/>
        </w:rPr>
        <w:br/>
      </w:r>
      <w:r>
        <w:rPr>
          <w:lang w:eastAsia="zh-CN"/>
        </w:rPr>
        <w:t>　　3、 交货不及时：生产周期计划不准，生产调度不当常造成货期拖延，也有发货人员人为因素造成的交期延迟。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 运费问题：关于运费问题客户投诉较多，尤其是老客户，如、等人都说比别人的要贵，而且同样的货，同样的运输工具，今天和昨天不一样的价。</w:t>
      </w:r>
      <w:r>
        <w:rPr>
          <w:lang w:eastAsia="zh-CN"/>
        </w:rPr>
        <w:br/>
      </w:r>
      <w:r>
        <w:rPr>
          <w:lang w:eastAsia="zh-CN"/>
        </w:rPr>
        <w:t>　　5、 技术支持问题：客户的问题不回答或者含糊其词，造成客户对公司抱怨和误解，等人均有提到这类问题。问题不大，但与公司“客户至上”“客户就是上帝”的宗旨不和谐。</w:t>
      </w:r>
      <w:r>
        <w:rPr>
          <w:lang w:eastAsia="zh-CN"/>
        </w:rPr>
        <w:br/>
      </w:r>
      <w:r>
        <w:rPr>
          <w:lang w:eastAsia="zh-CN"/>
        </w:rPr>
        <w:t>　　6、 报价问题：因公司内部价格体系不完整，所以不同的客户等级无法体现，老客户、大客户体会不到公司的照顾与优惠。</w:t>
      </w:r>
      <w:r>
        <w:rPr>
          <w:lang w:eastAsia="zh-CN"/>
        </w:rPr>
        <w:br/>
      </w:r>
      <w:r>
        <w:rPr>
          <w:lang w:eastAsia="zh-CN"/>
        </w:rPr>
        <w:t>　　三、销售中的问题</w:t>
      </w:r>
      <w:r>
        <w:rPr>
          <w:lang w:eastAsia="zh-CN"/>
        </w:rPr>
        <w:br/>
      </w:r>
      <w:r>
        <w:rPr>
          <w:lang w:eastAsia="zh-CN"/>
        </w:rPr>
        <w:t>　　经过近两年的磨合，销售部已经融合成一支精干、团结、上进的队伍。团队有分工，有合作，人员之间沟通顺利，相处融洽;销售人员已掌握了一定的销售技巧，并增强了为客户服务的思想;业务比较熟练，都能独当一面，而且工作中的问题善于总结、归纳，找到合理的解决方法，在这方面做得尤其突出。各相关部门的配合也日趋顺利，能相互理解和支持。好的方面需要再接再励，发扬光大，但问题方面也不少。</w:t>
      </w:r>
      <w:r>
        <w:rPr>
          <w:lang w:eastAsia="zh-CN"/>
        </w:rPr>
        <w:br/>
      </w:r>
      <w:r>
        <w:rPr>
          <w:lang w:eastAsia="zh-CN"/>
        </w:rPr>
        <w:t>　　1、 人员工作热情不高，自主性不强。上班聊天、看电影，打游戏等现象时有发生。究其原因，一是制度监管不力，二则销售人员待遇较低，感觉事情做得不少，但和其他部门相比工资却偏低，导致心理不平衡。</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组织纪律意识淡薄，上班迟到、早退现象时有发生。这种情况存在公司各个部门，公司应该有适当的考勤制度，有不良现象发生时不应该仅有部门领导管理，而且公司领导要出面制止。</w:t>
      </w:r>
      <w:r>
        <w:rPr>
          <w:lang w:eastAsia="zh-CN"/>
        </w:rPr>
        <w:br/>
      </w:r>
      <w:r>
        <w:rPr>
          <w:lang w:eastAsia="zh-CN"/>
        </w:rPr>
        <w:t>　　3、 发货人员的观念问题：发货人员仅仅把发货当做一件单纯任务，以为货物出厂就行，少了为客户服务的理念。其实细节上的用心更能让客户感觉到公司的服务和真诚，比如货物的包装、清晰的标记，及时告知客户货物的重量，到货时间，为客户尽量把运输费用降低等等。</w:t>
      </w:r>
      <w:r>
        <w:rPr>
          <w:lang w:eastAsia="zh-CN"/>
        </w:rPr>
        <w:br/>
      </w:r>
      <w:r>
        <w:rPr>
          <w:lang w:eastAsia="zh-CN"/>
        </w:rPr>
        <w:t>　　4、 统计工作不到位，没有成品或半成品统计报表，每一次销售部都需要向车间询问货物库存状况，这样一来可能造成销售机会丢失，造成劳动浪费，而且客户也怀疑公司的办事效率。成品仓库和半成品仓库应定时提供报表，告知库存状况以便及时准备货品和告知客户具体生产周期。</w:t>
      </w:r>
      <w:r>
        <w:rPr>
          <w:lang w:eastAsia="zh-CN"/>
        </w:rPr>
        <w:br/>
      </w:r>
      <w:r>
        <w:rPr>
          <w:lang w:eastAsia="zh-CN"/>
        </w:rPr>
        <w:t>　　5、 销售、生产、采购等流程衔接不顺，常有造成交期延误事件且推脱责任，互相指责。</w:t>
      </w:r>
      <w:r>
        <w:rPr>
          <w:lang w:eastAsia="zh-CN"/>
        </w:rPr>
        <w:br/>
      </w:r>
      <w:r>
        <w:rPr>
          <w:lang w:eastAsia="zh-CN"/>
        </w:rPr>
        <w:t>　　6、 技术支持不顺，标书图纸、销售用图纸短缺。</w:t>
      </w:r>
      <w:r>
        <w:rPr>
          <w:lang w:eastAsia="zh-CN"/>
        </w:rPr>
        <w:br/>
      </w:r>
      <w:r>
        <w:rPr>
          <w:lang w:eastAsia="zh-CN"/>
        </w:rPr>
        <w:t>　　7、 部门责任不清，本未倒置，导致销售部人员没有时间主动争取客户。</w:t>
      </w:r>
      <w:r>
        <w:rPr>
          <w:lang w:eastAsia="zh-CN"/>
        </w:rPr>
        <w:br/>
      </w:r>
      <w:r>
        <w:rPr>
          <w:lang w:eastAsia="zh-CN"/>
        </w:rPr>
        <w:t>　　以上问题只是诸多问题中的一小部分，也是销售过程中时有发生的问题，虽不致于影响公司的根本，但不加以重视，最终可能给公司的未来发展带来重大的损失。</w:t>
      </w:r>
      <w:r>
        <w:rPr>
          <w:lang w:eastAsia="zh-CN"/>
        </w:rPr>
        <w:br/>
      </w:r>
      <w:r>
        <w:rPr>
          <w:lang w:eastAsia="zh-CN"/>
        </w:rPr>
        <w:t>　　四、关于公司管理的想法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我们双达公司经过这两年的发展，已拥有先进的硬件设施，完善的组织结构，生产管理也进步明显，在温州乃至阀门行业都小有名气。应该说，只要我们战略得当，战术得当，用人得当，前景将是非常美好的。</w:t>
      </w:r>
      <w:r>
        <w:rPr>
          <w:lang w:eastAsia="zh-CN"/>
        </w:rPr>
        <w:br/>
      </w:r>
      <w:r>
        <w:rPr>
          <w:lang w:eastAsia="zh-CN"/>
        </w:rPr>
        <w:t>　　“管理出效益”，这个准则大家都知道，但要管理好企业却不是件容易的事。我感觉公司比较注重感情管理，制度化管理不够。严格说来公司应该以制度化管理为基础，兼顾情感管理，这样才能取得管理成果的最大化。就拿考勤来说，卡天天打，可是迟到、早退的没有处罚，加班的也没有奖励，那么打不打卡有什么区别?不如不打。又如员工工作怠慢没人批评指正，即使有人提起最后也是不了了只，这是姑息、纵容，长此以往，公司利益必然受损。</w:t>
      </w:r>
      <w:r>
        <w:rPr>
          <w:lang w:eastAsia="zh-CN"/>
        </w:rPr>
        <w:br/>
      </w:r>
      <w:r>
        <w:rPr>
          <w:lang w:eastAsia="zh-CN"/>
        </w:rPr>
        <w:t>　　过程决定结果，细节决定成败。公司的目标或者一个计划之所以最后出现偏差，往往是在执行的过程中，某些细节执行的不到位所造成。老板们有很多好的想法、方案，有很宏伟的计划，为什么到了最后都没有带来明显的效果?比如说公司年初订的仓库报表，成本核算等，开会时一遍又一遍的说，可就是没有结果，为什么?这就是政令不通，执行力度不够啊。这就是为什么国内企业最近几年都很关注“执行力”的一个重要原因，执行力从那里来?过程控制就是一个关键!完整的过程控制分以下四个方面：</w:t>
      </w:r>
      <w:r>
        <w:rPr>
          <w:lang w:eastAsia="zh-CN"/>
        </w:rPr>
        <w:br/>
      </w:r>
      <w:r>
        <w:rPr>
          <w:lang w:eastAsia="zh-CN"/>
        </w:rPr>
        <w:t>　　1.工作报告</w:t>
      </w:r>
      <w:r>
        <w:rPr>
          <w:lang w:eastAsia="zh-CN"/>
        </w:rPr>
        <w:br/>
      </w:r>
      <w:r>
        <w:rPr>
          <w:lang w:eastAsia="zh-CN"/>
        </w:rPr>
        <w:t>　　相关人员和部门定期或不定期向总经理或相关负责人汇报工作，报告进展状况，领导也抽出时间主动了解进展状况，给予工作上指导</w:t>
      </w:r>
      <w:r>
        <w:rPr>
          <w:lang w:eastAsia="zh-CN"/>
        </w:rPr>
        <w:br/>
      </w:r>
      <w:r>
        <w:rPr>
          <w:lang w:eastAsia="zh-CN"/>
        </w:rPr>
        <w:t>　　2.例会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定期的例会可以了解各部门协作情况，可以共同献计献策，并相互沟通。公司的例会太少，尤其是纵向的沟通太少，员工不了解老总们对工作的计划，对自己工作的看法，而老板们也不了解员工的想法，不了解员工的需要</w:t>
      </w:r>
      <w:r>
        <w:rPr>
          <w:lang w:eastAsia="zh-CN"/>
        </w:rPr>
        <w:br/>
      </w:r>
      <w:r>
        <w:rPr>
          <w:lang w:eastAsia="zh-CN"/>
        </w:rPr>
        <w:t>　　3.定期检查</w:t>
      </w:r>
      <w:r>
        <w:rPr>
          <w:lang w:eastAsia="zh-CN"/>
        </w:rPr>
        <w:br/>
      </w:r>
      <w:r>
        <w:rPr>
          <w:lang w:eastAsia="zh-CN"/>
        </w:rPr>
        <w:t>　　计划或方案执行一段时期后，公司定期检查其执行情况，是否偏离计划，要否调整，并布置下一段时期的工作任务</w:t>
      </w:r>
      <w:r>
        <w:rPr>
          <w:lang w:eastAsia="zh-CN"/>
        </w:rPr>
        <w:br/>
      </w:r>
      <w:r>
        <w:rPr>
          <w:lang w:eastAsia="zh-CN"/>
        </w:rPr>
        <w:t>　　4.公平激励</w:t>
      </w:r>
      <w:r>
        <w:rPr>
          <w:lang w:eastAsia="zh-CN"/>
        </w:rPr>
        <w:br/>
      </w:r>
      <w:r>
        <w:rPr>
          <w:lang w:eastAsia="zh-CN"/>
        </w:rPr>
        <w:t>　　建立一只和谐的团队，调动员工的积极性、主动性都需要有一个公平的激励机制。否则会造成员工之间产生矛盾，工作之间不配合，上班没有积极性。就我的个人看法，我认为销售部的工资偏低，大环境比较行业内各个阀门厂销售人员的待遇，小环境比较公司内各部门的待遇。虽然销售部各员工做得都很敬业，实际上大家内心都有一些意见。如果公司认为销售部是一个重要的部门，认可销售部员工的辛苦，希望能留住那些能给公司带来利润的销售人员，那么我建议工资还是要有相应调整，毕竟失去一位员工的损失太大了。</w:t>
      </w:r>
      <w:r>
        <w:rPr>
          <w:lang w:eastAsia="zh-CN"/>
        </w:rPr>
        <w:br/>
      </w:r>
      <w:r>
        <w:rPr>
          <w:lang w:eastAsia="zh-CN"/>
        </w:rPr>
        <w:t>　　另外一个方面就是公司管理结构和用人问题。由于公司自身结构的特殊性，人事管理上容易出现越级管理、多头管理和过度管理等现象。越级管理容易造成部门经理威信丧失，积极性丧失，最后是部门内领导与员工不融洽，遇事没人担当责任;多头管理则容易让员工工作无法适从，担心工作失误;过度管理可能造成员工失去创造性，员工对自己不自信，难以培养出独当一面的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以上只是个人之见，不一定都对，但我是真心实意想着公司未来的发展，一心一意想把销售部搞好，为公司也为自己争些体面，请各位老总们斟灼。</w:t>
      </w:r>
      <w:r>
        <w:rPr>
          <w:lang w:eastAsia="zh-CN"/>
        </w:rPr>
        <w:br/>
      </w:r>
      <w:r>
        <w:rPr>
          <w:lang w:eastAsia="zh-CN"/>
        </w:rPr>
        <w:t>　　20__年销售的初步设想</w:t>
      </w:r>
      <w:r>
        <w:rPr>
          <w:lang w:eastAsia="zh-CN"/>
        </w:rPr>
        <w:br/>
      </w:r>
      <w:r>
        <w:rPr>
          <w:lang w:eastAsia="zh-CN"/>
        </w:rPr>
        <w:t>　　销售目标：</w:t>
      </w:r>
      <w:r>
        <w:rPr>
          <w:lang w:eastAsia="zh-CN"/>
        </w:rPr>
        <w:br/>
      </w:r>
      <w:r>
        <w:rPr>
          <w:lang w:eastAsia="zh-CN"/>
        </w:rPr>
        <w:t>　　初步设想20__年在上一年的基础上增长40%左右，其中一车间蝶阀为1700万左右，球阀2800万左右，其他2500万左右。这一具体目标的制定希望公司老板能结合实际，综合各方面条件和意见制定，并在销售人员中大张旗鼓的提出。为什么要明确的提出销售任务呢?因为明确的销售目标既是公司的阶段性奋斗方向，且又能给销售人员增加压力产生动力。</w:t>
      </w:r>
      <w:r>
        <w:rPr>
          <w:lang w:eastAsia="zh-CN"/>
        </w:rPr>
        <w:br/>
      </w:r>
      <w:r>
        <w:rPr>
          <w:lang w:eastAsia="zh-CN"/>
        </w:rPr>
        <w:t>　　销售策略：</w:t>
      </w:r>
      <w:r>
        <w:rPr>
          <w:lang w:eastAsia="zh-CN"/>
        </w:rPr>
        <w:br/>
      </w:r>
      <w:r>
        <w:rPr>
          <w:lang w:eastAsia="zh-CN"/>
        </w:rPr>
        <w:t>　　思路决定出路，思想决定行动，正确的销售策略指导下才能产生正确的销售手段，完成既定目标。销售策略不是一成不变的，在执行一定时间后，可以检查是否达到了预期目的，方向是否正确，可以做阶段性的调整，</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办事处为重点，大客户为中心，在保持合理增幅前提下，重点推广“双达”品牌。长远看来，我们最后依靠的对象是在“双达”品牌上投入较多的办事处和部分大客户，那些只以价格为衡量尺度的福建客户无法信任。鉴于此，20__年要有一个合理的价格体系，办事处、大客户、散户、直接用户等要有一个价格梯度，如办事处100，小客户105，直接用户200等比例。给办事处的许诺要尽量兑现，特别是那些推广双达品牌的办事处，一定要给他们合理的保护，给他们周到的服务，这样他们才能尽力为双达推广。</w:t>
      </w:r>
      <w:r>
        <w:rPr>
          <w:lang w:eastAsia="zh-CN"/>
        </w:rPr>
        <w:br/>
      </w:r>
      <w:r>
        <w:rPr>
          <w:lang w:eastAsia="zh-CN"/>
        </w:rPr>
        <w:t>　　2、 售部安排专人负责办事处和大客户沟通，了解他们的需求，了解他们的销售情况，特别对待，多开绿灯，让客户觉得双达很重视他们，而且服务也很好。定期安排区域经理走访，加深了解增加信任。</w:t>
      </w:r>
      <w:r>
        <w:rPr>
          <w:lang w:eastAsia="zh-CN"/>
        </w:rPr>
        <w:br/>
      </w:r>
      <w:r>
        <w:rPr>
          <w:lang w:eastAsia="zh-CN"/>
        </w:rPr>
        <w:t>　　3、 扩展销售途径，尝试直销。阀门行业的进入门槛很低，通用阀门价格战已进入白热化，微利时代已经来临。公司可以选择某些资信比较好的，货款支付合理的工程尝试直销。这条路资金上或许有风险，但相对较高的利润可以消除这种风险，况且如果某一天竞争激烈到公司必须做直销时那我们就没有选择了。</w:t>
      </w:r>
      <w:r>
        <w:rPr>
          <w:lang w:eastAsia="zh-CN"/>
        </w:rPr>
        <w:br/>
      </w:r>
      <w:r>
        <w:rPr>
          <w:lang w:eastAsia="zh-CN"/>
        </w:rPr>
        <w:t>　　4、 强化服务理念，服务思想深入每一位员工心中。为客户服务不仅是直接面对客户的销售人员和市场人员，发货人员、生产人员、技术人员、财务人员等都息息相关。</w:t>
      </w:r>
      <w:r>
        <w:rPr>
          <w:lang w:eastAsia="zh-CN"/>
        </w:rPr>
        <w:br/>
      </w:r>
      <w:r>
        <w:rPr>
          <w:lang w:eastAsia="zh-CN"/>
        </w:rPr>
        <w:t>　　5、 收缩销售产品线。销售线太长，容易让客户感觉公司产品不够专业，而且一旦发现实情可能失去对公司的信任。现在的大公司采购都分得非常仔细，太多产品线可能会失去公司特色。(这里是指不要外协太杂的产品如减压阀、煤气阀、软密封闸阀等)</w:t>
      </w:r>
      <w:r>
        <w:rPr>
          <w:lang w:eastAsia="zh-CN"/>
        </w:rPr>
        <w:br/>
      </w:r>
      <w:r>
        <w:rPr>
          <w:lang w:eastAsia="zh-CN"/>
        </w:rPr>
        <w:t>　　以上只是对来年销售部的初步设想，不够完整，也不够成熟，最终方案还请各位老总们考虑、定夺。</w:t>
      </w:r>
      <w:r>
        <w:rPr>
          <w:lang w:eastAsia="zh-CN"/>
        </w:rPr>
        <w:br/>
      </w:r>
      <w:r>
        <w:rPr>
          <w:lang w:eastAsia="zh-CN"/>
        </w:rPr>
        <w:t xml:space="preserve">    销售人员年中工作总结 篇9 </w:t>
      </w:r>
      <w:r>
        <w:rPr>
          <w:lang w:eastAsia="zh-CN"/>
        </w:rPr>
        <w:br/>
      </w:r>
      <w:r>
        <w:rPr>
          <w:lang w:eastAsia="zh-CN"/>
        </w:rPr>
        <w:t>　　尊敬的公司领导：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回顾走过的20__年，所有的经历都化作一段美好的回忆，结合自身工作岗位，一年来取得了部分成绩，但也还存在一定的不足。在我行进行网点转型，提升服务质量，加强网点营销。我们支行从人员配置进行了部分调整，安排了低柜销售人员，个人业务得到初步的发展，开始尝试向中高端客户提供专业化个人综合服务。我也从低柜调整到理财室从事个人理财业务。虽然在工作中遇到诸多的.困难和问题。但是，在分行个金部理财中心的指导下、支行领导高度重视下，建设队伍、培养人才、抓业务发展、以新产品市场，加大营销工作。以下是20__年度金融销售个人工作总结：</w:t>
      </w:r>
      <w:r>
        <w:rPr>
          <w:lang w:eastAsia="zh-CN"/>
        </w:rPr>
        <w:br/>
      </w:r>
      <w:r>
        <w:rPr>
          <w:lang w:eastAsia="zh-CN"/>
        </w:rPr>
        <w:t>　　一、20__年具体工作总结：</w:t>
      </w:r>
      <w:r>
        <w:rPr>
          <w:lang w:eastAsia="zh-CN"/>
        </w:rPr>
        <w:br/>
      </w:r>
      <w:r>
        <w:rPr>
          <w:lang w:eastAsia="zh-CN"/>
        </w:rPr>
        <w:t>　　客户维系、挖掘、管理、个人产品销售工作：</w:t>
      </w:r>
      <w:r>
        <w:rPr>
          <w:lang w:eastAsia="zh-CN"/>
        </w:rPr>
        <w:br/>
      </w:r>
      <w:r>
        <w:rPr>
          <w:lang w:eastAsia="zh-CN"/>
        </w:rPr>
        <w:t>　　1、抓基础工作，做好销售，挖掘理财客户群;通过前台柜台输送，运用银掌柜crm系统，重点发展vip客户，新增vip贵宾客户;</w:t>
      </w:r>
      <w:r>
        <w:rPr>
          <w:lang w:eastAsia="zh-CN"/>
        </w:rPr>
        <w:br/>
      </w:r>
      <w:r>
        <w:rPr>
          <w:lang w:eastAsia="zh-CN"/>
        </w:rPr>
        <w:t>　　2、进一步完善客户基础资料，运用银掌柜crm系统将客户关系管理，资金管理，投资组合管理融合在一起，建立了部分客户信息。在了解客户基本信息对客户进行分类维系的同时。进行各种产品销售，积极营销取得了一些成效;</w:t>
      </w:r>
      <w:r>
        <w:rPr>
          <w:lang w:eastAsia="zh-CN"/>
        </w:rPr>
        <w:br/>
      </w:r>
      <w:r>
        <w:rPr>
          <w:lang w:eastAsia="zh-CN"/>
        </w:rPr>
        <w:t>　　3、加强了宣传，通过报社、移动短信，展版张贴，led横幅等方式传递信息，起到一些效果;</w:t>
      </w:r>
      <w:r>
        <w:rPr>
          <w:lang w:eastAsia="zh-CN"/>
        </w:rPr>
        <w:br/>
      </w:r>
      <w:r>
        <w:rPr>
          <w:lang w:eastAsia="zh-CN"/>
        </w:rPr>
        <w:t>　　4、结合市场客户投资理财需求，按照上级行工作部署进一步推进新产品上市，如人民币周末理财、安稳回报系列、中银进取搏弈理财等、以及贵金属的销售。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自身培训与学习情况：</w:t>
      </w:r>
      <w:r>
        <w:rPr>
          <w:lang w:eastAsia="zh-CN"/>
        </w:rPr>
        <w:br/>
      </w:r>
      <w:r>
        <w:rPr>
          <w:lang w:eastAsia="zh-CN"/>
        </w:rPr>
        <w:t>　　在省分行的高度重视下，今年三月份通过全省对个人客户经理经过选拔和内部后，脱产参加接受西南财大afp资格正规课程培训。在自身的努力学习下，今年7月通过了全国组织的afp金融理财师资格认证考试，并于10月取得资格证书;通过afp系统规范培训，经过本阶段的学习后，提升了自己素质，在工作中，作为银行的职员，在为客户做投资理财方案时，根据不同的客户，适当地配置各种金融产品，把为客户创造最大的投资回报作为自己的工作目标。能将所学知识转化为服务客户的能力，结合我行实际情况参加it蓝图培训，不断提高自己业务能力</w:t>
      </w:r>
      <w:r>
        <w:rPr>
          <w:lang w:eastAsia="zh-CN"/>
        </w:rPr>
        <w:br/>
      </w:r>
      <w:r>
        <w:rPr>
          <w:lang w:eastAsia="zh-CN"/>
        </w:rPr>
        <w:t>　　二、存在的不足：</w:t>
      </w:r>
      <w:r>
        <w:rPr>
          <w:lang w:eastAsia="zh-CN"/>
        </w:rPr>
        <w:br/>
      </w:r>
      <w:r>
        <w:rPr>
          <w:lang w:eastAsia="zh-CN"/>
        </w:rPr>
        <w:t>　　尽管我行理财业务已得到初步发展，但由于理财业务开展起步较晚，起点较低，使得理财业务发展存在规模较小，与同业比较存在较大差距，存在人员不足、素质不高、管理未配套等问题。目前，我行为扩大中间业务收入，仅仅在发展代理，代售基金是远远不够的，产品有待更丰富，理财渠道有待拓展，我行的特色产品：汇聚宝，宝，纸黄金，人民币博弈等许多特色理财品种还没完全推广开(受营销人员，业务素质等方面的制约)缺少专业性理财。</w:t>
      </w:r>
      <w:r>
        <w:rPr>
          <w:lang w:eastAsia="zh-CN"/>
        </w:rPr>
        <w:br/>
      </w:r>
      <w:r>
        <w:rPr>
          <w:lang w:eastAsia="zh-CN"/>
        </w:rPr>
        <w:t>　　不足处：</w:t>
      </w:r>
      <w:r>
        <w:rPr>
          <w:lang w:eastAsia="zh-CN"/>
        </w:rPr>
        <w:br/>
      </w:r>
      <w:r>
        <w:rPr>
          <w:lang w:eastAsia="zh-CN"/>
        </w:rPr>
        <w:t>　　1、基础理财客户群(中、高端客户)较少，对客户信息资料了解不全(地址、号码、)缺少对客户的维护;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2、营销力度薄弱，需要团队协作加强营销，没有充分发挥个人能力;</w:t>
      </w:r>
      <w:r>
        <w:rPr>
          <w:lang w:eastAsia="zh-CN"/>
        </w:rPr>
        <w:br/>
      </w:r>
      <w:r>
        <w:rPr>
          <w:lang w:eastAsia="zh-CN"/>
        </w:rPr>
        <w:t>　　3、业务流程有待梳理整合，优化服务提高服务质量，多渠道从前台向理财室输送客户信息;</w:t>
      </w:r>
      <w:r>
        <w:rPr>
          <w:lang w:eastAsia="zh-CN"/>
        </w:rPr>
        <w:br/>
      </w:r>
      <w:r>
        <w:rPr>
          <w:lang w:eastAsia="zh-CN"/>
        </w:rPr>
        <w:t>　　三、来年工作打算</w:t>
      </w:r>
      <w:r>
        <w:rPr>
          <w:lang w:eastAsia="zh-CN"/>
        </w:rPr>
        <w:br/>
      </w:r>
      <w:r>
        <w:rPr>
          <w:lang w:eastAsia="zh-CN"/>
        </w:rPr>
        <w:t>　　1、在巩固已取得的成绩基础上，了解掌握个人理财业务市场，应对同业竞争，进快迅速发展我行的理财业务</w:t>
      </w:r>
      <w:r>
        <w:rPr>
          <w:lang w:eastAsia="zh-CN"/>
        </w:rPr>
        <w:br/>
      </w:r>
      <w:r>
        <w:rPr>
          <w:lang w:eastAsia="zh-CN"/>
        </w:rPr>
        <w:t>　　2、不断加强素质培养，作好及参加培训;进一步提高业务水平</w:t>
      </w:r>
      <w:r>
        <w:rPr>
          <w:lang w:eastAsia="zh-CN"/>
        </w:rPr>
        <w:br/>
      </w:r>
      <w:r>
        <w:rPr>
          <w:lang w:eastAsia="zh-CN"/>
        </w:rPr>
        <w:t>　　3、加大营销力度推进各项目标工作，有效的重点放在客户量的增长。</w:t>
      </w:r>
      <w:r>
        <w:rPr>
          <w:lang w:eastAsia="zh-CN"/>
        </w:rPr>
        <w:br/>
      </w:r>
      <w:r>
        <w:rPr>
          <w:lang w:eastAsia="zh-CN"/>
        </w:rPr>
        <w:t>　　4、结合我行工作实际加强学习，做好it蓝图新系统上线工作，做好20__年。谢谢大家!</w:t>
      </w:r>
      <w:r>
        <w:rPr>
          <w:lang w:eastAsia="zh-CN"/>
        </w:rPr>
        <w:br/>
      </w:r>
      <w:r>
        <w:rPr>
          <w:lang w:eastAsia="zh-CN"/>
        </w:rPr>
        <w:t>　　述职人：</w:t>
      </w:r>
      <w:r>
        <w:rPr>
          <w:lang w:eastAsia="zh-CN"/>
        </w:rPr>
        <w:br/>
      </w:r>
      <w:r>
        <w:rPr>
          <w:lang w:eastAsia="zh-CN"/>
        </w:rPr>
        <w:t xml:space="preserve">    销售人员年中工作总结 篇10 </w:t>
      </w:r>
      <w:r>
        <w:rPr>
          <w:lang w:eastAsia="zh-CN"/>
        </w:rPr>
        <w:br/>
      </w:r>
      <w:r>
        <w:rPr>
          <w:lang w:eastAsia="zh-CN"/>
        </w:rPr>
        <w:t>　　在这一年以来，从我的工作职责方面，我很感激_公司领导，自从得到销售的这一份工作以来，在我不知道的情况下，得到了同事和领导的帮助下我进步了很多。在这一年各部门的工作努力，我们贵阳办事处达到了20_年全年目标，这是贵阳办全体部门的工作的努力的荣誉，谁让我们在5月份碰到_公司的主哎，我们贵阳全体各部门依然面临巨大的挑战，现在我们谁让我领先，我们会依然去努力抗战这些困难，这些功绩是公司全体员工的努力是分不开的。下面是我本人一年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1、上半年公司关于pet的上市和铺市计划及销售任务，在公司的规划和认真贯彻，这样去做好公司的</w:t>
      </w:r>
      <w:r>
        <w:rPr>
          <w:lang w:eastAsia="zh-CN"/>
        </w:rPr>
        <w:t xml:space="preserve"> pet</w:t>
      </w:r>
      <w:r>
        <w:rPr>
          <w:lang w:eastAsia="zh-CN"/>
        </w:rPr>
        <w:t xml:space="preserve"> 的上市，执行了公司市场操作和策略方针，这样去铺好pet</w:t>
      </w:r>
      <w:r>
        <w:rPr>
          <w:lang w:eastAsia="zh-CN"/>
        </w:rPr>
        <w:t xml:space="preserve"> 的上市规划。</w:t>
      </w:r>
      <w:r>
        <w:rPr>
          <w:lang w:eastAsia="zh-CN"/>
        </w:rPr>
        <w:br/>
      </w:r>
      <w:r>
        <w:rPr>
          <w:lang w:eastAsia="zh-CN"/>
        </w:rPr>
        <w:t>　　2、公司争取专场的权利，节约费用，压制竞品进场的机会，维护终端客情，做好生动化陈列及店内广宣，让我们的产品多和消费者见面，利用公司好的促销品与终端客户的消费，提高_销量。</w:t>
      </w:r>
      <w:r>
        <w:rPr>
          <w:lang w:eastAsia="zh-CN"/>
        </w:rPr>
        <w:br/>
      </w:r>
      <w:r>
        <w:rPr>
          <w:lang w:eastAsia="zh-CN"/>
        </w:rPr>
        <w:t>　　3、在公司通过各级领导的培训和都导检查指导和同事的交流，只有这样，才能及时的得到处理和解决。使自己的市场进步的很快和同事协同完成公司分配的工作，在平时中我们将相互去交流去分享别人和自己的市场，让我进步的很快的去和别人沟通.。</w:t>
      </w:r>
      <w:r>
        <w:rPr>
          <w:lang w:eastAsia="zh-CN"/>
        </w:rPr>
        <w:br/>
      </w:r>
      <w:r>
        <w:rPr>
          <w:lang w:eastAsia="zh-CN"/>
        </w:rPr>
        <w:t>　　4、在 5月份的_的上市，我们的压力非常的大，我们就面临去抗战这一份困难，我不知道该如何去解决，谁让今年我们去的了胜利，完成公司的分配的全年的目标，但是离不开全部门的共同努力。</w:t>
      </w:r>
      <w:r>
        <w:rPr>
          <w:lang w:eastAsia="zh-CN"/>
        </w:rPr>
        <w:br/>
      </w:r>
      <w:r>
        <w:rPr>
          <w:lang w:eastAsia="zh-CN"/>
        </w:rPr>
        <w:t xml:space="preserve">    销售人员年中工作总结 篇11 </w:t>
      </w:r>
      <w:r>
        <w:rPr>
          <w:lang w:eastAsia="zh-CN"/>
        </w:rPr>
        <w:br/>
      </w:r>
      <w:r>
        <w:rPr>
          <w:lang w:eastAsia="zh-CN"/>
        </w:rPr>
        <w:t>　　__年的第一季度已经过去，新的挑战又在眼前。在上半年里，有压力也有挑战。年初的时候，房地产市场还没有完全复苏，那时的压力其实挺大的。客户有着重重顾虑，媒体有各种不利宣传，我却坚信青岛地产的稳定性和升值潜力，在稍后的几个月里，房市回升，我和同事们抓紧时机，达到了公司指标，创造了不错了业绩。</w:t>
      </w:r>
      <w:r>
        <w:rPr>
          <w:lang w:eastAsia="zh-CN"/>
        </w:rPr>
        <w:br/>
      </w:r>
      <w:r>
        <w:rPr>
          <w:lang w:eastAsia="zh-CN"/>
        </w:rPr>
        <w:t>　　(二)了解客户需求。第一时间了解客户所需要的，做针对性讲解，否则，所说的一切都是白费时间。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三)推荐房源要有把握，了解所有的房子，包括它的优劣势，做到对客户的所有问题都有合理解释，但对于明显硬伤，则不要强词夺理，任何东西没有完美的，要使客户了解，如果你看到了完美的，那必定存在谎言。</w:t>
      </w:r>
      <w:r>
        <w:rPr>
          <w:lang w:eastAsia="zh-CN"/>
        </w:rPr>
        <w:br/>
      </w:r>
      <w:r>
        <w:rPr>
          <w:lang w:eastAsia="zh-CN"/>
        </w:rPr>
        <w:t>　　(四)保持客户关系，每个客户都有各种人脉，只要保证他们对项目的喜爱，他们会将喜爱传递，资源无穷无尽。</w:t>
      </w:r>
      <w:r>
        <w:rPr>
          <w:lang w:eastAsia="zh-CN"/>
        </w:rPr>
        <w:br/>
      </w:r>
      <w:r>
        <w:rPr>
          <w:lang w:eastAsia="zh-CN"/>
        </w:rPr>
        <w:t>　　(五)确定自己的身份，我们不是在卖房子，而是顾问，以我们的专业来帮助客户。多与客户讲讲专业知识，中立的评价其它楼盘，都可以增加客户的信任度。</w:t>
      </w:r>
      <w:r>
        <w:rPr>
          <w:lang w:eastAsia="zh-CN"/>
        </w:rPr>
        <w:br/>
      </w:r>
      <w:r>
        <w:rPr>
          <w:lang w:eastAsia="zh-CN"/>
        </w:rPr>
        <w:t>　　(六)团结、协作，好的团队所必需的。</w:t>
      </w:r>
      <w:r>
        <w:rPr>
          <w:lang w:eastAsia="zh-CN"/>
        </w:rPr>
        <w:br/>
      </w:r>
      <w:r>
        <w:rPr>
          <w:lang w:eastAsia="zh-CN"/>
        </w:rPr>
        <w:t>　　自己也还存在一些需要改进之处：</w:t>
      </w:r>
      <w:r>
        <w:rPr>
          <w:lang w:eastAsia="zh-CN"/>
        </w:rPr>
        <w:br/>
      </w:r>
      <w:r>
        <w:rPr>
          <w:lang w:eastAsia="zh-CN"/>
        </w:rPr>
        <w:t>　　一、有时缺乏耐心，对于一些问题较多或说话比较冲的客户往往会针锋相对。其实，对于这种客户可能采用迂回、或以柔克刚的方式更加有效，所以，今后要收敛脾气，增加耐心，使客户感觉更加贴心，才会有更多信任。</w:t>
      </w:r>
      <w:r>
        <w:rPr>
          <w:lang w:eastAsia="zh-CN"/>
        </w:rPr>
        <w:br/>
      </w:r>
      <w:r>
        <w:rPr>
          <w:lang w:eastAsia="zh-CN"/>
        </w:rPr>
        <w:t>　　二、对客户关切不够。有一些客户，需要销售人员的时时关切，否则，他们有问题可能不会找你询问，而是自己去找别人打听或自己瞎琢磨，这样，我们就会对他的成交丧失主动权。所以，以后我要加强与客户的联络，时时关切，通过询问引出他们心中的问题，再委婉解决，这样不但可以掌握先机，操控全局，而且还可以增加与客户之间的感情，增加客带的机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现今我已来工作半年多了，在上半年的工作中，本人的销售套数为69套，总销额为6千万。在今后的工作中，我要更加完善自己，提升自己，增加各方面的知识和对青岛各个地区的了解，不但要做好这个项目，更要跟着公司一起转战南北，开拓新的战场。</w:t>
      </w:r>
      <w:r>
        <w:rPr>
          <w:lang w:eastAsia="zh-CN"/>
        </w:rPr>
        <w:br/>
      </w:r>
      <w:r>
        <w:rPr>
          <w:lang w:eastAsia="zh-CN"/>
        </w:rPr>
        <w:t>　　在此，我非常感谢领导给我的这次锻炼机会，我也会更加努力的去工作，去学习，交出自己满意的成绩单。</w:t>
      </w:r>
      <w:r>
        <w:rPr>
          <w:lang w:eastAsia="zh-CN"/>
        </w:rPr>
        <w:br/>
      </w:r>
      <w:r>
        <w:rPr>
          <w:lang w:eastAsia="zh-CN"/>
        </w:rPr>
        <w:t xml:space="preserve">    销售人员年中工作总结 篇12 </w:t>
      </w:r>
      <w:r>
        <w:rPr>
          <w:lang w:eastAsia="zh-CN"/>
        </w:rPr>
        <w:br/>
      </w:r>
      <w:r>
        <w:rPr>
          <w:lang w:eastAsia="zh-CN"/>
        </w:rPr>
        <w:t>　　销售部内勤是一个承上启下的工作，把握市场是销售的关键，做好年终工作总结能让销售变得更加顺利，下面是销售内勤个人年终总结，一起来看看吧!</w:t>
      </w:r>
      <w:r>
        <w:rPr>
          <w:lang w:eastAsia="zh-CN"/>
        </w:rPr>
        <w:br/>
      </w:r>
      <w:r>
        <w:rPr>
          <w:lang w:eastAsia="zh-CN"/>
        </w:rPr>
        <w:t>　　20__年我又有了新的开始新的挑战。2020__年初公司开会决定将我从办公室职位调到营销部做内勤。经过一年的办公室工作，已经熟悉了自己岗位工作的重要点，对办公室工作已经游刃有余，正准备新年新开始创工作最佳绩的时候，接到这样的通知，要到完全不了解的岗位上去，对我也是一种考验，当我接到这个通知的时候，心情一落千丈。经过激烈的思想斗争，我毅然决定自信的面对新的挑战。从陌生到熟悉从不懂到了解，经过一年的艰苦的磨练，让我对销售内勤职位有了深入的认识。现将我一年来的工作情况简要总结如下：</w:t>
      </w:r>
      <w:r>
        <w:rPr>
          <w:lang w:eastAsia="zh-CN"/>
        </w:rPr>
        <w:br/>
      </w:r>
      <w:r>
        <w:rPr>
          <w:lang w:eastAsia="zh-CN"/>
        </w:rPr>
        <w:t>　　一、以踏实的工作态度，适应销售内勤工作</w:t>
      </w:r>
      <w:r>
        <w:rPr>
          <w:lang w:eastAsia="zh-CN"/>
        </w:rPr>
        <w:br/>
      </w:r>
      <w:r>
        <w:rPr>
          <w:lang w:eastAsia="zh-CN"/>
        </w:rPr>
        <w:t>　　作为公司的销售内勤，我深知岗位的重要性，也能增强我个人的交际能力。销售部内勤是一个承上启下、沟通内外、协调左右、联系八方的重要枢纽，把握市场最新购机客户资料、竞争对手信息、产品信息等的搜索、整理、备案、反馈为销售部业务人员做好保障。</w:t>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在一些文件的整理、买卖合同的签署、招投标文件的编辑、用户的回款进度等等都是一些有益的决策文件，面对这些繁琐的日常事务，要有头有尾，自我增强协调工作意识，这一年来基本上做到了事事有着落。</w:t>
      </w:r>
      <w:r>
        <w:rPr>
          <w:lang w:eastAsia="zh-CN"/>
        </w:rPr>
        <w:br/>
      </w:r>
      <w:r>
        <w:rPr>
          <w:lang w:eastAsia="zh-CN"/>
        </w:rPr>
        <w:t>　　二、加强学习、注重自身素质修养和能力的提高</w:t>
      </w:r>
      <w:r>
        <w:rPr>
          <w:lang w:eastAsia="zh-CN"/>
        </w:rPr>
        <w:br/>
      </w:r>
      <w:r>
        <w:rPr>
          <w:lang w:eastAsia="zh-CN"/>
        </w:rPr>
        <w:t>　　刚开始接受销售内勤这项工作的时候，一时转变不过来角色，还一直处理着办公室事物，接受领导交办的一些事。由于没有完全适应销售内勤的工作，导致工作上的失误，经过领导批评指导，经过自己内心思想斗争，认识到这是我一个新的挑战也是我提高自己的一个平台，我必须努力努力再努力的去适应，去做好这个工作，珍惜这次的学习机会。</w:t>
      </w:r>
      <w:r>
        <w:rPr>
          <w:lang w:eastAsia="zh-CN"/>
        </w:rPr>
        <w:br/>
      </w:r>
      <w:r>
        <w:rPr>
          <w:lang w:eastAsia="zh-CN"/>
        </w:rPr>
        <w:t>　　因此，我通过上网、书籍和各类文件资料搜索一些销售内勤工作内容和职责等等。同时，虚心向领导、同事请教学习，取长补短，来增强服务意识和大局意识。对销售内勤工作，能够提前思考，对相关工作都能做到计划性强、可操作性强、落实快捷等。</w:t>
      </w:r>
      <w:r>
        <w:rPr>
          <w:lang w:eastAsia="zh-CN"/>
        </w:rPr>
        <w:br/>
      </w:r>
      <w:r>
        <w:rPr>
          <w:lang w:eastAsia="zh-CN"/>
        </w:rPr>
        <w:t>　　另外，我还注重从工作及现实生活中汲取营养，根据网上说的一些技能再结合公司实际情况完成信息搜索、客户资料登记、合同、标书的编辑等工作，不断提高自身能力。</w:t>
      </w:r>
      <w:r>
        <w:rPr>
          <w:lang w:eastAsia="zh-CN"/>
        </w:rPr>
        <w:br/>
      </w:r>
      <w:r>
        <w:rPr>
          <w:lang w:eastAsia="zh-CN"/>
        </w:rPr>
        <w:t>　　三、坚持做事先做人，努力做好销售内勤工作，热心为同事及客户服务。</w:t>
      </w:r>
      <w:r>
        <w:rPr>
          <w:lang w:eastAsia="zh-CN"/>
        </w:rPr>
        <w:br/>
      </w:r>
      <w:r>
        <w:rPr>
          <w:lang w:eastAsia="zh-CN"/>
        </w:rPr>
        <w:t>　　为了做好销售内勤工作努力，热心为同事及客户服务，我做了以下努力：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1.信息搜索方面，每天坚持上午和下午下班前网上搜索相关产品信息，进行汇总分类，有利可执行信息及时反馈业务人员，以开发新客户做基础。</w:t>
      </w:r>
      <w:r>
        <w:rPr>
          <w:lang w:eastAsia="zh-CN"/>
        </w:rPr>
        <w:br/>
      </w:r>
      <w:r>
        <w:rPr>
          <w:lang w:eastAsia="zh-CN"/>
        </w:rPr>
        <w:t>　　2.客户咨询电话，做到登记清楚、详细、汇总、反馈;相关产品资料搜集、整理、分类、汇总，为业务员做好售前准备工作。</w:t>
      </w:r>
      <w:r>
        <w:rPr>
          <w:lang w:eastAsia="zh-CN"/>
        </w:rPr>
        <w:br/>
      </w:r>
      <w:r>
        <w:rPr>
          <w:lang w:eastAsia="zh-CN"/>
        </w:rPr>
        <w:t>　　3.合同、标书的草拟、经办、备案、整理、归档。严格按照制度规定编写合同，做到条款清楚、明确，措辞准确，以确保公司利益;了解合同概况准备好相关资料，跟踪物流情况，确保货物安全到达客户地点，为客户做好售后服务。监督并督促业务员公司货款回笼情况，确保资金安全。对每月销售情况做出统计，以便统筹安排生产，确保年度销售计划指标的完成。</w:t>
      </w:r>
      <w:r>
        <w:rPr>
          <w:lang w:eastAsia="zh-CN"/>
        </w:rPr>
        <w:br/>
      </w:r>
      <w:r>
        <w:rPr>
          <w:lang w:eastAsia="zh-CN"/>
        </w:rPr>
        <w:t>　　4. 记录各类费用支出，确保营销费用开支合理，避免浪费现象的出现。做到每笔支出登记在案，清楚明确。</w:t>
      </w:r>
      <w:r>
        <w:rPr>
          <w:lang w:eastAsia="zh-CN"/>
        </w:rPr>
        <w:br/>
      </w:r>
      <w:r>
        <w:rPr>
          <w:lang w:eastAsia="zh-CN"/>
        </w:rPr>
        <w:t>　　5.准客户、加盟商、代理商、供应商的信息整理、备案;客户投诉、意见及建议的记录、反馈、协商、解决;营销、生产、技术、财务等相关部门的协作，确保产销衔接顺畅。公司与公司、公司与客户、部门与部门之间的公关工作，以便做好有力后盾。</w:t>
      </w:r>
      <w:r>
        <w:rPr>
          <w:lang w:eastAsia="zh-CN"/>
        </w:rPr>
        <w:br/>
      </w:r>
      <w:r>
        <w:rPr>
          <w:lang w:eastAsia="zh-CN"/>
        </w:rPr>
        <w:t>　　6、关系处理方面，在工作上能做到主动补位。并能与同事之间加强沟通，密切配合，互相支持，保证整体工作不出现纰漏。在工作中我自己确定了一条工作原则，属于自己的工作要保质保量完成，不属于自己的工作范围的配合其他人员能完成的也要按时完成，做到了主动、热情。</w:t>
      </w:r>
      <w:r>
        <w:rPr>
          <w:lang w:eastAsia="zh-CN"/>
        </w:rPr>
        <w:br/>
      </w:r>
      <w:r>
        <w:rPr>
          <w:lang w:eastAsia="zh-CN"/>
        </w:rPr>
        <w:t>　　四、严格要求自己，时刻警醒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工作中，我努力从每一件事情上进行总结，不断摸索，掌握方法，提高工作效率和工作质量。自己在为人处事、工作经验等方面经验还不足，在平时工作和生活中，做到虚心向同事学习、请教，学习他们的长处，反思自己不足，不断提高自己。我时刻提醒自己，要诚恳待人，态度端正，积极想办法，无论大事小事，我都要尽最大能力去做。在平时时刻要求自己，必须遵守公司规章制度，严格要求自己。以不求有功、但求无过信念，来对待所有事情。</w:t>
      </w:r>
      <w:r>
        <w:rPr>
          <w:lang w:eastAsia="zh-CN"/>
        </w:rPr>
        <w:br/>
      </w:r>
      <w:r>
        <w:rPr>
          <w:lang w:eastAsia="zh-CN"/>
        </w:rPr>
        <w:t>　　五、存在的不足</w:t>
      </w:r>
      <w:r>
        <w:rPr>
          <w:lang w:eastAsia="zh-CN"/>
        </w:rPr>
        <w:br/>
      </w:r>
      <w:r>
        <w:rPr>
          <w:lang w:eastAsia="zh-CN"/>
        </w:rPr>
        <w:t>　　1、在本职工作中还不够认真负责，岗位意识还有待进一步提高。不能严格要求自己，工作上存在自我放松的情况。由于销售内勤的工作繁杂，处理事情必须快、精、准。在这方面，我还有很多不足，有时候工作不在状态，遗漏一些重要事情，对自我管理方面做的不到位。</w:t>
      </w:r>
      <w:r>
        <w:rPr>
          <w:lang w:eastAsia="zh-CN"/>
        </w:rPr>
        <w:br/>
      </w:r>
      <w:r>
        <w:rPr>
          <w:lang w:eastAsia="zh-CN"/>
        </w:rPr>
        <w:t>　　2、对工作程序掌握不充分，对自身工作熟悉不全面，对整体工作缺少前瞻性和责任心，致使自己在工作中偶尔会遇到手忙脚乱的情况，甚至会出现一些不该出现的错误。</w:t>
      </w:r>
      <w:r>
        <w:rPr>
          <w:lang w:eastAsia="zh-CN"/>
        </w:rPr>
        <w:br/>
      </w:r>
      <w:r>
        <w:rPr>
          <w:lang w:eastAsia="zh-CN"/>
        </w:rPr>
        <w:t xml:space="preserve">    销售人员年中工作总结 篇13 </w:t>
      </w:r>
      <w:r>
        <w:rPr>
          <w:lang w:eastAsia="zh-CN"/>
        </w:rPr>
        <w:br/>
      </w:r>
      <w:r>
        <w:rPr>
          <w:lang w:eastAsia="zh-CN"/>
        </w:rPr>
        <w:t>　　首先，非常高兴能够加入_科技有限公司这个大家庭，感谢郑总给我这么一个好的能够尽情施展自己才华的发展平台，谢谢!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20_年_月_日，我怀着一颗忐忑的心加入了_，说实话，我心里面没底。以前，我从来没有从事过IT行业，更不要说销售投影机。但是，经过一个礼拜培训后，参加实战第一个礼拜，我就卖出去了自己进入IT行业的第一件产品，并在之后连续成交了几单生意，顿时，我有信心了，加入_公司发展自己的事业，我的决定没错!</w:t>
      </w:r>
      <w:r>
        <w:rPr>
          <w:lang w:eastAsia="zh-CN"/>
        </w:rPr>
        <w:br/>
      </w:r>
      <w:r>
        <w:rPr>
          <w:lang w:eastAsia="zh-CN"/>
        </w:rPr>
        <w:t>　　下面，请允许我对我这段时间的工作进行简单的总结和分析，希望各位领导和同事能给予指正。</w:t>
      </w:r>
      <w:r>
        <w:rPr>
          <w:lang w:eastAsia="zh-CN"/>
        </w:rPr>
        <w:br/>
      </w:r>
      <w:r>
        <w:rPr>
          <w:lang w:eastAsia="zh-CN"/>
        </w:rPr>
        <w:t>　　一、工作业绩</w:t>
      </w:r>
      <w:r>
        <w:rPr>
          <w:lang w:eastAsia="zh-CN"/>
        </w:rPr>
        <w:br/>
      </w:r>
      <w:r>
        <w:rPr>
          <w:lang w:eastAsia="zh-CN"/>
        </w:rPr>
        <w:t>　　截止201_年_月_日，我总计开发有效客户_家，上门拜访客户_次，每天坚持打电话_个以上，完成销售_万元。我这段时间的销售业绩不理想，跟各位公司的前辈销售人员比起来，我感觉万分惭愧，但是知耻而后勇，我会在以后的工作中加倍努力，向前辈们学习，勇创佳绩。业绩不理想，我觉得主要有一下几个原因：</w:t>
      </w:r>
      <w:r>
        <w:rPr>
          <w:lang w:eastAsia="zh-CN"/>
        </w:rPr>
        <w:br/>
      </w:r>
      <w:r>
        <w:rPr>
          <w:lang w:eastAsia="zh-CN"/>
        </w:rPr>
        <w:t>　　1、刚进入IT行业，对产品和行业知识不熟悉，在以后的工作中，我会努力学习，提升自己的内功。</w:t>
      </w:r>
      <w:r>
        <w:rPr>
          <w:lang w:eastAsia="zh-CN"/>
        </w:rPr>
        <w:br/>
      </w:r>
      <w:r>
        <w:rPr>
          <w:lang w:eastAsia="zh-CN"/>
        </w:rPr>
        <w:t>　　2、本身工作经验不够丰富，跟客户沟通和谈判的技巧不够，造成人为失单，今后的工作中，我会多向前辈学习，多多自我总结，提升自己的销售能力。</w:t>
      </w:r>
      <w:r>
        <w:rPr>
          <w:lang w:eastAsia="zh-CN"/>
        </w:rPr>
        <w:br/>
      </w:r>
      <w:r>
        <w:rPr>
          <w:lang w:eastAsia="zh-CN"/>
        </w:rPr>
        <w:t>　　3、不够勤快，我在今后的工作中，一定要全身心投入到工作中，增加自己的工作量，都说勤能补拙，我相信，在来年，我一定能创造出更好的成绩</w:t>
      </w:r>
      <w:r>
        <w:rPr>
          <w:lang w:eastAsia="zh-CN"/>
        </w:rPr>
        <w:br/>
      </w:r>
      <w:r>
        <w:rPr>
          <w:lang w:eastAsia="zh-CN"/>
        </w:rPr>
        <w:t>　　4、我个人认为还有一些市场原因，根据客户的信息反馈，年底了，商家都忙着清理库存，不愿意再用现金向外面调货，从而造成我们销售困难，而且客户手上有些单子，也会拖到年后再交货</w:t>
      </w:r>
      <w:r>
        <w:rPr>
          <w:lang w:eastAsia="zh-CN"/>
        </w:rPr>
        <w:br/>
      </w:r>
      <w:r>
        <w:rPr>
          <w:lang w:eastAsia="zh-CN"/>
        </w:rPr>
        <w:t>　　二、事务性工作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1、严格遵守公司的规章制度，服从公司领导的安排。</w:t>
      </w:r>
      <w:r>
        <w:rPr>
          <w:lang w:eastAsia="zh-CN"/>
        </w:rPr>
        <w:br/>
      </w:r>
      <w:r>
        <w:rPr>
          <w:lang w:eastAsia="zh-CN"/>
        </w:rPr>
        <w:t>　　2、参加了公司一个礼拜的培训，同期，并对市场进行了一番调查和摸底，我觉得我收获了很多。</w:t>
      </w:r>
      <w:r>
        <w:rPr>
          <w:lang w:eastAsia="zh-CN"/>
        </w:rPr>
        <w:br/>
      </w:r>
      <w:r>
        <w:rPr>
          <w:lang w:eastAsia="zh-CN"/>
        </w:rPr>
        <w:t>　　3、经常帮助公司其他同事处理一些应急事件，比如送货、送文件、帮助看门市等。</w:t>
      </w:r>
      <w:r>
        <w:rPr>
          <w:lang w:eastAsia="zh-CN"/>
        </w:rPr>
        <w:br/>
      </w:r>
      <w:r>
        <w:rPr>
          <w:lang w:eastAsia="zh-CN"/>
        </w:rPr>
        <w:t>　　4、轮流主持早会，训练了自己的组织能力和应变能力。</w:t>
      </w:r>
      <w:r>
        <w:rPr>
          <w:lang w:eastAsia="zh-CN"/>
        </w:rPr>
        <w:br/>
      </w:r>
      <w:r>
        <w:rPr>
          <w:lang w:eastAsia="zh-CN"/>
        </w:rPr>
        <w:t>　　三、应收账款</w:t>
      </w:r>
      <w:r>
        <w:rPr>
          <w:lang w:eastAsia="zh-CN"/>
        </w:rPr>
        <w:br/>
      </w:r>
      <w:r>
        <w:rPr>
          <w:lang w:eastAsia="zh-CN"/>
        </w:rPr>
        <w:t>　　我严格执行了公司的财务制度，截止20_年_月_日，我的应收账款回收率为100%，在来年的工作中，我会继续严格执行公司财务制度，保证公司的资金安全。</w:t>
      </w:r>
      <w:r>
        <w:rPr>
          <w:lang w:eastAsia="zh-CN"/>
        </w:rPr>
        <w:br/>
      </w:r>
      <w:r>
        <w:rPr>
          <w:lang w:eastAsia="zh-CN"/>
        </w:rPr>
        <w:t>　　四、个人心得</w:t>
      </w:r>
      <w:r>
        <w:rPr>
          <w:lang w:eastAsia="zh-CN"/>
        </w:rPr>
        <w:br/>
      </w:r>
      <w:r>
        <w:rPr>
          <w:lang w:eastAsia="zh-CN"/>
        </w:rPr>
        <w:t>　　1、电话营销技巧：打电话之前，一定要组织好自己的语言，不要紧张，也不能激动。跟客户沟通时，一定要调理清晰，并要严格遵循公司的报价原则。当客户态度不是很友好时，我们要懂得随时调整自己的心情，不能被客户左右了我们自己的情绪。</w:t>
      </w:r>
      <w:r>
        <w:rPr>
          <w:lang w:eastAsia="zh-CN"/>
        </w:rPr>
        <w:br/>
      </w:r>
      <w:r>
        <w:rPr>
          <w:lang w:eastAsia="zh-CN"/>
        </w:rPr>
        <w:t>　　2、客户拜访技巧：初次拜访客户，一定要坚持谦卑的态度，递送名片时，一定要双手奉上，多说一些恭维的话。在进行商业洽谈时，一定要头脑清醒，立场鲜明，不能被客户左右了自己的思想，该坚持的原则必须坚持，否则，后面的工作我们会非常被动。</w:t>
      </w:r>
      <w:r>
        <w:rPr>
          <w:lang w:eastAsia="zh-CN"/>
        </w:rPr>
        <w:br/>
      </w:r>
    </w:p>
    <w:p w:rsidR="001B1F19" w14:textId="27C3F48A">
      <w:pPr>
        <w:rPr>
          <w:rFonts w:hint="eastAsia"/>
          <w:lang w:eastAsia="zh-CN"/>
        </w:rPr>
      </w:pPr>
      <w:r>
        <w:rPr>
          <w:lang w:eastAsia="zh-CN"/>
        </w:rPr>
        <w:t>　　3、客户讯息搜集：除了公司提供的专业杂志和企业黄页以外，我还通过网络和朋友搜集了很多客户讯息，开发出了不少的客户，我觉得在这方面我们一定要把自己的眼界方款，这样我们的市场才会无穷大。</w:t>
      </w:r>
      <w:r>
        <w:rPr>
          <w:lang w:eastAsia="zh-CN"/>
        </w:rPr>
        <w:br/>
      </w:r>
      <w:r>
        <w:rPr>
          <w:lang w:eastAsia="zh-CN"/>
        </w:rPr>
        <w:t>　　4、客户管理：我将自己的客户进行了分类归档，特别是加了QQ好友的客户，我进行了重要、次要和一般三个级别的分类，对重要客户进行重点开发和培养，提高了我的工作效率。</w:t>
      </w:r>
      <w:r>
        <w:rPr>
          <w:lang w:eastAsia="zh-CN"/>
        </w:rPr>
        <w:br/>
      </w:r>
      <w:r>
        <w:rPr>
          <w:lang w:eastAsia="zh-CN"/>
        </w:rPr>
        <w:t>　　5、其它心得体会：</w:t>
      </w:r>
      <w:r>
        <w:rPr>
          <w:lang w:eastAsia="zh-CN"/>
        </w:rPr>
        <w:br/>
      </w:r>
      <w:r>
        <w:rPr>
          <w:lang w:eastAsia="zh-CN"/>
        </w:rPr>
        <w:t>　　五、个人建议</w:t>
      </w:r>
      <w:r>
        <w:rPr>
          <w:lang w:eastAsia="zh-CN"/>
        </w:rPr>
        <w:br/>
      </w:r>
      <w:r>
        <w:rPr>
          <w:lang w:eastAsia="zh-CN"/>
        </w:rPr>
        <w:t>　　1、我觉得公司应该给我们多进行一些培训，不管是产品知识或者营销技巧，这样会大大加快我们业务员的成长</w:t>
      </w:r>
      <w:r>
        <w:rPr>
          <w:lang w:eastAsia="zh-CN"/>
        </w:rPr>
        <w:br/>
      </w:r>
      <w:r>
        <w:rPr>
          <w:lang w:eastAsia="zh-CN"/>
        </w:rPr>
        <w:t>　　2、我们由于是职场新人，对财务这块不是很熟悉，我希望公司才能抽点时间对我们进行一些必要的财务知识培训，避免我们犯财务上的低级错误</w:t>
      </w:r>
      <w:r>
        <w:rPr>
          <w:lang w:eastAsia="zh-CN"/>
        </w:rPr>
        <w:br/>
      </w:r>
      <w:r>
        <w:rPr>
          <w:lang w:eastAsia="zh-CN"/>
        </w:rPr>
        <w:t>　　综上，是我这段时间的工作总结和一点心得体会，不足之处，请各位领导和同事指正，谢谢!</w:t>
      </w:r>
      <w:r>
        <w:rPr>
          <w:lang w:eastAsia="zh-CN"/>
        </w:rPr>
        <w:br/>
      </w:r>
      <w:r>
        <w:rPr>
          <w:lang w:eastAsia="zh-CN"/>
        </w:rPr>
        <w:t xml:space="preserve">    销售人员年中工作总结 篇14 </w:t>
      </w:r>
      <w:r>
        <w:rPr>
          <w:lang w:eastAsia="zh-CN"/>
        </w:rPr>
        <w:br/>
      </w:r>
      <w:r>
        <w:rPr>
          <w:lang w:eastAsia="zh-CN"/>
        </w:rPr>
        <w:t>　　一、本年度工作总结：</w:t>
      </w:r>
      <w:r>
        <w:rPr>
          <w:lang w:eastAsia="zh-CN"/>
        </w:rPr>
        <w:br/>
      </w:r>
      <w:r>
        <w:rPr>
          <w:lang w:eastAsia="zh-CN"/>
        </w:rPr>
        <w:t>　　虽然__年已经过去，在这将近一个多月的时间中我通过努力的工作，也有了一点收获，临近__年即将来临，我感觉有必要对自己的工作做一下总结。目的在于吸取教训，提高自己，以至于把工作做的更好，自己有信心也有决心把__年的工作做好。下面我对一年的工作进行简要的总结。</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https://d.book118.com/107154011141006046</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7154011141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