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2024年协议离婚协议书怎么写（31篇）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2024年协议离婚协议书怎么写（精选31篇）</w:t>
      </w:r>
      <w:r>
        <w:rPr>
          <w:lang w:eastAsia="zh-CN"/>
        </w:rPr>
        <w:br/>
      </w:r>
      <w:r>
        <w:rPr>
          <w:lang w:eastAsia="zh-CN"/>
        </w:rPr>
        <w:t xml:space="preserve">    2024年协议离婚协议书怎么写 篇1 </w:t>
      </w:r>
      <w:r>
        <w:rPr>
          <w:lang w:eastAsia="zh-CN"/>
        </w:rPr>
        <w:br/>
      </w:r>
      <w:r>
        <w:rPr>
          <w:lang w:eastAsia="zh-CN"/>
        </w:rPr>
        <w:t>　　办理离婚登记后，备案于民政局的离婚协议是生效的，反悔是非常难的，因此，签订协议时要有心平气和、保持理智，同时，协议内容要有操作性，不要过于简单，条款的约定不能过于宽泛。比如协议约定，财产已分割完毕，双方对此无异议。由于有哪些财产、如何进行分割没有在协议当中体现出来，因此双方意见很容易产生分歧，一方认为已完毕，说明财产已没有必要分割，在谁名下就归谁所有，另一方却认为既然没有明确约定财产的具体项目和处理方式，应当视为约定不明没有分割，应当依法分割。这样在不能协商一致情况下，只能诉诸法院。</w:t>
      </w:r>
      <w:r>
        <w:rPr>
          <w:lang w:eastAsia="zh-CN"/>
        </w:rPr>
        <w:br/>
      </w:r>
      <w:r>
        <w:rPr>
          <w:lang w:eastAsia="zh-CN"/>
        </w:rPr>
        <w:t>　　另外，还要防止签订离婚协议时一方隐匿财产，因此，不能做类似“男女双方名下的其它财产归各自所有”、或“男女双方无其它财产争议”的约定，以避免离婚后丧失起诉分割对方隐匿的其它财产的机会。下面从几个具体方面来探讨如何签订离婚协议：</w:t>
      </w:r>
      <w:r>
        <w:rPr>
          <w:lang w:eastAsia="zh-CN"/>
        </w:rPr>
        <w:br/>
      </w:r>
      <w:r>
        <w:rPr>
          <w:lang w:eastAsia="zh-CN"/>
        </w:rPr>
        <w:t>　　(1)离婚协议内容过于简单，不具有可操作性。</w:t>
      </w:r>
      <w:r>
        <w:rPr>
          <w:lang w:eastAsia="zh-CN"/>
        </w:rPr>
        <w:br/>
      </w:r>
      <w:r>
        <w:rPr>
          <w:lang w:eastAsia="zh-CN"/>
        </w:rPr>
        <w:t>　　比如，协议约定： “双方同意离婚;女儿归男方抚养;财产已分割完毕，双方对此无异议。”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问题争议不大，即使有争议，也可以很容易通过法院解决。但财产问题却漏洞较大，“财产已分割完毕”意味着双方对财产的数额、分割的方案、分配的数目均已协议一致，并处置完结。但是，有哪些财产、如何进行分割协议当中却没有体现。这样，会产生两种对立的观点：</w:t>
      </w:r>
      <w:r>
        <w:rPr>
          <w:lang w:eastAsia="zh-CN"/>
        </w:rPr>
        <w:br/>
      </w:r>
      <w:r>
        <w:rPr>
          <w:lang w:eastAsia="zh-CN"/>
        </w:rPr>
        <w:t>　　第一种，既然财产分割已完毕，说明财产已没有必要分割，在谁名下就归谁所有;</w:t>
      </w:r>
      <w:r>
        <w:rPr>
          <w:lang w:eastAsia="zh-CN"/>
        </w:rPr>
        <w:br/>
      </w:r>
      <w:r>
        <w:rPr>
          <w:lang w:eastAsia="zh-CN"/>
        </w:rPr>
        <w:t>　　第二种，既然没有明确约定财产的具体项目和处理方式，应当视为约定不明没有分割，应当依法分割。</w:t>
      </w:r>
      <w:r>
        <w:rPr>
          <w:lang w:eastAsia="zh-CN"/>
        </w:rPr>
        <w:br/>
      </w:r>
      <w:r>
        <w:rPr>
          <w:lang w:eastAsia="zh-CN"/>
        </w:rPr>
        <w:t>　　由于争议较大，难以协商，因此，一般解决的方法只能诉诸法院。</w:t>
      </w:r>
      <w:r>
        <w:rPr>
          <w:lang w:eastAsia="zh-CN"/>
        </w:rPr>
        <w:br/>
      </w:r>
      <w:r>
        <w:rPr>
          <w:lang w:eastAsia="zh-CN"/>
        </w:rPr>
        <w:t>　　(2)离婚协议某些概括性条款的约定过于宽泛，可能会伤害弱势方。</w:t>
      </w:r>
      <w:r>
        <w:rPr>
          <w:lang w:eastAsia="zh-CN"/>
        </w:rPr>
        <w:br/>
      </w:r>
      <w:r>
        <w:rPr>
          <w:lang w:eastAsia="zh-CN"/>
        </w:rPr>
        <w:t>　　比如，协议约定：“男女双方名下的其它财产归各自所有”、或“男女双方无其它财产争议”等。一般情况下，在协议离婚时双方签订的协议，是建立在签订时双方已知对方财产情况下的意思表示，但离婚后，一方发现另一方隐匿了房产或存款，但根据这一条款，就极有可能失去了索要胜诉的机会，因此，该条款风险性较大。</w:t>
      </w:r>
      <w:r>
        <w:rPr>
          <w:lang w:eastAsia="zh-CN"/>
        </w:rPr>
        <w:br/>
      </w:r>
      <w:r>
        <w:rPr>
          <w:lang w:eastAsia="zh-CN"/>
        </w:rPr>
        <w:t>　　(3)贷款房屋的约定和处理。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般而言，只要夫妻双方就房产分割达成离婚协议而变更主贷人，银行一般会同意，并配合办理贷款合同变更手续。但是，有些夫妻贷款周期较长，比如三十年还贷期间，并且每个月还款额较高，比如四千元以上，而变更后的还贷人月工资收入不足贷款金额的二倍，银行一般不会同意变更主贷人或减少共同抵押人，除非当事人另行提供担保人，或采取其他保险措施。因此，夫妻在协议分割房产前要注意银行变更主贷人或减少共同抵押人是否同意。</w:t>
      </w:r>
      <w:r>
        <w:rPr>
          <w:lang w:eastAsia="zh-CN"/>
        </w:rPr>
        <w:br/>
      </w:r>
      <w:r>
        <w:rPr>
          <w:lang w:eastAsia="zh-CN"/>
        </w:rPr>
        <w:t>　　另外，在办理银行贷款变更手续中，银行一般会严格要求当事人双方到场，一方到场银行会拒绝办理变更手续。如果一方当事人不到场，可以委托代理人(包括律师)委托办理变更手续，相关委托书必须办理公证。</w:t>
      </w:r>
      <w:r>
        <w:rPr>
          <w:lang w:eastAsia="zh-CN"/>
        </w:rPr>
        <w:br/>
      </w:r>
      <w:r>
        <w:rPr>
          <w:lang w:eastAsia="zh-CN"/>
        </w:rPr>
        <w:t>　　如果不涉及银行贷款，当事人到房地产交易中心办理产权变更手续，房地产交易中心一般也要求夫妻双方均到场。因此，离婚协议的签订固然重要，但离婚协议的执行更为重要。离婚后的双方当事人应当以诚信为本，相互配合。但在很多时候诚信只是一句空话，男女离婚后常常还有怨恨的交融，一方不履行离婚协议的现象比比皆是。因此，离婚协议中应该明确一方没有履行义务的惩罚措施，这样，才能促使义务人履行义务。比如，逾期不支付房屋对价的惩罚办法、不配合办理产权变更手续的法律后果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最后提醒一点，根据国家税务总局关于离婚后房屋权属变化是否征收契税的批复(国税函〔1999〕391号1999年6月3日)的规定，夫妻共有房屋属共同共有财产。因夫妻财产分割而将原共有房屋产权归属一方，是房产共有权的变动而不是现行契税政策规定征税的房屋产权转移行为。因此，对离婚后原共有房屋产权的归属人不征收契税。因此，如果因为夫妻离婚房屋产权人变更，是不用交契税的。这样，就可以避免房价1。5%—3%的契税。</w:t>
      </w:r>
      <w:r>
        <w:rPr>
          <w:lang w:eastAsia="zh-CN"/>
        </w:rPr>
        <w:br/>
      </w:r>
      <w:r>
        <w:rPr>
          <w:lang w:eastAsia="zh-CN"/>
        </w:rPr>
        <w:t>　　(4)银行存款的约定和处理。</w:t>
      </w:r>
      <w:r>
        <w:rPr>
          <w:lang w:eastAsia="zh-CN"/>
        </w:rPr>
        <w:br/>
      </w:r>
      <w:r>
        <w:rPr>
          <w:lang w:eastAsia="zh-CN"/>
        </w:rPr>
        <w:t>　　夫妻共同生活中，一般银行存款主要存在一方名下，而另一方，特别是有些不太在意而整日忙于事业的男士，往往还不知道家里的积蓄被存于哪个银行，甚至家里有多少存款都不知道。为了使财产分割透明化，以及防止财产的漏分，在离婚协议中明确共同存款的数额，以及现存于谁的名下、存于哪一个银行也是非常有必要的。如果给付义务方在离婚后不履行义务，另一方也好及时到法院起诉，根据离婚协议记载的存款信息及时查到存款的支取情况及钱款的去向。</w:t>
      </w:r>
      <w:r>
        <w:rPr>
          <w:lang w:eastAsia="zh-CN"/>
        </w:rPr>
        <w:br/>
      </w:r>
      <w:r>
        <w:rPr>
          <w:lang w:eastAsia="zh-CN"/>
        </w:rPr>
        <w:t>　　在很多离婚协议中，对于银行存款的处理往往这样约定：“各自名下的存款归各自所有”。我们认为这样约定有好有坏，好处在于这样简单写省事儿又省力，节约墨水;不利之处在于，如果一方还有另一方不知道的存款，这样约定处理方法后，即使离婚后另一方又知道一方还有银行存款，也很难要求分割，毕竟，已经同意“离婚时各自名下的存款归各自所有”，因此，这样的约定对有钱不报者有利，这样的约定，可能会使夫妻的财产分割实际上不公平。因此，为达到公正公平的目的，我们还是建议夫妻在离婚协议中，将截止到离婚协议签订之时，双方名下的银行存款情况详细列出，包括开户行、开户名、账号、存款余额、币种等。这样，离婚后一方若发现另一方没有记载在离婚协议上的存款，便可以通过诉讼形式要求分割甚至要求故意隐匿一方予以少分甚至不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(5)股票的约定和处理。</w:t>
      </w:r>
      <w:r>
        <w:rPr>
          <w:lang w:eastAsia="zh-CN"/>
        </w:rPr>
        <w:br/>
      </w:r>
      <w:r>
        <w:rPr>
          <w:lang w:eastAsia="zh-CN"/>
        </w:rPr>
        <w:t>　　离婚协议中，当事人一般只会笼统地约定一方名下股票的总市值，这样，如果一方不履行给付义务，而另一方再起诉到法院，由于不知对方的具体股市信息，查询起来就会比较麻烦和困难。因此，在离婚协议时，如果写明股东代码、账号，以及在何证券交易所开户，将会大大省去不必要的麻烦。</w:t>
      </w:r>
      <w:r>
        <w:rPr>
          <w:lang w:eastAsia="zh-CN"/>
        </w:rPr>
        <w:br/>
      </w:r>
      <w:r>
        <w:rPr>
          <w:lang w:eastAsia="zh-CN"/>
        </w:rPr>
        <w:t>　　另外，现实中常常有请他人代为炒股的情况，即夫妻一方用共同财产炒股，但不是以自己的名子开户，而是借他人的名义，在他人账号下用夫妻双方共有的资金进行股票炒作。很多当事人在离婚协议中注意到这一点，并明确约定这部分股金为共同财产。但是，这样的约定不能被法院直接采纳，如果代炒人不承认代炒关系或户头借用关系，或对代炒的资金数额、股票种类有异议，法院将很支持夫妻一方的要求。因此，在离婚协议中上，制订必要的条款让代炒人签字，甚至另行制订一个关于股票情况的协议由三方签字，是完全必要的。</w:t>
      </w:r>
      <w:r>
        <w:rPr>
          <w:lang w:eastAsia="zh-CN"/>
        </w:rPr>
        <w:br/>
      </w:r>
      <w:r>
        <w:rPr>
          <w:lang w:eastAsia="zh-CN"/>
        </w:rPr>
        <w:t>　　(6)公司股权的约定和处理。</w:t>
      </w:r>
      <w:r>
        <w:rPr>
          <w:lang w:eastAsia="zh-CN"/>
        </w:rPr>
        <w:br/>
      </w:r>
      <w:r>
        <w:rPr>
          <w:lang w:eastAsia="zh-CN"/>
        </w:rPr>
        <w:t>　　越来越多的婚姻纠纷涉及到公司股权的分割。如果遇到夫妻一方或双方在公司拥有股份时，通常的作法是，夫妻共同约定一方持股，给予另一方对价补偿。如果这样约定，只需双方协议并收面明确价款及支付方式即可。但是，如果夫妻双方经过约定，决定将一方拥有的公司股权部分或全部给付另一方的，还必须符合《公司法》的相关规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最高人民法院关于适用若干问题的解释(二)规定，审理离婚案件中，涉及分割中以一方名义在有限责任公司的出资额，另一方不是该公司股东的，按以下情形分别处理：</w:t>
      </w:r>
      <w:r>
        <w:rPr>
          <w:lang w:eastAsia="zh-CN"/>
        </w:rPr>
        <w:br/>
      </w:r>
      <w:r>
        <w:rPr>
          <w:lang w:eastAsia="zh-CN"/>
        </w:rPr>
        <w:t>　　(一)、夫妻双方协商一致将出资额部分或者全部转让给该股东的配偶，过半数股东同意、其他股东明确表示放弃优先购买权的，该股东的配偶可以成为该公司股东;</w:t>
      </w:r>
      <w:r>
        <w:rPr>
          <w:lang w:eastAsia="zh-CN"/>
        </w:rPr>
        <w:br/>
      </w:r>
      <w:r>
        <w:rPr>
          <w:lang w:eastAsia="zh-CN"/>
        </w:rPr>
        <w:t>　　(二)、夫妻双方就出资额转让份额和转让价格等事项协商一致后，过半数股东不同意转让，但愿意以同等价格购买该出资额的，人民法院可以对转让出资所得财产进行分割。过半数股东不同意转让，也不愿意以同等价格购买该出资额的，视为其同意转让，该股东的配偶可以成为该公司股东。</w:t>
      </w:r>
      <w:r>
        <w:rPr>
          <w:lang w:eastAsia="zh-CN"/>
        </w:rPr>
        <w:br/>
      </w:r>
      <w:r>
        <w:rPr>
          <w:lang w:eastAsia="zh-CN"/>
        </w:rPr>
        <w:t>　　(7)给付金钱义务约定和处理。</w:t>
      </w:r>
      <w:r>
        <w:rPr>
          <w:lang w:eastAsia="zh-CN"/>
        </w:rPr>
        <w:br/>
      </w:r>
      <w:r>
        <w:rPr>
          <w:lang w:eastAsia="zh-CN"/>
        </w:rPr>
        <w:t>　　一般在离婚协议中，夫妻双方仅对给付另一方的数额和给付期限做了约定，比如，男方在办理完后的一个月内向女方支付人民币十万元。可是，这样约定对于故意迟延履行一方没有惩罚措施，因此，建议再加上一句：“若不按期支付，延期给付部分按同期银行贷款利率的双倍计算罚息”，这样，若给付义务人不按期履行，自己就会感到罚息的压力，从而可以达到惩戒的目的。</w:t>
      </w:r>
      <w:r>
        <w:rPr>
          <w:lang w:eastAsia="zh-CN"/>
        </w:rPr>
        <w:br/>
      </w:r>
      <w:r>
        <w:rPr>
          <w:lang w:eastAsia="zh-CN"/>
        </w:rPr>
        <w:t>　　(8)孩子抚养费的约定和处理。</w:t>
      </w:r>
      <w:r>
        <w:rPr>
          <w:lang w:eastAsia="zh-CN"/>
        </w:rPr>
        <w:br/>
      </w:r>
      <w:r>
        <w:rPr>
          <w:lang w:eastAsia="zh-CN"/>
        </w:rPr>
        <w:t>　　一般可以约定抚养费给付到</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孩子十八岁，或独立生活为止。根据最高院的司法解释(一)，到孩子完成高中教育阶段时，父母就没有义务再对孩子进行抚养费的支付，但从现实情况看，上大学的阶段甚至大学毕业后尚不能完全独立生活阶段，父母资助的情况相当普遍。我们认为，在父母对抚养期限没有约定的情况下，父母抚养期限适用法定的高中教育阶段完毕后;在父母对抚养期限有明确约定的情况下，适用父母的约定。比如，父母约定支付抚养费至孩子大学毕业止，若一方在孩子上大学后拒不履行，孩子有权向其主张抚养费用。</w:t>
      </w:r>
      <w:r>
        <w:rPr>
          <w:lang w:eastAsia="zh-CN"/>
        </w:rPr>
        <w:br/>
      </w:r>
      <w:r>
        <w:rPr>
          <w:lang w:eastAsia="zh-CN"/>
        </w:rPr>
        <w:t>　　实践中很多当事人特别是女方希望一次性支付孩子的抚养费用，根据有关司法解释和司法实践来看，当事人的这种要求往往得不到法院的支持。法院判决或调解一次性支付孩子的抚养费的情况往往具备以下几个条件：</w:t>
      </w:r>
      <w:r>
        <w:rPr>
          <w:lang w:eastAsia="zh-CN"/>
        </w:rPr>
        <w:br/>
      </w:r>
      <w:r>
        <w:rPr>
          <w:lang w:eastAsia="zh-CN"/>
        </w:rPr>
        <w:t>　　一方要求一次性支付;</w:t>
      </w:r>
      <w:r>
        <w:rPr>
          <w:lang w:eastAsia="zh-CN"/>
        </w:rPr>
        <w:br/>
      </w:r>
      <w:r>
        <w:rPr>
          <w:lang w:eastAsia="zh-CN"/>
        </w:rPr>
        <w:t>　　另一方同意一次性支付;</w:t>
      </w:r>
      <w:r>
        <w:rPr>
          <w:lang w:eastAsia="zh-CN"/>
        </w:rPr>
        <w:br/>
      </w:r>
      <w:r>
        <w:rPr>
          <w:lang w:eastAsia="zh-CN"/>
        </w:rPr>
        <w:t>　　另一方完全有一次性支付的能力;</w:t>
      </w:r>
      <w:r>
        <w:rPr>
          <w:lang w:eastAsia="zh-CN"/>
        </w:rPr>
        <w:br/>
      </w:r>
      <w:r>
        <w:rPr>
          <w:lang w:eastAsia="zh-CN"/>
        </w:rPr>
        <w:t>　　不损害他人权益。</w:t>
      </w:r>
      <w:r>
        <w:rPr>
          <w:lang w:eastAsia="zh-CN"/>
        </w:rPr>
        <w:br/>
      </w:r>
      <w:r>
        <w:rPr>
          <w:lang w:eastAsia="zh-CN"/>
        </w:rPr>
        <w:t>　　也就是说，如果另一方不同意一次性给付孩子的抚养费，法院很难支持一方一次性支付抚养费的诉讼请求。</w:t>
      </w:r>
      <w:r>
        <w:rPr>
          <w:lang w:eastAsia="zh-CN"/>
        </w:rPr>
        <w:br/>
      </w:r>
      <w:r>
        <w:rPr>
          <w:lang w:eastAsia="zh-CN"/>
        </w:rPr>
        <w:t>　　(9)探视权的约定和处理。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婚姻法规定，离婚后不带孩子的一方有探视孩子的权利，带孩子一方及其家人不得阻挠。在离婚协议中，探视权往往不被当事人所重视，只是在离婚协议中简单写上孩子归某方抚养，对于探视的时间、地点、方式有明确约定的不多，导致离婚后一旦产生争议，还要再次通过法院确认，增加了当事人的经济成本和时间成本。我们婚姻律师在为当事人起草离婚协议时，对于探视权往往这样书写：</w:t>
      </w:r>
      <w:r>
        <w:rPr>
          <w:lang w:eastAsia="zh-CN"/>
        </w:rPr>
        <w:br/>
      </w:r>
      <w:r>
        <w:rPr>
          <w:lang w:eastAsia="zh-CN"/>
        </w:rPr>
        <w:t>　　双方婚生女/子 ( 年 月 日出生)随女方生活，男方每月支付抚养费 _元，直到独立生活止。男方每月享有两次探视权，在每个月的单周五，根据女儿的意愿，在协议的地点探视女儿。遇有特殊情况，探视时间、方式由双方约定。</w:t>
      </w:r>
      <w:r>
        <w:rPr>
          <w:lang w:eastAsia="zh-CN"/>
        </w:rPr>
        <w:br/>
      </w:r>
      <w:r>
        <w:rPr>
          <w:lang w:eastAsia="zh-CN"/>
        </w:rPr>
        <w:t>　　双方也可以约定由另一方将孩子周五接走，周六或周日送回，不妨再具体明确一下接送的具体地点和方式。</w:t>
      </w:r>
      <w:r>
        <w:rPr>
          <w:lang w:eastAsia="zh-CN"/>
        </w:rPr>
        <w:br/>
      </w:r>
      <w:r>
        <w:rPr>
          <w:lang w:eastAsia="zh-CN"/>
        </w:rPr>
        <w:t>　　一般而言，每月探视的次数不宜过多，若探视过度频繁，会给双方带来很多不便，并会影响孩子的正常生活和学习。等孩子十周岁以上了，具体探视的时间及方式，还可以听取孩子的意见，以孩子的独立意志为转移。</w:t>
      </w:r>
      <w:r>
        <w:rPr>
          <w:lang w:eastAsia="zh-CN"/>
        </w:rPr>
        <w:br/>
      </w:r>
      <w:r>
        <w:rPr>
          <w:lang w:eastAsia="zh-CN"/>
        </w:rPr>
        <w:t>　　(10)关于户口的约定处理</w:t>
      </w:r>
      <w:r>
        <w:rPr>
          <w:lang w:eastAsia="zh-CN"/>
        </w:rPr>
        <w:br/>
      </w:r>
      <w:r>
        <w:rPr>
          <w:lang w:eastAsia="zh-CN"/>
        </w:rPr>
        <w:t>　　离婚后，户口迁移的问题也是离婚案件的难点。比如，离婚了，女方的户口仍在男方为产权的房子里。而根据离婚协议的约定，女方应该在办理完毕离婚协议手续的一段时间后将户口迁出，而女方拒不迁出，给男方造成一定的损失或麻烦的情况如何处理。根据现在的户口管理规定以及法院的审判实践，法院一般不会受理以户口强迁为诉讼请求的侵权案件，而是以归口管理机关为公安机关为由让当事人找公安管理部门解决。而公安机关的答复往往是此类请求不符合强迁的法律规定，因此往往也是难以办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此类纠纷在离婚案件中的比例虽然不大，但时常也有此类情况的发生，因为缺乏有效的相关规定，导致当事人投诉无门。那么，如何预防此类纠纷的发生呢?我们认为，办法还是有的，就是在离婚协议中明确约定有义务迁出方不履行迁出义务的惩罚措施。户口拒不迁出造成当事人最大的问题就是心理的困扰和房屋转让的不便。不妨在离婚协议中约定：</w:t>
      </w:r>
      <w:r>
        <w:rPr>
          <w:lang w:eastAsia="zh-CN"/>
        </w:rPr>
        <w:br/>
      </w:r>
      <w:r>
        <w:rPr>
          <w:lang w:eastAsia="zh-CN"/>
        </w:rPr>
        <w:t>　　若女方在离婚手续办理完毕的三个月内不能自行将户口迁出，每逾期一日应向男方支付__无的不便补偿;若男方在转让该房时，因为女方户口不能迁出原因对房价产生影响，女方应赔偿男方差价部分。</w:t>
      </w:r>
      <w:r>
        <w:rPr>
          <w:lang w:eastAsia="zh-CN"/>
        </w:rPr>
        <w:br/>
      </w:r>
      <w:r>
        <w:rPr>
          <w:lang w:eastAsia="zh-CN"/>
        </w:rPr>
        <w:t>　　需要注明的是，逾期的补偿不应写成违约金，因为户口迁出具有人身性质，若写成违约金法院支持可能会有难度。而写成不便补偿，合情合理，同时也不违反法律规定，法院支持的可能性较大。</w:t>
      </w:r>
      <w:r>
        <w:rPr>
          <w:lang w:eastAsia="zh-CN"/>
        </w:rPr>
        <w:br/>
      </w:r>
      <w:r>
        <w:rPr>
          <w:lang w:eastAsia="zh-CN"/>
        </w:rPr>
        <w:t>　　另外，若男方转移该房屋，而在转移时因女方户口没有迁出对房价产生影响，具体影响的数额应由买卖双方在购房合同中明确约定，并书面告之女方。</w:t>
      </w:r>
      <w:r>
        <w:rPr>
          <w:lang w:eastAsia="zh-CN"/>
        </w:rPr>
        <w:br/>
      </w:r>
      <w:r>
        <w:rPr>
          <w:lang w:eastAsia="zh-CN"/>
        </w:rPr>
        <w:t>　　一般情况下，有了这样的约定，有义务迁出一方，会积极配合另一方将户口在最短时间内迁出，不一定要走到上法庭那一步。当然，协议时如果迁出义务一方不肯加上延时补偿条款，另一方就得自己衡量是否愿意承担法律风险了。如果上法院，法院可能会在判决书中加上“女方应在离婚后的三十日内将户口迁出”之类的语句，但判决生效的执行问题往往也难以解决，当然，如果女方有条件迁出，则执行起来相对容易一些。</w:t>
      </w:r>
      <w:r>
        <w:rPr>
          <w:lang w:eastAsia="zh-CN"/>
        </w:rPr>
        <w:br/>
      </w:r>
      <w:r>
        <w:rPr>
          <w:lang w:eastAsia="zh-CN"/>
        </w:rPr>
        <w:t>　　婚后出资取得房屋的分割问题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(1)不论房产证上是一方的名字还是双方的名字，均为夫妻共同财产;</w:t>
      </w:r>
      <w:r>
        <w:rPr>
          <w:lang w:eastAsia="zh-CN"/>
        </w:rPr>
        <w:br/>
      </w:r>
      <w:r>
        <w:rPr>
          <w:lang w:eastAsia="zh-CN"/>
        </w:rPr>
        <w:t>　　(2)明确产值，即明确房屋价值，按市场现价计算，不是按房屋购买合同金额计算;</w:t>
      </w:r>
      <w:r>
        <w:rPr>
          <w:lang w:eastAsia="zh-CN"/>
        </w:rPr>
        <w:br/>
      </w:r>
      <w:r>
        <w:rPr>
          <w:lang w:eastAsia="zh-CN"/>
        </w:rPr>
        <w:t>　　(3)要分清权益部分和债务部分。如果涉及贷款，要首先将未还贷部分除去。比如，一套房子购买价是100万，首付30万，贷款70万，现值120万，未还贷款是60万，夫妻可以分的部分就是120万减去60万等于60万，每人可分得30万。取得房子的一方应当给付未得房一方30万。由得房方继续承担未还贷部分的本金和利息。</w:t>
      </w:r>
      <w:r>
        <w:rPr>
          <w:lang w:eastAsia="zh-CN"/>
        </w:rPr>
        <w:br/>
      </w:r>
      <w:r>
        <w:rPr>
          <w:lang w:eastAsia="zh-CN"/>
        </w:rPr>
        <w:t>　　离婚登记时遇到丢失怎么办</w:t>
      </w:r>
      <w:r>
        <w:rPr>
          <w:lang w:eastAsia="zh-CN"/>
        </w:rPr>
        <w:br/>
      </w:r>
      <w:r>
        <w:rPr>
          <w:lang w:eastAsia="zh-CN"/>
        </w:rPr>
        <w:t>　　申请办理离婚登记的当事人有一本结婚证丢失的，婚姻登记机关可根据另一本结婚证办理离婚登记;当事人两本结婚证都丢失的，婚姻登记机关可根据档案或当事人提供的结婚登记记录证明等证明材料办理离婚登记。当事人应对结婚证丢失情况作出书面说明，该说明由婚姻登记机关存档。</w:t>
      </w:r>
      <w:r>
        <w:rPr>
          <w:lang w:eastAsia="zh-CN"/>
        </w:rPr>
        <w:br/>
      </w:r>
      <w:r>
        <w:rPr>
          <w:lang w:eastAsia="zh-CN"/>
        </w:rPr>
        <w:t>　　申请办理离婚登记的当事人提供的结婚证上的姓名、出生日期、身份证号与身份证、户口簿不一致的，当事人应书面说明不一致的原因。</w:t>
      </w:r>
      <w:r>
        <w:rPr>
          <w:lang w:eastAsia="zh-CN"/>
        </w:rPr>
        <w:br/>
      </w:r>
      <w:r>
        <w:rPr>
          <w:lang w:eastAsia="zh-CN"/>
        </w:rPr>
        <w:t>　　协议离婚后，对反悔的法院是否受理?</w:t>
      </w:r>
      <w:r>
        <w:rPr>
          <w:lang w:eastAsia="zh-CN"/>
        </w:rPr>
        <w:br/>
      </w:r>
      <w:r>
        <w:rPr>
          <w:lang w:eastAsia="zh-CN"/>
        </w:rPr>
        <w:t>　　最高人民法院关于适用《中华人民共和国》若干问题的解释(二)</w:t>
      </w:r>
      <w:r>
        <w:rPr>
          <w:lang w:eastAsia="zh-CN"/>
        </w:rPr>
        <w:br/>
      </w:r>
      <w:r>
        <w:rPr>
          <w:lang w:eastAsia="zh-CN"/>
        </w:rPr>
        <w:t>　　第九条 男女双方协议离婚后一年内就财产分割问题反悔，请求变更或者撤销的，人民法院应当受理。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人民法院审理后，未发现订立财产分割协议时存在欺诈、胁迫等情形的，应当依法驳回当事人的诉讼请求。</w:t>
      </w:r>
      <w:r>
        <w:rPr>
          <w:lang w:eastAsia="zh-CN"/>
        </w:rPr>
        <w:br/>
      </w:r>
      <w:r>
        <w:rPr>
          <w:lang w:eastAsia="zh-CN"/>
        </w:rPr>
        <w:t>　　1、在协议离婚后一年内就财产分割问题反悔，而向法院起诉请求变更或撤销的，法院应当受理。</w:t>
      </w:r>
      <w:r>
        <w:rPr>
          <w:lang w:eastAsia="zh-CN"/>
        </w:rPr>
        <w:br/>
      </w:r>
      <w:r>
        <w:rPr>
          <w:lang w:eastAsia="zh-CN"/>
        </w:rPr>
        <w:t>　　2、是否可以胜诉，关键看是否存在民事合同变更或撤销的情形。</w:t>
      </w:r>
      <w:r>
        <w:rPr>
          <w:lang w:eastAsia="zh-CN"/>
        </w:rPr>
        <w:br/>
      </w:r>
      <w:r>
        <w:rPr>
          <w:lang w:eastAsia="zh-CN"/>
        </w:rPr>
        <w:t xml:space="preserve">    2024年协议离婚协议书怎么写 篇2 </w:t>
      </w:r>
      <w:r>
        <w:rPr>
          <w:lang w:eastAsia="zh-CN"/>
        </w:rPr>
        <w:br/>
      </w:r>
      <w:r>
        <w:rPr>
          <w:lang w:eastAsia="zh-CN"/>
        </w:rPr>
        <w:t>　　离婚协议人：____，男，____年____月____日出生，身份证号码：____________________，汉族，住____市____路____号。</w:t>
      </w:r>
      <w:r>
        <w:rPr>
          <w:lang w:eastAsia="zh-CN"/>
        </w:rPr>
        <w:br/>
      </w:r>
      <w:r>
        <w:rPr>
          <w:lang w:eastAsia="zh-CN"/>
        </w:rPr>
        <w:t>　　离婚协议人：____， 女，____年____月____日出生，身份证号码：____________________，汉族，住____市____路____号。</w:t>
      </w:r>
      <w:r>
        <w:rPr>
          <w:lang w:eastAsia="zh-CN"/>
        </w:rPr>
        <w:br/>
      </w:r>
      <w:r>
        <w:rPr>
          <w:lang w:eastAsia="zh-CN"/>
        </w:rPr>
        <w:t>　　离婚协议人双方于____年____月____日在____区人民政府办理结婚登记手续。因双方性格不合无法共同生活，夫妻感情已完全破裂，现双方就自愿离婚一事达成如下协议：</w:t>
      </w:r>
      <w:r>
        <w:rPr>
          <w:lang w:eastAsia="zh-CN"/>
        </w:rPr>
        <w:br/>
      </w:r>
      <w:r>
        <w:rPr>
          <w:lang w:eastAsia="zh-CN"/>
        </w:rPr>
        <w:t>　　一、 张某与王某自愿离婚。</w:t>
      </w:r>
      <w:r>
        <w:rPr>
          <w:lang w:eastAsia="zh-CN"/>
        </w:rPr>
        <w:br/>
      </w:r>
      <w:r>
        <w:rPr>
          <w:lang w:eastAsia="zh-CN"/>
        </w:rPr>
        <w:t>　　二、离婚财产分割协议条款</w:t>
      </w:r>
      <w:r>
        <w:rPr>
          <w:lang w:eastAsia="zh-CN"/>
        </w:rPr>
        <w:br/>
      </w:r>
      <w:r>
        <w:rPr>
          <w:lang w:eastAsia="zh-CN"/>
        </w:rPr>
        <w:t>　　夫妻婚后购有坐落在____路____号的楼房一套，合同价人民币____万元，现值人民币____万元(包括房内装修内附属设施)。购房时以男方为主贷人贷款____万元，现尚剩余贷款本金____万元。该房购买时首付____万元，首付款来源于婚后双方存款。现协商该套房产归____方所有，由____方给付____方房屋折价款____万元，折价款计算公式为：房屋现价____万元，未还贷款本金____万元。女方给付男方的折价款____万元在____年内分____次付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第一次，办理完离婚手续当天给付人民币____万元;</w:t>
      </w:r>
      <w:r>
        <w:rPr>
          <w:lang w:eastAsia="zh-CN"/>
        </w:rPr>
        <w:br/>
      </w:r>
      <w:r>
        <w:rPr>
          <w:lang w:eastAsia="zh-CN"/>
        </w:rPr>
        <w:t>　　第二次，办理完离婚手续的当年12月31日之前，给付男方人民币____万元;</w:t>
      </w:r>
      <w:r>
        <w:rPr>
          <w:lang w:eastAsia="zh-CN"/>
        </w:rPr>
        <w:br/>
      </w:r>
      <w:r>
        <w:rPr>
          <w:lang w:eastAsia="zh-CN"/>
        </w:rPr>
        <w:t>　　第三次，办理完离婚手续的次年12月31日之前，给付男方人民币____万元。</w:t>
      </w:r>
      <w:r>
        <w:rPr>
          <w:lang w:eastAsia="zh-CN"/>
        </w:rPr>
        <w:br/>
      </w:r>
      <w:r>
        <w:rPr>
          <w:lang w:eastAsia="zh-CN"/>
        </w:rPr>
        <w:t>　　女方若不按时支付，每逾期一日按逾期支付数额的日万分之五支付逾期违约金。男方有义务配合女方办理贷款主贷人变更手续，以及产权变更手续，相关变更手续在办理完离婚手续后即予以办理。若由于男方不予配合女方办理房产转移而给女方带来的不必要的损失，男方必须双倍返还。</w:t>
      </w:r>
      <w:r>
        <w:rPr>
          <w:lang w:eastAsia="zh-CN"/>
        </w:rPr>
        <w:br/>
      </w:r>
      <w:r>
        <w:rPr>
          <w:lang w:eastAsia="zh-CN"/>
        </w:rPr>
        <w:t>　　房内的家用电器及家具等等(见清单)，双方同意作价____万元，归____方所有，____方向____方支付____万元。</w:t>
      </w:r>
      <w:r>
        <w:rPr>
          <w:lang w:eastAsia="zh-CN"/>
        </w:rPr>
        <w:br/>
      </w:r>
      <w:r>
        <w:rPr>
          <w:lang w:eastAsia="zh-CN"/>
        </w:rPr>
        <w:t>　　三、离婚夫妻债务分担</w:t>
      </w:r>
      <w:r>
        <w:rPr>
          <w:lang w:eastAsia="zh-CN"/>
        </w:rPr>
        <w:br/>
      </w:r>
      <w:r>
        <w:rPr>
          <w:lang w:eastAsia="zh-CN"/>
        </w:rPr>
        <w:t>　　夫妻无共同债权及债务。</w:t>
      </w:r>
      <w:r>
        <w:rPr>
          <w:lang w:eastAsia="zh-CN"/>
        </w:rPr>
        <w:br/>
      </w:r>
      <w:r>
        <w:rPr>
          <w:lang w:eastAsia="zh-CN"/>
        </w:rPr>
        <w:t>　　四、子女抚养权行使方式</w:t>
      </w:r>
      <w:r>
        <w:rPr>
          <w:lang w:eastAsia="zh-CN"/>
        </w:rPr>
        <w:br/>
      </w:r>
      <w:r>
        <w:rPr>
          <w:lang w:eastAsia="zh-CN"/>
        </w:rPr>
        <w:t>　　儿子____某某由____方抚养，由____方每月给付抚养费(包括生活费、教育费、医疗费)____元，在每月____号前付清，直到孩子完成高中教育阶段止。高中教育阶段之后的有关费用双方日后重新协商。</w:t>
      </w:r>
      <w:r>
        <w:rPr>
          <w:lang w:eastAsia="zh-CN"/>
        </w:rPr>
        <w:br/>
      </w:r>
      <w:r>
        <w:rPr>
          <w:lang w:eastAsia="zh-CN"/>
        </w:rPr>
        <w:t>　　五、子女探视权行使方式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____可在每月的第一个星期六早上八点接儿子到其居住地，于星期日早上九点送回____居住地。如临时或春节探望，可提前一天与____协商，达成一致后可按协商的办法进行探望。</w:t>
      </w:r>
      <w:r>
        <w:rPr>
          <w:lang w:eastAsia="zh-CN"/>
        </w:rPr>
        <w:br/>
      </w:r>
      <w:r>
        <w:rPr>
          <w:lang w:eastAsia="zh-CN"/>
        </w:rPr>
        <w:t>　　本协议一式叁份，双方各执一份，婚姻登记机关存档一份，在双方签字，并经婚姻登记机关办理相应手续后生效。</w:t>
      </w:r>
      <w:r>
        <w:rPr>
          <w:lang w:eastAsia="zh-CN"/>
        </w:rPr>
        <w:br/>
      </w:r>
      <w:r>
        <w:rPr>
          <w:lang w:eastAsia="zh-CN"/>
        </w:rPr>
        <w:t>　　男方签名： 女方签名：</w:t>
      </w:r>
      <w:r>
        <w:rPr>
          <w:lang w:eastAsia="zh-CN"/>
        </w:rPr>
        <w:br/>
      </w:r>
      <w:r>
        <w:rPr>
          <w:lang w:eastAsia="zh-CN"/>
        </w:rPr>
        <w:t>　　年 月 日 年 月 日</w:t>
      </w:r>
      <w:r>
        <w:rPr>
          <w:lang w:eastAsia="zh-CN"/>
        </w:rPr>
        <w:br/>
      </w:r>
      <w:r>
        <w:rPr>
          <w:lang w:eastAsia="zh-CN"/>
        </w:rPr>
        <w:t xml:space="preserve">    2024年协议离婚协议书怎么写 篇3 </w:t>
      </w:r>
      <w:r>
        <w:rPr>
          <w:lang w:eastAsia="zh-CN"/>
        </w:rPr>
        <w:br/>
      </w:r>
      <w:r>
        <w:rPr>
          <w:lang w:eastAsia="zh-CN"/>
        </w:rPr>
        <w:t>　　___，男，汉族，____年9月28日生，___公司职工，住___。</w:t>
      </w:r>
      <w:r>
        <w:rPr>
          <w:lang w:eastAsia="zh-CN"/>
        </w:rPr>
        <w:br/>
      </w:r>
      <w:r>
        <w:rPr>
          <w:lang w:eastAsia="zh-CN"/>
        </w:rPr>
        <w:t>　　___，女，汉族，____年2月19日生，目前无业，住址同上。</w:t>
      </w:r>
      <w:r>
        <w:rPr>
          <w:lang w:eastAsia="zh-CN"/>
        </w:rPr>
        <w:br/>
      </w:r>
      <w:r>
        <w:rPr>
          <w:lang w:eastAsia="zh-CN"/>
        </w:rPr>
        <w:t>　　___与王___于___年2月登记结婚，___年_月领养刚出生的女儿___。由于___与___婚前相互了解不够，家庭矛盾越来越多，夫妻感情逐渐冷淡，相互伤害日益加剧，已无法继续共同生活。为此，双方经过反复协商，一致认为继续生活下去对双方无益，故就解除婚姻关系、共同财产分割和女儿抚养问题达成如下协议：</w:t>
      </w:r>
      <w:r>
        <w:rPr>
          <w:lang w:eastAsia="zh-CN"/>
        </w:rPr>
        <w:br/>
      </w:r>
      <w:r>
        <w:rPr>
          <w:lang w:eastAsia="zh-CN"/>
        </w:rPr>
        <w:t>　　一、___与___一致同意解除婚姻关系，自愿到户籍所在地民政部门办理离婚手续。</w:t>
      </w:r>
      <w:r>
        <w:rPr>
          <w:lang w:eastAsia="zh-CN"/>
        </w:rPr>
        <w:br/>
      </w:r>
      <w:r>
        <w:rPr>
          <w:lang w:eastAsia="zh-CN"/>
        </w:rPr>
        <w:t>　　二、夫妻共同财产全部归___所有，其中10平方米住房，价值约____元，定期共同存款____元，合计____元，按均等分割原则进行分割，原告应得的____元作为女儿的抚养费用。___个人衣物和生活用品由王自行带走，___愿意给予协助。</w:t>
      </w:r>
      <w:r>
        <w:rPr>
          <w:lang w:eastAsia="zh-CN"/>
        </w:rPr>
        <w:br/>
      </w:r>
      <w:r>
        <w:rPr>
          <w:lang w:eastAsia="zh-CN"/>
        </w:rPr>
        <w:t>　　三、基于前条约定，亦从有利于女儿健康成长出发，女儿___由___抚养，___不再支付抚养费。___随时可以探望女儿，每周五下午还可以接走，周日下午送回，张自愿给予协助。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四、本协议自双方签字并到婚姻登记部门办妥离婚手续后生效。</w:t>
      </w:r>
      <w:r>
        <w:rPr>
          <w:lang w:eastAsia="zh-CN"/>
        </w:rPr>
        <w:br/>
      </w:r>
      <w:r>
        <w:rPr>
          <w:lang w:eastAsia="zh-CN"/>
        </w:rPr>
        <w:t>　　六、本协议一式三份，___、___各执一份，提交婚姻登记部门一份，具有同等法律效力。</w:t>
      </w:r>
      <w:r>
        <w:rPr>
          <w:lang w:eastAsia="zh-CN"/>
        </w:rPr>
        <w:br/>
      </w:r>
      <w:r>
        <w:rPr>
          <w:lang w:eastAsia="zh-CN"/>
        </w:rPr>
        <w:t>　　立协议人：</w:t>
      </w:r>
      <w:r>
        <w:rPr>
          <w:lang w:eastAsia="zh-CN"/>
        </w:rPr>
        <w:br/>
      </w:r>
      <w:r>
        <w:rPr>
          <w:lang w:eastAsia="zh-CN"/>
        </w:rPr>
        <w:t>　　___(签字): ___(签字)：</w:t>
      </w:r>
      <w:r>
        <w:rPr>
          <w:lang w:eastAsia="zh-CN"/>
        </w:rPr>
        <w:br/>
      </w:r>
      <w:r>
        <w:rPr>
          <w:lang w:eastAsia="zh-CN"/>
        </w:rPr>
        <w:t>　　年 月 日 年 月 日</w:t>
      </w:r>
      <w:r>
        <w:rPr>
          <w:lang w:eastAsia="zh-CN"/>
        </w:rPr>
        <w:br/>
      </w:r>
      <w:r>
        <w:rPr>
          <w:lang w:eastAsia="zh-CN"/>
        </w:rPr>
        <w:t xml:space="preserve">    2024年协议离婚协议书怎么写 篇4 </w:t>
      </w:r>
      <w:r>
        <w:rPr>
          <w:lang w:eastAsia="zh-CN"/>
        </w:rPr>
        <w:br/>
      </w:r>
      <w:r>
        <w:rPr>
          <w:lang w:eastAsia="zh-CN"/>
        </w:rPr>
        <w:t>　　甲方(男方)：__ 男 年月日生 汉族 户籍地： 身份证号：</w:t>
      </w:r>
      <w:r>
        <w:rPr>
          <w:lang w:eastAsia="zh-CN"/>
        </w:rPr>
        <w:br/>
      </w:r>
      <w:r>
        <w:rPr>
          <w:lang w:eastAsia="zh-CN"/>
        </w:rPr>
        <w:t>　　乙方(女方)：__ 女 年月日生 汉族 户籍地： 身份证号：</w:t>
      </w:r>
      <w:r>
        <w:rPr>
          <w:lang w:eastAsia="zh-CN"/>
        </w:rPr>
        <w:br/>
      </w:r>
      <w:r>
        <w:rPr>
          <w:lang w:eastAsia="zh-CN"/>
        </w:rPr>
        <w:t>　　甲乙双方在平等、自愿的基础上，经过充分的协商，现就双方离婚后变更子女抚养权等相关事宜达成如下协议：</w:t>
      </w:r>
      <w:r>
        <w:rPr>
          <w:lang w:eastAsia="zh-CN"/>
        </w:rPr>
        <w:br/>
      </w:r>
      <w:r>
        <w:rPr>
          <w:lang w:eastAsia="zh-CN"/>
        </w:rPr>
        <w:t>　　一、被抚养人__，男，现年_周岁，原由女方__抚养。</w:t>
      </w:r>
      <w:r>
        <w:rPr>
          <w:lang w:eastAsia="zh-CN"/>
        </w:rPr>
        <w:br/>
      </w:r>
      <w:r>
        <w:rPr>
          <w:lang w:eastAsia="zh-CN"/>
        </w:rPr>
        <w:t>　　现双方协商同意孩子__自 年月日起随男方__生活，男方负责其日常生活、健康和教育等方面的监护，其抚养权归男方__。</w:t>
      </w:r>
      <w:r>
        <w:rPr>
          <w:lang w:eastAsia="zh-CN"/>
        </w:rPr>
        <w:br/>
      </w:r>
      <w:r>
        <w:rPr>
          <w:lang w:eastAsia="zh-CN"/>
        </w:rPr>
        <w:t>　　二、乙方__不负担孩子的任何抚养费用。</w:t>
      </w:r>
      <w:r>
        <w:rPr>
          <w:lang w:eastAsia="zh-CN"/>
        </w:rPr>
        <w:br/>
      </w:r>
      <w:r>
        <w:rPr>
          <w:lang w:eastAsia="zh-CN"/>
        </w:rPr>
        <w:t>　　三、关于探视权的规定</w:t>
      </w:r>
      <w:r>
        <w:rPr>
          <w:lang w:eastAsia="zh-CN"/>
        </w:rPr>
        <w:br/>
      </w:r>
      <w:r>
        <w:rPr>
          <w:lang w:eastAsia="zh-CN"/>
        </w:rPr>
        <w:t>　　1、女方对孩子__享有探望权。</w:t>
      </w:r>
      <w:r>
        <w:rPr>
          <w:lang w:eastAsia="zh-CN"/>
        </w:rPr>
        <w:br/>
      </w:r>
      <w:r>
        <w:rPr>
          <w:lang w:eastAsia="zh-CN"/>
        </w:rPr>
        <w:t>　　2、探望时间及次数：女方每个星期至少可以探望孩子__一次。</w:t>
      </w:r>
      <w:r>
        <w:rPr>
          <w:lang w:eastAsia="zh-CN"/>
        </w:rPr>
        <w:br/>
      </w:r>
      <w:r>
        <w:rPr>
          <w:lang w:eastAsia="zh-CN"/>
        </w:rPr>
        <w:t>　　四、女方日后协助男方办理孩子__的户口迁移手续。</w:t>
      </w:r>
      <w:r>
        <w:rPr>
          <w:lang w:eastAsia="zh-CN"/>
        </w:rPr>
        <w:br/>
      </w:r>
      <w:r>
        <w:rPr>
          <w:lang w:eastAsia="zh-CN"/>
        </w:rPr>
        <w:t>　　五、如遇其它未尽事宜或应时事宜，按照一切有利于孩子健康成长的原则，互谅互让，协商解决。</w:t>
      </w:r>
      <w:r>
        <w:rPr>
          <w:lang w:eastAsia="zh-CN"/>
        </w:rPr>
        <w:br/>
      </w:r>
      <w:r>
        <w:rPr>
          <w:lang w:eastAsia="zh-CN"/>
        </w:rPr>
        <w:t>　　六、本协议一式两份，甲乙双方各执一份，具有同等法律效力。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七、本协议自双方签字后生效。</w:t>
      </w:r>
      <w:r>
        <w:rPr>
          <w:lang w:eastAsia="zh-CN"/>
        </w:rPr>
        <w:br/>
      </w:r>
      <w:r>
        <w:rPr>
          <w:lang w:eastAsia="zh-CN"/>
        </w:rPr>
        <w:t>　　甲方：</w:t>
      </w:r>
      <w:r>
        <w:rPr>
          <w:lang w:eastAsia="zh-CN"/>
        </w:rPr>
        <w:br/>
      </w:r>
      <w:r>
        <w:rPr>
          <w:lang w:eastAsia="zh-CN"/>
        </w:rPr>
        <w:t>　　乙方：</w:t>
      </w:r>
      <w:r>
        <w:rPr>
          <w:lang w:eastAsia="zh-CN"/>
        </w:rPr>
        <w:br/>
      </w:r>
      <w:r>
        <w:rPr>
          <w:lang w:eastAsia="zh-CN"/>
        </w:rPr>
        <w:t>　　年 月 日</w:t>
      </w:r>
      <w:r>
        <w:rPr>
          <w:lang w:eastAsia="zh-CN"/>
        </w:rPr>
        <w:br/>
      </w:r>
      <w:r>
        <w:rPr>
          <w:lang w:eastAsia="zh-CN"/>
        </w:rPr>
        <w:t xml:space="preserve">    2024年协议离婚协议书怎么写 篇5 </w:t>
      </w:r>
      <w:r>
        <w:rPr>
          <w:lang w:eastAsia="zh-CN"/>
        </w:rPr>
        <w:br/>
      </w:r>
      <w:r>
        <w:rPr>
          <w:lang w:eastAsia="zh-CN"/>
        </w:rPr>
        <w:t>　　订立合同双方：</w:t>
      </w:r>
      <w:r>
        <w:rPr>
          <w:lang w:eastAsia="zh-CN"/>
        </w:rPr>
        <w:br/>
      </w:r>
      <w:r>
        <w:rPr>
          <w:lang w:eastAsia="zh-CN"/>
        </w:rPr>
        <w:t>　　_________县_____公社(乡)_______大队(村)_________生产队，以下简称甲方;</w:t>
      </w:r>
      <w:r>
        <w:rPr>
          <w:lang w:eastAsia="zh-CN"/>
        </w:rPr>
        <w:br/>
      </w:r>
      <w:r>
        <w:rPr>
          <w:lang w:eastAsia="zh-CN"/>
        </w:rPr>
        <w:t>　　___________________县______________公社(乡)________大队(村)________生产队社员_____________，以下简称乙方.</w:t>
      </w:r>
      <w:r>
        <w:rPr>
          <w:lang w:eastAsia="zh-CN"/>
        </w:rPr>
        <w:br/>
      </w:r>
      <w:r>
        <w:rPr>
          <w:lang w:eastAsia="zh-CN"/>
        </w:rPr>
        <w:t>　　为了发展林业生产，培育和合理使用林木资源，加快国土绿化，发展森林蓄水保土，调节气候，改善环境和提供林产品的作用，根据《森林法》的有关规定和中央(83)，(84)一号等有关文件的精神，经甲乙双方充分协商，特订立本合同，以便双方共同遵守.</w:t>
      </w:r>
      <w:r>
        <w:rPr>
          <w:lang w:eastAsia="zh-CN"/>
        </w:rPr>
        <w:br/>
      </w:r>
      <w:r>
        <w:rPr>
          <w:lang w:eastAsia="zh-CN"/>
        </w:rPr>
        <w:t>　　一，承包内容，面积和地点</w:t>
      </w:r>
      <w:r>
        <w:rPr>
          <w:lang w:eastAsia="zh-CN"/>
        </w:rPr>
        <w:br/>
      </w:r>
      <w:r>
        <w:rPr>
          <w:lang w:eastAsia="zh-CN"/>
        </w:rPr>
        <w:t>　　甲方将座落在_________的林地(山地)_____________亩，发包给乙方植树和管理，四界是：南至_______________，北至____________________，东至________________，西至________________.</w:t>
      </w:r>
      <w:r>
        <w:rPr>
          <w:lang w:eastAsia="zh-CN"/>
        </w:rPr>
        <w:br/>
      </w:r>
      <w:r>
        <w:rPr>
          <w:lang w:eastAsia="zh-CN"/>
        </w:rPr>
        <w:t>　　二，承包期</w:t>
      </w:r>
      <w:r>
        <w:rPr>
          <w:lang w:eastAsia="zh-CN"/>
        </w:rPr>
        <w:br/>
      </w:r>
      <w:r>
        <w:rPr>
          <w:lang w:eastAsia="zh-CN"/>
        </w:rPr>
        <w:t>　　承包期为______年零_________个月，从一九_____年______月_____日起，到一九___年____月_____日止.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三，林木收益分配</w:t>
      </w:r>
      <w:r>
        <w:rPr>
          <w:lang w:eastAsia="zh-CN"/>
        </w:rPr>
        <w:br/>
      </w:r>
      <w:r>
        <w:rPr>
          <w:lang w:eastAsia="zh-CN"/>
        </w:rPr>
        <w:t>　　⒈　承包林地内原有林木、成材林木(成材林木的标准，按林业主管部门的规定确</w:t>
      </w:r>
      <w:r>
        <w:rPr>
          <w:lang w:eastAsia="zh-CN"/>
        </w:rPr>
        <w:br/>
      </w:r>
      <w:r>
        <w:rPr>
          <w:lang w:eastAsia="zh-CN"/>
        </w:rPr>
        <w:t>　　定)实行______：_____分成，甲方得_____成，乙方得______成;幼林实行______：____分成，甲方得______成，乙方得_______成.</w:t>
      </w:r>
      <w:r>
        <w:rPr>
          <w:lang w:eastAsia="zh-CN"/>
        </w:rPr>
        <w:br/>
      </w:r>
      <w:r>
        <w:rPr>
          <w:lang w:eastAsia="zh-CN"/>
        </w:rPr>
        <w:t>　　⒉　承包期内乙方新植树木、成材林木实行_______：______分成，甲方得_____成，乙方得_____成.</w:t>
      </w:r>
      <w:r>
        <w:rPr>
          <w:lang w:eastAsia="zh-CN"/>
        </w:rPr>
        <w:br/>
      </w:r>
      <w:r>
        <w:rPr>
          <w:lang w:eastAsia="zh-CN"/>
        </w:rPr>
        <w:t>　　⒊　对原有林木的修枝材、脚材，按_____：______分成，甲方得_______成，乙方得____成.由乙方承担修枝劳务.承包期内新植林木的修枝材、脚材，归乙方所有.乙方修枝要严格按照林业部门的有关技术规定执行.</w:t>
      </w:r>
      <w:r>
        <w:rPr>
          <w:lang w:eastAsia="zh-CN"/>
        </w:rPr>
        <w:br/>
      </w:r>
      <w:r>
        <w:rPr>
          <w:lang w:eastAsia="zh-CN"/>
        </w:rPr>
        <w:t>　　四，种植密度，采伐与纳税</w:t>
      </w:r>
      <w:r>
        <w:rPr>
          <w:lang w:eastAsia="zh-CN"/>
        </w:rPr>
        <w:br/>
      </w:r>
      <w:r>
        <w:rPr>
          <w:lang w:eastAsia="zh-CN"/>
        </w:rPr>
        <w:t>　　⒈　承包期间，乙方必须保证承包林地范围内，每亩植树不少于____株，树苗由乙方自备(或由甲方提供).</w:t>
      </w:r>
      <w:r>
        <w:rPr>
          <w:lang w:eastAsia="zh-CN"/>
        </w:rPr>
        <w:br/>
      </w:r>
      <w:r>
        <w:rPr>
          <w:lang w:eastAsia="zh-CN"/>
        </w:rPr>
        <w:t>　　⒉　在承包期内，甲乙双方均不得擅自采伐树木.如一方需要采伐时，应由双方向有关主管部门提出申请，经批准发给采伐许可证后，按批准采伐的方式(如择伐，皆伐或渐伐)进行采伐.对采伐后的空地，实行谁采伐谁补种的原则，由采伐方在采伐当年或次年完成新造林.更新造林的面积和株数，必须大于采伐的面积和株数，并做到包栽包活.甲方如将应由自己补种的树木委托给乙方补种的，应向乙方支付劳务费，费用由双方议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⒊　采伐税实行谁采伐谁负担，应纳税方应在国家规定的时间内向税务部门纳税.</w:t>
      </w:r>
      <w:r>
        <w:rPr>
          <w:lang w:eastAsia="zh-CN"/>
        </w:rPr>
        <w:br/>
      </w:r>
      <w:r>
        <w:rPr>
          <w:lang w:eastAsia="zh-CN"/>
        </w:rPr>
        <w:t xml:space="preserve">    2024年协议离婚协议书怎么写 篇6 </w:t>
      </w:r>
      <w:r>
        <w:rPr>
          <w:lang w:eastAsia="zh-CN"/>
        </w:rPr>
        <w:br/>
      </w:r>
      <w:r>
        <w:rPr>
          <w:lang w:eastAsia="zh-CN"/>
        </w:rPr>
        <w:t>　　净身出户离婚协议书范本一</w:t>
      </w:r>
      <w:r>
        <w:rPr>
          <w:lang w:eastAsia="zh-CN"/>
        </w:rPr>
        <w:br/>
      </w:r>
      <w:r>
        <w:rPr>
          <w:lang w:eastAsia="zh-CN"/>
        </w:rPr>
        <w:t>　　男方：，男，汉族，出生，身份证号，住。</w:t>
      </w:r>
      <w:r>
        <w:rPr>
          <w:lang w:eastAsia="zh-CN"/>
        </w:rPr>
        <w:br/>
      </w:r>
      <w:r>
        <w:rPr>
          <w:lang w:eastAsia="zh-CN"/>
        </w:rPr>
        <w:t>　　女方：，女，汉族，出生，身份证号，住。</w:t>
      </w:r>
      <w:r>
        <w:rPr>
          <w:lang w:eastAsia="zh-CN"/>
        </w:rPr>
        <w:br/>
      </w:r>
      <w:r>
        <w:rPr>
          <w:lang w:eastAsia="zh-CN"/>
        </w:rPr>
        <w:t>　　男方与女方于_年认识，于_年_月在民政局登记结婚，婚后于_日生育一女儿，名。现因男女双方夫妻感情破裂，已无和好可能，经双方自愿协商达成一致意见，订立离婚协议如下：</w:t>
      </w:r>
      <w:r>
        <w:rPr>
          <w:lang w:eastAsia="zh-CN"/>
        </w:rPr>
        <w:br/>
      </w:r>
      <w:r>
        <w:rPr>
          <w:lang w:eastAsia="zh-CN"/>
        </w:rPr>
        <w:t>　　一、男女双方自愿离婚。</w:t>
      </w:r>
      <w:r>
        <w:rPr>
          <w:lang w:eastAsia="zh-CN"/>
        </w:rPr>
        <w:br/>
      </w:r>
      <w:r>
        <w:rPr>
          <w:lang w:eastAsia="zh-CN"/>
        </w:rPr>
        <w:t>　　二、子女抚养、抚养费及探望权：</w:t>
      </w:r>
      <w:r>
        <w:rPr>
          <w:lang w:eastAsia="zh-CN"/>
        </w:rPr>
        <w:br/>
      </w:r>
      <w:r>
        <w:rPr>
          <w:lang w:eastAsia="zh-CN"/>
        </w:rPr>
        <w:t>　　婚生女随女方生活，抚养费(含教育费、医疗费等)由男方全部负责。暂定男方现阶段每个月支付抚养费元，在每个月15号前将抚养费交到女方手中或者存于女方指定的银行账户(账号为)。如遇物价上涨或教育费用增加等原因导致抚养费需要增加时，本着有利于孩子成长的原则由双方另行协商确定。抚养费支付至女儿独立生活止。</w:t>
      </w:r>
      <w:r>
        <w:rPr>
          <w:lang w:eastAsia="zh-CN"/>
        </w:rPr>
        <w:br/>
      </w:r>
      <w:r>
        <w:rPr>
          <w:lang w:eastAsia="zh-CN"/>
        </w:rPr>
        <w:t>　　在不影响孩子学习、生活的情况下，男方可随时探望女儿。男方每月可探望女儿或带女儿外出游玩五次，但应提前通知女方，女方应保证男方每月探望的时间不少于五天。</w:t>
      </w:r>
      <w:r>
        <w:rPr>
          <w:lang w:eastAsia="zh-CN"/>
        </w:rPr>
        <w:br/>
      </w:r>
      <w:r>
        <w:rPr>
          <w:lang w:eastAsia="zh-CN"/>
        </w:rPr>
        <w:t>　　三、夫妻共同财产的处理</w:t>
      </w:r>
      <w:r>
        <w:rPr>
          <w:lang w:eastAsia="zh-CN"/>
        </w:rPr>
        <w:br/>
      </w:r>
      <w:r>
        <w:rPr>
          <w:lang w:eastAsia="zh-CN"/>
        </w:rPr>
        <w:t>　　1、双方共同所有位于的房屋一套，现约定该房屋所有权归女方所有。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2、存款、名下所有银行存款，均归女方所有。</w:t>
      </w:r>
      <w:r>
        <w:rPr>
          <w:lang w:eastAsia="zh-CN"/>
        </w:rPr>
        <w:br/>
      </w:r>
      <w:r>
        <w:rPr>
          <w:lang w:eastAsia="zh-CN"/>
        </w:rPr>
        <w:t>　　四、债务的处理。</w:t>
      </w:r>
      <w:r>
        <w:rPr>
          <w:lang w:eastAsia="zh-CN"/>
        </w:rPr>
        <w:br/>
      </w:r>
      <w:r>
        <w:rPr>
          <w:lang w:eastAsia="zh-CN"/>
        </w:rPr>
        <w:t>　　双方确认在婚姻关系存续期间共同的债务，均为男方承担。</w:t>
      </w:r>
      <w:r>
        <w:rPr>
          <w:lang w:eastAsia="zh-CN"/>
        </w:rPr>
        <w:br/>
      </w:r>
      <w:r>
        <w:rPr>
          <w:lang w:eastAsia="zh-CN"/>
        </w:rPr>
        <w:t>　　五、协议生效时间。</w:t>
      </w:r>
      <w:r>
        <w:rPr>
          <w:lang w:eastAsia="zh-CN"/>
        </w:rPr>
        <w:br/>
      </w:r>
      <w:r>
        <w:rPr>
          <w:lang w:eastAsia="zh-CN"/>
        </w:rPr>
        <w:t>　　本协议一式三份，自婚姻登记机关颁发《离婚证》之日起生效，男、女双方各执一份，婚姻登记机关存档一份。</w:t>
      </w:r>
      <w:r>
        <w:rPr>
          <w:lang w:eastAsia="zh-CN"/>
        </w:rPr>
        <w:br/>
      </w:r>
      <w:r>
        <w:rPr>
          <w:lang w:eastAsia="zh-CN"/>
        </w:rPr>
        <w:t>　　六、如本协议生效后在执行中发生争议的，双方应协商解决，协商不成，任何一方均可向人民法院起诉。</w:t>
      </w:r>
      <w:r>
        <w:rPr>
          <w:lang w:eastAsia="zh-CN"/>
        </w:rPr>
        <w:br/>
      </w:r>
      <w:r>
        <w:rPr>
          <w:lang w:eastAsia="zh-CN"/>
        </w:rPr>
        <w:t>　　男方：</w:t>
      </w:r>
      <w:r>
        <w:rPr>
          <w:lang w:eastAsia="zh-CN"/>
        </w:rPr>
        <w:br/>
      </w:r>
      <w:r>
        <w:rPr>
          <w:lang w:eastAsia="zh-CN"/>
        </w:rPr>
        <w:t>　　女方：</w:t>
      </w:r>
      <w:r>
        <w:rPr>
          <w:lang w:eastAsia="zh-CN"/>
        </w:rPr>
        <w:br/>
      </w:r>
      <w:r>
        <w:rPr>
          <w:lang w:eastAsia="zh-CN"/>
        </w:rPr>
        <w:t>　　_年_月_日</w:t>
      </w:r>
      <w:r>
        <w:rPr>
          <w:lang w:eastAsia="zh-CN"/>
        </w:rPr>
        <w:br/>
      </w:r>
      <w:r>
        <w:rPr>
          <w:lang w:eastAsia="zh-CN"/>
        </w:rPr>
        <w:t>　　净身出户离婚协议书范本二</w:t>
      </w:r>
      <w:r>
        <w:rPr>
          <w:lang w:eastAsia="zh-CN"/>
        </w:rPr>
        <w:br/>
      </w:r>
      <w:r>
        <w:rPr>
          <w:lang w:eastAsia="zh-CN"/>
        </w:rPr>
        <w:t>　　男方：，男，_族，_年_月_日生，住，身份证号码：</w:t>
      </w:r>
      <w:r>
        <w:rPr>
          <w:lang w:eastAsia="zh-CN"/>
        </w:rPr>
        <w:br/>
      </w:r>
      <w:r>
        <w:rPr>
          <w:lang w:eastAsia="zh-CN"/>
        </w:rPr>
        <w:t>　　女方：，女，_族，_年_月_日生，住，身份证号码：</w:t>
      </w:r>
      <w:r>
        <w:rPr>
          <w:lang w:eastAsia="zh-CN"/>
        </w:rPr>
        <w:br/>
      </w:r>
      <w:r>
        <w:rPr>
          <w:lang w:eastAsia="zh-CN"/>
        </w:rPr>
        <w:t>　　男方与女方于_年_月认识，于_年_月_日在民政局登记结婚，婚后于_年_月_日生育一儿子，名。因女方有外遇致使夫妻感情确已破裂，已无和好可能，现经夫妻双方自愿协商达成一致意见，订立离婚协议如下：</w:t>
      </w:r>
      <w:r>
        <w:rPr>
          <w:lang w:eastAsia="zh-CN"/>
        </w:rPr>
        <w:br/>
      </w:r>
      <w:r>
        <w:rPr>
          <w:lang w:eastAsia="zh-CN"/>
        </w:rPr>
        <w:t>　　一、男女双方自愿离婚。</w:t>
      </w:r>
      <w:r>
        <w:rPr>
          <w:lang w:eastAsia="zh-CN"/>
        </w:rPr>
        <w:br/>
      </w:r>
      <w:r>
        <w:rPr>
          <w:lang w:eastAsia="zh-CN"/>
        </w:rPr>
        <w:t>　　二、子女抚养、抚养费及探望权：</w:t>
      </w:r>
      <w:r>
        <w:rPr>
          <w:lang w:eastAsia="zh-CN"/>
        </w:rPr>
        <w:br/>
      </w:r>
      <w:r>
        <w:rPr>
          <w:lang w:eastAsia="zh-CN"/>
        </w:rPr>
        <w:t>　　儿子由男方抚养，随同男方生活，抚养费由男方全部负责，不由女方承担任何费用。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女方必须取得男方同意后，方可探望孩子。</w:t>
      </w:r>
      <w:r>
        <w:rPr>
          <w:lang w:eastAsia="zh-CN"/>
        </w:rPr>
        <w:br/>
      </w:r>
      <w:r>
        <w:rPr>
          <w:lang w:eastAsia="zh-CN"/>
        </w:rPr>
        <w:t>　　三、夫妻共同财产的处理：</w:t>
      </w:r>
      <w:r>
        <w:rPr>
          <w:lang w:eastAsia="zh-CN"/>
        </w:rPr>
        <w:br/>
      </w:r>
      <w:r>
        <w:rPr>
          <w:lang w:eastAsia="zh-CN"/>
        </w:rPr>
        <w:t>　　(一)存款：双方名下现有银行存款为双方各自拥有。</w:t>
      </w:r>
      <w:r>
        <w:rPr>
          <w:lang w:eastAsia="zh-CN"/>
        </w:rPr>
        <w:br/>
      </w:r>
      <w:r>
        <w:rPr>
          <w:lang w:eastAsia="zh-CN"/>
        </w:rPr>
        <w:t>　　(二)房屋：夫妻共同所有房产归男方所有，房地产权证的业主姓名变更的手续自离婚后一个月内办理，女方必须协助男方办理变更的一切手续，过户费用由女方负责。</w:t>
      </w:r>
      <w:r>
        <w:rPr>
          <w:lang w:eastAsia="zh-CN"/>
        </w:rPr>
        <w:br/>
      </w:r>
      <w:r>
        <w:rPr>
          <w:lang w:eastAsia="zh-CN"/>
        </w:rPr>
        <w:t>　　(三)其他财产：婚前双方各自的财产归各自所有，男女双方各自的私人生活用品及首饰归各自所有。</w:t>
      </w:r>
      <w:r>
        <w:rPr>
          <w:lang w:eastAsia="zh-CN"/>
        </w:rPr>
        <w:br/>
      </w:r>
      <w:r>
        <w:rPr>
          <w:lang w:eastAsia="zh-CN"/>
        </w:rPr>
        <w:t>　　四、债务的处理：</w:t>
      </w:r>
      <w:r>
        <w:rPr>
          <w:lang w:eastAsia="zh-CN"/>
        </w:rPr>
        <w:br/>
      </w:r>
      <w:r>
        <w:rPr>
          <w:lang w:eastAsia="zh-CN"/>
        </w:rPr>
        <w:t>　　双方确认在婚姻关系存续期间没有发生任何共同债务，任何一方如对外负有债务的，由负债方自行承担。</w:t>
      </w:r>
      <w:r>
        <w:rPr>
          <w:lang w:eastAsia="zh-CN"/>
        </w:rPr>
        <w:br/>
      </w:r>
      <w:r>
        <w:rPr>
          <w:lang w:eastAsia="zh-CN"/>
        </w:rPr>
        <w:t>　　五、一方隐瞒或转移夫妻共同财产的责任：</w:t>
      </w:r>
      <w:r>
        <w:rPr>
          <w:lang w:eastAsia="zh-CN"/>
        </w:rPr>
        <w:br/>
      </w:r>
      <w:r>
        <w:rPr>
          <w:lang w:eastAsia="zh-CN"/>
        </w:rPr>
        <w:t>　　双方确认夫妻共同财产在上述第三条已作出明确列明。除上述房屋、家具、家电及银行存款外，并无其他财产，任何一方应保证以上所列婚内全部共同财产的真实性。</w:t>
      </w:r>
      <w:r>
        <w:rPr>
          <w:lang w:eastAsia="zh-CN"/>
        </w:rPr>
        <w:br/>
      </w:r>
      <w:r>
        <w:rPr>
          <w:lang w:eastAsia="zh-CN"/>
        </w:rPr>
        <w:t>　　本协议书财产分割基于上列财产为基础。任何一方不得隐瞒、虚报、转移婚内共同财产或婚前财产。如任何一方有隐瞒、虚报除上述所列财产外的财产，或在签订本协议之前二年内有转移、抽逃财产的，另一方发现后有权取得对方所隐瞒、虚报、转移的财产的全部份额，并追究其隐瞒、虚报、转移财产的法律责任，虚报、转移、隐瞒方无权分割该财产。</w:t>
      </w:r>
      <w:r>
        <w:rPr>
          <w:lang w:eastAsia="zh-CN"/>
        </w:rPr>
        <w:br/>
      </w:r>
      <w:r>
        <w:rPr>
          <w:lang w:eastAsia="zh-CN"/>
        </w:rPr>
        <w:t>　　六、精神损害赔偿：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鉴于女方有外遇的原因，女方应一次性补偿男方精神损害费25000元，应于_年_月_日前支付完毕。</w:t>
      </w:r>
      <w:r>
        <w:rPr>
          <w:lang w:eastAsia="zh-CN"/>
        </w:rPr>
        <w:br/>
      </w:r>
      <w:r>
        <w:rPr>
          <w:lang w:eastAsia="zh-CN"/>
        </w:rPr>
        <w:t>　　七、违约责任的约定：</w:t>
      </w:r>
      <w:r>
        <w:rPr>
          <w:lang w:eastAsia="zh-CN"/>
        </w:rPr>
        <w:br/>
      </w:r>
      <w:r>
        <w:rPr>
          <w:lang w:eastAsia="zh-CN"/>
        </w:rPr>
        <w:t>　　任何一方不按本协议约定期限履行支付款项义务的，应付违约金_元给对方。</w:t>
      </w:r>
      <w:r>
        <w:rPr>
          <w:lang w:eastAsia="zh-CN"/>
        </w:rPr>
        <w:br/>
      </w:r>
      <w:r>
        <w:rPr>
          <w:lang w:eastAsia="zh-CN"/>
        </w:rPr>
        <w:t>　　八、协议生效时间的约定：</w:t>
      </w:r>
      <w:r>
        <w:rPr>
          <w:lang w:eastAsia="zh-CN"/>
        </w:rPr>
        <w:br/>
      </w:r>
      <w:r>
        <w:rPr>
          <w:lang w:eastAsia="zh-CN"/>
        </w:rPr>
        <w:t>　　本协议一式三份，自婚姻登记机颁发《离婚证》之日起生效，男、女双方各执一份，婚姻登记机关存档一份。</w:t>
      </w:r>
      <w:r>
        <w:rPr>
          <w:lang w:eastAsia="zh-CN"/>
        </w:rPr>
        <w:br/>
      </w:r>
      <w:r>
        <w:rPr>
          <w:lang w:eastAsia="zh-CN"/>
        </w:rPr>
        <w:t>　　九、如本协议生效后在执行中发生争议的，双方应协商解决，协商不成，任何一方均可向人民法院起诉。</w:t>
      </w:r>
      <w:r>
        <w:rPr>
          <w:lang w:eastAsia="zh-CN"/>
        </w:rPr>
        <w:br/>
      </w:r>
      <w:r>
        <w:rPr>
          <w:lang w:eastAsia="zh-CN"/>
        </w:rPr>
        <w:t>　　男方：女方：</w:t>
      </w:r>
      <w:r>
        <w:rPr>
          <w:lang w:eastAsia="zh-CN"/>
        </w:rPr>
        <w:br/>
      </w:r>
      <w:r>
        <w:rPr>
          <w:lang w:eastAsia="zh-CN"/>
        </w:rPr>
        <w:t>　　签名：签名：</w:t>
      </w:r>
      <w:r>
        <w:rPr>
          <w:lang w:eastAsia="zh-CN"/>
        </w:rPr>
        <w:br/>
      </w:r>
      <w:r>
        <w:rPr>
          <w:lang w:eastAsia="zh-CN"/>
        </w:rPr>
        <w:t>　　_年_月_日_年_月_日</w:t>
      </w:r>
      <w:r>
        <w:rPr>
          <w:lang w:eastAsia="zh-CN"/>
        </w:rPr>
        <w:br/>
      </w:r>
      <w:r>
        <w:rPr>
          <w:lang w:eastAsia="zh-CN"/>
        </w:rPr>
        <w:t xml:space="preserve">    2024年协议离婚协议书怎么写 篇7 </w:t>
      </w:r>
      <w:r>
        <w:rPr>
          <w:lang w:eastAsia="zh-CN"/>
        </w:rPr>
        <w:br/>
      </w:r>
      <w:r>
        <w:rPr>
          <w:lang w:eastAsia="zh-CN"/>
        </w:rPr>
        <w:t>　　合伙协议书</w:t>
      </w:r>
      <w:r>
        <w:rPr>
          <w:lang w:eastAsia="zh-CN"/>
        </w:rPr>
        <w:br/>
      </w:r>
      <w:r>
        <w:rPr>
          <w:lang w:eastAsia="zh-CN"/>
        </w:rPr>
        <w:t>　　合伙人：刘，男，汉族，1973年8月10日出生，住攸县上云桥镇枫岭村。</w:t>
      </w:r>
      <w:r>
        <w:rPr>
          <w:lang w:eastAsia="zh-CN"/>
        </w:rPr>
        <w:br/>
      </w:r>
      <w:r>
        <w:rPr>
          <w:lang w:eastAsia="zh-CN"/>
        </w:rPr>
        <w:t>　　合伙人：焦，男，汉族，1975年7月15日出生，住---攸县莲塘坳乡沈和村。</w:t>
      </w:r>
      <w:r>
        <w:rPr>
          <w:lang w:eastAsia="zh-CN"/>
        </w:rPr>
        <w:br/>
      </w:r>
      <w:r>
        <w:rPr>
          <w:lang w:eastAsia="zh-CN"/>
        </w:rPr>
        <w:t>　　第一条合伙事由</w:t>
      </w:r>
      <w:r>
        <w:rPr>
          <w:lang w:eastAsia="zh-CN"/>
        </w:rPr>
        <w:br/>
      </w:r>
      <w:r>
        <w:rPr>
          <w:lang w:eastAsia="zh-CN"/>
        </w:rPr>
        <w:t>　　合伙人合伙经营合发采石场，合发采石场地处莲塘坳乡沈和村。合伙各方共同经营、共同劳动，共担风险，共负盈亏。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第二条经营期限</w:t>
      </w:r>
      <w:r>
        <w:rPr>
          <w:lang w:eastAsia="zh-CN"/>
        </w:rPr>
        <w:br/>
      </w:r>
      <w:r>
        <w:rPr>
          <w:lang w:eastAsia="zh-CN"/>
        </w:rPr>
        <w:t>　　本合伙经营期限自20__年8月12日—20__年8月12日止。</w:t>
      </w:r>
      <w:r>
        <w:rPr>
          <w:lang w:eastAsia="zh-CN"/>
        </w:rPr>
        <w:br/>
      </w:r>
      <w:r>
        <w:rPr>
          <w:lang w:eastAsia="zh-CN"/>
        </w:rPr>
        <w:t>　　第三条出资方式、出资比例</w:t>
      </w:r>
      <w:r>
        <w:rPr>
          <w:lang w:eastAsia="zh-CN"/>
        </w:rPr>
        <w:br/>
      </w:r>
      <w:r>
        <w:rPr>
          <w:lang w:eastAsia="zh-CN"/>
        </w:rPr>
        <w:t>　　(一)合伙人刘以现金、铲车1台、风炮机1台、支付当地组民的山、田、路的费用、架设电路的费用、购买火工产品的费用出资，占总出资额的60%;</w:t>
      </w:r>
      <w:r>
        <w:rPr>
          <w:lang w:eastAsia="zh-CN"/>
        </w:rPr>
        <w:br/>
      </w:r>
      <w:r>
        <w:rPr>
          <w:lang w:eastAsia="zh-CN"/>
        </w:rPr>
        <w:t>　　(二)合伙人焦以办理采石场前期费用出资，占总出资额的40%。</w:t>
      </w:r>
      <w:r>
        <w:rPr>
          <w:lang w:eastAsia="zh-CN"/>
        </w:rPr>
        <w:br/>
      </w:r>
      <w:r>
        <w:rPr>
          <w:lang w:eastAsia="zh-CN"/>
        </w:rPr>
        <w:t>　　第四条盈余分配与债务承担</w:t>
      </w:r>
      <w:r>
        <w:rPr>
          <w:lang w:eastAsia="zh-CN"/>
        </w:rPr>
        <w:br/>
      </w:r>
      <w:r>
        <w:rPr>
          <w:lang w:eastAsia="zh-CN"/>
        </w:rPr>
        <w:t>　　(一)盈余分配：以出资额为依据，按比例分配。</w:t>
      </w:r>
      <w:r>
        <w:rPr>
          <w:lang w:eastAsia="zh-CN"/>
        </w:rPr>
        <w:br/>
      </w:r>
      <w:r>
        <w:rPr>
          <w:lang w:eastAsia="zh-CN"/>
        </w:rPr>
        <w:t>　　(二)债务承担：合伙债务出资额为依据，按比例承担。</w:t>
      </w:r>
      <w:r>
        <w:rPr>
          <w:lang w:eastAsia="zh-CN"/>
        </w:rPr>
        <w:br/>
      </w:r>
      <w:r>
        <w:rPr>
          <w:lang w:eastAsia="zh-CN"/>
        </w:rPr>
        <w:t>　　第五条合伙人的权利和义务</w:t>
      </w:r>
      <w:r>
        <w:rPr>
          <w:lang w:eastAsia="zh-CN"/>
        </w:rPr>
        <w:br/>
      </w:r>
      <w:r>
        <w:rPr>
          <w:lang w:eastAsia="zh-CN"/>
        </w:rPr>
        <w:t>　　(一)合伙人的权利</w:t>
      </w:r>
      <w:r>
        <w:rPr>
          <w:lang w:eastAsia="zh-CN"/>
        </w:rPr>
        <w:br/>
      </w:r>
      <w:r>
        <w:rPr>
          <w:lang w:eastAsia="zh-CN"/>
        </w:rPr>
        <w:t>　　1、合伙事务的经营权、决定权和监督权，合伙的经营活动由合伙人共同决定，下列事项需经全体合伙人一致同意：</w:t>
      </w:r>
      <w:r>
        <w:rPr>
          <w:lang w:eastAsia="zh-CN"/>
        </w:rPr>
        <w:br/>
      </w:r>
      <w:r>
        <w:rPr>
          <w:lang w:eastAsia="zh-CN"/>
        </w:rPr>
        <w:t>　　A、处理合伙企业不动产或重大机器设备的。</w:t>
      </w:r>
      <w:r>
        <w:rPr>
          <w:lang w:eastAsia="zh-CN"/>
        </w:rPr>
        <w:br/>
      </w:r>
      <w:r>
        <w:rPr>
          <w:lang w:eastAsia="zh-CN"/>
        </w:rPr>
        <w:t>　　B、改变合伙企业名称或向工商局办理变更登记手续的。</w:t>
      </w:r>
      <w:r>
        <w:rPr>
          <w:lang w:eastAsia="zh-CN"/>
        </w:rPr>
        <w:br/>
      </w:r>
      <w:r>
        <w:rPr>
          <w:lang w:eastAsia="zh-CN"/>
        </w:rPr>
        <w:t>　　C、聘任合伙人以外的人对合伙企业进行管理的。</w:t>
      </w:r>
      <w:r>
        <w:rPr>
          <w:lang w:eastAsia="zh-CN"/>
        </w:rPr>
        <w:br/>
      </w:r>
      <w:r>
        <w:rPr>
          <w:lang w:eastAsia="zh-CN"/>
        </w:rPr>
        <w:t>　　2、合伙人享有合伙利益的分配权。</w:t>
      </w:r>
      <w:r>
        <w:rPr>
          <w:lang w:eastAsia="zh-CN"/>
        </w:rPr>
        <w:br/>
      </w:r>
      <w:r>
        <w:rPr>
          <w:lang w:eastAsia="zh-CN"/>
        </w:rPr>
        <w:t>　　(二)合伙人的义务</w:t>
      </w:r>
      <w:r>
        <w:rPr>
          <w:lang w:eastAsia="zh-CN"/>
        </w:rPr>
        <w:br/>
      </w:r>
      <w:r>
        <w:rPr>
          <w:lang w:eastAsia="zh-CN"/>
        </w:rPr>
        <w:t>　　1、共同维护合伙财产;</w:t>
      </w:r>
      <w:r>
        <w:rPr>
          <w:lang w:eastAsia="zh-CN"/>
        </w:rPr>
        <w:br/>
      </w:r>
      <w:r>
        <w:rPr>
          <w:lang w:eastAsia="zh-CN"/>
        </w:rPr>
        <w:t>　　2、分担合伙的经营损失的债务;</w:t>
      </w:r>
      <w:r>
        <w:rPr>
          <w:lang w:eastAsia="zh-CN"/>
        </w:rPr>
        <w:br/>
      </w:r>
      <w:r>
        <w:rPr>
          <w:lang w:eastAsia="zh-CN"/>
        </w:rPr>
        <w:t>　　3、为合伙债务承担连带责任;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4、协议签订后，合伙期间的生产、经营费用按合伙人的出资比例进行分摊。</w:t>
      </w:r>
      <w:r>
        <w:rPr>
          <w:lang w:eastAsia="zh-CN"/>
        </w:rPr>
        <w:br/>
      </w:r>
      <w:r>
        <w:rPr>
          <w:lang w:eastAsia="zh-CN"/>
        </w:rPr>
        <w:t>　　第六条合伙人组织及议事规则</w:t>
      </w:r>
      <w:r>
        <w:rPr>
          <w:lang w:eastAsia="zh-CN"/>
        </w:rPr>
        <w:br/>
      </w:r>
      <w:r>
        <w:rPr>
          <w:lang w:eastAsia="zh-CN"/>
        </w:rPr>
        <w:t>　　1、合伙人共同执行合伙企业事务。</w:t>
      </w:r>
      <w:r>
        <w:rPr>
          <w:lang w:eastAsia="zh-CN"/>
        </w:rPr>
        <w:br/>
      </w:r>
      <w:r>
        <w:rPr>
          <w:lang w:eastAsia="zh-CN"/>
        </w:rPr>
        <w:t>　　2、合伙人决定，设合伙负责人一名，由合伙人刘担任，负责合伙组织的日常工作，具体负责对外开展业务、内部财务账簿管理，合伙人焦具体负责生产、安全和内部财务资金管理。</w:t>
      </w:r>
      <w:r>
        <w:rPr>
          <w:lang w:eastAsia="zh-CN"/>
        </w:rPr>
        <w:br/>
      </w:r>
      <w:r>
        <w:rPr>
          <w:lang w:eastAsia="zh-CN"/>
        </w:rPr>
        <w:t>　　第七条特别约定</w:t>
      </w:r>
      <w:r>
        <w:rPr>
          <w:lang w:eastAsia="zh-CN"/>
        </w:rPr>
        <w:br/>
      </w:r>
      <w:r>
        <w:rPr>
          <w:lang w:eastAsia="zh-CN"/>
        </w:rPr>
        <w:t>　　1、由合伙人焦负责处理合发采石场周边的关系，如出现当地村、组民阻挠采石场的正常生产，合伙人焦有责任尽快妥善处理好，合伙人刘必须全力协助做好工作，确保企业正常生产经营。</w:t>
      </w:r>
      <w:r>
        <w:rPr>
          <w:lang w:eastAsia="zh-CN"/>
        </w:rPr>
        <w:br/>
      </w:r>
      <w:r>
        <w:rPr>
          <w:lang w:eastAsia="zh-CN"/>
        </w:rPr>
        <w:t>　　2、合伙人焦应在本协议签订后一年内，负责办理采石开采权证的变更手续及费用。在没有变更前，出现的法律责任由合伙人焦承担，并赔偿由此给合伙人刘造成的经济损失。</w:t>
      </w:r>
      <w:r>
        <w:rPr>
          <w:lang w:eastAsia="zh-CN"/>
        </w:rPr>
        <w:br/>
      </w:r>
      <w:r>
        <w:rPr>
          <w:lang w:eastAsia="zh-CN"/>
        </w:rPr>
        <w:t>　　第八条纠纷的解决</w:t>
      </w:r>
      <w:r>
        <w:rPr>
          <w:lang w:eastAsia="zh-CN"/>
        </w:rPr>
        <w:br/>
      </w:r>
      <w:r>
        <w:rPr>
          <w:lang w:eastAsia="zh-CN"/>
        </w:rPr>
        <w:t>　　合伙人之间如发生纠纷，应共同协商，本着有利于合伙事业发展的原则予以解决。如协商不成，可以诉诸法院。</w:t>
      </w:r>
      <w:r>
        <w:rPr>
          <w:lang w:eastAsia="zh-CN"/>
        </w:rPr>
        <w:br/>
      </w:r>
      <w:r>
        <w:rPr>
          <w:lang w:eastAsia="zh-CN"/>
        </w:rPr>
        <w:t>　　第九条本协议未尽事宜，由合伙人根据实际情况共同作出决定，与本协议具有同等的法律效力。</w:t>
      </w:r>
      <w:r>
        <w:rPr>
          <w:lang w:eastAsia="zh-CN"/>
        </w:rPr>
        <w:br/>
      </w:r>
      <w:r>
        <w:rPr>
          <w:lang w:eastAsia="zh-CN"/>
        </w:rPr>
        <w:t>　　本协议一式二份，二位合伙人各执一份。协议自合伙人签章后生效。</w:t>
      </w:r>
      <w:r>
        <w:rPr>
          <w:lang w:eastAsia="zh-CN"/>
        </w:rPr>
        <w:br/>
      </w:r>
      <w:r>
        <w:rPr>
          <w:lang w:eastAsia="zh-CN"/>
        </w:rPr>
        <w:t>　　合伙人签字(盖章)：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20__年八月十一日</w:t>
      </w:r>
      <w:r>
        <w:rPr>
          <w:lang w:eastAsia="zh-CN"/>
        </w:rPr>
        <w:br/>
      </w:r>
      <w:r>
        <w:rPr>
          <w:lang w:eastAsia="zh-CN"/>
        </w:rPr>
        <w:t xml:space="preserve">    2024年协议离婚协议书怎么写 篇8 </w:t>
      </w:r>
      <w:r>
        <w:rPr>
          <w:lang w:eastAsia="zh-CN"/>
        </w:rPr>
        <w:br/>
      </w:r>
      <w:r>
        <w:rPr>
          <w:lang w:eastAsia="zh-CN"/>
        </w:rPr>
        <w:t>　　合同男方：某某，男，汉族，_____年___月___日生，住____________，身份证号码：_______________</w:t>
      </w:r>
      <w:r>
        <w:rPr>
          <w:lang w:eastAsia="zh-CN"/>
        </w:rPr>
        <w:br/>
      </w:r>
      <w:r>
        <w:rPr>
          <w:lang w:eastAsia="zh-CN"/>
        </w:rPr>
        <w:t>　　女方：某某，女，汉族，_____年___月___日生，住____________，身份证号码：_______________</w:t>
      </w:r>
      <w:r>
        <w:rPr>
          <w:lang w:eastAsia="zh-CN"/>
        </w:rPr>
        <w:br/>
      </w:r>
      <w:r>
        <w:rPr>
          <w:lang w:eastAsia="zh-CN"/>
        </w:rPr>
        <w:t>　　合同男方与女方于_____年___月认识，于_____年___月___日在___登记结婚，婚后于_____年___月___日生育一儿子/女儿，名______。因_____________致使夫妻感情确已破裂，已无和好可能，现经夫妻双方自愿协商达成一致意见，订立离婚协议如下：</w:t>
      </w:r>
      <w:r>
        <w:rPr>
          <w:lang w:eastAsia="zh-CN"/>
        </w:rPr>
        <w:br/>
      </w:r>
      <w:r>
        <w:rPr>
          <w:lang w:eastAsia="zh-CN"/>
        </w:rPr>
        <w:t>　　一、男女双方自愿离婚。</w:t>
      </w:r>
      <w:r>
        <w:rPr>
          <w:lang w:eastAsia="zh-CN"/>
        </w:rPr>
        <w:br/>
      </w:r>
      <w:r>
        <w:rPr>
          <w:lang w:eastAsia="zh-CN"/>
        </w:rPr>
        <w:t>　　二、子女抚养、抚养费及探望权：</w:t>
      </w:r>
      <w:r>
        <w:rPr>
          <w:lang w:eastAsia="zh-CN"/>
        </w:rPr>
        <w:br/>
      </w:r>
      <w:r>
        <w:rPr>
          <w:lang w:eastAsia="zh-CN"/>
        </w:rPr>
        <w:t>　　儿子/女儿_____由女方抚养，随同女方生活，抚养费由合同男方全部负责，合同男方应于______年___月___日前一次性支付_____元给女方作为女儿的抚养费(/合同男方每月支付抚养费_元，合同男方应于每月的1-5日前将女儿的抚养费交到女方手中或指定的__银行帐号：_______________)。</w:t>
      </w:r>
      <w:r>
        <w:rPr>
          <w:lang w:eastAsia="zh-CN"/>
        </w:rPr>
        <w:br/>
      </w:r>
      <w:r>
        <w:rPr>
          <w:lang w:eastAsia="zh-CN"/>
        </w:rPr>
        <w:t>　　在不影响孩子学习、生活的情况下，合同男方可探望女方抚养的孩子。(/合同男方每月可探望女儿一次或带女儿外出游玩，但应提前通知女方，女方应保证合同男方每月探望的时间不少于一天。)</w:t>
      </w:r>
      <w:r>
        <w:rPr>
          <w:lang w:eastAsia="zh-CN"/>
        </w:rPr>
        <w:br/>
      </w:r>
      <w:r>
        <w:rPr>
          <w:lang w:eastAsia="zh-CN"/>
        </w:rPr>
        <w:t>　　三、夫妻共同财产的处理：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⑴存款：双方名下现有银行存款共_元，双方各分一半，为_____元。分配方式：各自名下的存款保持不变，但合同男方/女方应于_____年___月___日前一次性支付_____元给女方/合同男方。</w:t>
      </w:r>
      <w:r>
        <w:rPr>
          <w:lang w:eastAsia="zh-CN"/>
        </w:rPr>
        <w:br/>
      </w:r>
      <w:r>
        <w:rPr>
          <w:lang w:eastAsia="zh-CN"/>
        </w:rPr>
        <w:t>　　⑵房屋：夫妻共同所有的位于___的房地产所有权归女方所有，房地产权证的业主姓名变更的手续自离婚后一个月内办理，合同男方必须协助女方办理变更的一切手续，过户费用由女方负责。女方应于_____年___月___日前一次性补偿房屋差价_____元给合同男方。</w:t>
      </w:r>
      <w:r>
        <w:rPr>
          <w:lang w:eastAsia="zh-CN"/>
        </w:rPr>
        <w:br/>
      </w:r>
      <w:r>
        <w:rPr>
          <w:lang w:eastAsia="zh-CN"/>
        </w:rPr>
        <w:t>　　⑶其他财产：婚前双方各自的财产归各自所有，男女双方各自的私人生活用品及首饰归各自所有(附清单)。</w:t>
      </w:r>
      <w:r>
        <w:rPr>
          <w:lang w:eastAsia="zh-CN"/>
        </w:rPr>
        <w:br/>
      </w:r>
      <w:r>
        <w:rPr>
          <w:lang w:eastAsia="zh-CN"/>
        </w:rPr>
        <w:t>　　四、债务的处理：</w:t>
      </w:r>
      <w:r>
        <w:rPr>
          <w:lang w:eastAsia="zh-CN"/>
        </w:rPr>
        <w:br/>
      </w:r>
      <w:r>
        <w:rPr>
          <w:lang w:eastAsia="zh-CN"/>
        </w:rPr>
        <w:t>　　双方确认在婚姻关系存续期间没有发生任何共同债务，任何一方如对外负有债务的，由负债方自行承担。(/方于______年___月___日向_____所借债务由_____方自行承担……)</w:t>
      </w:r>
      <w:r>
        <w:rPr>
          <w:lang w:eastAsia="zh-CN"/>
        </w:rPr>
        <w:br/>
      </w:r>
      <w:r>
        <w:rPr>
          <w:lang w:eastAsia="zh-CN"/>
        </w:rPr>
        <w:t>　　五、一方隐瞒或转移夫妻共同财产的责任：</w:t>
      </w:r>
      <w:r>
        <w:rPr>
          <w:lang w:eastAsia="zh-CN"/>
        </w:rPr>
        <w:br/>
      </w:r>
      <w:r>
        <w:rPr>
          <w:lang w:eastAsia="zh-CN"/>
        </w:rPr>
        <w:t>　　双方确认夫妻共同财产在上述第三条已作出明确列明。除上述房屋、家具、家电及银行存款外，并无其他财产，任何一方应保证以上所列婚内全部共同财产的真实性。</w:t>
      </w:r>
      <w:r>
        <w:rPr>
          <w:lang w:eastAsia="zh-CN"/>
        </w:rPr>
        <w:br/>
      </w:r>
      <w:r>
        <w:rPr>
          <w:lang w:eastAsia="zh-CN"/>
        </w:rPr>
        <w:t>　　本协议书财产分割基于上列财产为基础。任何一方不得隐瞒、虚报、转移婚内共同财产或婚前财产。如任何一方有隐瞒、虚报除上述所列财产外的财产，或在签订本协议之前二年内有转移、抽逃财产的，另一方发现后有权取得对方所隐瞒、虚报、转移的财产的全部份额，并追究其隐瞒、虚报、转移财产的法律责任，虚报、转移、隐瞒方无权分割该财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六、经济帮助及精神损害赔偿：</w:t>
      </w:r>
      <w:r>
        <w:rPr>
          <w:lang w:eastAsia="zh-CN"/>
        </w:rPr>
        <w:br/>
      </w:r>
      <w:r>
        <w:rPr>
          <w:lang w:eastAsia="zh-CN"/>
        </w:rPr>
        <w:t>　　因女方生活困难，合同男方同意一次性支付补偿经济帮助金给女方。鉴于合同男方要求离婚的原因，合同男方应一次性补偿女方精神损害费_____元。上述合同男方应支付的款项，均应于______年___月___日前支付完毕。</w:t>
      </w:r>
      <w:r>
        <w:rPr>
          <w:lang w:eastAsia="zh-CN"/>
        </w:rPr>
        <w:br/>
      </w:r>
      <w:r>
        <w:rPr>
          <w:lang w:eastAsia="zh-CN"/>
        </w:rPr>
        <w:t>　　七、违约责任的约定：</w:t>
      </w:r>
      <w:r>
        <w:rPr>
          <w:lang w:eastAsia="zh-CN"/>
        </w:rPr>
        <w:br/>
      </w:r>
      <w:r>
        <w:rPr>
          <w:lang w:eastAsia="zh-CN"/>
        </w:rPr>
        <w:t>　　任何一方不按本协议约定期限履行支付款项义务的，应付违约金_____元给对方(/按支付违约金)。</w:t>
      </w:r>
      <w:r>
        <w:rPr>
          <w:lang w:eastAsia="zh-CN"/>
        </w:rPr>
        <w:br/>
      </w:r>
      <w:r>
        <w:rPr>
          <w:lang w:eastAsia="zh-CN"/>
        </w:rPr>
        <w:t>　　八、协议生效时间的约定：</w:t>
      </w:r>
      <w:r>
        <w:rPr>
          <w:lang w:eastAsia="zh-CN"/>
        </w:rPr>
        <w:br/>
      </w:r>
      <w:r>
        <w:rPr>
          <w:lang w:eastAsia="zh-CN"/>
        </w:rPr>
        <w:t>　　本协议一式三份，自婚姻登记机颁发《离婚证》之日起生效，男、女双方各执一份，婚姻登记机关存档一份。</w:t>
      </w:r>
      <w:r>
        <w:rPr>
          <w:lang w:eastAsia="zh-CN"/>
        </w:rPr>
        <w:br/>
      </w:r>
      <w:r>
        <w:rPr>
          <w:lang w:eastAsia="zh-CN"/>
        </w:rPr>
        <w:t>　　九、如本协议生效后在执行中发生争议的，双方应协商解决，协商不成，任何一方均可向___人民法院起诉。</w:t>
      </w:r>
      <w:r>
        <w:rPr>
          <w:lang w:eastAsia="zh-CN"/>
        </w:rPr>
        <w:br/>
      </w:r>
      <w:r>
        <w:rPr>
          <w:lang w:eastAsia="zh-CN"/>
        </w:rPr>
        <w:t>　　合同男方：____________ 女方：____________</w:t>
      </w:r>
      <w:r>
        <w:rPr>
          <w:lang w:eastAsia="zh-CN"/>
        </w:rPr>
        <w:br/>
      </w:r>
      <w:r>
        <w:rPr>
          <w:lang w:eastAsia="zh-CN"/>
        </w:rPr>
        <w:t>　　签名：____________ 签名：____________</w:t>
      </w:r>
      <w:r>
        <w:rPr>
          <w:lang w:eastAsia="zh-CN"/>
        </w:rPr>
        <w:br/>
      </w:r>
      <w:r>
        <w:rPr>
          <w:lang w:eastAsia="zh-CN"/>
        </w:rPr>
        <w:t>　　______年___月___日 ______年___月___日</w:t>
      </w:r>
      <w:r>
        <w:rPr>
          <w:lang w:eastAsia="zh-CN"/>
        </w:rPr>
        <w:br/>
      </w:r>
      <w:r>
        <w:rPr>
          <w:lang w:eastAsia="zh-CN"/>
        </w:rPr>
        <w:t xml:space="preserve">    2024年协议离婚协议书怎么写 篇9 </w:t>
      </w:r>
      <w:r>
        <w:rPr>
          <w:lang w:eastAsia="zh-CN"/>
        </w:rPr>
        <w:br/>
      </w:r>
      <w:r>
        <w:rPr>
          <w:lang w:eastAsia="zh-CN"/>
        </w:rPr>
        <w:t>　　甲方：_________，男，______年____月____日出生，汉族，住______________________。身份证号：______________________</w:t>
      </w:r>
      <w:r>
        <w:rPr>
          <w:lang w:eastAsia="zh-CN"/>
        </w:rPr>
        <w:br/>
      </w:r>
      <w:r>
        <w:rPr>
          <w:lang w:eastAsia="zh-CN"/>
        </w:rPr>
        <w:t>　　乙方：_________，女，______年____月____日出生，汉族，住_______________________。身份证号：_____________________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甲、乙双方于_____年____月____日在________区婚姻登记部门办理结婚登记手续，结婚证号码____________________。婚后于______年____月____日生育一女儿，名___________。因双方性格不合无法共同生活，夫妻感情完全破裂，已无和好可能，现双方就自愿离婚一事达成如下协议：</w:t>
      </w:r>
      <w:r>
        <w:rPr>
          <w:lang w:eastAsia="zh-CN"/>
        </w:rPr>
        <w:br/>
      </w:r>
      <w:r>
        <w:rPr>
          <w:lang w:eastAsia="zh-CN"/>
        </w:rPr>
        <w:t>　　一、甲、乙双方自愿离婚。</w:t>
      </w:r>
      <w:r>
        <w:rPr>
          <w:lang w:eastAsia="zh-CN"/>
        </w:rPr>
        <w:br/>
      </w:r>
      <w:r>
        <w:rPr>
          <w:lang w:eastAsia="zh-CN"/>
        </w:rPr>
        <w:t>　　二、子女抚养、抚养费及探望权：</w:t>
      </w:r>
      <w:r>
        <w:rPr>
          <w:lang w:eastAsia="zh-CN"/>
        </w:rPr>
        <w:br/>
      </w:r>
      <w:r>
        <w:rPr>
          <w:lang w:eastAsia="zh-CN"/>
        </w:rPr>
        <w:t>　　1、女儿__________由女方抚养，随同女方生活，抚养费由甲、乙双方分摊，男方每月支付女儿抚养费(包括医疗费、教育费、保险费)____________元，男方应于每月的05日前将女儿的抚养费转帐到女方指定的______银行帐户内，帐号：_________________________。</w:t>
      </w:r>
      <w:r>
        <w:rPr>
          <w:lang w:eastAsia="zh-CN"/>
        </w:rPr>
        <w:br/>
      </w:r>
      <w:r>
        <w:rPr>
          <w:lang w:eastAsia="zh-CN"/>
        </w:rPr>
        <w:t>　　本条约定的抚养费，可以根据双方的`经济状况以及生活消费水平的变化作适当的调整，具体调整数额，有双方另行协商。</w:t>
      </w:r>
      <w:r>
        <w:rPr>
          <w:lang w:eastAsia="zh-CN"/>
        </w:rPr>
        <w:br/>
      </w:r>
      <w:r>
        <w:rPr>
          <w:lang w:eastAsia="zh-CN"/>
        </w:rPr>
        <w:t>　　本条约定的抚养费，仅是指一般的生活和教育需要费用。如儿子/女儿因特殊情况需要有重大支出，除紧急其概况外，女方应提前通知男方，由双方协商确定支付比例。</w:t>
      </w:r>
      <w:r>
        <w:rPr>
          <w:lang w:eastAsia="zh-CN"/>
        </w:rPr>
        <w:br/>
      </w:r>
      <w:r>
        <w:rPr>
          <w:lang w:eastAsia="zh-CN"/>
        </w:rPr>
        <w:t>　　2、抚养费支付时间和方式，如果一方不能够按时支付的，每天加收3%的离婚协议书赔偿金;</w:t>
      </w:r>
      <w:r>
        <w:rPr>
          <w:lang w:eastAsia="zh-CN"/>
        </w:rPr>
        <w:br/>
      </w:r>
      <w:r>
        <w:rPr>
          <w:lang w:eastAsia="zh-CN"/>
        </w:rPr>
        <w:t>　　3、抚养费支付到女儿年满18周岁，超过18周岁以后，确实有必要支付抚养费时，双方协商确定数额和支付时间;</w:t>
      </w:r>
      <w:r>
        <w:rPr>
          <w:lang w:eastAsia="zh-CN"/>
        </w:rPr>
        <w:br/>
      </w:r>
      <w:r>
        <w:rPr>
          <w:lang w:eastAsia="zh-CN"/>
        </w:rPr>
        <w:t>　　4、离婚后一年内子女户口迁到____方，另一方应协助配合办理，如果不配合办理，则赔偿经济损失_________元人民币;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5、离婚后_____方户口应在自离婚之日起一年内迁出，如果超过该时间仍未迁出的，则按日支付补偿金________元;</w:t>
      </w:r>
      <w:r>
        <w:rPr>
          <w:lang w:eastAsia="zh-CN"/>
        </w:rPr>
        <w:br/>
      </w:r>
      <w:r>
        <w:rPr>
          <w:lang w:eastAsia="zh-CN"/>
        </w:rPr>
        <w:t>　　6、离婚后，一方未经另一方书面同意，不得改变女儿的姓氏，擅自改变的，应及时恢复原来的姓氏，并一次性支付赔偿金___________元;</w:t>
      </w:r>
      <w:r>
        <w:rPr>
          <w:lang w:eastAsia="zh-CN"/>
        </w:rPr>
        <w:br/>
      </w:r>
      <w:r>
        <w:rPr>
          <w:lang w:eastAsia="zh-CN"/>
        </w:rPr>
        <w:t>　　7、女方应悉心抚养女儿，不得有遗弃、家庭暴力等行为;</w:t>
      </w:r>
      <w:r>
        <w:rPr>
          <w:lang w:eastAsia="zh-CN"/>
        </w:rPr>
        <w:br/>
      </w:r>
      <w:r>
        <w:rPr>
          <w:lang w:eastAsia="zh-CN"/>
        </w:rPr>
        <w:t>　　8、男方每个月可以在不影响女儿学习、生活的情况下，探望女儿_____次，但应提前通知女方，也可以到学校探望，每周可与女儿共同生活____天，寒暑假可以共同生活______天，女方有协助的义务;</w:t>
      </w:r>
      <w:r>
        <w:rPr>
          <w:lang w:eastAsia="zh-CN"/>
        </w:rPr>
        <w:br/>
      </w:r>
      <w:r>
        <w:rPr>
          <w:lang w:eastAsia="zh-CN"/>
        </w:rPr>
        <w:t>　　9、甲、乙双方任何一方对女儿身心健康有损害行为的，将视为放弃抚养、教育的权利和义务，另一方有权要求变更直接抚养权或中止、取消探望权。</w:t>
      </w:r>
      <w:r>
        <w:rPr>
          <w:lang w:eastAsia="zh-CN"/>
        </w:rPr>
        <w:br/>
      </w:r>
      <w:r>
        <w:rPr>
          <w:lang w:eastAsia="zh-CN"/>
        </w:rPr>
        <w:t>　　三、夫妻共同财产的处理：</w:t>
      </w:r>
      <w:r>
        <w:rPr>
          <w:lang w:eastAsia="zh-CN"/>
        </w:rPr>
        <w:br/>
      </w:r>
      <w:r>
        <w:rPr>
          <w:lang w:eastAsia="zh-CN"/>
        </w:rPr>
        <w:t>　　1、夫妻双方无共同财产。</w:t>
      </w:r>
      <w:r>
        <w:rPr>
          <w:lang w:eastAsia="zh-CN"/>
        </w:rPr>
        <w:br/>
      </w:r>
      <w:r>
        <w:rPr>
          <w:lang w:eastAsia="zh-CN"/>
        </w:rPr>
        <w:t>　　2、办理完相关变更手续后，甲方应将原按揭合同的每月应交款项在每月________日前足额向乙方缴交，若不按时支付，每逾期一日按逾期支付数额的_____%支付逾期违约金;</w:t>
      </w:r>
      <w:r>
        <w:rPr>
          <w:lang w:eastAsia="zh-CN"/>
        </w:rPr>
        <w:br/>
      </w:r>
      <w:r>
        <w:rPr>
          <w:lang w:eastAsia="zh-CN"/>
        </w:rPr>
        <w:t>　　3、房内物品和______________________归甲方所有。</w:t>
      </w:r>
      <w:r>
        <w:rPr>
          <w:lang w:eastAsia="zh-CN"/>
        </w:rPr>
        <w:br/>
      </w:r>
      <w:r>
        <w:rPr>
          <w:lang w:eastAsia="zh-CN"/>
        </w:rPr>
        <w:t>　　四、离婚后，一方不得干扰另一方的生活，不得向第三方泄漏另一方的个人隐私和商业秘密，不得有故意损坏另一方名誉的行为，否则承担违约金_________元。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五、双方对该协议书的字词义非常清楚，并愿意完全履行本协议书，不存在受到胁迫、欺诈、误解情形。</w:t>
      </w:r>
      <w:r>
        <w:rPr>
          <w:lang w:eastAsia="zh-CN"/>
        </w:rPr>
        <w:br/>
      </w:r>
      <w:r>
        <w:rPr>
          <w:lang w:eastAsia="zh-CN"/>
        </w:rPr>
        <w:t>　　六、本协议书一式三份，甲乙双方各执一份，婚姻登记部门保留一份。在双方签字，并经婚姻登记机关办理离婚手续后生效。</w:t>
      </w:r>
      <w:r>
        <w:rPr>
          <w:lang w:eastAsia="zh-CN"/>
        </w:rPr>
        <w:br/>
      </w:r>
      <w:r>
        <w:rPr>
          <w:lang w:eastAsia="zh-CN"/>
        </w:rPr>
        <w:t>　　七、如本协议生效后在执行中发生争议的，双方应协商解决，协商不成，任何一方均可向人民法院提起诉讼。</w:t>
      </w:r>
      <w:r>
        <w:rPr>
          <w:lang w:eastAsia="zh-CN"/>
        </w:rPr>
        <w:br/>
      </w:r>
      <w:r>
        <w:rPr>
          <w:lang w:eastAsia="zh-CN"/>
        </w:rPr>
        <w:t>　　男方(甲方)：______女方(乙方)：______</w:t>
      </w:r>
      <w:r>
        <w:rPr>
          <w:lang w:eastAsia="zh-CN"/>
        </w:rPr>
        <w:br/>
      </w:r>
      <w:r>
        <w:rPr>
          <w:lang w:eastAsia="zh-CN"/>
        </w:rPr>
        <w:t>　　_______年______月______日_______年______月______日</w:t>
      </w:r>
      <w:r>
        <w:rPr>
          <w:lang w:eastAsia="zh-CN"/>
        </w:rPr>
        <w:br/>
      </w:r>
      <w:r>
        <w:rPr>
          <w:lang w:eastAsia="zh-CN"/>
        </w:rPr>
        <w:t xml:space="preserve">    2024年协议离婚协议书怎么写 篇10 </w:t>
      </w:r>
      <w:r>
        <w:rPr>
          <w:lang w:eastAsia="zh-CN"/>
        </w:rPr>
        <w:br/>
      </w:r>
      <w:r>
        <w:rPr>
          <w:lang w:eastAsia="zh-CN"/>
        </w:rPr>
        <w:t>　　男方：___，_年_月_日出生，民族：_族，工作单位：___，现住址：___。</w:t>
      </w:r>
      <w:r>
        <w:rPr>
          <w:lang w:eastAsia="zh-CN"/>
        </w:rPr>
        <w:br/>
      </w:r>
      <w:r>
        <w:rPr>
          <w:lang w:eastAsia="zh-CN"/>
        </w:rPr>
        <w:t>　　女方：___，_年_月_日出生，民族：_族，工作单位：___，现住址：___。</w:t>
      </w:r>
      <w:r>
        <w:rPr>
          <w:lang w:eastAsia="zh-CN"/>
        </w:rPr>
        <w:br/>
      </w:r>
      <w:r>
        <w:rPr>
          <w:lang w:eastAsia="zh-CN"/>
        </w:rPr>
        <w:t>　　两方于_年_月_日在_市_城区(县)人民政府的民政部门登记结婚，现因___(注：指感情不和等)的原因，自愿离婚，经两方协商一致，对有关事项，依《婚姻法》的规定达成如下协议：</w:t>
      </w:r>
      <w:r>
        <w:rPr>
          <w:lang w:eastAsia="zh-CN"/>
        </w:rPr>
        <w:br/>
      </w:r>
      <w:r>
        <w:rPr>
          <w:lang w:eastAsia="zh-CN"/>
        </w:rPr>
        <w:t>　　一、男方___与女方___自愿离婚。</w:t>
      </w:r>
      <w:r>
        <w:rPr>
          <w:lang w:eastAsia="zh-CN"/>
        </w:rPr>
        <w:br/>
      </w:r>
      <w:r>
        <w:rPr>
          <w:lang w:eastAsia="zh-CN"/>
        </w:rPr>
        <w:t>　　二、子女的抚养：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两方于_年_月_日生育有一儿子/女儿，取名：___，离婚后儿子/女儿随男方/女方直接抚养生活，由女方/男方每月给付抚养费(包括生活费、教育费、医疗费)___元，在每月_号前付清，直到子女完成高中教育阶段止。高中教育阶段之后的有关费用两方日后重新协商。</w:t>
      </w:r>
      <w:r>
        <w:rPr>
          <w:lang w:eastAsia="zh-CN"/>
        </w:rPr>
        <w:br/>
      </w:r>
      <w:r>
        <w:rPr>
          <w:lang w:eastAsia="zh-CN"/>
        </w:rPr>
        <w:t>　　2、男方/女方(注：指未直接抚养的一方)可在每月的第_周星期六起至周日接儿子/女儿随其生活或娱乐。如临时或节假日的探望，可提前一天由两方协商，达成一致后可按协商的办法进行探望。儿子/女儿十周岁以上时，探望权的行使应尊重儿子/女儿的意见，不可强行按本协议执行。</w:t>
      </w:r>
      <w:r>
        <w:rPr>
          <w:lang w:eastAsia="zh-CN"/>
        </w:rPr>
        <w:br/>
      </w:r>
      <w:r>
        <w:rPr>
          <w:lang w:eastAsia="zh-CN"/>
        </w:rPr>
        <w:t>　　三、夫妻共同财产的分割：</w:t>
      </w:r>
      <w:r>
        <w:rPr>
          <w:lang w:eastAsia="zh-CN"/>
        </w:rPr>
        <w:br/>
      </w:r>
      <w:r>
        <w:rPr>
          <w:lang w:eastAsia="zh-CN"/>
        </w:rPr>
        <w:t>　　1、房产：a夫妻两方婚后购有坐落在_路_号_小区_栋_单元_号的楼房一套，登记在男方/女方(或两方)名下，属夫妻共有财产。离婚后，该套房屋归男方/女方所有(注：包括房内装修内附属设施及相关配套设施)，两方相互配合办理产权变更登记手续。因办理产权变更登记手续所应支付的.一切税费等均由男方/女方承担。取得房屋所有权的一方给予另一方经济补偿人民币___元，在本协议签订之日起_日内付清。</w:t>
      </w:r>
      <w:r>
        <w:rPr>
          <w:lang w:eastAsia="zh-CN"/>
        </w:rPr>
        <w:br/>
      </w:r>
      <w:r>
        <w:rPr>
          <w:lang w:eastAsia="zh-CN"/>
        </w:rPr>
        <w:t>　　b夫妻两方婚后购有坐落在_路_号_小区_栋_单元_号的楼房一套，购房时以男方/女方为主贷人向_银行按揭贷款购买，首付及按揭还款都来源于夫妻共有存款，该房属夫妻共有财产。离婚后，该套房屋归男方/女方所有(注：包括房内装修内附属设施及相关配套设施)，两方相互配合办理产权变更登记及办理贷款主贷人变更手续。因办理产权变更登记及办理贷款主贷人变更手续所应支付的一切税费等均由男方/女方承担。取得房屋所有权的一方给予另一方经济补偿人民币___元，在本协议签订之日起_内付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夫妻共有房屋内的家用电器及家具等等(见清单)，两方同意作价___万元，归男方/女方所有，取得的一方给予另一方经济补偿人民币___元，在本协议签订之日起_内付清。</w:t>
      </w:r>
      <w:r>
        <w:rPr>
          <w:lang w:eastAsia="zh-CN"/>
        </w:rPr>
        <w:br/>
      </w:r>
      <w:r>
        <w:rPr>
          <w:lang w:eastAsia="zh-CN"/>
        </w:rPr>
        <w:t>　　2、机动车辆：_年_月_日购有_牌汽车一辆，离婚后归男方/女方所有，取得的一方给予另一方经济补偿人民币___元，在本协议签订之日起_内付清。</w:t>
      </w:r>
      <w:r>
        <w:rPr>
          <w:lang w:eastAsia="zh-CN"/>
        </w:rPr>
        <w:br/>
      </w:r>
      <w:r>
        <w:rPr>
          <w:lang w:eastAsia="zh-CN"/>
        </w:rPr>
        <w:t>　　3、股权、股票、债券等：(如前述依协议详定)</w:t>
      </w:r>
      <w:r>
        <w:rPr>
          <w:lang w:eastAsia="zh-CN"/>
        </w:rPr>
        <w:br/>
      </w:r>
      <w:r>
        <w:rPr>
          <w:lang w:eastAsia="zh-CN"/>
        </w:rPr>
        <w:t>　　4、债权与债务：(如前述依协议详定)</w:t>
      </w:r>
      <w:r>
        <w:rPr>
          <w:lang w:eastAsia="zh-CN"/>
        </w:rPr>
        <w:br/>
      </w:r>
      <w:r>
        <w:rPr>
          <w:lang w:eastAsia="zh-CN"/>
        </w:rPr>
        <w:t>　　5、两方各自名下的其它私人财产(如首饰、衣服等)归各自所有。</w:t>
      </w:r>
      <w:r>
        <w:rPr>
          <w:lang w:eastAsia="zh-CN"/>
        </w:rPr>
        <w:br/>
      </w:r>
      <w:r>
        <w:rPr>
          <w:lang w:eastAsia="zh-CN"/>
        </w:rPr>
        <w:t>　　四、离婚后住房的安排：</w:t>
      </w:r>
      <w:r>
        <w:rPr>
          <w:lang w:eastAsia="zh-CN"/>
        </w:rPr>
        <w:br/>
      </w:r>
      <w:r>
        <w:rPr>
          <w:lang w:eastAsia="zh-CN"/>
        </w:rPr>
        <w:t>　　男方住：______</w:t>
      </w:r>
      <w:r>
        <w:rPr>
          <w:lang w:eastAsia="zh-CN"/>
        </w:rPr>
        <w:br/>
      </w:r>
      <w:r>
        <w:rPr>
          <w:lang w:eastAsia="zh-CN"/>
        </w:rPr>
        <w:t>　　女方住：______</w:t>
      </w:r>
      <w:r>
        <w:rPr>
          <w:lang w:eastAsia="zh-CN"/>
        </w:rPr>
        <w:br/>
      </w:r>
      <w:r>
        <w:rPr>
          <w:lang w:eastAsia="zh-CN"/>
        </w:rPr>
        <w:t>　　五、其他协议事项：______</w:t>
      </w:r>
      <w:r>
        <w:rPr>
          <w:lang w:eastAsia="zh-CN"/>
        </w:rPr>
        <w:br/>
      </w:r>
      <w:r>
        <w:rPr>
          <w:lang w:eastAsia="zh-CN"/>
        </w:rPr>
        <w:t>　　上述协议事项，两方保证切实履行;协议内容如有隐瞒、欺骗、责任自负。</w:t>
      </w:r>
      <w:r>
        <w:rPr>
          <w:lang w:eastAsia="zh-CN"/>
        </w:rPr>
        <w:br/>
      </w:r>
      <w:r>
        <w:rPr>
          <w:lang w:eastAsia="zh-CN"/>
        </w:rPr>
        <w:t>　　立协议人：</w:t>
      </w:r>
      <w:r>
        <w:rPr>
          <w:lang w:eastAsia="zh-CN"/>
        </w:rPr>
        <w:br/>
      </w:r>
      <w:r>
        <w:rPr>
          <w:lang w:eastAsia="zh-CN"/>
        </w:rPr>
        <w:t>　　男方：___(签章) 女方：___(签章)</w:t>
      </w:r>
      <w:r>
        <w:rPr>
          <w:lang w:eastAsia="zh-CN"/>
        </w:rPr>
        <w:br/>
      </w:r>
      <w:r>
        <w:rPr>
          <w:lang w:eastAsia="zh-CN"/>
        </w:rPr>
        <w:t>　　_年_月_日</w:t>
      </w:r>
      <w:r>
        <w:rPr>
          <w:lang w:eastAsia="zh-CN"/>
        </w:rPr>
        <w:br/>
      </w:r>
      <w:r>
        <w:rPr>
          <w:lang w:eastAsia="zh-CN"/>
        </w:rPr>
        <w:t>　　(本协议一式三份，当事人两方各执一份，交婚姻登记机关存档备案一份。)</w:t>
      </w:r>
      <w:r>
        <w:rPr>
          <w:lang w:eastAsia="zh-CN"/>
        </w:rPr>
        <w:br/>
      </w:r>
      <w:r>
        <w:rPr>
          <w:lang w:eastAsia="zh-CN"/>
        </w:rPr>
        <w:t xml:space="preserve">    2024年协议离婚协议书怎么写 篇11 </w:t>
      </w:r>
      <w:r>
        <w:rPr>
          <w:lang w:eastAsia="zh-CN"/>
        </w:rPr>
        <w:br/>
      </w:r>
      <w:r>
        <w:rPr>
          <w:lang w:eastAsia="zh-CN"/>
        </w:rPr>
        <w:t>　　甲方： 身份证号：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乙方： 身份证号：</w:t>
      </w:r>
      <w:r>
        <w:rPr>
          <w:lang w:eastAsia="zh-CN"/>
        </w:rPr>
        <w:br/>
      </w:r>
      <w:r>
        <w:rPr>
          <w:lang w:eastAsia="zh-CN"/>
        </w:rPr>
        <w:t>　　为保障双方当事人的合法权益，依据《中华人民共和国合同法》及相关法律、法规，经甲乙双方友好协商，就乙方向甲方借款事宜达成一致意见，特订立本协议。</w:t>
      </w:r>
      <w:r>
        <w:rPr>
          <w:lang w:eastAsia="zh-CN"/>
        </w:rPr>
        <w:br/>
      </w:r>
      <w:r>
        <w:rPr>
          <w:lang w:eastAsia="zh-CN"/>
        </w:rPr>
        <w:t>　　第一条 借款用途：乙方 用资金。</w:t>
      </w:r>
      <w:r>
        <w:rPr>
          <w:lang w:eastAsia="zh-CN"/>
        </w:rPr>
        <w:br/>
      </w:r>
      <w:r>
        <w:rPr>
          <w:lang w:eastAsia="zh-CN"/>
        </w:rPr>
        <w:t>　　第二条 借款金额和期限：</w:t>
      </w:r>
      <w:r>
        <w:rPr>
          <w:lang w:eastAsia="zh-CN"/>
        </w:rPr>
        <w:br/>
      </w:r>
      <w:r>
        <w:rPr>
          <w:lang w:eastAsia="zh-CN"/>
        </w:rPr>
        <w:t>　　1.借款金额：人民币(大写金额)： 万元整。</w:t>
      </w:r>
      <w:r>
        <w:rPr>
          <w:lang w:eastAsia="zh-CN"/>
        </w:rPr>
        <w:br/>
      </w:r>
      <w:r>
        <w:rPr>
          <w:lang w:eastAsia="zh-CN"/>
        </w:rPr>
        <w:t>　　(小写金额)： 元整。</w:t>
      </w:r>
      <w:r>
        <w:rPr>
          <w:lang w:eastAsia="zh-CN"/>
        </w:rPr>
        <w:br/>
      </w:r>
      <w:r>
        <w:rPr>
          <w:lang w:eastAsia="zh-CN"/>
        </w:rPr>
        <w:t>　　2.借款期限：经双方协商约定本合同借款期限为 个月，自 年 月 日至 年 月 日 。</w:t>
      </w:r>
      <w:r>
        <w:rPr>
          <w:lang w:eastAsia="zh-CN"/>
        </w:rPr>
        <w:br/>
      </w:r>
      <w:r>
        <w:rPr>
          <w:lang w:eastAsia="zh-CN"/>
        </w:rPr>
        <w:t>　　第三条 双方权力及义务：</w:t>
      </w:r>
      <w:r>
        <w:rPr>
          <w:lang w:eastAsia="zh-CN"/>
        </w:rPr>
        <w:br/>
      </w:r>
      <w:r>
        <w:rPr>
          <w:lang w:eastAsia="zh-CN"/>
        </w:rPr>
        <w:t>　　1. 甲方需在 年 月 日前将资金打入乙方指定账户，乙方向甲方出具收到款项实际金额的借条。</w:t>
      </w:r>
      <w:r>
        <w:rPr>
          <w:lang w:eastAsia="zh-CN"/>
        </w:rPr>
        <w:br/>
      </w:r>
      <w:r>
        <w:rPr>
          <w:lang w:eastAsia="zh-CN"/>
        </w:rPr>
        <w:t>　　2. 甲方有权不定期向乙方查询资金情况。</w:t>
      </w:r>
      <w:r>
        <w:rPr>
          <w:lang w:eastAsia="zh-CN"/>
        </w:rPr>
        <w:br/>
      </w:r>
      <w:r>
        <w:rPr>
          <w:lang w:eastAsia="zh-CN"/>
        </w:rPr>
        <w:t>　　3.乙方必须合法使用资金，确保甲方资金安全，合同到期最低需归还甲方本金 万元。</w:t>
      </w:r>
      <w:r>
        <w:rPr>
          <w:lang w:eastAsia="zh-CN"/>
        </w:rPr>
        <w:br/>
      </w:r>
      <w:r>
        <w:rPr>
          <w:lang w:eastAsia="zh-CN"/>
        </w:rPr>
        <w:t>　　4.利息约定：</w:t>
      </w:r>
      <w:r>
        <w:rPr>
          <w:lang w:eastAsia="zh-CN"/>
        </w:rPr>
        <w:br/>
      </w:r>
      <w:r>
        <w:rPr>
          <w:lang w:eastAsia="zh-CN"/>
        </w:rPr>
        <w:t>　　第四条 担保条款：</w:t>
      </w:r>
      <w:r>
        <w:rPr>
          <w:lang w:eastAsia="zh-CN"/>
        </w:rPr>
        <w:br/>
      </w:r>
      <w:r>
        <w:rPr>
          <w:lang w:eastAsia="zh-CN"/>
        </w:rPr>
        <w:t>　　乙方对上述条款的履行，由担保人(身份证： )向甲方提供担保。如乙方到期无法还款，将由担保人代替乙方向甲方支付全额借款。</w:t>
      </w:r>
      <w:r>
        <w:rPr>
          <w:lang w:eastAsia="zh-CN"/>
        </w:rPr>
        <w:br/>
      </w:r>
      <w:r>
        <w:rPr>
          <w:lang w:eastAsia="zh-CN"/>
        </w:rPr>
        <w:t>　　第五条 违约责任：</w:t>
      </w:r>
      <w:r>
        <w:rPr>
          <w:lang w:eastAsia="zh-CN"/>
        </w:rPr>
        <w:br/>
      </w:r>
      <w:r>
        <w:rPr>
          <w:lang w:eastAsia="zh-CN"/>
        </w:rPr>
        <w:t>　　1.乙方不按合法用途使用借款，甲方有权收回全部借款。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2.乙方如逾期不还借款，甲方有权通过法律途径追回借款。</w:t>
      </w:r>
      <w:r>
        <w:rPr>
          <w:lang w:eastAsia="zh-CN"/>
        </w:rPr>
        <w:br/>
      </w:r>
      <w:r>
        <w:rPr>
          <w:lang w:eastAsia="zh-CN"/>
        </w:rPr>
        <w:t>　　第六条 强制执行：</w:t>
      </w:r>
      <w:r>
        <w:rPr>
          <w:lang w:eastAsia="zh-CN"/>
        </w:rPr>
        <w:br/>
      </w:r>
      <w:r>
        <w:rPr>
          <w:lang w:eastAsia="zh-CN"/>
        </w:rPr>
        <w:t>　　若乙方到期不能履行还贷义务，甲方可向有管辖权的人民法院申请强制执行，乙方放弃一切诉权、抗辩权。</w:t>
      </w:r>
      <w:r>
        <w:rPr>
          <w:lang w:eastAsia="zh-CN"/>
        </w:rPr>
        <w:br/>
      </w:r>
      <w:r>
        <w:rPr>
          <w:lang w:eastAsia="zh-CN"/>
        </w:rPr>
        <w:t>　　第七条 其他：</w:t>
      </w:r>
      <w:r>
        <w:rPr>
          <w:lang w:eastAsia="zh-CN"/>
        </w:rPr>
        <w:br/>
      </w:r>
      <w:r>
        <w:rPr>
          <w:lang w:eastAsia="zh-CN"/>
        </w:rPr>
        <w:t>　　1.本合同如有未尽事宜，须经合同各方当事人共同协商，做出补充规定，补充规定与本合同具有同等效力。</w:t>
      </w:r>
      <w:r>
        <w:rPr>
          <w:lang w:eastAsia="zh-CN"/>
        </w:rPr>
        <w:br/>
      </w:r>
      <w:r>
        <w:rPr>
          <w:lang w:eastAsia="zh-CN"/>
        </w:rPr>
        <w:t>　　2.本合同一式三份，甲方、乙方、担保方各执一份，具有同等法律效力。</w:t>
      </w:r>
      <w:r>
        <w:rPr>
          <w:lang w:eastAsia="zh-CN"/>
        </w:rPr>
        <w:br/>
      </w:r>
      <w:r>
        <w:rPr>
          <w:lang w:eastAsia="zh-CN"/>
        </w:rPr>
        <w:t>　　甲 方(签字)： 乙 方(签字)：</w:t>
      </w:r>
      <w:r>
        <w:rPr>
          <w:lang w:eastAsia="zh-CN"/>
        </w:rPr>
        <w:br/>
      </w:r>
      <w:r>
        <w:rPr>
          <w:lang w:eastAsia="zh-CN"/>
        </w:rPr>
        <w:t>　　担保人(签字)：</w:t>
      </w:r>
      <w:r>
        <w:rPr>
          <w:lang w:eastAsia="zh-CN"/>
        </w:rPr>
        <w:br/>
      </w:r>
      <w:r>
        <w:rPr>
          <w:lang w:eastAsia="zh-CN"/>
        </w:rPr>
        <w:t>　　签订日期： 年月日</w:t>
      </w:r>
      <w:r>
        <w:rPr>
          <w:lang w:eastAsia="zh-CN"/>
        </w:rPr>
        <w:br/>
      </w:r>
      <w:r>
        <w:rPr>
          <w:lang w:eastAsia="zh-CN"/>
        </w:rPr>
        <w:t xml:space="preserve">    2024年协议离婚协议书怎么写 篇12 </w:t>
      </w:r>
      <w:r>
        <w:rPr>
          <w:lang w:eastAsia="zh-CN"/>
        </w:rPr>
        <w:br/>
      </w:r>
      <w:r>
        <w:rPr>
          <w:lang w:eastAsia="zh-CN"/>
        </w:rPr>
        <w:t>　　协议人：________， 男，______________年__________月____日出生，____族，住________________________________</w:t>
      </w:r>
      <w:r>
        <w:rPr>
          <w:lang w:eastAsia="zh-CN"/>
        </w:rPr>
        <w:br/>
      </w:r>
      <w:r>
        <w:rPr>
          <w:lang w:eastAsia="zh-CN"/>
        </w:rPr>
        <w:t>　　协议人：________， 女，______________年__________月____日出生，____族，住________________________________</w:t>
      </w:r>
      <w:r>
        <w:rPr>
          <w:lang w:eastAsia="zh-CN"/>
        </w:rPr>
        <w:br/>
      </w:r>
      <w:r>
        <w:rPr>
          <w:lang w:eastAsia="zh-CN"/>
        </w:rPr>
        <w:t>　　协议人双方于______年__________月____日登记结婚，______年__________月____日生育一子，取名张。现协议双方夫妻感情确已完全破裂，经双方协商一致，自愿离婚、财产分割及子女抚养事宜达成如下协议：</w:t>
      </w:r>
      <w:r>
        <w:rPr>
          <w:lang w:eastAsia="zh-CN"/>
        </w:rPr>
        <w:br/>
      </w:r>
      <w:r>
        <w:rPr>
          <w:lang w:eastAsia="zh-CN"/>
        </w:rPr>
        <w:t>　　一、_______与_______自愿离婚。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二、儿子______抚养，由_____每______月给付抚养费_________元，在每月10号前付清;直至付到18周岁止，18周岁之后的有关费用双方日后重新协商。</w:t>
      </w:r>
      <w:r>
        <w:rPr>
          <w:lang w:eastAsia="zh-CN"/>
        </w:rPr>
        <w:br/>
      </w:r>
      <w:r>
        <w:rPr>
          <w:lang w:eastAsia="zh-CN"/>
        </w:rPr>
        <w:t>　　三、夫妻有座落在 路号的 楼房一套，价值人民币_______元，现协商归________所有，由______一次性给付_____现金______元。房内的家用电器及家俱等等(见清单)，双方同意作价________元，归_______所有，______向______支付________元。</w:t>
      </w:r>
      <w:r>
        <w:rPr>
          <w:lang w:eastAsia="zh-CN"/>
        </w:rPr>
        <w:br/>
      </w:r>
      <w:r>
        <w:rPr>
          <w:lang w:eastAsia="zh-CN"/>
        </w:rPr>
        <w:t>　　四、夫妻无共同债权及债务。</w:t>
      </w:r>
      <w:r>
        <w:rPr>
          <w:lang w:eastAsia="zh-CN"/>
        </w:rPr>
        <w:br/>
      </w:r>
      <w:r>
        <w:rPr>
          <w:lang w:eastAsia="zh-CN"/>
        </w:rPr>
        <w:t>　　五、_______可在 (时间)接儿子到其居住地，于 (时间)送回_______居住地;如临时探望，可提前____天与_______协商，达成一致后可按协商的办法进行探望。</w:t>
      </w:r>
      <w:r>
        <w:rPr>
          <w:lang w:eastAsia="zh-CN"/>
        </w:rPr>
        <w:br/>
      </w:r>
      <w:r>
        <w:rPr>
          <w:lang w:eastAsia="zh-CN"/>
        </w:rPr>
        <w:t>　　本协议一式叁份，双方各执一份，婚姻登记机关存档一份，在双方签字，并经婚姻登记机关办理相应手续后生效。</w:t>
      </w:r>
      <w:r>
        <w:rPr>
          <w:lang w:eastAsia="zh-CN"/>
        </w:rPr>
        <w:br/>
      </w:r>
      <w:r>
        <w:rPr>
          <w:lang w:eastAsia="zh-CN"/>
        </w:rPr>
        <w:t>　　协议人：_____________ 协议人：_____________</w:t>
      </w:r>
      <w:r>
        <w:rPr>
          <w:lang w:eastAsia="zh-CN"/>
        </w:rPr>
        <w:br/>
      </w:r>
      <w:r>
        <w:rPr>
          <w:lang w:eastAsia="zh-CN"/>
        </w:rPr>
        <w:t>　　_______年______月____日_______年______月____日</w:t>
      </w:r>
      <w:r>
        <w:rPr>
          <w:lang w:eastAsia="zh-CN"/>
        </w:rPr>
        <w:br/>
      </w:r>
      <w:r>
        <w:rPr>
          <w:lang w:eastAsia="zh-CN"/>
        </w:rPr>
        <w:t xml:space="preserve">    2024年协议离婚协议书怎么写 篇13 </w:t>
      </w:r>
      <w:r>
        <w:rPr>
          <w:lang w:eastAsia="zh-CN"/>
        </w:rPr>
        <w:br/>
      </w:r>
      <w:r>
        <w:rPr>
          <w:lang w:eastAsia="zh-CN"/>
        </w:rPr>
        <w:t>　　赔偿协议书怎么写</w:t>
      </w:r>
      <w:r>
        <w:rPr>
          <w:lang w:eastAsia="zh-CN"/>
        </w:rPr>
        <w:br/>
      </w:r>
      <w:r>
        <w:rPr>
          <w:lang w:eastAsia="zh-CN"/>
        </w:rPr>
        <w:t>　　甲方：姓名、性别、出生年月、民族、工作单位、职业、住址、联系电话。</w:t>
      </w:r>
      <w:r>
        <w:rPr>
          <w:lang w:eastAsia="zh-CN"/>
        </w:rPr>
        <w:br/>
      </w:r>
      <w:r>
        <w:rPr>
          <w:lang w:eastAsia="zh-CN"/>
        </w:rPr>
        <w:t>　　乙方：单位名称（要写全称）、地址，联系电话</w:t>
      </w:r>
      <w:r>
        <w:rPr>
          <w:lang w:eastAsia="zh-CN"/>
        </w:rPr>
        <w:br/>
      </w:r>
      <w:r>
        <w:rPr>
          <w:lang w:eastAsia="zh-CN"/>
        </w:rPr>
        <w:t>　　法定代表人（负责人）：姓名，职务。</w:t>
      </w:r>
      <w:r>
        <w:rPr>
          <w:lang w:eastAsia="zh-CN"/>
        </w:rPr>
        <w:br/>
      </w:r>
      <w:r>
        <w:rPr>
          <w:lang w:eastAsia="zh-CN"/>
        </w:rPr>
        <w:t>　　甲乙双方就一案，关于赔偿问题达成如下协议：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本协议一式三份，甲乙双方各执一份，交__市卫生局一份备案，具有同等法律效力</w:t>
      </w:r>
      <w:r>
        <w:rPr>
          <w:lang w:eastAsia="zh-CN"/>
        </w:rPr>
        <w:br/>
      </w:r>
      <w:r>
        <w:rPr>
          <w:lang w:eastAsia="zh-CN"/>
        </w:rPr>
        <w:t>　　甲方：（签字并按手印）乙方：盖章（法定代表人签字）</w:t>
      </w:r>
      <w:r>
        <w:rPr>
          <w:lang w:eastAsia="zh-CN"/>
        </w:rPr>
        <w:br/>
      </w:r>
      <w:r>
        <w:rPr>
          <w:lang w:eastAsia="zh-CN"/>
        </w:rPr>
        <w:t>　　__年__月__日__年__月__日</w:t>
      </w:r>
      <w:r>
        <w:rPr>
          <w:lang w:eastAsia="zh-CN"/>
        </w:rPr>
        <w:br/>
      </w:r>
      <w:r>
        <w:rPr>
          <w:lang w:eastAsia="zh-CN"/>
        </w:rPr>
        <w:t>　　赔偿协议书（一）</w:t>
      </w:r>
      <w:r>
        <w:rPr>
          <w:lang w:eastAsia="zh-CN"/>
        </w:rPr>
        <w:br/>
      </w:r>
      <w:r>
        <w:rPr>
          <w:lang w:eastAsia="zh-CN"/>
        </w:rPr>
        <w:t>　　协议人：</w:t>
      </w:r>
      <w:r>
        <w:rPr>
          <w:lang w:eastAsia="zh-CN"/>
        </w:rPr>
        <w:br/>
      </w:r>
      <w:r>
        <w:rPr>
          <w:lang w:eastAsia="zh-CN"/>
        </w:rPr>
        <w:t>　　甲方：</w:t>
      </w:r>
      <w:r>
        <w:rPr>
          <w:lang w:eastAsia="zh-CN"/>
        </w:rPr>
        <w:br/>
      </w:r>
      <w:r>
        <w:rPr>
          <w:lang w:eastAsia="zh-CN"/>
        </w:rPr>
        <w:t>　　乙方：</w:t>
      </w:r>
      <w:r>
        <w:rPr>
          <w:lang w:eastAsia="zh-CN"/>
        </w:rPr>
        <w:br/>
      </w:r>
      <w:r>
        <w:rPr>
          <w:lang w:eastAsia="zh-CN"/>
        </w:rPr>
        <w:t>　　乙方于年月日在甲处借数码相机使用，后通过公司的老板归还，但甲方发现自己存在数码相机里的个人资料全部丢失，因为资料对甲方特别重要，里面是甲方存的个人简历、照片等资料，乙方对甲方的经济造成损失，甲、乙双方对此事实予以确认。根据《中华人民共和国民法典》第八十五条第一款之规定，乙方应依法承担民事责任。</w:t>
      </w:r>
      <w:r>
        <w:rPr>
          <w:lang w:eastAsia="zh-CN"/>
        </w:rPr>
        <w:br/>
      </w:r>
      <w:r>
        <w:rPr>
          <w:lang w:eastAsia="zh-CN"/>
        </w:rPr>
        <w:t>　　经甲、乙双方协商一致，乙方通过支付赔偿金的方式承担民事责任。</w:t>
      </w:r>
      <w:r>
        <w:rPr>
          <w:lang w:eastAsia="zh-CN"/>
        </w:rPr>
        <w:br/>
      </w:r>
      <w:r>
        <w:rPr>
          <w:lang w:eastAsia="zh-CN"/>
        </w:rPr>
        <w:t>　　乙方向甲方支付赔偿金总额为人民币：元。</w:t>
      </w:r>
      <w:r>
        <w:rPr>
          <w:lang w:eastAsia="zh-CN"/>
        </w:rPr>
        <w:br/>
      </w:r>
      <w:r>
        <w:rPr>
          <w:lang w:eastAsia="zh-CN"/>
        </w:rPr>
        <w:t>　　乙方应在本协议生效之日起日内向甲方支付赔偿金。支付赔偿金方式为。</w:t>
      </w:r>
      <w:r>
        <w:rPr>
          <w:lang w:eastAsia="zh-CN"/>
        </w:rPr>
        <w:br/>
      </w:r>
      <w:r>
        <w:rPr>
          <w:lang w:eastAsia="zh-CN"/>
        </w:rPr>
        <w:t>　　本协议一式二份，甲、乙各执一份。</w:t>
      </w:r>
      <w:r>
        <w:rPr>
          <w:lang w:eastAsia="zh-CN"/>
        </w:rPr>
        <w:br/>
      </w:r>
      <w:r>
        <w:rPr>
          <w:lang w:eastAsia="zh-CN"/>
        </w:rPr>
        <w:t>　　其他责任：乙方支付上述款项后甲方无其他的义务，乙方不得以任何理由向甲方提出任何要求。</w:t>
      </w:r>
      <w:r>
        <w:rPr>
          <w:lang w:eastAsia="zh-CN"/>
        </w:rPr>
        <w:br/>
      </w:r>
    </w:p>
    <w:p w:rsidR="001B1F19" w14:textId="27C3F48A">
      <w:pPr>
        <w:rPr>
          <w:rFonts w:hint="eastAsia"/>
          <w:lang w:eastAsia="zh-CN"/>
        </w:rPr>
      </w:pPr>
      <w:r>
        <w:rPr>
          <w:lang w:eastAsia="zh-CN"/>
        </w:rPr>
        <w:t>　　协议文本：本协议一式三份，甲乙双方各执一份。另一份由甲方法律顾问备档。</w:t>
      </w:r>
      <w:r>
        <w:rPr>
          <w:lang w:eastAsia="zh-CN"/>
        </w:rPr>
        <w:br/>
      </w:r>
      <w:r>
        <w:rPr>
          <w:lang w:eastAsia="zh-CN"/>
        </w:rPr>
        <w:t>　　本协议自甲、乙双方签字之日起生效。</w:t>
      </w:r>
      <w:r>
        <w:rPr>
          <w:lang w:eastAsia="zh-CN"/>
        </w:rPr>
        <w:br/>
      </w:r>
      <w:r>
        <w:rPr>
          <w:lang w:eastAsia="zh-CN"/>
        </w:rPr>
        <w:t>　　甲方：（签字）乙方：（签字）</w:t>
      </w:r>
      <w:r>
        <w:rPr>
          <w:lang w:eastAsia="zh-CN"/>
        </w:rPr>
        <w:br/>
      </w:r>
      <w:r>
        <w:rPr>
          <w:lang w:eastAsia="zh-CN"/>
        </w:rPr>
        <w:t>　　代理人：（签字）代理人：（签字）</w:t>
      </w:r>
      <w:r>
        <w:rPr>
          <w:lang w:eastAsia="zh-CN"/>
        </w:rPr>
        <w:br/>
      </w:r>
      <w:r>
        <w:rPr>
          <w:lang w:eastAsia="zh-CN"/>
        </w:rPr>
        <w:t>　　见证人：（签字）</w:t>
      </w:r>
      <w:r>
        <w:rPr>
          <w:lang w:eastAsia="zh-CN"/>
        </w:rPr>
        <w:br/>
      </w:r>
      <w:r>
        <w:rPr>
          <w:lang w:eastAsia="zh-CN"/>
        </w:rPr>
        <w:t>　　代理人声明：</w:t>
      </w:r>
      <w:r>
        <w:rPr>
          <w:lang w:eastAsia="zh-CN"/>
        </w:rPr>
        <w:br/>
      </w:r>
      <w:r>
        <w:rPr>
          <w:lang w:eastAsia="zh-CN"/>
        </w:rPr>
        <w:t>　　本人已仔细阅读过本协议内容，并自愿签署本声明。</w:t>
      </w:r>
      <w:r>
        <w:rPr>
          <w:lang w:eastAsia="zh-CN"/>
        </w:rPr>
        <w:br/>
      </w:r>
      <w:r>
        <w:rPr>
          <w:lang w:eastAsia="zh-CN"/>
        </w:rPr>
        <w:t>　　本人受乙方委托，代表乙方签定本协议，本人对该代理行为负责。</w:t>
      </w:r>
      <w:r>
        <w:rPr>
          <w:lang w:eastAsia="zh-CN"/>
        </w:rPr>
        <w:br/>
      </w:r>
      <w:r>
        <w:rPr>
          <w:lang w:eastAsia="zh-CN"/>
        </w:rPr>
        <w:t>　　本人保证本声明是本人真实意思的表示。</w:t>
      </w:r>
      <w:r>
        <w:rPr>
          <w:lang w:eastAsia="zh-CN"/>
        </w:rPr>
        <w:br/>
      </w:r>
      <w:r>
        <w:rPr>
          <w:lang w:eastAsia="zh-CN"/>
        </w:rPr>
        <w:t>　　代理人签字：</w:t>
      </w:r>
      <w:r>
        <w:rPr>
          <w:lang w:eastAsia="zh-CN"/>
        </w:rPr>
        <w:br/>
      </w:r>
      <w:r>
        <w:rPr>
          <w:lang w:eastAsia="zh-CN"/>
        </w:rPr>
        <w:t>　　年月日年月日</w:t>
      </w:r>
      <w:r>
        <w:rPr>
          <w:lang w:eastAsia="zh-CN"/>
        </w:rPr>
        <w:br/>
      </w:r>
      <w:r>
        <w:rPr>
          <w:lang w:eastAsia="zh-CN"/>
        </w:rPr>
        <w:t>　　赔偿协议书（二）</w:t>
      </w:r>
      <w:r>
        <w:rPr>
          <w:lang w:eastAsia="zh-CN"/>
        </w:rPr>
        <w:br/>
      </w:r>
      <w:r>
        <w:rPr>
          <w:lang w:eastAsia="zh-CN"/>
        </w:rPr>
        <w:t>　　甲方：</w:t>
      </w:r>
      <w:r>
        <w:rPr>
          <w:lang w:eastAsia="zh-CN"/>
        </w:rPr>
        <w:br/>
      </w:r>
      <w:r>
        <w:rPr>
          <w:lang w:eastAsia="zh-CN"/>
        </w:rPr>
        <w:t>　　姓名：_____性别：_____民族：_____年龄：_____身份证号码：_______________</w:t>
      </w:r>
      <w:r>
        <w:rPr>
          <w:lang w:eastAsia="zh-CN"/>
        </w:rPr>
        <w:br/>
      </w:r>
      <w:r>
        <w:rPr>
          <w:lang w:eastAsia="zh-CN"/>
        </w:rPr>
        <w:t>　　乙方：</w:t>
      </w:r>
      <w:r>
        <w:rPr>
          <w:lang w:eastAsia="zh-CN"/>
        </w:rPr>
        <w:br/>
      </w:r>
      <w:r>
        <w:rPr>
          <w:lang w:eastAsia="zh-CN"/>
        </w:rPr>
        <w:t>　　姓名：_____性别：_____民族：_____年龄：_____身份证号码：_______________</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https://d.book118.com/108033004055006034</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8033004055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