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中学读书心得体会</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中学读书心得体会1</w:t>
      </w:r>
      <w:r>
        <w:rPr>
          <w:lang w:eastAsia="zh-CN"/>
        </w:rPr>
        <w:br/>
      </w:r>
      <w:r>
        <w:rPr>
          <w:lang w:eastAsia="zh-CN"/>
        </w:rPr>
        <w:t xml:space="preserve">    为了使读书到达更好的效果，我除了善于动脑，找到所读文章的"眼睛"，心领神会之外，还写和读后感。当然读书要有好的效果，思考是最重要的，但是正如俗话所说："好记性不如烂笔头"，把思考的结果出来，写成笔记和感想，既有助于思考，也可以帮助我们记忆思考的结果，便于日后比拟、综合、分析，同时读书还会加强我们对文章的理解、记忆。 </w:t>
      </w:r>
      <w:r>
        <w:rPr>
          <w:lang w:eastAsia="zh-CN"/>
        </w:rPr>
        <w:br/>
      </w:r>
      <w:r>
        <w:rPr>
          <w:lang w:eastAsia="zh-CN"/>
        </w:rPr>
        <w:t>　　常听学生家长说“我家的孩子只听老师的，老师的话简直比圣旨还灵，回到家里就谁的话都不听了。”在研读中，我想到了学生的向师性，这是一种纯洁的美好的心理品质，我们当教师的要好好地利用和开发。在教学中，我有意或无意中出了这个那个错，学生都会及时地为我指出，这样不仅师生之间的关系逐渐融洽，班级气氛也极为活泼。</w:t>
      </w:r>
      <w:r>
        <w:rPr>
          <w:lang w:eastAsia="zh-CN"/>
        </w:rPr>
        <w:br/>
      </w:r>
      <w:r>
        <w:rPr>
          <w:lang w:eastAsia="zh-CN"/>
        </w:rPr>
        <w:t>　　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珍贵的财富。</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话又说回来，常言道：书到用时方恨少，事非经过不知难。有人说，教给学生一杯水，教师应该有一桶水。这话固然有道理，但一桶水如不再添，也有用尽的'时候。我以为，教师不仅要有一桶水，而且要有"自来水"、"长流水"。</w:t>
      </w:r>
      <w:r>
        <w:rPr>
          <w:lang w:eastAsia="zh-CN"/>
        </w:rPr>
        <w:br/>
      </w:r>
      <w:r>
        <w:rPr>
          <w:lang w:eastAsia="zh-CN"/>
        </w:rPr>
        <w:t>　　因此，在学习中，书本是无言的老师，读书是我学习中最大的乐趣，今后我还会继续从书中汲取营养，获取快乐。</w:t>
      </w:r>
      <w:r>
        <w:rPr>
          <w:lang w:eastAsia="zh-CN"/>
        </w:rPr>
        <w:br/>
      </w:r>
      <w:r>
        <w:rPr>
          <w:lang w:eastAsia="zh-CN"/>
        </w:rPr>
        <w:t>　　《围城》是钱钟书先生一生中唯一的一部长篇小说，生活本就是一座围城，婚姻与事业、学习与娱乐、开展与、成功与失败，都是这座七彩城中的一种颜色，每一个人每一件事都是城中的一种元素。当一切人和事因为努力和乐观而变得美好，当城中的色彩都均匀和谐时，那么这座围城就不再是一种可怕的束缚和压力，而是一个幸福的乐园。没有人会试图离开她，即使是自怜自哀的方鸿渐也会喜欢，假恶丑也会被同化为真善美。也许世界永远不会变得如此美好，但允许我心中永远存在这种美好的理想。</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们的生活中“围城”随处可见。不仅仅是恋爱婚姻、工作事业，还有学习生活、交友处世，无一不有一个“城”把我们“围”着。“围城”——被围困的城堡，城外的人想冲进去，城里的人想逃出来。钱钟书用幽默的语言、深刻的哲理、巧妙的比喻，站在一定高度俯看人生，批判了人性的丑恶、虚荣。如：“夜仿佛纸浸了油，变成半透明体了，它给太阳拥抱住了，分不出身来，也许是给太阳陶醉了，所以夕照晚霞隐褪后的夜色也带着酡红”、“孙太太眼睛红肿，眼眶似乎饱和着眼泪，像夏天早晨花瓣上的露水，手指那么轻轻一碰就会掉下来”、“苏小姐双颊涂的淡胭脂下面突然晕出红来，像纸上沁的油渍，顷刻布到满脸，腼腆得迷人”。又如：“我们一天要想到不知多少人，亲戚、朋友、仇人，以及不相干的见过面的人。人事太忙了，不许我们全神贯注，无连续地思念一个人。我们一生对于最亲爱的人的想念，加起来恐怕不到一点钟，此外不过是念头在他身上瞥过，想到而已”、“一个人的缺点正像猴子的尾巴，猴子蹲在地面的时候尾巴是看不见的，直到他向树上爬，就把后部供群众瞻仰，可是这红臀长尾巴本来就有，并非地位爬高了的新标识”。这些语句给我留下了非常深刻的印象，时而让人忍俊不禁，时而又想像着作者所描述的情景，给人深深的同感，仿佛身临其境、如见其人。</w:t>
      </w:r>
      <w:r>
        <w:rPr>
          <w:lang w:eastAsia="zh-CN"/>
        </w:rPr>
        <w:br/>
      </w:r>
      <w:r>
        <w:rPr>
          <w:lang w:eastAsia="zh-CN"/>
        </w:rPr>
        <w:t>　　当我读完全文后，有一种怅然假设失的感觉，感到意犹未尽，故事戛然而止了。是啊，一切就这样都“结束”了吗?对于主人公的故事，对于整个《围城》，让人去细细地思索、静静地品味、慢慢地鉴赏。全文最后一句话：“这个时间落伍的计时机无意中包涵对人生的挖苦和感伤，深于一切语言、一切啼笑。”这种时间上的巧合不正是反映了世事的苍凉与变迁吗?</w:t>
      </w:r>
      <w:r>
        <w:rPr>
          <w:lang w:eastAsia="zh-CN"/>
        </w:rPr>
        <w:br/>
      </w:r>
      <w:r>
        <w:rPr>
          <w:lang w:eastAsia="zh-CN"/>
        </w:rPr>
        <w:t>　　《围城》里最令人最熟悉的语句自然是那句：“城中的人想出去，城外的人想冲进来。”读完《围城》，从主人公精彩而又独特的故事前后，我看到了作者所表达的人性和表现的哲理，以及作者在文中生动传神的描述。笔者认为，这些精髓需要我们去理解和去感悟。</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中学读书心得体会2</w:t>
      </w:r>
      <w:r>
        <w:rPr>
          <w:lang w:eastAsia="zh-CN"/>
        </w:rPr>
        <w:br/>
      </w:r>
      <w:r>
        <w:rPr>
          <w:lang w:eastAsia="zh-CN"/>
        </w:rPr>
        <w:t xml:space="preserve">    美国教育绝不像我们想象的那么好也绝不像我们想象的那么遭。但有一个问题是不容置疑的，那就是美国的中学教育硬件要比我们国家要好得多，无论是他的经费支持还是学校管理，都要领先我们很多。这是一个无法回避也无法在短时间内改变的事实，这点我们必须承认。但是这绝不能成为我们拒绝学习和借鉴美国中学教育的借口，用一句励志的话概括就是，接受我们不能改变的，改变我们可以改变的，我想这是学习的前提，否则，一牵涉到具体的教学环境我们就要说，要是我们有那么好的条件我们做得肯定比他们还好，那学习借鉴就无法进行下去了，讨论本身也没有意义。 </w:t>
      </w:r>
      <w:r>
        <w:rPr>
          <w:lang w:eastAsia="zh-CN"/>
        </w:rPr>
        <w:br/>
      </w:r>
      <w:r>
        <w:rPr>
          <w:lang w:eastAsia="zh-CN"/>
        </w:rPr>
        <w:t>　　首先我们要问美国的学生怎么样？比我们好还是比我们差？这样的比较很难判断，论学习成绩我们当然要比他们好，但论综合能力，如社交、体育等则我们确实要比他们差。</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这是总体的比较，但事实是我们根本无法作出具体的比较，因为事实错综复杂，有太多的因素。比如美国的学生种类特别复杂，有大量的移民学生，光是华人就有不少，更不用说黑人还有拉丁裔的，可谓学生种类最丰富了，你想，这样特殊的学生特不特殊？作者告诉我们这样一个事实：美国的中学教育里分公立和私立，一般有钱人都会送孩子到私立学校去，因为私立学校无论是从管理还是师资等方面都要比公立学校好很多。作者是在公立学校任教的，对于私立学校的办学介绍的并不多，因此公立学校才是介绍的主要对象。在公立学校里也有两种学生群体，一种是想要考大学的，一种是父母很少管教而又不上进的学生，前者有天分肯努力，为了考大学学习非常刻苦，在高中期间要学习很多内容，包括不少大学的课程，因为这是大学招生所看重的学术能力的表现之一。</w:t>
      </w:r>
      <w:r>
        <w:rPr>
          <w:lang w:eastAsia="zh-CN"/>
        </w:rPr>
        <w:br/>
      </w:r>
      <w:r>
        <w:rPr>
          <w:lang w:eastAsia="zh-CN"/>
        </w:rPr>
        <w:t>　　后者呢，不学无术，加之美国的教学管理是存在一定的问题，导致他们中很多人上高中了连小学的课程都还不会掌握。课堂纪律更不用说有多差了，说话、吃零食、甚至在老师的眼皮地下亲嘴！！！不敢相信吧！用一句话来概括我的印象就是，这可比我们中国的'贫富差距还悬殊啊！这大概可以解释上面提到的我们对美国中学教育的两种截然不同的印象。</w:t>
      </w:r>
      <w:r>
        <w:rPr>
          <w:lang w:eastAsia="zh-CN"/>
        </w:rPr>
        <w:br/>
      </w:r>
      <w:r>
        <w:rPr>
          <w:lang w:eastAsia="zh-CN"/>
        </w:rPr>
        <w:t>　　其次，美国的老师如何？可能出乎你的意料，在美国，教师也是社会地位不高的职位，可能比我们还要差，但是待遇还是不错的。老师工作怎么样呢？可以说美国的中学老师深深刻有美国文化独特的烙印，比如他们下班了就不干工作的事了，他们也很少订阅教学杂志，他们没有班主任这一说，上课就只管上课，至于管理学生，那是学校的事，学生闹事把保安叫过来带到“教导主任”那完了。我想这应该会让不少中国老师羡慕死的，我们不少老师尤其是班主任就是因为管理学生气个半死的，如果能够把他们解放出来，相信他们都会喊万岁的。</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当然，至少目前来说，我们实行这个是不太可能的。作者还告诉我们，美国的老师不评什么职称，而是按年资，也就是教龄，时间到了自动涨工资，通常到一定时间就到顶了，所以在美国，最有活力的最有责任心的反而是年轻教师，反倒是老教师可能更“不负责任”一些。可能因为老油条，也可能他们特殊的体制，因为在美国要解聘教师可没那么容易，不是校长一人说了算，要一级级审查的，最后还要法院判决，加上教师的维权也做得比较好，所以美国的中学教师饭碗还是比较“铁”的！当然他们要拿到执照也很不容易，要通过很专业的考试，据说可与会计和律师相比拼。而且管理相当严格，没有执照，即使是博士也不能教书的。你不得不感叹美国的体制，那真叫体制！</w:t>
      </w:r>
      <w:r>
        <w:rPr>
          <w:lang w:eastAsia="zh-CN"/>
        </w:rPr>
        <w:br/>
      </w:r>
      <w:r>
        <w:rPr>
          <w:lang w:eastAsia="zh-CN"/>
        </w:rPr>
        <w:t>　　第三，美国的家长。美国的家长作者用一句话就概括出来了，那就是：“拥有巨大的权力。”家长有联合会，虽然不懂教育却可以职责教师不会教书，真是印证了咱们中国的那句话“没有教不会的学生，只有教不好的老师”。说不定还要被家长威胁，相比之下，我们中国的老师要幸福得多了，最起码，我们还是有尊师重道的传统的，虽然这样美好的传统正在改变......</w:t>
      </w:r>
      <w:r>
        <w:rPr>
          <w:lang w:eastAsia="zh-CN"/>
        </w:rPr>
        <w:br/>
      </w:r>
      <w:r>
        <w:rPr>
          <w:lang w:eastAsia="zh-CN"/>
        </w:rPr>
        <w:t>中学读书心得体会3</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作为本小组的组长，我的第一感受就是累，累得不行，当初以为会很轻松，没想到会这么难。我觉得在活动中最难的就是对组员任务的分工，要照顾每一个人的感受，个人的负担不能过重，又要面面俱到，不能让组员觉得我偏向某一个人。很多时候组员们是会好好配合的，但偶尔又把我的话当做耳旁风，让我敢怒不敢言。另外，在此次活动中，我总感觉计划赶不上变化。这也是没办法的事，毕竟高中生活太忙了。我的计划一次次被打破，我越来越着急，还好，在组员的配合下，我们总算是完成了。此次活动的调查结果来看，我们的工作做的很足，除忘记在过程中留下更多的照片外，其他该做的都做了。总算是完成了，我渐渐送了一口气，但是调查到的结果又不得不令我担心，同学们的阅读情况十分糟糕。超出了所有组员的想象，我们想了很多办法，但都觉得就现今的社会情况来看，都很难全面实施，这是我组此次活动中一个难以弥补的缺陷</w:t>
      </w:r>
      <w:r>
        <w:rPr>
          <w:lang w:eastAsia="zh-CN"/>
        </w:rPr>
        <w:t xml:space="preserve"> </w:t>
      </w:r>
      <w:r>
        <w:rPr>
          <w:lang w:eastAsia="zh-CN"/>
        </w:rPr>
        <w:br/>
      </w:r>
      <w:r>
        <w:rPr>
          <w:lang w:eastAsia="zh-CN"/>
        </w:rPr>
        <w:t>　　郭雅莹的心得：我是一个十分热爱阅读的人，所以我参加了这次中学生课外阅读研究性活动，我对此次调查结果充满了希望，但是，当我看到调查结果后，我感到愤怒、担忧;愤怒于同学们对阅读的看法和选择，担心同学们的阅读质量。对于课外书的选择是我们组关注的一个焦点，我原本期望于同学们在书籍会选择国粹的四大名著，会选择高深的外国文学，会选择优美的诗歌散文等等，但是，当我看到问卷上网络小说和流行小说上的那些勾差横线，我感到十分失望。对此，我希望老师和家长能够引导同学们正确的阅读。</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潘雨蕾的心得：在这次的关于课外阅读课题研究的学习中，我们看到了中学生大多爱看一些小说散文，来提高自身的内在素养，只是很积极可观的，但是，在课外阅读上同学们花的时间还不是很足，大多同学都认为是学习作业太多而没有时间来阅读。我认为学校应尽量多给同学们安排比较充足的时间，同时，这更多同学们对课外阅读的兴趣。张雅迪的'心得体会：多亏了各位组员的积极配合，我组才顺利的完成了课题。通过这次对中学生课外阅读情况的调查，我发现了一些问题：1、学生偏向小说的阅读，且大多是流行小说和网络小说，这类使虽然也有可取之处，但更容易使同学沉迷2、关于读书的目的，只有少数的同学选择的是扩大知识面，个人爱好，更多的同学选择的是应付考试，这是一个很不好的现象3、同时，同学们也在为那少得可怜的阅读时间叫苦不迭，大多数同学选择的都是小于一个小时的阅读时间4</w:t>
      </w:r>
      <w:r>
        <w:rPr>
          <w:lang w:eastAsia="zh-CN"/>
        </w:rPr>
        <w:t xml:space="preserve"> 、至于读书的方法，则更是糟糕，由于没有老师和家长的指导，同学们没能掌握好正确的读书方法，读起书来是事倍功半对于这些问题我有一些建议：1、学校控制作业量，留给同学们更多的阅读时间2.、老师积极向同学们推荐好的文学作品，引导同学正确阅读3、家长应当支持孩子的阅读，不应该只要求他们读与课本有关的书籍，应当提倡广泛的阅读4、社会各界积极发表提供一些有利于中学生阅读的书籍、报刊、杂志等</w:t>
      </w:r>
      <w:r>
        <w:rPr>
          <w:lang w:eastAsia="zh-CN"/>
        </w:rPr>
        <w:br/>
      </w:r>
      <w:r>
        <w:rPr>
          <w:lang w:eastAsia="zh-CN"/>
        </w:rPr>
        <w:t>　　张译文的心得体会：对于本次课题结果，我认为同学们应多培养对于课外阅读的兴趣，并且要较大程度的抽取业余时间，看一些对自身发展，对学习有帮助的书籍。通过这次的关于课外阅读课题研究学习，我认识到了课外阅读使我们学习生活密不可分的一部分，它为我们枯燥繁多的学习真添了一份“逸”,这或多或少对我们都会有帮助，因此，我们应好好地坚持进行课外阅读训练，对自身来说，百利而无一害，当然，应避免极端化，不要太过沉迷于其中，不要为了阅读而阅读。总之，课外阅读是一把双刃剑，不要对他视而不见，也不要对他过度依赖，应凭借自己的聪明才智，好好“应付”他，积极向上，乐观进取!</w:t>
      </w:r>
      <w:r>
        <w:rPr>
          <w:lang w:eastAsia="zh-CN"/>
        </w:rPr>
        <w:br/>
      </w:r>
      <w:r>
        <w:rPr>
          <w:lang w:eastAsia="zh-CN"/>
        </w:rPr>
        <w:t>中学读书心得体会4</w:t>
      </w:r>
      <w:r>
        <w:rPr>
          <w:lang w:eastAsia="zh-CN"/>
        </w:rPr>
        <w:br/>
      </w:r>
      <w:r>
        <w:rPr>
          <w:lang w:eastAsia="zh-CN"/>
        </w:rPr>
        <w:t xml:space="preserve">  </w:t>
      </w:r>
      <w:r>
        <w:rPr>
          <w:lang w:eastAsia="zh-CN"/>
        </w:rPr>
        <w:t xml:space="preserve"> </w:t>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难道就因为我一贫如洗，默默无闻，长相平庸，个子瘦小，就没有灵魂，没有心肠了——你想错了，我的心灵跟你一样丰富，我的心胸一样充实!</w:t>
      </w:r>
      <w:r>
        <w:rPr>
          <w:lang w:eastAsia="zh-CN"/>
        </w:rPr>
        <w:t xml:space="preserve"> </w:t>
      </w:r>
      <w:r>
        <w:rPr>
          <w:lang w:eastAsia="zh-CN"/>
        </w:rPr>
        <w:br/>
      </w:r>
      <w:r>
        <w:rPr>
          <w:lang w:eastAsia="zh-CN"/>
        </w:rPr>
        <w:t>　　——《简爱》夏洛蒂</w:t>
      </w:r>
      <w:r>
        <w:rPr>
          <w:lang w:eastAsia="zh-CN"/>
        </w:rPr>
        <w:br/>
      </w:r>
      <w:r>
        <w:rPr>
          <w:lang w:eastAsia="zh-CN"/>
        </w:rPr>
        <w:t>　　也许是深为女生的缘故，我看过不少爱情小说,也总薄情别人的故事,但是夏洛蒂的《简爱》却能让我读上一遍又一遍而不见腻味。也许你认为夏洛蒂仅仅是为写段缠绵的爱情而写《简爱》但我想说，你错了。夏洛蒂重点并非如此,而是女性的独立意识简从一开始开端，就被迫的生活在孤独之中，这使她渴望情感的包容，珍惜一切，虽然她曾经被压抑自己的意志和理智，但她最终还是从中解脱出来，独立的抉择自己的生活。</w:t>
      </w:r>
      <w:r>
        <w:rPr>
          <w:lang w:eastAsia="zh-CN"/>
        </w:rPr>
        <w:br/>
      </w:r>
      <w:r>
        <w:rPr>
          <w:lang w:eastAsia="zh-CN"/>
        </w:rPr>
        <w:t>　　最初我曾为简的`悲惨命运而痛苦，但在一次有一次的阅读中我发现：那是挣脱命运枷锁的必经之路。追寻女性的独立是一个长期的过程，而不是一蹴而就的。它需要一种彻底的勇气，就像简爱当年毅然离开罗切斯特一样，需要“风潇潇兮易水寒，壮土一去兮不复返”的豪迈和胆量。我想最关键便是夏洛蒂笔下的简爱的那份倔强，独立。也许也只有如简一般的人才能经历如此还保有自我吧。小说的结尾是圆满幸福的，虽然罗切斯特的庄园被他的疯妻烧毁了，他的眼睛也瞎了，成了一个残疾人，但是这样的一个结局，却使我觉得那是最完美的结局。因为并不是所有的恋人都拥有着王子和公主的美好，但是那份幸福并不会因此而改变。</w:t>
      </w:r>
      <w:r>
        <w:rPr>
          <w:lang w:eastAsia="zh-CN"/>
        </w:rPr>
        <w:br/>
      </w:r>
      <w:r>
        <w:rPr>
          <w:lang w:eastAsia="zh-CN"/>
        </w:rPr>
        <w:t>　　《简爱》自87年问世，至今已过去多年。但是时光并不影响它的光芒，它诉说着一个永远不会褪色的道理：</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命运并不是不可战胜的,平等需要自己去争取,要有劳动,有付出,有汗水,有坚定的信念,便会有回报。</w:t>
      </w:r>
      <w:r>
        <w:rPr>
          <w:lang w:eastAsia="zh-CN"/>
        </w:rPr>
        <w:br/>
      </w:r>
      <w:r>
        <w:rPr>
          <w:lang w:eastAsia="zh-CN"/>
        </w:rPr>
        <w:t>　　阳光下，我希望鲜花里会有更多的简爱走出来，不管是贫穷，还是富有;不管是美貌，还是相貌平庸，都有美好的心灵和充实的心胸，都能以独立的人格和坚强的个性生活。</w:t>
      </w:r>
      <w:r>
        <w:rPr>
          <w:lang w:eastAsia="zh-CN"/>
        </w:rPr>
        <w:br/>
      </w:r>
      <w:r>
        <w:rPr>
          <w:lang w:eastAsia="zh-CN"/>
        </w:rPr>
        <w:t>中学读书心得体会5</w:t>
      </w:r>
      <w:r>
        <w:rPr>
          <w:lang w:eastAsia="zh-CN"/>
        </w:rPr>
        <w:br/>
      </w:r>
      <w:r>
        <w:rPr>
          <w:lang w:eastAsia="zh-CN"/>
        </w:rPr>
        <w:t xml:space="preserve">    最近读了一篇名为《不能流泪就微笑》的文章。文章讲述了一个叫辛蒂的女子因意外而患上了“多重化学物质过敏症”，目前尚无药可医。她只能过着与世隔绝的日子，她的生活中不能出现任何有化学成分的东西，在饱尝痛苦之余，她还不能放声大哭，因为她的眼泪可能成为威胁自己的毒素，而坚强的辛蒂并没有在痛苦中自暴自弃，她不仅为自己，也为所有化学污染的牺牲者争取权益而奋战。辛蒂于1986年创立了“环境接触研究网”，致力于此类病变的研究。 </w:t>
      </w:r>
      <w:r>
        <w:rPr>
          <w:lang w:eastAsia="zh-CN"/>
        </w:rPr>
        <w:br/>
      </w:r>
      <w:r>
        <w:rPr>
          <w:lang w:eastAsia="zh-CN"/>
        </w:rPr>
        <w:t>　　读了这篇文章后，我感触颇深，我不禁佩服辛蒂的毅力与勇气以及乐观向上的人生态度。虽然她生活在寂静的无毒世界中，没有悠扬的声音，感觉不到阳光、流水，但她从未灰心丧气过。因为不能流泪的疾病，使她选择了微笑。</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由此使我想到了我们应该以微笑面对生活。生活中，不可能事事顺心，挫折是在所难免的，关键在于我们用什么样的态度去面对。正如一位作家所说的那样：“花和人都会遇到各种各样的不幸，但生活的长河是无止境。”因此，我们要鼓起勇气面对生活中各种各样的`不幸。</w:t>
      </w:r>
      <w:r>
        <w:rPr>
          <w:lang w:eastAsia="zh-CN"/>
        </w:rPr>
        <w:br/>
      </w:r>
      <w:r>
        <w:rPr>
          <w:lang w:eastAsia="zh-CN"/>
        </w:rPr>
        <w:t>　　当我们不能拥有美好的人生时，最好能拥有美好的人生观；当我们遭遇不幸时，决不能自暴自弃，从此一蹶不振，而应化悲哀为力量，重新振作起来。福楼拜说过：“珍珠是牡丹病痛的直接的产物，作家精巧文章是深沉痛苦的产物。”珍珠与精巧文章都令人惊羡不已，但它们无一不是痛苦的产物。</w:t>
      </w:r>
      <w:r>
        <w:rPr>
          <w:lang w:eastAsia="zh-CN"/>
        </w:rPr>
        <w:br/>
      </w:r>
      <w:r>
        <w:rPr>
          <w:lang w:eastAsia="zh-CN"/>
        </w:rPr>
        <w:t>　　假设非一夜寒彻骨，哪得梅花扑鼻香？歌德因爱上朋友的妻子而陷入痛苦的感情深渊无法自拔，但他最终还是将这段感情升华，写下了《少年维持的烦恼》；张海迪身残志坚，她从未因自身残疾而放弃自己，对生活丧失信心，相反，她更坚强地生活着，在轮椅上学习外语，对社会做出了自己的奉献；文天祥在元兵进攻江南时，受命出使元兵，却被扣留，终于脱身逃走，在其四处流浪，颠沛流离之际，写下了诗集《指南录》，并留下了“人生自古谁无死，留取丹心照汗青”的千古名句，传颂至今。他们在困境中仍然积极进取，乐观向上的精神，难道不值得我们去学习吗？</w:t>
      </w:r>
      <w:r>
        <w:rPr>
          <w:lang w:eastAsia="zh-CN"/>
        </w:rPr>
        <w:br/>
      </w:r>
      <w:r>
        <w:rPr>
          <w:lang w:eastAsia="zh-CN"/>
        </w:rPr>
        <w:t>　　同学们，假设生活捉弄了你，不要悲伤，也不要气馁，以“不能流泪就微笑”的态度来面对它吧！</w:t>
      </w:r>
      <w:r>
        <w:rPr>
          <w:lang w:eastAsia="zh-CN"/>
        </w:rPr>
        <w:br/>
      </w:r>
      <w:r>
        <w:rPr>
          <w:lang w:eastAsia="zh-CN"/>
        </w:rPr>
        <w:t>中学读书心得体会6</w:t>
      </w:r>
      <w:r>
        <w:rPr>
          <w:lang w:eastAsia="zh-CN"/>
        </w:rPr>
        <w:br/>
      </w:r>
      <w:r>
        <w:rPr>
          <w:lang w:eastAsia="zh-CN"/>
        </w:rPr>
        <w:t xml:space="preserve">    “书中自有黄金屋，书中自有颜如玉”，而我却认为书中自有乐趣在。我常常一头扑进书的海洋中，徜徉于其间，留恋忘返。为此我也闹了许多的笑话。书让我爱不释手，它就是我的最爱。 </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从前我是一个盲，一见作文就头疼。每次作文课我都得惊出一身冷汗。老师布置得作文，我绞尽脑汁，搜肠刮肚也写不出来。由于我喜欢上了读书，渐渐地，我的作文水平有了明显的提高，也使我爱上了读书。</w:t>
      </w:r>
      <w:r>
        <w:rPr>
          <w:lang w:eastAsia="zh-CN"/>
        </w:rPr>
        <w:br/>
      </w:r>
      <w:r>
        <w:rPr>
          <w:lang w:eastAsia="zh-CN"/>
        </w:rPr>
        <w:t>　　我只要啃上一本好书就什么都忘了，周围的一切都好像不存在了，世界上好像就我一个人了。别人喊我，我也只是随随便便答应一下，可整个人像木头一样，一动也不动。</w:t>
      </w:r>
      <w:r>
        <w:rPr>
          <w:lang w:eastAsia="zh-CN"/>
        </w:rPr>
        <w:br/>
      </w:r>
      <w:r>
        <w:rPr>
          <w:lang w:eastAsia="zh-CN"/>
        </w:rPr>
        <w:t>　　没有书读的日子是难熬的，原来几乎没有什么书读，随便碰到一本书或杂志，我都会呆在那翻上好半天。现在可好了，我们班级建立了图书角，买来了漂亮的图书柜，更让人欣喜的是里面添置了好多适合我们阅读的好书，这些书是我做梦都想读的。从有了书的那一天起，我每天都尽情的遨游于书的海洋，整天都与书为伴，书已经成了我生活中的一部分，书是我的最爱。</w:t>
      </w:r>
      <w:r>
        <w:rPr>
          <w:lang w:eastAsia="zh-CN"/>
        </w:rPr>
        <w:br/>
      </w:r>
      <w:r>
        <w:rPr>
          <w:lang w:eastAsia="zh-CN"/>
        </w:rPr>
        <w:t>　　因为我看书入了迷，有时也回闹笑话。有一次，我在看《爱的教育》，妈妈叫我去买盐，我嘴上说马上去，可屁股底下一下也没有动。妈妈生气了，我看情况不妙，只得飞快得去买了，我飞快的跑着，可心里还想着书，到了商店却又忘了买什么，最后想起一袋这个词，就买了一袋味精。在回去的路上以为回去就可以继续看书了，心里高兴极了。回到家，妈妈看了以后生气的说：“买错了，是盐。”没办法，我只得重新去换。回来后又津津有味的看我心爱的书。</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有书想伴的日子是快乐的，他让我在失意时能尽快的摆脱痛苦，在得意时把握自己；让我在孤独寂寞的时候向他倾诉，在高兴时与他分享。读书，将与我终生相伴，书永远是我的最爱。</w:t>
      </w:r>
      <w:r>
        <w:rPr>
          <w:lang w:eastAsia="zh-CN"/>
        </w:rPr>
        <w:br/>
      </w:r>
      <w:r>
        <w:rPr>
          <w:lang w:eastAsia="zh-CN"/>
        </w:rPr>
        <w:t>　　开卷有益，这是我对自己读书多年来的最深、最明了的体会。</w:t>
      </w:r>
      <w:r>
        <w:rPr>
          <w:lang w:eastAsia="zh-CN"/>
        </w:rPr>
        <w:br/>
      </w:r>
      <w:r>
        <w:rPr>
          <w:lang w:eastAsia="zh-CN"/>
        </w:rPr>
        <w:t>　　从古人的“万般皆下品，唯有读书高”到今人的“书籍是人类灵魂进步的阶梯”，无不看出读书的良好作用。读书好处和重要之大的道理人所共知，再加上在这样一个知识爆炸的时代，“书到用时方恨少“的感觉会经常出现在每个人的身上。于是人人都想读书，把活到老学到老作为至理名言，可是在读书的过程中，许多人只体会到读书的无比之苦，我却更多地感悟到读书的无限之乐。我不是把读书当成一种任务，也不是把读书单纯的当成一种无所事事时候的消遣，而是把读书当成一种心灵之旅，当成一种和古之先贤、智者名士进行跨越时空的对话、交流的过程，当成一种消除疲惫，洗去烦恼的精神生化的过程。</w:t>
      </w:r>
      <w:r>
        <w:rPr>
          <w:lang w:eastAsia="zh-CN"/>
        </w:rPr>
        <w:br/>
      </w:r>
      <w:r>
        <w:rPr>
          <w:lang w:eastAsia="zh-CN"/>
        </w:rPr>
        <w:t>　　书，是良师，更是益友。</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好读书，是年轻时候养成的习惯，但是不得不承认，随着年龄的增长，工作量和各种社会关系的增多，年少时候那种单纯的安心的读书的心境难以追回，再加上每天的各种事务踏至纷来，每天可以有一段长的读书时间就显的弥足珍贵，所以，我这样的年纪和工作的特点使我在读书上不得不养成自己的特点，一是要读书首先是选书。虽说是开卷有益，但是时间有限，所以必须有选择的读书，把有限的时间放在好的，适合的书籍上。在选书上，不看庸俗无聊，不求高深专业，但要切实有用；不过于专一，而追求广博，读书如交友，只是呆在一个小圈子里，很容易自我封闭，自我限制，所以要广交朋友，经史子集，古今中外，各种书都要尽可能涉猎一。二是随时备书，“见缝插针”。没有大片的时间可用来读书，只能是把片刻的闲暇时间利用起来。有时间就拿出来翻上两页，享受一下。就算是一本大部头的书籍，只要发挥愚公移山的精神，日积月累，持之以恒，总会在不知不觉中，轻松搞定；三是有计划，虽说读书的时间少，但是，不能找借口，不能放任，每天必须要挤出一段时间读书，我把这个称之为：每天多走一点路，意思是在每天要停下来休息的地方，要再坚持一下，多看一会儿书，在多走一点路。</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安心的读书的心境难以追回，再加上每天的各种事务踏至纷来，每天可以有一段长的读书时间就显的弥足珍贵，所以，我这样的年纪和工作的特点使我在读书上不得不养成自己的特点，一是要读书首先是选书。虽说是开卷有益，但是时间有限，所以必须有选择的读书，把有限的时间放在好的，适合的书籍上。在选书上，不看庸俗无聊，不求高深专业，但要切实有用；不过于专一，而追求广博，读书如交友，只是呆在一个小圈子里，很容易自我封闭，自我限制，所以要广交朋友，经史子集，古今中外，各种书都要尽可能涉猎一。二是随时备书，“见缝插针”。没有大片的时间可用来读书，只能是把片刻的闲暇时间利用起来。有时间就拿出来翻上两页，享受一下。就算是一本大部头的书籍，只要发挥愚公移山的精神，日积月累，持之以恒，总会在不知不觉中，轻松搞定；三是有计划，虽说读书的时间少，但是，不能找借口，不能放任，每天必须要挤出一段时间读书，我把这个称之为：每天多走一点路，意思是在每天要停下来休息的地方，要再坚持一下，多看一会儿书，在多走一点路。</w:t>
      </w:r>
      <w:r>
        <w:rPr>
          <w:lang w:eastAsia="zh-CN"/>
        </w:rPr>
        <w:br/>
      </w:r>
      <w:r>
        <w:rPr>
          <w:lang w:eastAsia="zh-CN"/>
        </w:rPr>
        <w:t>　　四是要用脑读书，多做批注，常写心得。用眼读书，获得一种简单的快乐，用心读书，赢得一片安宁，一种丰润，用脑读书，在思考中完成和作者的对话，那么收获的除了快乐，安宁，更是一种洗礼和升华的过程。子曰：学而不思则惘，思而不学则殆。读书学习和独立思考必须结合起来，才能收到最优化的效果。五是读书以致用。有人说，现代人读书很功利。我倒是觉得，读书是不能过于功利，那样读书读不好，读不深，读不出快乐。但是读书也要有目的性，那就是读书必然是直接或间接为了我们工作，生活服务的，这就是读书的目的性。读书是要用的。读书不能像是在沙漠中下注水，浇灌了很多，但是长不出娇艳的玫瑰。读书可以死读，但千万不能读死，所以读书应该是要结合自己有选择的读，有目的的读。让书成为我们的良师益友，成为我们工作生活中前进的阶梯。</w:t>
      </w:r>
      <w:r>
        <w:rPr>
          <w:lang w:eastAsia="zh-CN"/>
        </w:rPr>
        <w:br/>
      </w:r>
      <w:r>
        <w:rPr>
          <w:lang w:eastAsia="zh-CN"/>
        </w:rPr>
        <w:t>　　大家都在读书，但是，每个人读书的方法、感受和收获是不一样的。说了我的读书的方法，在说说我读书的各种体会和收获。总结起来，应该是“三开”。</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开心养气。我在读书之中，收获的开心，快乐分四个层次。一是最为简单直接的快乐，一段快意恩仇的故事，一个精采绝伦的比喻，一个构思精妙，哑然失笑的结尾……这些都会让我怡然自乐，欣然发笑。二是读书让心灵安宁，抛开烦恼的快乐。这时候读书已经深入其中，忘记身边的种种事情，溶入到书的世界里。这时候读书，因为书的世界不同，会有激情如火，也会有沉静似水，也会有百般无奈，感慨叹气。这种在书的世界中畅游，与书的内容同呼吸，共命运的感觉就是读书的第二层快乐。三是独立思考，对话交流的快乐。这时候读书不是读了，而是和好友知己聚在一起，或茶香四溢，或青梅煮酒，或踏雪寻梅……总之是在契合两欢的氛围下的对话、交流、碰撞、引申。四是读书有用。这种快乐就不在读书之中了，而是在读书之后的一种反馈。这是在生活和工作中能够“书到用时不恨少”，能够信手拈来，娓娓道来，能够自信大方，举止得体。这样，快乐自然而来了。百年孤独是我读过的第一本世界名著，当时我读初一，正是喜欢孤独寂寞用词的小女生，为了这个名字，我从图书馆借了来，可是第一句：多年以后，面对行刑队的枪口中，奥尔良上校想起了多年前他第一次看到冰的情景（大意如此），一下让我蒙了，我把它放到一边，不愿再看，直到一个月后，图书馆催我还书了，硬着头皮拿起了书，看了两页，从看到第三页后，我的手再也离不开这本书，我把所有的业余时间都奉献给这本书，我用了一个月的时间反复看了三遍，从来没有一本书给我这样的经历：我把生命交给一本书了！那一个月，我无法跟人交流，无法大声说笑，满脑子都是奥尔良家族每一个人的身影，每一个都那么鲜活，每一个都那么特立独行，但所有的人都那么孤独于世！</w:t>
      </w:r>
      <w:r>
        <w:rPr>
          <w:lang w:eastAsia="zh-CN"/>
        </w:rPr>
        <w:br/>
      </w:r>
      <w:r>
        <w:rPr>
          <w:lang w:eastAsia="zh-CN"/>
        </w:rPr>
        <w:t>　　每一次合上书，我都怀疑自己是否有勇气再翻开它，因为那种孤独从每一个字里透出来，压得我喘不过气，但每一次打开它，我又不愿意合上它，仿佛只有这本书才是我的世界，才是我活下去的理由。</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可能我讲了这么多，还算不上谈，差不多快一年了，当年看完此书的感受到今天还清晰如昨，每一个人问我看它的感受，我只有两个字：我怕。是的，我怕，我怕那种孤独，我怕自己爱上它而无法自拔，马尔克斯是魔幻现实主义作家，它的文字是被上了魔咒的，记得当时，我一边看书，一边胸中涌上巨大的悲哀，而眼睛干涩，一滴泪也出不来，但那悲哀比流泪更甚！</w:t>
      </w:r>
      <w:r>
        <w:rPr>
          <w:lang w:eastAsia="zh-CN"/>
        </w:rPr>
        <w:br/>
      </w:r>
      <w:r>
        <w:rPr>
          <w:lang w:eastAsia="zh-CN"/>
        </w:rPr>
        <w:t>　　书里的每一个人都在用不同的方法来表达来宣泄自己的孤独，表面上他们是漠不关心的，实际上内心深处，他们渴望被人爱，被人认可，被人同化，可惜这是一个永远无法实现的梦！今天的我们又何尝不是如此呢？我们不也在用各种不同的方式来让自己逃避孤独，但实则上却陷进了更深的孤独吗？我们的爱，我们最温柔的部分，都被各种物质上东西遮得严严实实，再也出不来了！看完书后，我用了一个月的时间才将自己调整过来，然后，我马上去书店买了一本精装本放在家珍藏，作为自己对平生最难以言表的一本书的纪念，但从买的那一天起，直到今日，我没有再动过它一下，只是将它好好地放在书柜的最高层，那是我无法触摸，没有勇气再看的禁区啊。</w:t>
      </w:r>
      <w:r>
        <w:rPr>
          <w:lang w:eastAsia="zh-CN"/>
        </w:rPr>
        <w:br/>
      </w:r>
      <w:r>
        <w:rPr>
          <w:lang w:eastAsia="zh-CN"/>
        </w:rPr>
        <w:t>　　古人说：“读书破万卷，下笔如有神”。不深思不知这句名言之意，只要你仔细想一想，便觉得十分有道理，它道出了读书的重要性。</w:t>
      </w:r>
      <w:r>
        <w:rPr>
          <w:lang w:eastAsia="zh-CN"/>
        </w:rPr>
        <w:br/>
      </w:r>
    </w:p>
    <w:p w:rsidR="001B1F19" w14:textId="27C3F48A">
      <w:pPr>
        <w:rPr>
          <w:lang w:eastAsia="zh-CN"/>
        </w:rPr>
      </w:pPr>
      <w:r>
        <w:rPr>
          <w:lang w:eastAsia="zh-CN"/>
        </w:rPr>
        <w:t>　　古诗中有：“问渠哪得清如许？为有源头活水来。”我们的知识需要源头活水，而这源头活水有一大部分来自书本。坚持每天读书，对自己的精神、心灵可以起到很大的作用，言谈不至于太枯燥无味了。</w:t>
      </w:r>
      <w:r>
        <w:rPr>
          <w:lang w:eastAsia="zh-CN"/>
        </w:rPr>
        <w:br/>
      </w:r>
      <w:r>
        <w:rPr>
          <w:lang w:eastAsia="zh-CN"/>
        </w:rPr>
        <w:t>　　我很爱读书，我觉得读书就是一种享受，从小我就与书结下了不解之缘，它带着我在知识的海洋中遨游到现在。书是我们最好的老师，虽然它一直默默无闻，可它作出的贡献远远超出我们。</w:t>
      </w:r>
      <w:r>
        <w:rPr>
          <w:lang w:eastAsia="zh-CN"/>
        </w:rPr>
        <w:br/>
      </w:r>
      <w:r>
        <w:rPr>
          <w:lang w:eastAsia="zh-CN"/>
        </w:rPr>
        <w:t>　　它给了我们很多知识和道理，书不但是开阔视野，打开知识大门的一把钥匙，带我们一步步攀向科学高峰，而且是我们生活中的知心朋友。</w:t>
      </w:r>
      <w:r>
        <w:rPr>
          <w:lang w:eastAsia="zh-CN"/>
        </w:rPr>
        <w:br/>
      </w:r>
      <w:r>
        <w:rPr>
          <w:lang w:eastAsia="zh-CN"/>
        </w:rPr>
        <w:t>　　烦恼时，我捧着它，它把我带进了知识的海洋。书的世界好像让人置身于一个鸟语花香的世界，使人心旷神怡，的确是一个放松自己的好空间，我的烦恼顿时不由自主的抛到了九霄云外。高兴时，我捧着它，它把我带进另一个世界，这里有一些名胜古迹，有气势雄伟的岳阳楼，名扬中外的万里长城，闻名天下的桂林山水。让我尽情流露出自己的愉悦心情，将心中的感情融合在无穷无尽的山水之中。</w:t>
      </w:r>
      <w:r>
        <w:rPr>
          <w:lang w:eastAsia="zh-CN"/>
        </w:rPr>
        <w:br/>
      </w:r>
      <w:r>
        <w:rPr>
          <w:lang w:eastAsia="zh-CN"/>
        </w:rPr>
        <w:t>　　书是一位知识渊博的老师，它带我畅游世界，领略大自然的风光，了解大自然的奥秘，它能让我懂得许多人生哲理。书，用它丰富的知识甘露浇灌了我求知的心田。</w:t>
      </w:r>
      <w:r>
        <w:rPr>
          <w:lang w:eastAsia="zh-CN"/>
        </w:rPr>
        <w:br/>
      </w:r>
      <w:r>
        <w:rPr>
          <w:lang w:eastAsia="zh-CN"/>
        </w:rPr>
        <w:t>　　书是人类进步的阶梯，没有书，我们不可能一步一个台阶攀向科学的高峰。读书，充实了我知识的宝库，丰富了我的生活，也激发了我对学习的兴趣；读书，让我感受到了无穷的乐趣，我亲身体会到：读书真好。</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https://d.book118.com/108035111127006044</w:t>
        </w:r>
      </w:hyperlink>
    </w:p>
    <w:p w:rsidR="001B1F19">
      <w:pPr>
        <w:rPr>
          <w:lang w:eastAsia="zh-CN"/>
        </w:rPr>
      </w:pPr>
    </w:p>
    <w:sectPr>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08035111127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