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计划参考医院科室年度工作计划</w:t>
      </w:r>
    </w:p>
    <w:p>
      <w:pPr>
        <w:spacing w:before="100" w:after="200" w:line="360" w:lineRule="auto"/>
        <w:ind w:firstLine="576"/>
        <w:jc w:val="left"/>
      </w:pPr>
      <w:r>
        <w:rPr>
          <w:rFonts w:ascii="宋体" w:eastAsia="宋体" w:hAnsi="宋体"/>
          <w:sz w:val="28"/>
        </w:rPr>
        <w:t>医院科室感染年度工作计划。</w:t>
      </w:r>
    </w:p>
    <w:p>
      <w:pPr>
        <w:spacing w:before="100" w:after="200" w:line="360" w:lineRule="auto"/>
        <w:ind w:firstLine="576"/>
        <w:jc w:val="left"/>
      </w:pPr>
      <w:r>
        <w:rPr>
          <w:rFonts w:ascii="宋体" w:eastAsia="宋体" w:hAnsi="宋体"/>
          <w:sz w:val="28"/>
        </w:rPr>
        <w:t>在医院感染管理委员会领导下，院感科、护理部、检验科、药剂科、积极协作，认真贯彻执行《医院感染管理办法》、《中华人民共和国传染病防治法》、《消毒技术规范》、《医疗废物管理条例》、《抗菌药物临床应用指导原则》、《消毒供应中心管理规范》、《医疗机构口腔诊疗器械清洗消毒技术操作规范》、《医院手术部管理规范》等法律法规，全院人员参与，共同开展与完成我院医院感染的预防与控制工作，有效控制医院内感染的流行与暴发。</w:t>
      </w:r>
    </w:p>
    <w:p>
      <w:pPr>
        <w:spacing w:before="100" w:after="200" w:line="360" w:lineRule="auto"/>
        <w:ind w:firstLine="576"/>
        <w:jc w:val="left"/>
      </w:pPr>
      <w:r>
        <w:rPr>
          <w:rFonts w:ascii="宋体" w:eastAsia="宋体" w:hAnsi="宋体"/>
          <w:sz w:val="28"/>
        </w:rPr>
        <w:t>主要目标</w:t>
      </w:r>
    </w:p>
    <w:p>
      <w:pPr>
        <w:spacing w:before="100" w:after="200" w:line="360" w:lineRule="auto"/>
        <w:ind w:firstLine="576"/>
        <w:jc w:val="left"/>
      </w:pPr>
      <w:r>
        <w:rPr>
          <w:rFonts w:ascii="宋体" w:eastAsia="宋体" w:hAnsi="宋体"/>
          <w:sz w:val="28"/>
        </w:rPr>
        <w:t>一、医院感染知识培训率达20xx医院科室工作计划以上，培训合格率达x100%。持证上岗率100%。</w:t>
      </w:r>
    </w:p>
    <w:p>
      <w:pPr>
        <w:spacing w:before="100" w:after="200" w:line="360" w:lineRule="auto"/>
        <w:ind w:firstLine="576"/>
        <w:jc w:val="left"/>
      </w:pPr>
      <w:r>
        <w:rPr>
          <w:rFonts w:ascii="宋体" w:eastAsia="宋体" w:hAnsi="宋体"/>
          <w:sz w:val="28"/>
        </w:rPr>
        <w:t>二、灭菌合格率达100%、空气、医务人员手、物体表面合格率98%;使用中消毒液合格率100%;无菌器械保存液合格率100%;灭菌物品合格率达100%。</w:t>
      </w:r>
    </w:p>
    <w:p>
      <w:pPr>
        <w:spacing w:before="100" w:after="200" w:line="360" w:lineRule="auto"/>
        <w:jc w:val="left"/>
      </w:pPr>
      <w:r>
        <w:rPr>
          <w:rFonts w:ascii="宋体 (中文正文)" w:eastAsia="宋体" w:hAnsi="宋体 (中文正文)"/>
          <w:b/>
          <w:sz w:val="28"/>
        </w:rPr>
        <w:t>三、院感发病率低于8%;院感漏报率</w:t>
      </w:r>
    </w:p>
    <w:p>
      <w:pPr>
        <w:spacing w:before="100" w:after="200" w:line="360" w:lineRule="auto"/>
        <w:jc w:val="left"/>
      </w:pPr>
      <w:r>
        <w:rPr>
          <w:rFonts w:ascii="宋体 (中文正文)" w:eastAsia="宋体" w:hAnsi="宋体 (中文正文)"/>
          <w:b/>
          <w:sz w:val="28"/>
        </w:rPr>
        <w:t>四、传染病人隔离率为98%;疫情上报100%;及时率98%;漏报率</w:t>
      </w:r>
    </w:p>
    <w:p>
      <w:pPr>
        <w:spacing w:before="100" w:after="200" w:line="360" w:lineRule="auto"/>
        <w:jc w:val="left"/>
      </w:pPr>
      <w:r>
        <w:rPr>
          <w:rFonts w:ascii="宋体 (中文正文)" w:eastAsia="宋体" w:hAnsi="宋体 (中文正文)"/>
          <w:b/>
          <w:sz w:val="28"/>
        </w:rPr>
        <w:t>五、医疗废物回收率100%。</w:t>
      </w:r>
    </w:p>
    <w:p>
      <w:pPr>
        <w:spacing w:before="100" w:after="200" w:line="360" w:lineRule="auto"/>
        <w:jc w:val="left"/>
      </w:pPr>
      <w:r>
        <w:rPr>
          <w:rFonts w:ascii="宋体 (中文正文)" w:eastAsia="宋体" w:hAnsi="宋体 (中文正文)"/>
          <w:b/>
          <w:sz w:val="28"/>
        </w:rPr>
        <w:t>六、抗生素使用率</w:t>
      </w:r>
    </w:p>
    <w:p>
      <w:pPr>
        <w:spacing w:before="100" w:after="200" w:line="360" w:lineRule="auto"/>
        <w:ind w:firstLine="576"/>
        <w:jc w:val="left"/>
      </w:pPr>
      <w:r>
        <w:rPr>
          <w:rFonts w:ascii="宋体" w:eastAsia="宋体" w:hAnsi="宋体"/>
          <w:sz w:val="28"/>
        </w:rPr>
        <w:t>保证措施</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b/>
          <w:sz w:val="28"/>
        </w:rPr>
        <w:t>一、加强教育培训</w:t>
      </w:r>
    </w:p>
    <w:p>
      <w:pPr>
        <w:spacing w:before="100" w:after="200" w:line="360" w:lineRule="auto"/>
        <w:ind w:firstLine="576"/>
        <w:jc w:val="left"/>
      </w:pPr>
      <w:r>
        <w:rPr>
          <w:rFonts w:ascii="宋体" w:eastAsia="宋体" w:hAnsi="宋体"/>
          <w:sz w:val="28"/>
        </w:rPr>
        <w:t>1、每季度科室组织医院感染相关知识培训一次，并做好笔记。</w:t>
      </w:r>
    </w:p>
    <w:p>
      <w:pPr>
        <w:spacing w:before="100" w:after="200" w:line="360" w:lineRule="auto"/>
        <w:ind w:firstLine="576"/>
        <w:jc w:val="left"/>
      </w:pPr>
      <w:r>
        <w:rPr>
          <w:rFonts w:ascii="宋体" w:eastAsia="宋体" w:hAnsi="宋体"/>
          <w:sz w:val="28"/>
        </w:rPr>
        <w:t>2、院感办全年组织全院院感知识讲课两次。医院感染知识培训纳入本年度工作重点。采取多种形式进行全员培训，试卷考核，提高医务人员医院感染防范意识。</w:t>
      </w:r>
    </w:p>
    <w:p>
      <w:pPr>
        <w:spacing w:before="100" w:after="200" w:line="360" w:lineRule="auto"/>
        <w:ind w:firstLine="576"/>
        <w:jc w:val="left"/>
      </w:pPr>
      <w:r>
        <w:rPr>
          <w:rFonts w:ascii="宋体" w:eastAsia="宋体" w:hAnsi="宋体"/>
          <w:sz w:val="28"/>
        </w:rPr>
        <w:t>3、落实新职工岗前培训。</w:t>
      </w:r>
    </w:p>
    <w:p>
      <w:pPr>
        <w:spacing w:before="100" w:after="200" w:line="360" w:lineRule="auto"/>
        <w:ind w:firstLine="576"/>
        <w:jc w:val="left"/>
      </w:pPr>
      <w:r>
        <w:rPr>
          <w:rFonts w:ascii="宋体" w:eastAsia="宋体" w:hAnsi="宋体"/>
          <w:sz w:val="28"/>
        </w:rPr>
        <w:t>4、特种压力容器操作人员、疫情直报人员进行专门培训，持证上岗。</w:t>
      </w:r>
    </w:p>
    <w:p>
      <w:pPr>
        <w:spacing w:before="100" w:after="200" w:line="360" w:lineRule="auto"/>
        <w:ind w:firstLine="576"/>
        <w:jc w:val="left"/>
      </w:pPr>
      <w:r>
        <w:rPr>
          <w:rFonts w:ascii="宋体" w:eastAsia="宋体" w:hAnsi="宋体"/>
          <w:sz w:val="28"/>
        </w:rPr>
        <w:t>5、对医疗废物专职人员进行培训。</w:t>
      </w:r>
    </w:p>
    <w:p>
      <w:pPr>
        <w:spacing w:before="100" w:after="200" w:line="360" w:lineRule="auto"/>
        <w:ind w:firstLine="576"/>
        <w:jc w:val="left"/>
      </w:pPr>
      <w:r>
        <w:rPr>
          <w:rFonts w:ascii="宋体" w:eastAsia="宋体" w:hAnsi="宋体"/>
          <w:sz w:val="28"/>
        </w:rPr>
        <w:t>6、院感专职人员参加参加省、市级举办的院感继续教育培训班，以了解全省及全国医院感染管理工作发展的新趋势、新动态，提高我院感染管理水平。</w:t>
      </w:r>
    </w:p>
    <w:p>
      <w:pPr>
        <w:spacing w:before="100" w:after="200" w:line="360" w:lineRule="auto"/>
        <w:jc w:val="left"/>
      </w:pPr>
      <w:r>
        <w:rPr>
          <w:rFonts w:ascii="宋体 (中文正文)" w:eastAsia="宋体" w:hAnsi="宋体 (中文正文)"/>
          <w:b/>
          <w:sz w:val="28"/>
        </w:rPr>
        <w:t>二、落实消毒隔离制度，加强消毒灭菌效果监测与评价</w:t>
      </w:r>
    </w:p>
    <w:p>
      <w:pPr>
        <w:spacing w:before="100" w:after="200" w:line="360" w:lineRule="auto"/>
        <w:ind w:firstLine="576"/>
        <w:jc w:val="left"/>
      </w:pPr>
      <w:r>
        <w:rPr>
          <w:rFonts w:ascii="宋体" w:eastAsia="宋体" w:hAnsi="宋体"/>
          <w:sz w:val="28"/>
        </w:rPr>
        <w:t>1、供应室灭菌合格率必须是100%，每锅B-D实验，每周生物监测，每包化学监测。疑似或不合格灭菌物品不得进入临床科室。消毒物品不得检查出致病微生物，灭菌物品不得检出任何微生物。各科使用的消毒灭菌液根据性能按时更换，器械按规定及时消毒灭菌。使用中的各种导管按规定进行消毒更换。</w:t>
      </w:r>
    </w:p>
    <w:p>
      <w:pPr>
        <w:spacing w:before="100" w:after="200" w:line="360" w:lineRule="auto"/>
        <w:ind w:firstLine="576"/>
        <w:jc w:val="left"/>
      </w:pPr>
      <w:r>
        <w:rPr>
          <w:rFonts w:ascii="宋体" w:eastAsia="宋体" w:hAnsi="宋体"/>
          <w:sz w:val="28"/>
        </w:rPr>
        <w:t>2、各科室每双月进行一次环境卫生学及消毒灭菌效果监测，并在院感通迅上汇总、分析、反馈。</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3、加强医务人员手卫生的管理工作。今年在去年培训的基础上，开展手卫生的目标监测。不定期地下科室检查医务人员洗手的依从性。03KKK.cOm</w:t>
      </w:r>
    </w:p>
    <w:p>
      <w:pPr>
        <w:spacing w:before="100" w:after="200" w:line="360" w:lineRule="auto"/>
        <w:jc w:val="left"/>
      </w:pPr>
      <w:r>
        <w:rPr>
          <w:rFonts w:ascii="宋体 (中文正文)" w:eastAsia="宋体" w:hAnsi="宋体 (中文正文)"/>
          <w:b/>
          <w:sz w:val="28"/>
        </w:rPr>
        <w:t>三、加强院感监测，实行医院暴发预警报告</w:t>
      </w:r>
    </w:p>
    <w:p>
      <w:pPr>
        <w:spacing w:before="100" w:after="200" w:line="360" w:lineRule="auto"/>
        <w:ind w:firstLine="576"/>
        <w:jc w:val="left"/>
      </w:pPr>
      <w:r>
        <w:rPr>
          <w:rFonts w:ascii="宋体" w:eastAsia="宋体" w:hAnsi="宋体"/>
          <w:sz w:val="28"/>
        </w:rPr>
        <w:t>1、严格《医院手术部管理规范》执行，每月继续手术切口监测。</w:t>
      </w:r>
    </w:p>
    <w:p>
      <w:pPr>
        <w:spacing w:before="100" w:after="200" w:line="360" w:lineRule="auto"/>
        <w:ind w:firstLine="576"/>
        <w:jc w:val="left"/>
      </w:pPr>
      <w:r>
        <w:rPr>
          <w:rFonts w:ascii="宋体" w:eastAsia="宋体" w:hAnsi="宋体"/>
          <w:sz w:val="28"/>
        </w:rPr>
        <w:t>2、充分发挥临床感控管理小组作用，及时发现医院感染病例，落实24小时报病制度;尽早送标本，进行病原学检查，根据药敏结果进行有效治疗;</w:t>
      </w:r>
    </w:p>
    <w:p>
      <w:pPr>
        <w:spacing w:before="100" w:after="200" w:line="360" w:lineRule="auto"/>
        <w:ind w:firstLine="576"/>
        <w:jc w:val="left"/>
      </w:pPr>
      <w:r>
        <w:rPr>
          <w:rFonts w:ascii="宋体" w:eastAsia="宋体" w:hAnsi="宋体"/>
          <w:sz w:val="28"/>
        </w:rPr>
        <w:t>3、临床出现医院感染聚集性病例(同类病例3例)，实行医院感染暴发预警报告。分析并调查传染源，采取有效措施控制传播途径，杜绝恶性院感事件的发生。</w:t>
      </w:r>
    </w:p>
    <w:p>
      <w:pPr>
        <w:spacing w:before="100" w:after="200" w:line="360" w:lineRule="auto"/>
        <w:ind w:firstLine="576"/>
        <w:jc w:val="left"/>
      </w:pPr>
      <w:r>
        <w:rPr>
          <w:rFonts w:ascii="宋体" w:eastAsia="宋体" w:hAnsi="宋体"/>
          <w:sz w:val="28"/>
        </w:rPr>
        <w:t>4、做好医务人员的职业防护工作，各科室将每次受到职业暴露及损伤的人员上报到院感科，院感科做好登记，保护易感人群，有效控制医院感染。</w:t>
      </w:r>
    </w:p>
    <w:p>
      <w:pPr>
        <w:spacing w:before="100" w:after="200" w:line="360" w:lineRule="auto"/>
        <w:jc w:val="left"/>
      </w:pPr>
      <w:r>
        <w:rPr>
          <w:rFonts w:ascii="宋体 (中文正文)" w:eastAsia="宋体" w:hAnsi="宋体 (中文正文)"/>
          <w:b/>
          <w:sz w:val="28"/>
        </w:rPr>
        <w:t>四、严格执行《传染病防治法》，确保传染病管理工作落实</w:t>
      </w:r>
    </w:p>
    <w:p>
      <w:pPr>
        <w:spacing w:before="100" w:after="200" w:line="360" w:lineRule="auto"/>
        <w:ind w:firstLine="576"/>
        <w:jc w:val="left"/>
      </w:pPr>
      <w:r>
        <w:rPr>
          <w:rFonts w:ascii="宋体" w:eastAsia="宋体" w:hAnsi="宋体"/>
          <w:sz w:val="28"/>
        </w:rPr>
        <w:t>1、组织全院传染病知识培训二次，根据每年传染病的'实际发生情况及时组织相关学习。做到早发现，早诊断。</w:t>
      </w:r>
    </w:p>
    <w:p>
      <w:pPr>
        <w:spacing w:before="100" w:after="200" w:line="360" w:lineRule="auto"/>
        <w:ind w:firstLine="576"/>
        <w:jc w:val="left"/>
      </w:pPr>
      <w:r>
        <w:rPr>
          <w:rFonts w:ascii="宋体" w:eastAsia="宋体" w:hAnsi="宋体"/>
          <w:sz w:val="28"/>
        </w:rPr>
        <w:t>2、门诊严格实行预检分诊制度。落实各级人员职责，做好隔离工作，避免交叉感染。</w:t>
      </w:r>
    </w:p>
    <w:p>
      <w:pPr>
        <w:spacing w:before="100" w:after="200" w:line="360" w:lineRule="auto"/>
        <w:ind w:firstLine="576"/>
        <w:jc w:val="left"/>
      </w:pPr>
      <w:r>
        <w:rPr>
          <w:rFonts w:ascii="宋体" w:eastAsia="宋体" w:hAnsi="宋体"/>
          <w:sz w:val="28"/>
        </w:rPr>
        <w:t>3、随机抽查门诊日志的登记，遵循首诊负责制，严格报告时限，避免漏报。</w:t>
      </w:r>
    </w:p>
    <w:p>
      <w:pPr>
        <w:spacing w:before="100" w:after="200" w:line="360" w:lineRule="auto"/>
        <w:jc w:val="left"/>
      </w:pPr>
      <w:r>
        <w:rPr>
          <w:rFonts w:ascii="宋体 (中文正文)" w:eastAsia="宋体" w:hAnsi="宋体 (中文正文)"/>
          <w:b/>
          <w:sz w:val="28"/>
        </w:rPr>
        <w:t>五、严格医疗废物分类、收集、运送、储存、外运管理，杜绝泄漏事件</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1、医疗废物按要求分类放置，密闭运送，包装袋有标识，出科有登记。专人回收有签字，送医疗废物暂存点集中放置。</w:t>
      </w:r>
    </w:p>
    <w:p>
      <w:pPr>
        <w:spacing w:before="100" w:after="200" w:line="360" w:lineRule="auto"/>
        <w:ind w:firstLine="576"/>
        <w:jc w:val="left"/>
      </w:pPr>
      <w:r>
        <w:rPr>
          <w:rFonts w:ascii="宋体" w:eastAsia="宋体" w:hAnsi="宋体"/>
          <w:sz w:val="28"/>
        </w:rPr>
        <w:t>2、医疗废物转移单由专职人员填写，并保存存根备查。</w:t>
      </w:r>
    </w:p>
    <w:p>
      <w:pPr>
        <w:spacing w:before="100" w:after="200" w:line="360" w:lineRule="auto"/>
        <w:jc w:val="left"/>
      </w:pPr>
      <w:r>
        <w:rPr>
          <w:rFonts w:ascii="宋体 (中文正文)" w:eastAsia="宋体" w:hAnsi="宋体 (中文正文)"/>
          <w:b/>
          <w:sz w:val="28"/>
        </w:rPr>
        <w:t>六、加强抗生素的使用管理</w:t>
      </w:r>
    </w:p>
    <w:p>
      <w:pPr>
        <w:spacing w:before="100" w:after="200" w:line="360" w:lineRule="auto"/>
        <w:ind w:firstLine="576"/>
        <w:jc w:val="left"/>
      </w:pPr>
      <w:r>
        <w:rPr>
          <w:rFonts w:ascii="宋体" w:eastAsia="宋体" w:hAnsi="宋体"/>
          <w:sz w:val="28"/>
        </w:rPr>
        <w:t>1、认真执行《抗菌药物临床应用指导原则》，实行分类管理，每月统计各科抗生素使用量及抗生素使用比例，并在院感通讯上公布。</w:t>
      </w:r>
    </w:p>
    <w:p>
      <w:pPr>
        <w:spacing w:before="100" w:after="200" w:line="360" w:lineRule="auto"/>
        <w:ind w:firstLine="576"/>
        <w:jc w:val="left"/>
      </w:pPr>
      <w:r>
        <w:rPr>
          <w:rFonts w:ascii="宋体" w:eastAsia="宋体" w:hAnsi="宋体"/>
          <w:sz w:val="28"/>
        </w:rPr>
        <w:t>2、减少预防用药，做好培养，监测耐药菌。</w:t>
      </w:r>
    </w:p>
    <w:p>
      <w:pPr>
        <w:spacing w:before="100" w:after="200" w:line="360" w:lineRule="auto"/>
        <w:ind w:firstLine="576"/>
        <w:jc w:val="left"/>
      </w:pPr>
      <w:r>
        <w:rPr>
          <w:rFonts w:ascii="宋体" w:eastAsia="宋体" w:hAnsi="宋体"/>
          <w:sz w:val="28"/>
        </w:rPr>
        <w:t>科室护理年度工作计划1</w:t>
      </w:r>
    </w:p>
    <w:p>
      <w:pPr>
        <w:spacing w:before="100" w:after="200" w:line="360" w:lineRule="auto"/>
        <w:ind w:firstLine="576"/>
        <w:jc w:val="left"/>
      </w:pPr>
      <w:r>
        <w:rPr>
          <w:rFonts w:ascii="宋体" w:eastAsia="宋体" w:hAnsi="宋体"/>
          <w:sz w:val="28"/>
        </w:rPr>
        <w:t>一年的时间转瞬即逝，回顾这一年来的工作，有许多的收获，更有许多的不足，总结经验，吸取教训，结合科室的实际情况及护理部的要求，现制定20xx年护理计划：</w:t>
      </w:r>
    </w:p>
    <w:p>
      <w:pPr>
        <w:spacing w:before="100" w:after="200" w:line="360" w:lineRule="auto"/>
        <w:ind w:firstLine="576"/>
        <w:jc w:val="left"/>
      </w:pPr>
      <w:r>
        <w:rPr>
          <w:rFonts w:ascii="宋体" w:eastAsia="宋体" w:hAnsi="宋体"/>
          <w:sz w:val="28"/>
        </w:rPr>
        <w:t>一、继续加强细节管理及护理人员的层级管理，保证护理安全。20xx年将严格执行绩效考核制度，采取责任组长竞争上岗制，把各项质量控工作分工到人，责任到人，充分发挥责任组长及责任护士的作用，在日常工作中加强检查，增加科室各班人员的自我管理能力，规范科室管理。</w:t>
      </w:r>
    </w:p>
    <w:p>
      <w:pPr>
        <w:spacing w:before="100" w:after="200" w:line="360" w:lineRule="auto"/>
        <w:ind w:firstLine="576"/>
        <w:jc w:val="left"/>
      </w:pPr>
      <w:r>
        <w:rPr>
          <w:rFonts w:ascii="宋体" w:eastAsia="宋体" w:hAnsi="宋体"/>
          <w:sz w:val="28"/>
        </w:rPr>
        <w:t>二、加强业务学习，更新知识，拓展服务内涵，增加经济收入。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严格准入制度，以提高全科室的理论及操作能力。</w:t>
      </w:r>
    </w:p>
    <w:p>
      <w:pPr>
        <w:spacing w:before="100" w:after="200" w:line="360" w:lineRule="auto"/>
        <w:jc w:val="left"/>
      </w:pPr>
      <w:r>
        <w:rPr>
          <w:rFonts w:ascii="宋体 (中文正文)" w:eastAsia="宋体" w:hAnsi="宋体 (中文正文)"/>
          <w:b/>
          <w:sz w:val="28"/>
        </w:rPr>
        <w:t>三、严格消毒隔离，预防医院感染</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1、产房及新生儿室管理：产房及新生儿室是预防医院感染的重中之重。助产班人员实行每周轮班制，责任组长负责制及护士长总负责的方式做好全面质控工作。严格消毒隔离及物品交接管理，加强院内感染控制及监测工作。通过检查与督导，全面提高产房、新生儿室的管理，完成各项护理质量控制与管理工作。</w:t>
      </w:r>
    </w:p>
    <w:p>
      <w:pPr>
        <w:spacing w:before="100" w:after="200" w:line="360" w:lineRule="auto"/>
        <w:ind w:firstLine="576"/>
        <w:jc w:val="left"/>
      </w:pPr>
      <w:r>
        <w:rPr>
          <w:rFonts w:ascii="宋体" w:eastAsia="宋体" w:hAnsi="宋体"/>
          <w:sz w:val="28"/>
        </w:rPr>
        <w:t>2、规范处置医疗废物，严格消毒灭菌。并做好各项登记。</w:t>
      </w:r>
    </w:p>
    <w:p>
      <w:pPr>
        <w:spacing w:before="100" w:after="200" w:line="360" w:lineRule="auto"/>
        <w:ind w:firstLine="576"/>
        <w:jc w:val="left"/>
      </w:pPr>
      <w:r>
        <w:rPr>
          <w:rFonts w:ascii="宋体" w:eastAsia="宋体" w:hAnsi="宋体"/>
          <w:sz w:val="28"/>
        </w:rPr>
        <w:t>3、加强病房管理，严格执行消毒隔离制度，对母婴同室和发热患者的病室每日行空气消毒，患者出院当日做好终末消毒处理，防止发生交叉感染。</w:t>
      </w:r>
    </w:p>
    <w:p>
      <w:pPr>
        <w:spacing w:before="100" w:after="200" w:line="360" w:lineRule="auto"/>
        <w:jc w:val="left"/>
      </w:pPr>
      <w:r>
        <w:rPr>
          <w:rFonts w:ascii="宋体 (中文正文)" w:eastAsia="宋体" w:hAnsi="宋体 (中文正文)"/>
          <w:b/>
          <w:sz w:val="28"/>
        </w:rPr>
        <w:t>四、加强护理安全管理，严格实习带教</w:t>
      </w:r>
    </w:p>
    <w:p>
      <w:pPr>
        <w:spacing w:before="100" w:after="200" w:line="360" w:lineRule="auto"/>
        <w:ind w:firstLine="576"/>
        <w:jc w:val="left"/>
      </w:pPr>
      <w:r>
        <w:rPr>
          <w:rFonts w:ascii="宋体" w:eastAsia="宋体" w:hAnsi="宋体"/>
          <w:sz w:val="28"/>
        </w:rPr>
        <w:t>实习带教是护理安全管理中的重要部分，将对实习生、进修生实行一对一的带教模式，放手不放眼，加强劳动纪律的管理，制定学习计划，定期进行转科考试，并对实习同学进行带教老师的满意度调查，评选年度最满意带教老师。</w:t>
      </w:r>
    </w:p>
    <w:p>
      <w:pPr>
        <w:spacing w:before="100" w:after="200" w:line="360" w:lineRule="auto"/>
        <w:ind w:firstLine="576"/>
        <w:jc w:val="left"/>
      </w:pPr>
      <w:r>
        <w:rPr>
          <w:rFonts w:ascii="宋体" w:eastAsia="宋体" w:hAnsi="宋体"/>
          <w:sz w:val="28"/>
        </w:rPr>
        <w:t>五、晨会护理交班采取脱稿交班的方式，以提高护士对患者“十知道”的掌握及语言能力和沟通能力。</w:t>
      </w:r>
    </w:p>
    <w:p>
      <w:pPr>
        <w:spacing w:before="100" w:after="200" w:line="360" w:lineRule="auto"/>
        <w:ind w:firstLine="576"/>
        <w:jc w:val="left"/>
      </w:pPr>
      <w:r>
        <w:rPr>
          <w:rFonts w:ascii="宋体" w:eastAsia="宋体" w:hAnsi="宋体"/>
          <w:sz w:val="28"/>
        </w:rPr>
        <w:t>六、继续开展优质护理服务工作，不断拓展服务内涵，增加优质服务内容，提高服务质量。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七、加强医疗设备、急救药械的管理，责任到人，将各区域放置的设备分给专人负责管理、保养，定期检查维修，确保每台设备都处于良好的备用状态，实现医疗设备的经济化;加强急救药械的管理，专人分管、定点放置、定期消毒、定期检查检查维修，随时处于备用状态。</w:t>
      </w:r>
    </w:p>
    <w:p>
      <w:pPr>
        <w:spacing w:before="100" w:after="200" w:line="360" w:lineRule="auto"/>
        <w:ind w:firstLine="576"/>
        <w:jc w:val="left"/>
      </w:pPr>
      <w:r>
        <w:rPr>
          <w:rFonts w:ascii="宋体" w:eastAsia="宋体" w:hAnsi="宋体"/>
          <w:sz w:val="28"/>
        </w:rPr>
        <w:t>九、开设孕产妇知识讲座：“准妈咪课堂”计划于20xx年1月4日开课，由科室资深的医生、助产士进行授课，授课方式采取讲授演示、问答互动、参观学习等多种方式。并广泛征求意见和建议，以调整授课内容，满足准爸爸、准妈妈对保健知识的需求。</w:t>
      </w:r>
    </w:p>
    <w:p>
      <w:pPr>
        <w:spacing w:before="100" w:after="200" w:line="360" w:lineRule="auto"/>
        <w:ind w:firstLine="576"/>
        <w:jc w:val="left"/>
      </w:pPr>
      <w:r>
        <w:rPr>
          <w:rFonts w:ascii="宋体" w:eastAsia="宋体" w:hAnsi="宋体"/>
          <w:sz w:val="28"/>
        </w:rPr>
        <w:t>十、规范收费，认真学习收费标准，由科室物价员及护士长作好科室收费项目的检查，做好该收取的.不漏收，不该收取的坚决不收，做好合理收费的管理。</w:t>
      </w:r>
    </w:p>
    <w:p>
      <w:pPr>
        <w:spacing w:before="100" w:after="200" w:line="360" w:lineRule="auto"/>
        <w:ind w:firstLine="576"/>
        <w:jc w:val="left"/>
      </w:pPr>
      <w:r>
        <w:rPr>
          <w:rFonts w:ascii="宋体" w:eastAsia="宋体" w:hAnsi="宋体"/>
          <w:sz w:val="28"/>
        </w:rPr>
        <w:t>科室护理年度工作计划2</w:t>
      </w:r>
    </w:p>
    <w:p>
      <w:pPr>
        <w:spacing w:before="100" w:after="200" w:line="360" w:lineRule="auto"/>
        <w:ind w:firstLine="576"/>
        <w:jc w:val="left"/>
      </w:pPr>
      <w:r>
        <w:rPr>
          <w:rFonts w:ascii="宋体" w:eastAsia="宋体" w:hAnsi="宋体"/>
          <w:sz w:val="28"/>
        </w:rPr>
        <w:t>20xx年，ICU科在医院、护理部的领导下，科主任及护士长的直接指导下，进一步巩固三甲建设成果，结合本科临床实际，制定本科护理计划，以护理质量为中心，确保护理安全，提高服务质量，提高管理水平。</w:t>
      </w:r>
    </w:p>
    <w:p>
      <w:pPr>
        <w:spacing w:before="100" w:after="200" w:line="360" w:lineRule="auto"/>
        <w:jc w:val="left"/>
      </w:pPr>
      <w:r>
        <w:rPr>
          <w:rFonts w:ascii="宋体 (中文正文)" w:eastAsia="宋体" w:hAnsi="宋体 (中文正文)"/>
          <w:b/>
          <w:sz w:val="28"/>
        </w:rPr>
        <w:t>一、加强职业道德教育，医德医风建设。</w:t>
      </w:r>
    </w:p>
    <w:p>
      <w:pPr>
        <w:spacing w:before="100" w:after="200" w:line="360" w:lineRule="auto"/>
        <w:ind w:firstLine="576"/>
        <w:jc w:val="left"/>
      </w:pPr>
      <w:r>
        <w:rPr>
          <w:rFonts w:ascii="宋体" w:eastAsia="宋体" w:hAnsi="宋体"/>
          <w:sz w:val="28"/>
        </w:rPr>
        <w:t>1、树立护士良好职业形象，要求护士规范着装，使用服务用语，在岗爱岗，责任心到位。</w:t>
      </w:r>
    </w:p>
    <w:p>
      <w:pPr>
        <w:spacing w:before="100" w:after="200" w:line="360" w:lineRule="auto"/>
        <w:ind w:firstLine="576"/>
        <w:jc w:val="left"/>
      </w:pPr>
      <w:r>
        <w:rPr>
          <w:rFonts w:ascii="宋体" w:eastAsia="宋体" w:hAnsi="宋体"/>
          <w:sz w:val="28"/>
        </w:rPr>
        <w:t>2、新老护士团结协作，做好传帮带，发扬团队精神。</w:t>
      </w:r>
    </w:p>
    <w:p>
      <w:pPr>
        <w:spacing w:before="100" w:after="200" w:line="360" w:lineRule="auto"/>
        <w:ind w:firstLine="576"/>
        <w:jc w:val="left"/>
      </w:pPr>
      <w:r>
        <w:rPr>
          <w:rFonts w:ascii="宋体" w:eastAsia="宋体" w:hAnsi="宋体"/>
          <w:sz w:val="28"/>
        </w:rPr>
        <w:t>3、病患反映的好人好事，及时给予表扬。</w:t>
      </w:r>
    </w:p>
    <w:p>
      <w:pPr>
        <w:spacing w:before="100" w:after="200" w:line="360" w:lineRule="auto"/>
        <w:jc w:val="left"/>
      </w:pPr>
      <w:r>
        <w:rPr>
          <w:rFonts w:ascii="宋体 (中文正文)" w:eastAsia="宋体" w:hAnsi="宋体 (中文正文)"/>
          <w:b/>
          <w:sz w:val="28"/>
        </w:rPr>
        <w:t>二、加强护理质量管理。</w:t>
      </w:r>
    </w:p>
    <w:p>
      <w:pPr>
        <w:spacing w:before="100" w:after="200" w:line="360" w:lineRule="auto"/>
        <w:ind w:firstLine="576"/>
        <w:jc w:val="left"/>
      </w:pPr>
      <w:r>
        <w:rPr>
          <w:rFonts w:ascii="宋体" w:eastAsia="宋体" w:hAnsi="宋体"/>
          <w:sz w:val="28"/>
        </w:rPr>
        <w:t>1、完善科内护士各班岗位职责和工作程序标准，实行上级护士负责指导、监督和检查下级护士工作。护士长每星期组织一次护理查房，分别针对一般、疑难危重等不同病种。</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2、针对ICU无陪护、探视时间短等特点，抓好基础护理，坚持危重病人床头交班，预防并发症的发生。</w:t>
      </w:r>
    </w:p>
    <w:p>
      <w:pPr>
        <w:spacing w:before="100" w:after="200" w:line="360" w:lineRule="auto"/>
        <w:ind w:firstLine="576"/>
        <w:jc w:val="left"/>
      </w:pPr>
      <w:r>
        <w:rPr>
          <w:rFonts w:ascii="宋体" w:eastAsia="宋体" w:hAnsi="宋体"/>
          <w:sz w:val="28"/>
        </w:rPr>
        <w:t>3、加强护理核心制度的学习，结合ICU十大安全目标，做好各管道的标识、护理工作。</w:t>
      </w:r>
    </w:p>
    <w:p>
      <w:pPr>
        <w:spacing w:before="100" w:after="200" w:line="360" w:lineRule="auto"/>
        <w:ind w:firstLine="576"/>
        <w:jc w:val="left"/>
      </w:pPr>
      <w:r>
        <w:rPr>
          <w:rFonts w:ascii="宋体" w:eastAsia="宋体" w:hAnsi="宋体"/>
          <w:sz w:val="28"/>
        </w:rPr>
        <w:t>4、定期组织护士业务学习，以临床随机培训考核为主。</w:t>
      </w:r>
    </w:p>
    <w:p>
      <w:pPr>
        <w:spacing w:before="100" w:after="200" w:line="360" w:lineRule="auto"/>
        <w:ind w:firstLine="576"/>
        <w:jc w:val="left"/>
      </w:pPr>
      <w:r>
        <w:rPr>
          <w:rFonts w:ascii="宋体" w:eastAsia="宋体" w:hAnsi="宋体"/>
          <w:sz w:val="28"/>
        </w:rPr>
        <w:t>5、利用晨会选择在院的一个病种及时进行相关理论知识和护理常规的学习，有效提高当日护理内涵质量。</w:t>
      </w:r>
    </w:p>
    <w:p>
      <w:pPr>
        <w:spacing w:before="100" w:after="200" w:line="360" w:lineRule="auto"/>
        <w:ind w:firstLine="576"/>
        <w:jc w:val="left"/>
      </w:pPr>
      <w:r>
        <w:rPr>
          <w:rFonts w:ascii="宋体" w:eastAsia="宋体" w:hAnsi="宋体"/>
          <w:sz w:val="28"/>
        </w:rPr>
        <w:t>6、开展QC活动解决护理问题。</w:t>
      </w:r>
    </w:p>
    <w:p>
      <w:pPr>
        <w:spacing w:before="100" w:after="200" w:line="360" w:lineRule="auto"/>
        <w:ind w:firstLine="576"/>
        <w:jc w:val="left"/>
      </w:pPr>
      <w:r>
        <w:rPr>
          <w:rFonts w:ascii="宋体" w:eastAsia="宋体" w:hAnsi="宋体"/>
          <w:sz w:val="28"/>
        </w:rPr>
        <w:t>7、护理质量持续改进，定期检查护理质量，根据院三级质控及科室一级质控出现的问题及时反馈跟踪，提出护理措施，减少不良事件发生。</w:t>
      </w:r>
    </w:p>
    <w:p>
      <w:pPr>
        <w:spacing w:before="100" w:after="200" w:line="360" w:lineRule="auto"/>
        <w:ind w:firstLine="576"/>
        <w:jc w:val="left"/>
      </w:pPr>
      <w:r>
        <w:rPr>
          <w:rFonts w:ascii="宋体" w:eastAsia="宋体" w:hAnsi="宋体"/>
          <w:sz w:val="28"/>
        </w:rPr>
        <w:t>8、每月召开科室的患者安全隐患及不良事件分析会，公示不良事件及安全隐患，分析原因，制定预防措施。对于不良事件、风险评估、会诊、压疮等情况，及时进行跟踪验证，及时修订防范措施，实现持续改进。</w:t>
      </w:r>
    </w:p>
    <w:p>
      <w:pPr>
        <w:spacing w:before="100" w:after="200" w:line="360" w:lineRule="auto"/>
        <w:jc w:val="left"/>
      </w:pPr>
      <w:r>
        <w:rPr>
          <w:rFonts w:ascii="宋体 (中文正文)" w:eastAsia="宋体" w:hAnsi="宋体 (中文正文)"/>
          <w:b/>
          <w:sz w:val="28"/>
        </w:rPr>
        <w:t>三、做好人力资源的培训，使护理人员的能力及水平满足优质护理服务工作的需要。</w:t>
      </w:r>
    </w:p>
    <w:p>
      <w:pPr>
        <w:spacing w:before="100" w:after="200" w:line="360" w:lineRule="auto"/>
        <w:ind w:firstLine="576"/>
        <w:jc w:val="left"/>
      </w:pPr>
      <w:r>
        <w:rPr>
          <w:rFonts w:ascii="宋体" w:eastAsia="宋体" w:hAnsi="宋体"/>
          <w:sz w:val="28"/>
        </w:rPr>
        <w:t>1、制定科室的培训计划，按照计划逐月逐级落实。</w:t>
      </w:r>
    </w:p>
    <w:p>
      <w:pPr>
        <w:spacing w:before="100" w:after="200" w:line="360" w:lineRule="auto"/>
        <w:ind w:firstLine="576"/>
        <w:jc w:val="left"/>
      </w:pPr>
      <w:r>
        <w:rPr>
          <w:rFonts w:ascii="宋体" w:eastAsia="宋体" w:hAnsi="宋体"/>
          <w:sz w:val="28"/>
        </w:rPr>
        <w:t>2、做好科室护士的能力培训，做好低年资护士的学习及培训;组织科室的护士参加医院组织的学习。</w:t>
      </w:r>
    </w:p>
    <w:p>
      <w:pPr>
        <w:spacing w:before="100" w:after="200" w:line="360" w:lineRule="auto"/>
        <w:jc w:val="left"/>
      </w:pPr>
      <w:r>
        <w:rPr>
          <w:rFonts w:ascii="宋体 (中文正文)" w:eastAsia="宋体" w:hAnsi="宋体 (中文正文)"/>
          <w:b/>
          <w:sz w:val="28"/>
        </w:rPr>
        <w:t>四、强化护理安全意识，加强全员安全教育。</w:t>
      </w:r>
    </w:p>
    <w:p>
      <w:pPr>
        <w:spacing w:before="100" w:after="200" w:line="360" w:lineRule="auto"/>
        <w:ind w:firstLine="576"/>
        <w:jc w:val="left"/>
      </w:pPr>
      <w:r>
        <w:rPr>
          <w:rFonts w:ascii="宋体" w:eastAsia="宋体" w:hAnsi="宋体"/>
          <w:sz w:val="28"/>
        </w:rPr>
        <w:t>1、针对全院及科内出现和存在的安全隐患及时分析讨论，提出防范措施。</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2、强化ICU护士的“慎独”精神，强调用药安全。</w:t>
      </w:r>
    </w:p>
    <w:p>
      <w:pPr>
        <w:spacing w:before="100" w:after="200" w:line="360" w:lineRule="auto"/>
        <w:ind w:firstLine="576"/>
        <w:jc w:val="left"/>
      </w:pPr>
      <w:r>
        <w:rPr>
          <w:rFonts w:ascii="宋体" w:eastAsia="宋体" w:hAnsi="宋体"/>
          <w:sz w:val="28"/>
        </w:rPr>
        <w:t>3、加强护理文件书写的培训、检查工作，进一步完善特护单的内容，确保护士及时、客观、真实、完整地完成电子护理记录，确保医疗护理安全。</w:t>
      </w:r>
    </w:p>
    <w:p>
      <w:pPr>
        <w:spacing w:before="100" w:after="200" w:line="360" w:lineRule="auto"/>
        <w:ind w:firstLine="576"/>
        <w:jc w:val="left"/>
      </w:pPr>
      <w:r>
        <w:rPr>
          <w:rFonts w:ascii="宋体" w:eastAsia="宋体" w:hAnsi="宋体"/>
          <w:sz w:val="28"/>
        </w:rPr>
        <w:t>4、针对科室存在问题，制定护理质量监控奖罚措施，提高护士各班在岗的责任心。</w:t>
      </w:r>
    </w:p>
    <w:p>
      <w:pPr>
        <w:spacing w:before="100" w:after="200" w:line="360" w:lineRule="auto"/>
        <w:jc w:val="left"/>
      </w:pPr>
      <w:r>
        <w:rPr>
          <w:rFonts w:ascii="宋体 (中文正文)" w:eastAsia="宋体" w:hAnsi="宋体 (中文正文)"/>
          <w:b/>
          <w:sz w:val="28"/>
        </w:rPr>
        <w:t>五、加强继续教育学习，利用各种机会和方式，不断提高护理人员业务技能。</w:t>
      </w:r>
    </w:p>
    <w:p>
      <w:pPr>
        <w:spacing w:before="100" w:after="200" w:line="360" w:lineRule="auto"/>
        <w:ind w:firstLine="576"/>
        <w:jc w:val="left"/>
      </w:pPr>
      <w:r>
        <w:rPr>
          <w:rFonts w:ascii="宋体" w:eastAsia="宋体" w:hAnsi="宋体"/>
          <w:sz w:val="28"/>
        </w:rPr>
        <w:t>1、鼓励科内护士参加各种学历教育。</w:t>
      </w:r>
    </w:p>
    <w:p>
      <w:pPr>
        <w:spacing w:before="100" w:after="200" w:line="360" w:lineRule="auto"/>
        <w:ind w:firstLine="576"/>
        <w:jc w:val="left"/>
      </w:pPr>
      <w:r>
        <w:rPr>
          <w:rFonts w:ascii="宋体" w:eastAsia="宋体" w:hAnsi="宋体"/>
          <w:sz w:val="28"/>
        </w:rPr>
        <w:t>2、加强低年资护士基本技能操作培训。</w:t>
      </w:r>
    </w:p>
    <w:p>
      <w:pPr>
        <w:spacing w:before="100" w:after="200" w:line="360" w:lineRule="auto"/>
        <w:ind w:firstLine="576"/>
        <w:jc w:val="left"/>
      </w:pPr>
      <w:r>
        <w:rPr>
          <w:rFonts w:ascii="宋体" w:eastAsia="宋体" w:hAnsi="宋体"/>
          <w:sz w:val="28"/>
        </w:rPr>
        <w:t>3、重视专科护理人员培养。</w:t>
      </w:r>
    </w:p>
    <w:p>
      <w:pPr>
        <w:spacing w:before="100" w:after="200" w:line="360" w:lineRule="auto"/>
        <w:ind w:firstLine="576"/>
        <w:jc w:val="left"/>
      </w:pPr>
      <w:r>
        <w:rPr>
          <w:rFonts w:ascii="宋体" w:eastAsia="宋体" w:hAnsi="宋体"/>
          <w:sz w:val="28"/>
        </w:rPr>
        <w:t>4、根据科室工作情况，分批选送科内护士去进修ICU专科护理技术。</w:t>
      </w:r>
    </w:p>
    <w:p>
      <w:pPr>
        <w:spacing w:before="100" w:after="200" w:line="360" w:lineRule="auto"/>
        <w:jc w:val="left"/>
      </w:pPr>
      <w:r>
        <w:rPr>
          <w:rFonts w:ascii="宋体 (中文正文)" w:eastAsia="宋体" w:hAnsi="宋体 (中文正文)"/>
          <w:b/>
          <w:sz w:val="28"/>
        </w:rPr>
        <w:t>六、认真落实军队三级甲等综合医院评审标准</w:t>
      </w:r>
    </w:p>
    <w:p>
      <w:pPr>
        <w:spacing w:before="100" w:after="200" w:line="360" w:lineRule="auto"/>
        <w:ind w:firstLine="576"/>
        <w:jc w:val="left"/>
      </w:pPr>
      <w:r>
        <w:rPr>
          <w:rFonts w:ascii="宋体" w:eastAsia="宋体" w:hAnsi="宋体"/>
          <w:sz w:val="28"/>
        </w:rPr>
        <w:t>认真学习三级甲等综合医院评审标准，深刻领会每句每字的深刻含义，通过医院评审工作,使各项护理工作达到军队三级甲等综合医院工作标准。</w:t>
      </w:r>
    </w:p>
    <w:p>
      <w:pPr>
        <w:spacing w:before="100" w:after="200" w:line="360" w:lineRule="auto"/>
        <w:jc w:val="left"/>
      </w:pPr>
      <w:r>
        <w:rPr>
          <w:rFonts w:ascii="宋体 (中文正文)" w:eastAsia="宋体" w:hAnsi="宋体 (中文正文)"/>
          <w:b/>
          <w:sz w:val="28"/>
        </w:rPr>
        <w:t>七、做好科室的教学及科研工作</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1、认真做好新进科人员、实习人员的管理，按照入科室的培训、在科间传授技能、出科时的考核的流程进行培训，教、用相结合，注重实习生的临床带教工作，做好入科室的培训及科室的带教，选择有能力的护士担任临床带教工作，得到实习生的好评。</w:t>
      </w:r>
    </w:p>
    <w:p>
      <w:pPr>
        <w:spacing w:before="100" w:after="200" w:line="360" w:lineRule="auto"/>
        <w:ind w:firstLine="576"/>
        <w:jc w:val="left"/>
      </w:pPr>
      <w:r>
        <w:rPr>
          <w:rFonts w:ascii="宋体" w:eastAsia="宋体" w:hAnsi="宋体"/>
          <w:sz w:val="28"/>
        </w:rPr>
        <w:t>2、做好20xx年ICU护理科研新技术新项目的开展工作。</w:t>
      </w:r>
    </w:p>
    <w:p>
      <w:pPr>
        <w:spacing w:before="100" w:after="200" w:line="360" w:lineRule="auto"/>
        <w:jc w:val="left"/>
      </w:pPr>
      <w:r>
        <w:rPr>
          <w:rFonts w:ascii="宋体 (中文正文)" w:eastAsia="宋体" w:hAnsi="宋体 (中文正文)"/>
          <w:b/>
          <w:sz w:val="28"/>
        </w:rPr>
        <w:t>八、做好科室的医院感染防护工作。</w:t>
      </w:r>
    </w:p>
    <w:p>
      <w:pPr>
        <w:spacing w:before="100" w:after="200" w:line="360" w:lineRule="auto"/>
        <w:ind w:firstLine="576"/>
        <w:jc w:val="left"/>
      </w:pPr>
      <w:r>
        <w:rPr>
          <w:rFonts w:ascii="宋体" w:eastAsia="宋体" w:hAnsi="宋体"/>
          <w:sz w:val="28"/>
        </w:rPr>
        <w:t>1、针对重症医学科的专科特点，做好医院感染的预防及控制工作，建立科室的医院感染控制小组，对科室存在的问题每月及时进行分析，讨论，制定有效地措施，防止感染的发生及暴发。</w:t>
      </w:r>
    </w:p>
    <w:p>
      <w:pPr>
        <w:spacing w:before="100" w:after="200" w:line="360" w:lineRule="auto"/>
        <w:ind w:firstLine="576"/>
        <w:jc w:val="left"/>
      </w:pPr>
      <w:r>
        <w:rPr>
          <w:rFonts w:ascii="宋体" w:eastAsia="宋体" w:hAnsi="宋体"/>
          <w:sz w:val="28"/>
        </w:rPr>
        <w:t>2、做好医生、护士、护工、保洁员、实习生的培训工作，执行好手卫生措施，防止交叉感染的发生。</w:t>
      </w:r>
    </w:p>
    <w:p>
      <w:pPr>
        <w:spacing w:before="100" w:after="200" w:line="360" w:lineRule="auto"/>
        <w:jc w:val="left"/>
      </w:pPr>
      <w:r>
        <w:rPr>
          <w:rFonts w:ascii="宋体 (中文正文)" w:eastAsia="宋体" w:hAnsi="宋体 (中文正文)"/>
          <w:b/>
          <w:sz w:val="28"/>
        </w:rPr>
        <w:t>九、及时完成临时性、指令性任务</w:t>
      </w:r>
    </w:p>
    <w:p>
      <w:pPr>
        <w:spacing w:before="100" w:after="200" w:line="360" w:lineRule="auto"/>
        <w:ind w:firstLine="576"/>
        <w:jc w:val="left"/>
      </w:pPr>
      <w:r>
        <w:rPr>
          <w:rFonts w:ascii="宋体" w:eastAsia="宋体" w:hAnsi="宋体"/>
          <w:sz w:val="28"/>
        </w:rPr>
        <w:t>在医院及科室领导的带领下，振奋精神，不断学习创新、开拓进取，实现科室护理质量持续改进，逐步深化科室内涵建设，使ICU护理工作迈向新台阶。</w:t>
      </w:r>
    </w:p>
    <w:p>
      <w:pPr>
        <w:spacing w:before="100" w:after="200" w:line="360" w:lineRule="auto"/>
        <w:ind w:firstLine="576"/>
        <w:jc w:val="left"/>
      </w:pPr>
      <w:r>
        <w:rPr>
          <w:rFonts w:ascii="宋体" w:eastAsia="宋体" w:hAnsi="宋体"/>
          <w:sz w:val="28"/>
        </w:rPr>
        <w:t>科室护理年度工作计划3</w:t>
      </w:r>
    </w:p>
    <w:p>
      <w:pPr>
        <w:spacing w:before="100" w:after="200" w:line="360" w:lineRule="auto"/>
        <w:jc w:val="left"/>
      </w:pPr>
      <w:r>
        <w:rPr>
          <w:rFonts w:ascii="宋体 (中文正文)" w:eastAsia="宋体" w:hAnsi="宋体 (中文正文)"/>
          <w:b/>
          <w:sz w:val="28"/>
        </w:rPr>
        <w:t>一、树立指导思想，明确工作目标</w:t>
      </w:r>
    </w:p>
    <w:p>
      <w:pPr>
        <w:spacing w:before="100" w:after="200" w:line="360" w:lineRule="auto"/>
        <w:ind w:firstLine="576"/>
        <w:jc w:val="left"/>
      </w:pPr>
      <w:r>
        <w:rPr>
          <w:rFonts w:ascii="宋体" w:eastAsia="宋体" w:hAnsi="宋体"/>
          <w:sz w:val="28"/>
        </w:rPr>
        <w:t>我科根据医院“以病人为中心”，全面实施优质护理服务的指导思想，确立了以患者满意为目标的服务理念。把病人的呼声作为第一信号，把病人的需要作为第一需要，把病人的利益作为第一考虑，把病人的满意作为第一标准。深化亲情服务，提高服务质量。</w:t>
      </w:r>
    </w:p>
    <w:p>
      <w:pPr>
        <w:spacing w:before="100" w:after="200" w:line="360" w:lineRule="auto"/>
        <w:jc w:val="left"/>
      </w:pPr>
      <w:r>
        <w:rPr>
          <w:rFonts w:ascii="宋体 (中文正文)" w:eastAsia="宋体" w:hAnsi="宋体 (中文正文)"/>
          <w:b/>
          <w:sz w:val="28"/>
        </w:rPr>
        <w:t>二、具体优质护理服务内容与工作措施</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1.加强核心制度建设，落实护理安全措施</w:t>
      </w:r>
    </w:p>
    <w:p>
      <w:pPr>
        <w:spacing w:before="100" w:after="200" w:line="360" w:lineRule="auto"/>
        <w:ind w:firstLine="576"/>
        <w:jc w:val="left"/>
      </w:pPr>
      <w:r>
        <w:rPr>
          <w:rFonts w:ascii="宋体" w:eastAsia="宋体" w:hAnsi="宋体"/>
          <w:sz w:val="28"/>
        </w:rPr>
        <w:t>1)强化医疗安全核心制度及各种护理操作规范、流程、各种常规的落实。新入院、新转入、急危重病人、卧床病人，有发生医疗纠纷潜在危险的病人要重点督促检查和监控。</w:t>
      </w:r>
    </w:p>
    <w:p>
      <w:pPr>
        <w:spacing w:before="100" w:after="200" w:line="360" w:lineRule="auto"/>
        <w:ind w:firstLine="576"/>
        <w:jc w:val="left"/>
      </w:pPr>
      <w:r>
        <w:rPr>
          <w:rFonts w:ascii="宋体" w:eastAsia="宋体" w:hAnsi="宋体"/>
          <w:sz w:val="28"/>
        </w:rPr>
        <w:t>2)不定期的进行护理安全隐患排查，发现问题，及时处理。病人的环节管理：建立并完善对病人转运、交接、压疮等的护理管理评价体系。护士的环节管理：对新调入护士以及有思想情绪的护士，做到重点交待、悉心指导。</w:t>
      </w:r>
    </w:p>
    <w:p>
      <w:pPr>
        <w:spacing w:before="100" w:after="200" w:line="360" w:lineRule="auto"/>
        <w:ind w:firstLine="576"/>
        <w:jc w:val="left"/>
      </w:pPr>
      <w:r>
        <w:rPr>
          <w:rFonts w:ascii="宋体" w:eastAsia="宋体" w:hAnsi="宋体"/>
          <w:sz w:val="28"/>
        </w:rPr>
        <w:t>3)强化安全管理责任，杜绝严重差错及事故的发生。对科室在病房管理、基础护理、护理安全、病历文书书写、消毒隔离等进行抽查，对存在的问题立即指出并限期整改。</w:t>
      </w:r>
    </w:p>
    <w:p>
      <w:pPr>
        <w:spacing w:before="100" w:after="200" w:line="360" w:lineRule="auto"/>
        <w:ind w:firstLine="576"/>
        <w:jc w:val="left"/>
      </w:pPr>
      <w:r>
        <w:rPr>
          <w:rFonts w:ascii="宋体" w:eastAsia="宋体" w:hAnsi="宋体"/>
          <w:sz w:val="28"/>
        </w:rPr>
        <w:t>2.转变护理观念，提高服务质量</w:t>
      </w:r>
    </w:p>
    <w:p>
      <w:pPr>
        <w:spacing w:before="100" w:after="200" w:line="360" w:lineRule="auto"/>
        <w:ind w:firstLine="576"/>
        <w:jc w:val="left"/>
      </w:pPr>
      <w:r>
        <w:rPr>
          <w:rFonts w:ascii="宋体" w:eastAsia="宋体" w:hAnsi="宋体"/>
          <w:sz w:val="28"/>
        </w:rPr>
        <w:t>1)继续加强医德医风建设，增强工作责任心。全面加强临床护理工作，对病区患者实施全身心、全方位、全过程、多渠道的系统护理。</w:t>
      </w:r>
    </w:p>
    <w:p>
      <w:pPr>
        <w:spacing w:before="100" w:after="200" w:line="360" w:lineRule="auto"/>
        <w:ind w:firstLine="576"/>
        <w:jc w:val="left"/>
      </w:pPr>
      <w:r>
        <w:rPr>
          <w:rFonts w:ascii="宋体" w:eastAsia="宋体" w:hAnsi="宋体"/>
          <w:sz w:val="28"/>
        </w:rPr>
        <w:t>2)从“三基三严”入手，有计划的对护士进行培训与考核。加强基础理论知识的培训，内容包括基础理论、专科护理、法律法规、服务意识等;加强护理技术操作的培训，根据护士岗位技能所规定的训练项目，全面提高护理人员的综合素质及专业能力。</w:t>
      </w:r>
    </w:p>
    <w:p>
      <w:pPr>
        <w:spacing w:before="100" w:after="200" w:line="360" w:lineRule="auto"/>
        <w:ind w:firstLine="576"/>
        <w:jc w:val="left"/>
      </w:pPr>
      <w:r>
        <w:rPr>
          <w:rFonts w:ascii="宋体" w:eastAsia="宋体" w:hAnsi="宋体"/>
          <w:sz w:val="28"/>
        </w:rPr>
        <w:t>3)加强护士礼仪规范学习。培养护士注重“美的仪表、礼貌的语言、落落大方的礼节”的意识，提高护患沟通技巧，提倡微笑服务，树立护士良好的职业形象。</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4)培训专科护理骨干，提高临床护士的实际工作能力。采取各种形式的学习培训，提高护理人员观察病情、落实护理措施、记录护理文书的业务素质。</w:t>
      </w:r>
    </w:p>
    <w:p>
      <w:pPr>
        <w:spacing w:before="100" w:after="200" w:line="360" w:lineRule="auto"/>
        <w:ind w:firstLine="576"/>
        <w:jc w:val="left"/>
      </w:pPr>
      <w:r>
        <w:rPr>
          <w:rFonts w:ascii="宋体" w:eastAsia="宋体" w:hAnsi="宋体"/>
          <w:sz w:val="28"/>
        </w:rPr>
        <w:t>3.严格落实责任制整体护理，加强患者健康教育</w:t>
      </w:r>
    </w:p>
    <w:p>
      <w:pPr>
        <w:spacing w:before="100" w:after="200" w:line="360" w:lineRule="auto"/>
        <w:ind w:firstLine="576"/>
        <w:jc w:val="left"/>
      </w:pPr>
      <w:r>
        <w:rPr>
          <w:rFonts w:ascii="宋体" w:eastAsia="宋体" w:hAnsi="宋体"/>
          <w:sz w:val="28"/>
        </w:rPr>
        <w:t>1)根据科室病人情况和护理工作量合理分配人力资源，合理排班，弹性排班，增加高峰期上班人数，以达到保质保量为病人提供满意护理服务的目标。</w:t>
      </w:r>
    </w:p>
    <w:p>
      <w:pPr>
        <w:spacing w:before="100" w:after="200" w:line="360" w:lineRule="auto"/>
        <w:ind w:firstLine="576"/>
        <w:jc w:val="left"/>
      </w:pPr>
      <w:r>
        <w:rPr>
          <w:rFonts w:ascii="宋体" w:eastAsia="宋体" w:hAnsi="宋体"/>
          <w:sz w:val="28"/>
        </w:rPr>
        <w:t>2)密切观察患者病情，及时与医师、患者沟通，细致做好从入院到出院的各种治疗、护理活动，认真开展健康教育和康复指导，为患者提供连续、全程的优质护理服务。</w:t>
      </w:r>
    </w:p>
    <w:p>
      <w:pPr>
        <w:spacing w:before="100" w:after="200" w:line="360" w:lineRule="auto"/>
        <w:ind w:firstLine="576"/>
        <w:jc w:val="left"/>
      </w:pPr>
      <w:r>
        <w:rPr>
          <w:rFonts w:ascii="宋体" w:eastAsia="宋体" w:hAnsi="宋体"/>
          <w:sz w:val="28"/>
        </w:rPr>
        <w:t>3)深化护士分层使用，依据病人病情、护理难度和技术要求分配责任护士，危重患者由年资高、能力强的护士负责，体现能级对应。</w:t>
      </w:r>
    </w:p>
    <w:p>
      <w:pPr>
        <w:spacing w:before="100" w:after="200" w:line="360" w:lineRule="auto"/>
        <w:ind w:firstLine="576"/>
        <w:jc w:val="left"/>
      </w:pPr>
      <w:r>
        <w:rPr>
          <w:rFonts w:ascii="宋体" w:eastAsia="宋体" w:hAnsi="宋体"/>
          <w:sz w:val="28"/>
        </w:rPr>
        <w:t>4.夯实基础护理，建立绩效考核制度</w:t>
      </w:r>
    </w:p>
    <w:p>
      <w:pPr>
        <w:spacing w:before="100" w:after="200" w:line="360" w:lineRule="auto"/>
        <w:ind w:firstLine="576"/>
        <w:jc w:val="left"/>
      </w:pPr>
      <w:r>
        <w:rPr>
          <w:rFonts w:ascii="宋体" w:eastAsia="宋体" w:hAnsi="宋体"/>
          <w:sz w:val="28"/>
        </w:rPr>
        <w:t>1)规范病房管理，强化基础护理及分级护理的落实，保持病床整洁、无异味、无污迹，加强巡视病人，及时观察发现问题，妥善解决。每月组织科室工休座谈，定期听取患者对优质护理工作的意见和建议。</w:t>
      </w:r>
    </w:p>
    <w:p>
      <w:pPr>
        <w:spacing w:before="100" w:after="200" w:line="360" w:lineRule="auto"/>
        <w:ind w:firstLine="576"/>
        <w:jc w:val="left"/>
      </w:pPr>
      <w:r>
        <w:rPr>
          <w:rFonts w:ascii="宋体" w:eastAsia="宋体" w:hAnsi="宋体"/>
          <w:sz w:val="28"/>
        </w:rPr>
        <w:t>2)明确绩效考核机制，责任护士严格按照岗位管理进行考核，并进行患者满意度调查，奖优罚劣。把病人的满意作为工作的最终目标，尽可能的为病人提供方便。优质护理服务是护理管理的重点，细节服务工作要长抓不懈。切实做好优质护理服务管理工作，才能减少医疗纠纷和事故隐患，避免患者的不良投诉，保障病人的就医安全。</w:t>
      </w:r>
    </w:p>
    <w:p>
      <w:pPr>
        <w:spacing w:before="100" w:after="200" w:line="360" w:lineRule="auto"/>
        <w:ind w:firstLine="576"/>
        <w:jc w:val="left"/>
      </w:pPr>
      <w:r>
        <w:rPr>
          <w:rFonts w:ascii="宋体" w:eastAsia="宋体" w:hAnsi="宋体"/>
          <w:sz w:val="28"/>
        </w:rPr>
        <w:t>科室护理年度工作计划4</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一年的时间转瞬即逝,回顾这一年来的工作,有许多的收获,更有许多的不足,总结经验,吸取教训,结合科室的实际情况及护理部的要求,现制定20xx年护理计划:</w:t>
      </w:r>
    </w:p>
    <w:p>
      <w:pPr>
        <w:spacing w:before="100" w:after="200" w:line="360" w:lineRule="auto"/>
        <w:jc w:val="left"/>
      </w:pPr>
      <w:r>
        <w:rPr>
          <w:rFonts w:ascii="宋体 (中文正文)" w:eastAsia="宋体" w:hAnsi="宋体 (中文正文)"/>
          <w:b/>
          <w:sz w:val="28"/>
        </w:rPr>
        <w:t>一、继续加强细节管理及护理人员的层级管理,保证护理安全。</w:t>
      </w:r>
    </w:p>
    <w:p>
      <w:pPr>
        <w:spacing w:before="100" w:after="200" w:line="360" w:lineRule="auto"/>
        <w:ind w:firstLine="576"/>
        <w:jc w:val="left"/>
      </w:pPr>
      <w:r>
        <w:rPr>
          <w:rFonts w:ascii="宋体" w:eastAsia="宋体" w:hAnsi="宋体"/>
          <w:sz w:val="28"/>
        </w:rPr>
        <w:t>20xx年将严格执行绩效考核制度,采取责任组长竞争上岗制,把各项质量控工作分工到人,责任到人,充分发挥责任组长及责任护士的作用,在日常工作中加强检查,增加科室各班人员的自我管理能力,规范科室管理。</w:t>
      </w:r>
    </w:p>
    <w:p>
      <w:pPr>
        <w:spacing w:before="100" w:after="200" w:line="360" w:lineRule="auto"/>
        <w:jc w:val="left"/>
      </w:pPr>
      <w:r>
        <w:rPr>
          <w:rFonts w:ascii="宋体 (中文正文)" w:eastAsia="宋体" w:hAnsi="宋体 (中文正文)"/>
          <w:b/>
          <w:sz w:val="28"/>
        </w:rPr>
        <w:t>二、加强业务学习,更新知识,拓展服务内涵,增加经济收入。</w:t>
      </w:r>
    </w:p>
    <w:p>
      <w:pPr>
        <w:spacing w:before="100" w:after="200" w:line="360" w:lineRule="auto"/>
        <w:ind w:firstLine="576"/>
        <w:jc w:val="left"/>
      </w:pPr>
      <w:r>
        <w:rPr>
          <w:rFonts w:ascii="宋体" w:eastAsia="宋体" w:hAnsi="宋体"/>
          <w:sz w:val="28"/>
        </w:rPr>
        <w:t>制定助产士培训计划,着重培训助产士对产程的观察及对难产的判断,护理文书中增加临产观察记录,以详细记录整个产程的进展,从而提高助产士对产程异常的观察及处理能力,同时将针对科室常见病及危重病的护理组织全体护士进行业务学习,对危重患者及时组织护理查房;对新业务、新技术加强培训,严格准入制度,以提高全科室的理论及操作能力。</w:t>
      </w:r>
    </w:p>
    <w:p>
      <w:pPr>
        <w:spacing w:before="100" w:after="200" w:line="360" w:lineRule="auto"/>
        <w:jc w:val="left"/>
      </w:pPr>
      <w:r>
        <w:rPr>
          <w:rFonts w:ascii="宋体 (中文正文)" w:eastAsia="宋体" w:hAnsi="宋体 (中文正文)"/>
          <w:b/>
          <w:sz w:val="28"/>
        </w:rPr>
        <w:t>三、严格消毒隔离,预防医院感染</w:t>
      </w:r>
    </w:p>
    <w:p>
      <w:pPr>
        <w:spacing w:before="100" w:after="200" w:line="360" w:lineRule="auto"/>
        <w:ind w:firstLine="576"/>
        <w:jc w:val="left"/>
      </w:pPr>
      <w:r>
        <w:rPr>
          <w:rFonts w:ascii="宋体" w:eastAsia="宋体" w:hAnsi="宋体"/>
          <w:sz w:val="28"/>
        </w:rPr>
        <w:t>1、产房及新生儿室管理:产房及新生儿室是预防医院感染的重中之重。助产班人员实行每周轮班制,责任组长负责制及护士长总负责的方式做好全面质控工作。严格消毒隔离及物品交接管理,加强院内感染控制及监测工作。通过检查与督导,全面提高产房、新生儿室的管理,完成各项护理质量控制与管理工作。</w:t>
      </w:r>
    </w:p>
    <w:p>
      <w:pPr>
        <w:spacing w:before="100" w:after="200" w:line="360" w:lineRule="auto"/>
        <w:ind w:firstLine="576"/>
        <w:jc w:val="left"/>
      </w:pPr>
      <w:r>
        <w:rPr>
          <w:rFonts w:ascii="宋体" w:eastAsia="宋体" w:hAnsi="宋体"/>
          <w:sz w:val="28"/>
        </w:rPr>
        <w:t>2、规范处置医疗废物,严格消毒灭菌。并做好各项登记。</w:t>
      </w:r>
    </w:p>
    <w:p>
      <w:pPr>
        <w:spacing w:before="100" w:after="200" w:line="360" w:lineRule="auto"/>
        <w:ind w:firstLine="576"/>
        <w:jc w:val="left"/>
      </w:pPr>
      <w:r>
        <w:rPr>
          <w:rFonts w:ascii="宋体" w:eastAsia="宋体" w:hAnsi="宋体"/>
          <w:sz w:val="28"/>
        </w:rPr>
        <w:t>3、加强病房管理,严格执行消毒隔离制度,对母婴同室和发热患者的病室每日行空气消毒,患者出院当日做好终末消毒处理,防止发生交叉感染。</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b/>
          <w:sz w:val="28"/>
        </w:rPr>
        <w:t>四、加强护理安全管理,严格实习带教</w:t>
      </w:r>
    </w:p>
    <w:p>
      <w:pPr>
        <w:spacing w:before="100" w:after="200" w:line="360" w:lineRule="auto"/>
        <w:ind w:firstLine="576"/>
        <w:jc w:val="left"/>
      </w:pPr>
      <w:r>
        <w:rPr>
          <w:rFonts w:ascii="宋体" w:eastAsia="宋体" w:hAnsi="宋体"/>
          <w:sz w:val="28"/>
        </w:rPr>
        <w:t>实习带教是护理安全管理中的重要部分,将对实习生、进修生实行一对一的带教模式,放手不放眼,加强劳动纪律的管理,制定学习计划,定期进行转科考试,并对实习同学进行带教老师的满意度调查,评选年度最满意带教老师。</w:t>
      </w:r>
    </w:p>
    <w:p>
      <w:pPr>
        <w:spacing w:before="100" w:after="200" w:line="360" w:lineRule="auto"/>
        <w:ind w:firstLine="576"/>
        <w:jc w:val="left"/>
      </w:pPr>
      <w:r>
        <w:rPr>
          <w:rFonts w:ascii="宋体" w:eastAsia="宋体" w:hAnsi="宋体"/>
          <w:sz w:val="28"/>
        </w:rPr>
        <w:t>五、晨会护理交班采取脱稿交班的方式,以提高护士对患者“十知道”的掌握及语言能力和沟通能力。</w:t>
      </w:r>
    </w:p>
    <w:p>
      <w:pPr>
        <w:spacing w:before="100" w:after="200" w:line="360" w:lineRule="auto"/>
        <w:jc w:val="left"/>
      </w:pPr>
      <w:r>
        <w:rPr>
          <w:rFonts w:ascii="宋体 (中文正文)" w:eastAsia="宋体" w:hAnsi="宋体 (中文正文)"/>
          <w:b/>
          <w:sz w:val="28"/>
        </w:rPr>
        <w:t>六、继续开展优质护理服务工作,不断拓展服务内涵,增加优质服务内容,提高服务质量。</w:t>
      </w:r>
    </w:p>
    <w:p>
      <w:pPr>
        <w:spacing w:before="100" w:after="200" w:line="360" w:lineRule="auto"/>
        <w:ind w:firstLine="576"/>
        <w:jc w:val="left"/>
      </w:pPr>
      <w:r>
        <w:rPr>
          <w:rFonts w:ascii="宋体" w:eastAsia="宋体" w:hAnsi="宋体"/>
          <w:sz w:val="28"/>
        </w:rPr>
        <w:t>继续免费为新生宝宝提供出生第一步的脚印,做好产后乳房护理及新生儿护理的健康教育工作,开展中医护理操作技术,尽可能的满足患者的合理需求,定期征求患者意见,改进服务质量,为患者家属提供一个满意的医疗环境。</w:t>
      </w:r>
    </w:p>
    <w:p>
      <w:pPr>
        <w:spacing w:before="100" w:after="200" w:line="360" w:lineRule="auto"/>
        <w:jc w:val="left"/>
      </w:pPr>
      <w:r>
        <w:rPr>
          <w:rFonts w:ascii="宋体 (中文正文)" w:eastAsia="宋体" w:hAnsi="宋体 (中文正文)"/>
          <w:b/>
          <w:sz w:val="28"/>
        </w:rPr>
        <w:t>七、加强医疗设备、急救药械的管理,责任到人。</w:t>
      </w:r>
    </w:p>
    <w:p>
      <w:pPr>
        <w:spacing w:before="100" w:after="200" w:line="360" w:lineRule="auto"/>
        <w:ind w:firstLine="576"/>
        <w:jc w:val="left"/>
      </w:pPr>
      <w:r>
        <w:rPr>
          <w:rFonts w:ascii="宋体" w:eastAsia="宋体" w:hAnsi="宋体"/>
          <w:sz w:val="28"/>
        </w:rPr>
        <w:t>将各区域放置的设备分给专人负责管理、保养,定期检查维修,确保每台设备都处于良好的备用状态,实现医疗设备的最大经济化;加强急救药械的管理,专人分管、定点放置、定期消毒、定期检查检查维修,随时处于备用状态。</w:t>
      </w:r>
    </w:p>
    <w:p>
      <w:pPr>
        <w:spacing w:before="100" w:after="200" w:line="360" w:lineRule="auto"/>
        <w:jc w:val="left"/>
      </w:pPr>
      <w:r>
        <w:rPr>
          <w:rFonts w:ascii="宋体 (中文正文)" w:eastAsia="宋体" w:hAnsi="宋体 (中文正文)"/>
          <w:b/>
          <w:sz w:val="28"/>
        </w:rPr>
        <w:t>八、加强健康宣教及产后访视。</w:t>
      </w:r>
    </w:p>
    <w:p>
      <w:pPr>
        <w:spacing w:before="100" w:after="200" w:line="360" w:lineRule="auto"/>
        <w:jc w:val="left"/>
      </w:pPr>
      <w:r>
        <w:rPr>
          <w:rFonts w:ascii="宋体 (中文正文)" w:eastAsia="宋体" w:hAnsi="宋体 (中文正文)"/>
          <w:b/>
          <w:sz w:val="28"/>
        </w:rPr>
        <w:t>九、开设孕产妇知识讲座。</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准妈咪课堂”计划于20xx年1月4日开课,由科室资深的医生、助产士进行授课,授课方式采取讲授演示、问答互动、参观学习等多种方式。并广泛征求意见和建议,以调整授课内容,满足准爸爸、准妈妈对保健知识的需求。</w:t>
      </w:r>
    </w:p>
    <w:p>
      <w:pPr>
        <w:spacing w:before="100" w:after="200" w:line="360" w:lineRule="auto"/>
        <w:jc w:val="left"/>
      </w:pPr>
      <w:r>
        <w:rPr>
          <w:rFonts w:ascii="宋体 (中文正文)" w:eastAsia="宋体" w:hAnsi="宋体 (中文正文)"/>
          <w:b/>
          <w:sz w:val="28"/>
        </w:rPr>
        <w:t>十、规范收费,认真学习收费标准。</w:t>
      </w:r>
    </w:p>
    <w:p>
      <w:pPr>
        <w:spacing w:before="100" w:after="200" w:line="360" w:lineRule="auto"/>
        <w:ind w:firstLine="576"/>
        <w:jc w:val="left"/>
      </w:pPr>
      <w:r>
        <w:rPr>
          <w:rFonts w:ascii="宋体" w:eastAsia="宋体" w:hAnsi="宋体"/>
          <w:sz w:val="28"/>
        </w:rPr>
        <w:t>由科室物价员及护士长作好科室收费项目的检查,做好该收取的不漏收,不该收取的坚决不收,做好合理收费的管理。</w:t>
      </w:r>
    </w:p>
    <w:p>
      <w:pPr>
        <w:spacing w:before="100" w:after="200" w:line="360" w:lineRule="auto"/>
        <w:ind w:firstLine="576"/>
        <w:jc w:val="left"/>
      </w:pPr>
      <w:r>
        <w:rPr>
          <w:rFonts w:ascii="宋体" w:eastAsia="宋体" w:hAnsi="宋体"/>
          <w:sz w:val="28"/>
        </w:rPr>
        <w:t>科室院感年度工作计划一</w:t>
      </w:r>
    </w:p>
    <w:p>
      <w:pPr>
        <w:spacing w:before="100" w:after="200" w:line="360" w:lineRule="auto"/>
        <w:ind w:firstLine="576"/>
        <w:jc w:val="left"/>
      </w:pPr>
      <w:r>
        <w:rPr>
          <w:rFonts w:ascii="宋体" w:eastAsia="宋体" w:hAnsi="宋体"/>
          <w:sz w:val="28"/>
        </w:rPr>
        <w:t>结合上级卫生行政部门及我院院内感染控制工作要求，为提高我科院内感染管理质量为目标，我科根据《医院感染管理规范》、《消毒技术规范》和《传染病防治法》等有关文件与规定，制定相应的院内感染控制计划如下：</w:t>
      </w:r>
    </w:p>
    <w:p>
      <w:pPr>
        <w:spacing w:before="100" w:after="200" w:line="360" w:lineRule="auto"/>
        <w:jc w:val="left"/>
      </w:pPr>
      <w:r>
        <w:rPr>
          <w:rFonts w:ascii="宋体 (中文正文)" w:eastAsia="宋体" w:hAnsi="宋体 (中文正文)"/>
          <w:b/>
          <w:sz w:val="28"/>
        </w:rPr>
        <w:t>一、完善管理体系，发挥体系作用</w:t>
      </w:r>
    </w:p>
    <w:p>
      <w:pPr>
        <w:spacing w:before="100" w:after="200" w:line="360" w:lineRule="auto"/>
        <w:ind w:firstLine="576"/>
        <w:jc w:val="left"/>
      </w:pPr>
      <w:r>
        <w:rPr>
          <w:rFonts w:ascii="宋体" w:eastAsia="宋体" w:hAnsi="宋体"/>
          <w:sz w:val="28"/>
        </w:rPr>
        <w:t>1.为进一步加强医院感染管理工作，明确职责，落实任务，重新调整充实临床科室感染监控小组，完善三级网络管理体系。</w:t>
      </w:r>
    </w:p>
    <w:p>
      <w:pPr>
        <w:spacing w:before="100" w:after="200" w:line="360" w:lineRule="auto"/>
        <w:ind w:firstLine="576"/>
        <w:jc w:val="left"/>
      </w:pPr>
      <w:r>
        <w:rPr>
          <w:rFonts w:ascii="宋体" w:eastAsia="宋体" w:hAnsi="宋体"/>
          <w:sz w:val="28"/>
        </w:rPr>
        <w:t>一门诊院内感染控制小组</w:t>
      </w:r>
    </w:p>
    <w:p>
      <w:pPr>
        <w:spacing w:before="100" w:after="200" w:line="360" w:lineRule="auto"/>
        <w:ind w:firstLine="576"/>
        <w:jc w:val="left"/>
      </w:pPr>
      <w:r>
        <w:rPr>
          <w:rFonts w:ascii="宋体" w:eastAsia="宋体" w:hAnsi="宋体"/>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医生院内感染控制成员：</w:t>
      </w:r>
    </w:p>
    <w:p>
      <w:pPr>
        <w:spacing w:before="100" w:after="200" w:line="360" w:lineRule="auto"/>
        <w:jc w:val="left"/>
      </w:pPr>
      <w:r>
        <w:rPr>
          <w:rFonts w:ascii="宋体 (中文正文)" w:eastAsia="宋体" w:hAnsi="宋体 (中文正文)"/>
          <w:sz w:val="28"/>
        </w:rPr>
        <w:t>护士院内感染控制成员：</w:t>
      </w:r>
    </w:p>
    <w:p>
      <w:pPr>
        <w:spacing w:before="100" w:after="200" w:line="360" w:lineRule="auto"/>
        <w:ind w:firstLine="576"/>
        <w:jc w:val="left"/>
      </w:pPr>
      <w:r>
        <w:rPr>
          <w:rFonts w:ascii="宋体" w:eastAsia="宋体" w:hAnsi="宋体"/>
          <w:sz w:val="28"/>
        </w:rPr>
        <w:t>2.将医院感染管理部分加入了我科医疗护理质量督察中，制订相应奖惩办法。</w:t>
      </w:r>
    </w:p>
    <w:p>
      <w:pPr>
        <w:spacing w:before="100" w:after="200" w:line="360" w:lineRule="auto"/>
        <w:ind w:firstLine="576"/>
        <w:jc w:val="left"/>
      </w:pPr>
      <w:r>
        <w:rPr>
          <w:rFonts w:ascii="宋体" w:eastAsia="宋体" w:hAnsi="宋体"/>
          <w:sz w:val="28"/>
        </w:rPr>
        <w:t>3.制定月计划、周安排，日重点，在实施的同时做好记录备案。</w:t>
      </w:r>
    </w:p>
    <w:p>
      <w:pPr>
        <w:spacing w:before="100" w:after="200" w:line="360" w:lineRule="auto"/>
        <w:jc w:val="left"/>
        <w:sectPr w:rsidSect="00034616">
          <w:type w:val="nextPage"/>
          <w:pgSz w:w="11906" w:h="16838"/>
          <w:pgMar w:top="1440" w:right="1440" w:bottom="1440" w:left="1440" w:header="720" w:footer="720" w:gutter="0"/>
          <w:pgNumType w:start="14"/>
          <w:cols w:space="720"/>
          <w:titlePg w:val="0"/>
          <w:docGrid w:linePitch="360"/>
        </w:sectPr>
      </w:pPr>
      <w:r>
        <w:rPr>
          <w:rFonts w:ascii="宋体 (中文正文)" w:eastAsia="宋体" w:hAnsi="宋体 (中文正文)"/>
          <w:b/>
          <w:sz w:val="28"/>
        </w:rPr>
        <w:t>二、医院感染监测方面</w:t>
      </w:r>
    </w:p>
    <w:p>
      <w:pPr>
        <w:spacing w:before="100" w:after="200" w:line="360" w:lineRule="auto"/>
        <w:ind w:firstLine="576"/>
        <w:jc w:val="left"/>
      </w:pPr>
      <w:r>
        <w:rPr>
          <w:rFonts w:ascii="宋体" w:eastAsia="宋体" w:hAnsi="宋体"/>
          <w:sz w:val="28"/>
        </w:rPr>
        <w:t>1、病历监测：控制感染率并减少漏报</w:t>
      </w:r>
    </w:p>
    <w:p>
      <w:pPr>
        <w:spacing w:before="100" w:after="200" w:line="360" w:lineRule="auto"/>
        <w:ind w:firstLine="576"/>
        <w:jc w:val="left"/>
      </w:pPr>
      <w:r>
        <w:rPr>
          <w:rFonts w:ascii="宋体" w:eastAsia="宋体" w:hAnsi="宋体"/>
          <w:sz w:val="28"/>
        </w:rPr>
        <w:t>2、环境监测方面;对门诊环境、空气、衣物、医务人员手、消毒液、无菌物品定期监测。</w:t>
      </w:r>
    </w:p>
    <w:p>
      <w:pPr>
        <w:spacing w:before="100" w:after="200" w:line="360" w:lineRule="auto"/>
        <w:ind w:firstLine="576"/>
        <w:jc w:val="left"/>
      </w:pPr>
      <w:r>
        <w:rPr>
          <w:rFonts w:ascii="宋体" w:eastAsia="宋体" w:hAnsi="宋体"/>
          <w:sz w:val="28"/>
        </w:rPr>
        <w:t>3、消毒灭菌监测：每日对全科使用中消毒液进行监测;对使用中的紫外线灯管进行监测，并执行照射小时数登记，定期更换，以确保消毒质量。每周对我科使用的消毒剂及一次性医疗器械和物品进行自查。</w:t>
      </w:r>
    </w:p>
    <w:p>
      <w:pPr>
        <w:spacing w:before="100" w:after="200" w:line="360" w:lineRule="auto"/>
        <w:ind w:firstLine="576"/>
        <w:jc w:val="left"/>
      </w:pPr>
      <w:r>
        <w:rPr>
          <w:rFonts w:ascii="宋体" w:eastAsia="宋体" w:hAnsi="宋体"/>
          <w:sz w:val="28"/>
        </w:rPr>
        <w:t>4、抗生素使用调查</w:t>
      </w:r>
    </w:p>
    <w:p>
      <w:pPr>
        <w:spacing w:before="100" w:after="200" w:line="360" w:lineRule="auto"/>
        <w:ind w:firstLine="576"/>
        <w:jc w:val="left"/>
      </w:pPr>
      <w:r>
        <w:rPr>
          <w:rFonts w:ascii="宋体" w:eastAsia="宋体" w:hAnsi="宋体"/>
          <w:sz w:val="28"/>
        </w:rPr>
        <w:t>定期对全科抗生素使用情况进行检查，防止滥用抗生素。</w:t>
      </w:r>
    </w:p>
    <w:p>
      <w:pPr>
        <w:spacing w:before="100" w:after="200" w:line="360" w:lineRule="auto"/>
        <w:jc w:val="left"/>
      </w:pPr>
      <w:r>
        <w:rPr>
          <w:rFonts w:ascii="宋体 (中文正文)" w:eastAsia="宋体" w:hAnsi="宋体 (中文正文)"/>
          <w:b/>
          <w:sz w:val="28"/>
        </w:rPr>
        <w:t>三、门诊严格实行分诊制度。</w:t>
      </w:r>
    </w:p>
    <w:p>
      <w:pPr>
        <w:spacing w:before="100" w:after="200" w:line="360" w:lineRule="auto"/>
        <w:jc w:val="left"/>
      </w:pPr>
      <w:r>
        <w:rPr>
          <w:rFonts w:ascii="宋体 (中文正文)" w:eastAsia="宋体" w:hAnsi="宋体 (中文正文)"/>
          <w:b/>
          <w:sz w:val="28"/>
        </w:rPr>
        <w:t>四、严格执行医疗废物分类、收集、运送等制度杜绝泄漏事件。</w:t>
      </w:r>
    </w:p>
    <w:p>
      <w:pPr>
        <w:spacing w:before="100" w:after="200" w:line="360" w:lineRule="auto"/>
        <w:jc w:val="left"/>
      </w:pPr>
      <w:r>
        <w:rPr>
          <w:rFonts w:ascii="宋体 (中文正文)" w:eastAsia="宋体" w:hAnsi="宋体 (中文正文)"/>
          <w:b/>
          <w:sz w:val="28"/>
        </w:rPr>
        <w:t>五、多渠道开展培训，提高医务人员院感意识。</w:t>
      </w:r>
    </w:p>
    <w:p>
      <w:pPr>
        <w:spacing w:before="100" w:after="200" w:line="360" w:lineRule="auto"/>
        <w:jc w:val="left"/>
      </w:pPr>
      <w:r>
        <w:rPr>
          <w:rFonts w:ascii="宋体 (中文正文)" w:eastAsia="宋体" w:hAnsi="宋体 (中文正文)"/>
          <w:b/>
          <w:sz w:val="28"/>
        </w:rPr>
        <w:t>六、对发生的院内感染及时完成上报。</w:t>
      </w:r>
    </w:p>
    <w:p>
      <w:pPr>
        <w:spacing w:before="100" w:after="200" w:line="360" w:lineRule="auto"/>
        <w:ind w:firstLine="576"/>
        <w:jc w:val="left"/>
      </w:pPr>
      <w:r>
        <w:rPr>
          <w:rFonts w:ascii="宋体" w:eastAsia="宋体" w:hAnsi="宋体"/>
          <w:sz w:val="28"/>
        </w:rPr>
        <w:t>七、采取多种形式的感染知识的培训：将集中培训与晨会科室培训有机结合，增加医务人员的医院感染知识，提高院感意识。</w:t>
      </w:r>
    </w:p>
    <w:p>
      <w:pPr>
        <w:spacing w:before="100" w:after="200" w:line="360" w:lineRule="auto"/>
        <w:ind w:firstLine="576"/>
        <w:jc w:val="left"/>
      </w:pPr>
      <w:r>
        <w:rPr>
          <w:rFonts w:ascii="宋体" w:eastAsia="宋体" w:hAnsi="宋体"/>
          <w:sz w:val="28"/>
        </w:rPr>
        <w:t>八、将手卫生与职业暴露防护问题纳入我科院内感染控制工作中的重点，加强手卫生及职业暴露防护。</w:t>
      </w:r>
    </w:p>
    <w:p>
      <w:pPr>
        <w:spacing w:before="100" w:after="200" w:line="360" w:lineRule="auto"/>
        <w:ind w:firstLine="576"/>
        <w:jc w:val="left"/>
      </w:pPr>
      <w:r>
        <w:rPr>
          <w:rFonts w:ascii="宋体" w:eastAsia="宋体" w:hAnsi="宋体"/>
          <w:sz w:val="28"/>
        </w:rPr>
        <w:t>科室院感年度工作计划二</w:t>
      </w:r>
    </w:p>
    <w:p>
      <w:pPr>
        <w:spacing w:before="100" w:after="200" w:line="360" w:lineRule="auto"/>
        <w:ind w:firstLine="576"/>
        <w:jc w:val="left"/>
      </w:pPr>
      <w:r>
        <w:rPr>
          <w:rFonts w:ascii="宋体" w:eastAsia="宋体" w:hAnsi="宋体"/>
          <w:sz w:val="28"/>
        </w:rPr>
        <w:t>在新的一年里，医院感染管理将坚持预防为主的方针，以加强医院感染管理，提高医疗护理质量，保障病人安全的目标认真抓好医院感染管理的各项工作，特制定20xx年院感工作计划如下:</w:t>
      </w:r>
    </w:p>
    <w:p>
      <w:pPr>
        <w:spacing w:before="100" w:after="200" w:line="360" w:lineRule="auto"/>
        <w:jc w:val="left"/>
        <w:sectPr w:rsidSect="00034616">
          <w:type w:val="nextPage"/>
          <w:pgSz w:w="11906" w:h="16838"/>
          <w:pgMar w:top="1440" w:right="1440" w:bottom="1440" w:left="1440" w:header="720" w:footer="720" w:gutter="0"/>
          <w:pgNumType w:start="15"/>
          <w:cols w:space="720"/>
          <w:titlePg w:val="0"/>
          <w:docGrid w:linePitch="360"/>
        </w:sectPr>
      </w:pPr>
      <w:r>
        <w:rPr>
          <w:rFonts w:ascii="宋体 (中文正文)" w:eastAsia="宋体" w:hAnsi="宋体 (中文正文)"/>
          <w:b/>
          <w:sz w:val="28"/>
        </w:rPr>
        <w:t>一、加强教育培训</w:t>
      </w:r>
    </w:p>
    <w:p>
      <w:pPr>
        <w:spacing w:before="100" w:after="200" w:line="360" w:lineRule="auto"/>
        <w:ind w:firstLine="576"/>
        <w:jc w:val="left"/>
      </w:pPr>
      <w:r>
        <w:rPr>
          <w:rFonts w:ascii="宋体" w:eastAsia="宋体" w:hAnsi="宋体"/>
          <w:sz w:val="28"/>
        </w:rPr>
        <w:t>1、科室每月组织一次医院感染相关知识培训，并做好记录。</w:t>
      </w:r>
    </w:p>
    <w:p>
      <w:pPr>
        <w:spacing w:before="100" w:after="200" w:line="360" w:lineRule="auto"/>
        <w:ind w:firstLine="576"/>
        <w:jc w:val="left"/>
      </w:pPr>
      <w:r>
        <w:rPr>
          <w:rFonts w:ascii="宋体" w:eastAsia="宋体" w:hAnsi="宋体"/>
          <w:sz w:val="28"/>
        </w:rPr>
        <w:t>2、院感科全年组织院感知识讲课两次，采取多种形式进行全员培训，试卷考核，提高医务人员医院感染防范意识。</w:t>
      </w:r>
    </w:p>
    <w:p>
      <w:pPr>
        <w:spacing w:before="100" w:after="200" w:line="360" w:lineRule="auto"/>
        <w:ind w:firstLine="576"/>
        <w:jc w:val="left"/>
      </w:pPr>
      <w:r>
        <w:rPr>
          <w:rFonts w:ascii="宋体" w:eastAsia="宋体" w:hAnsi="宋体"/>
          <w:sz w:val="28"/>
        </w:rPr>
        <w:t>3、落实新职工岗前培训科室院感20xx年度工作计划科室院感20xx年度工作计划。</w:t>
      </w:r>
    </w:p>
    <w:p>
      <w:pPr>
        <w:spacing w:before="100" w:after="200" w:line="360" w:lineRule="auto"/>
        <w:ind w:firstLine="576"/>
        <w:jc w:val="left"/>
      </w:pPr>
      <w:r>
        <w:rPr>
          <w:rFonts w:ascii="宋体" w:eastAsia="宋体" w:hAnsi="宋体"/>
          <w:sz w:val="28"/>
        </w:rPr>
        <w:t>4、对卫生员进行医疗废物收集及职业防护知识培训。</w:t>
      </w:r>
    </w:p>
    <w:p>
      <w:pPr>
        <w:spacing w:before="100" w:after="200" w:line="360" w:lineRule="auto"/>
        <w:ind w:firstLine="576"/>
        <w:jc w:val="left"/>
      </w:pPr>
      <w:r>
        <w:rPr>
          <w:rFonts w:ascii="宋体" w:eastAsia="宋体" w:hAnsi="宋体"/>
          <w:sz w:val="28"/>
        </w:rPr>
        <w:t>5、院感专职人员参加省、市级举办的院感继续教育培训班，以了解全省及全国医院感染管理工作发展的新趋势，新动态，提高我院感染管理水平。</w:t>
      </w:r>
    </w:p>
    <w:p>
      <w:pPr>
        <w:spacing w:before="100" w:after="200" w:line="360" w:lineRule="auto"/>
        <w:jc w:val="left"/>
      </w:pPr>
      <w:r>
        <w:rPr>
          <w:rFonts w:ascii="宋体 (中文正文)" w:eastAsia="宋体" w:hAnsi="宋体 (中文正文)"/>
          <w:b/>
          <w:sz w:val="28"/>
        </w:rPr>
        <w:t>二、落实消毒隔离制度，加强消毒灭菌效果监测与评价</w:t>
      </w:r>
    </w:p>
    <w:p>
      <w:pPr>
        <w:spacing w:before="100" w:after="200" w:line="360" w:lineRule="auto"/>
        <w:ind w:firstLine="576"/>
        <w:jc w:val="left"/>
      </w:pPr>
      <w:r>
        <w:rPr>
          <w:rFonts w:ascii="宋体" w:eastAsia="宋体" w:hAnsi="宋体"/>
          <w:sz w:val="28"/>
        </w:rPr>
        <w:t>1、各科使用的消毒液根据性能按时更换，器械按规定及时消毒灭菌，合格率达100%。使用中的各种导管按规定进行消毒更换。</w:t>
      </w:r>
    </w:p>
    <w:p>
      <w:pPr>
        <w:spacing w:before="100" w:after="200" w:line="360" w:lineRule="auto"/>
        <w:ind w:firstLine="576"/>
        <w:jc w:val="left"/>
      </w:pPr>
      <w:r>
        <w:rPr>
          <w:rFonts w:ascii="宋体" w:eastAsia="宋体" w:hAnsi="宋体"/>
          <w:sz w:val="28"/>
        </w:rPr>
        <w:t>2、加强医务人员手卫生的管理工作，不定期下科室检查医务人员洗手的依从性。</w:t>
      </w:r>
    </w:p>
    <w:p>
      <w:pPr>
        <w:spacing w:before="100" w:after="200" w:line="360" w:lineRule="auto"/>
        <w:jc w:val="left"/>
      </w:pPr>
      <w:r>
        <w:rPr>
          <w:rFonts w:ascii="宋体 (中文正文)" w:eastAsia="宋体" w:hAnsi="宋体 (中文正文)"/>
          <w:b/>
          <w:sz w:val="28"/>
        </w:rPr>
        <w:t>三、加强院感监测，实行医院暴发预警报告</w:t>
      </w:r>
    </w:p>
    <w:p>
      <w:pPr>
        <w:spacing w:before="100" w:after="200" w:line="360" w:lineRule="auto"/>
        <w:ind w:firstLine="576"/>
        <w:jc w:val="left"/>
      </w:pPr>
      <w:r>
        <w:rPr>
          <w:rFonts w:ascii="宋体" w:eastAsia="宋体" w:hAnsi="宋体"/>
          <w:sz w:val="28"/>
        </w:rPr>
        <w:t>1、严格《医院手术部位管理规范》执行，每月进行手术切口感染监测。</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2、充分发挥临床监控管理小组作用，及时发现医院感染病例，落实24小时报告制度。</w:t>
      </w:r>
    </w:p>
    <w:p>
      <w:pPr>
        <w:spacing w:before="100" w:after="200" w:line="360" w:lineRule="auto"/>
        <w:ind w:firstLine="576"/>
        <w:jc w:val="left"/>
      </w:pPr>
      <w:r>
        <w:rPr>
          <w:rFonts w:ascii="宋体" w:eastAsia="宋体" w:hAnsi="宋体"/>
          <w:sz w:val="28"/>
        </w:rPr>
        <w:t>3、临床出现医院感染聚集性病例(同类病例3例)实行医院感染暴发预警报告，分析并调查传染源，采取有效措施控制传播途径，杜绝恶性院感案件的发生。</w:t>
      </w:r>
    </w:p>
    <w:p>
      <w:pPr>
        <w:spacing w:before="100" w:after="200" w:line="360" w:lineRule="auto"/>
        <w:ind w:firstLine="576"/>
        <w:jc w:val="left"/>
      </w:pPr>
      <w:r>
        <w:rPr>
          <w:rFonts w:ascii="宋体" w:eastAsia="宋体" w:hAnsi="宋体"/>
          <w:sz w:val="28"/>
        </w:rPr>
        <w:t>4、做好医务人员的职业防护工作，各科室将每次出现的职业暴露及损伤的人员上报院感科，院感科做好登记，保护易感人群，有效控制医院感染科室。</w:t>
      </w:r>
    </w:p>
    <w:p>
      <w:pPr>
        <w:spacing w:before="100" w:after="200" w:line="360" w:lineRule="auto"/>
        <w:jc w:val="left"/>
      </w:pPr>
      <w:r>
        <w:rPr>
          <w:rFonts w:ascii="宋体 (中文正文)" w:eastAsia="宋体" w:hAnsi="宋体 (中文正文)"/>
          <w:b/>
          <w:sz w:val="28"/>
        </w:rPr>
        <w:t>四、严格医疗废物分类、收集、远送、储存、外运管理，杜绝泄漏事件</w:t>
      </w:r>
    </w:p>
    <w:p>
      <w:pPr>
        <w:spacing w:before="100" w:after="200" w:line="360" w:lineRule="auto"/>
        <w:ind w:firstLine="576"/>
        <w:jc w:val="left"/>
      </w:pPr>
      <w:r>
        <w:rPr>
          <w:rFonts w:ascii="宋体" w:eastAsia="宋体" w:hAnsi="宋体"/>
          <w:sz w:val="28"/>
        </w:rPr>
        <w:t>1、医疗废物按要求分类放置，密闭，包装袋有标识，出科有登记，专人回收有签字，送医疗废物暂存处集中放置。</w:t>
      </w:r>
    </w:p>
    <w:p>
      <w:pPr>
        <w:spacing w:before="100" w:after="200" w:line="360" w:lineRule="auto"/>
        <w:ind w:firstLine="576"/>
        <w:jc w:val="left"/>
      </w:pPr>
      <w:r>
        <w:rPr>
          <w:rFonts w:ascii="宋体" w:eastAsia="宋体" w:hAnsi="宋体"/>
          <w:sz w:val="28"/>
        </w:rPr>
        <w:t>2、医疗废物转移单由专职人员填写，并保存存根备查。</w:t>
      </w:r>
    </w:p>
    <w:p>
      <w:pPr>
        <w:spacing w:before="100" w:after="200" w:line="360" w:lineRule="auto"/>
        <w:ind w:firstLine="576"/>
        <w:jc w:val="left"/>
      </w:pPr>
      <w:r>
        <w:rPr>
          <w:rFonts w:ascii="宋体" w:eastAsia="宋体" w:hAnsi="宋体"/>
          <w:sz w:val="28"/>
        </w:rPr>
        <w:t>科室院感年度工作计划三</w:t>
      </w:r>
    </w:p>
    <w:p>
      <w:pPr>
        <w:spacing w:before="100" w:after="200" w:line="360" w:lineRule="auto"/>
        <w:jc w:val="left"/>
      </w:pPr>
      <w:r>
        <w:rPr>
          <w:rFonts w:ascii="宋体 (中文正文)" w:eastAsia="宋体" w:hAnsi="宋体 (中文正文)"/>
          <w:b/>
          <w:sz w:val="28"/>
        </w:rPr>
        <w:t>一、医院感染控制</w:t>
      </w:r>
    </w:p>
    <w:p>
      <w:pPr>
        <w:spacing w:before="100" w:after="200" w:line="360" w:lineRule="auto"/>
        <w:ind w:firstLine="576"/>
        <w:jc w:val="left"/>
      </w:pPr>
      <w:r>
        <w:rPr>
          <w:rFonts w:ascii="宋体" w:eastAsia="宋体" w:hAnsi="宋体"/>
          <w:sz w:val="28"/>
        </w:rPr>
        <w:t>1、每月下到各个科室监测住院病人院感发生情况，督促临床医生及时报告院感病例，防止医院感染暴发或流行。</w:t>
      </w:r>
    </w:p>
    <w:p>
      <w:pPr>
        <w:spacing w:before="100" w:after="200" w:line="360" w:lineRule="auto"/>
        <w:ind w:firstLine="576"/>
        <w:jc w:val="left"/>
      </w:pPr>
      <w:r>
        <w:rPr>
          <w:rFonts w:ascii="宋体" w:eastAsia="宋体" w:hAnsi="宋体"/>
          <w:sz w:val="28"/>
        </w:rPr>
        <w:t>2、每月对手术室、产房、血透室等重点部门的空气、物体表面、工作人员手、消毒剂、灭菌剂、消毒灭菌物品等进行消毒灭菌效果及环境卫生学监测一次。发现不合格处，严加整改，直至监测结果合格为止。</w:t>
      </w:r>
    </w:p>
    <w:p>
      <w:pPr>
        <w:spacing w:before="100" w:after="200" w:line="360" w:lineRule="auto"/>
        <w:ind w:firstLine="576"/>
        <w:jc w:val="left"/>
      </w:pPr>
      <w:r>
        <w:rPr>
          <w:rFonts w:ascii="宋体" w:eastAsia="宋体" w:hAnsi="宋体"/>
          <w:sz w:val="28"/>
        </w:rPr>
        <w:t>3、每季度对临床科室、重点部门进行消毒隔离质量检查一次，对检查结果进行反馈，并提出改进措施。</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4、根据本年度院感监控管理要求，配合全国院感监控管理培训基地，开展医院感染横断面调查一次。</w:t>
      </w:r>
    </w:p>
    <w:p>
      <w:pPr>
        <w:spacing w:before="100" w:after="200" w:line="360" w:lineRule="auto"/>
        <w:jc w:val="left"/>
      </w:pPr>
      <w:r>
        <w:rPr>
          <w:rFonts w:ascii="宋体 (中文正文)" w:eastAsia="宋体" w:hAnsi="宋体 (中文正文)"/>
          <w:sz w:val="28"/>
        </w:rPr>
        <w:t>二、抗菌药物应用：</w:t>
      </w:r>
    </w:p>
    <w:p>
      <w:pPr>
        <w:spacing w:before="100" w:after="200" w:line="360" w:lineRule="auto"/>
        <w:ind w:firstLine="576"/>
        <w:jc w:val="left"/>
      </w:pPr>
      <w:r>
        <w:rPr>
          <w:rFonts w:ascii="宋体" w:eastAsia="宋体" w:hAnsi="宋体"/>
          <w:sz w:val="28"/>
        </w:rPr>
        <w:t>1、按照相关规定对抗菌药物实行分级管理，定期调查住院病人抗菌药物使用情况。</w:t>
      </w:r>
    </w:p>
    <w:p>
      <w:pPr>
        <w:spacing w:before="100" w:after="200" w:line="360" w:lineRule="auto"/>
        <w:ind w:firstLine="576"/>
        <w:jc w:val="left"/>
      </w:pPr>
      <w:r>
        <w:rPr>
          <w:rFonts w:ascii="宋体" w:eastAsia="宋体" w:hAnsi="宋体"/>
          <w:sz w:val="28"/>
        </w:rPr>
        <w:t>2、协助检验科定期公布全院前五位感染细菌谱及其耐药菌，为临床医生合理使用抗菌药物提供依据。</w:t>
      </w:r>
    </w:p>
    <w:p>
      <w:pPr>
        <w:spacing w:before="100" w:after="200" w:line="360" w:lineRule="auto"/>
        <w:jc w:val="left"/>
      </w:pPr>
      <w:r>
        <w:rPr>
          <w:rFonts w:ascii="宋体 (中文正文)" w:eastAsia="宋体" w:hAnsi="宋体 (中文正文)"/>
          <w:sz w:val="28"/>
        </w:rPr>
        <w:t>三、传染病管理：</w:t>
      </w:r>
    </w:p>
    <w:p>
      <w:pPr>
        <w:spacing w:before="100" w:after="200" w:line="360" w:lineRule="auto"/>
        <w:ind w:firstLine="576"/>
        <w:jc w:val="left"/>
      </w:pPr>
      <w:r>
        <w:rPr>
          <w:rFonts w:ascii="宋体" w:eastAsia="宋体" w:hAnsi="宋体"/>
          <w:sz w:val="28"/>
        </w:rPr>
        <w:t>1、每天收集全院各科室的传染病报告卡、死亡医学诊断证明书、居民恶性肿瘤报告卡，做好全院疫情报告和死亡、肿瘤病例报告工作。</w:t>
      </w:r>
    </w:p>
    <w:p>
      <w:pPr>
        <w:spacing w:before="100" w:after="200" w:line="360" w:lineRule="auto"/>
        <w:ind w:firstLine="576"/>
        <w:jc w:val="left"/>
      </w:pPr>
      <w:r>
        <w:rPr>
          <w:rFonts w:ascii="宋体" w:eastAsia="宋体" w:hAnsi="宋体"/>
          <w:sz w:val="28"/>
        </w:rPr>
        <w:t>2、每天对收集的传染病报告卡进行审核，保证其内容完整、真实。</w:t>
      </w:r>
    </w:p>
    <w:p>
      <w:pPr>
        <w:spacing w:before="100" w:after="200" w:line="360" w:lineRule="auto"/>
        <w:ind w:firstLine="576"/>
        <w:jc w:val="left"/>
      </w:pPr>
      <w:r>
        <w:rPr>
          <w:rFonts w:ascii="宋体" w:eastAsia="宋体" w:hAnsi="宋体"/>
          <w:sz w:val="28"/>
        </w:rPr>
        <w:t>3、收到疫情报告卡和死亡病例报告后，按照规定时限，通过国家传染病疫情监测信息系统进行网络直报。</w:t>
      </w:r>
    </w:p>
    <w:p>
      <w:pPr>
        <w:spacing w:before="100" w:after="200" w:line="360" w:lineRule="auto"/>
        <w:ind w:firstLine="576"/>
        <w:jc w:val="left"/>
      </w:pPr>
      <w:r>
        <w:rPr>
          <w:rFonts w:ascii="宋体" w:eastAsia="宋体" w:hAnsi="宋体"/>
          <w:sz w:val="28"/>
        </w:rPr>
        <w:t>4、每月末，查阅全院本月的门诊日志、出入院登记、出院病历、放射科检查结果及检验科阳性结果登记本，发现漏报及时补报。</w:t>
      </w:r>
    </w:p>
    <w:p>
      <w:pPr>
        <w:spacing w:before="100" w:after="200" w:line="360" w:lineRule="auto"/>
        <w:ind w:firstLine="576"/>
        <w:jc w:val="left"/>
      </w:pPr>
      <w:r>
        <w:rPr>
          <w:rFonts w:ascii="宋体" w:eastAsia="宋体" w:hAnsi="宋体"/>
          <w:sz w:val="28"/>
        </w:rPr>
        <w:t>5、每月与医务科核定死亡病例登记，发现漏报及时补报。</w:t>
      </w:r>
    </w:p>
    <w:p>
      <w:pPr>
        <w:spacing w:before="100" w:after="200" w:line="360" w:lineRule="auto"/>
        <w:ind w:firstLine="576"/>
        <w:jc w:val="left"/>
      </w:pPr>
      <w:r>
        <w:rPr>
          <w:rFonts w:ascii="宋体" w:eastAsia="宋体" w:hAnsi="宋体"/>
          <w:sz w:val="28"/>
        </w:rPr>
        <w:t>6、认真做好上级卫生行政部门对医院的疫情管理、报告的检查工作，配合疾病预防控制部门搞好疫情调查工作科室院感20xx年度工作计划工作计划。</w:t>
      </w:r>
    </w:p>
    <w:p>
      <w:pPr>
        <w:spacing w:before="100" w:after="200" w:line="360" w:lineRule="auto"/>
        <w:jc w:val="left"/>
      </w:pPr>
      <w:r>
        <w:rPr>
          <w:rFonts w:ascii="宋体 (中文正文)" w:eastAsia="宋体" w:hAnsi="宋体 (中文正文)"/>
          <w:b/>
          <w:sz w:val="28"/>
        </w:rPr>
        <w:t>四、医疗废物监督管理</w:t>
      </w:r>
    </w:p>
    <w:p>
      <w:pPr>
        <w:spacing w:before="100" w:after="200" w:line="360" w:lineRule="auto"/>
        <w:ind w:firstLine="576"/>
        <w:jc w:val="left"/>
      </w:pPr>
      <w:r>
        <w:rPr>
          <w:rFonts w:ascii="宋体" w:eastAsia="宋体" w:hAnsi="宋体"/>
          <w:sz w:val="28"/>
        </w:rPr>
        <w:t>1、每月到医院临床支持中心检查一次，督促医疗废物分类、收集、运送等制度执行情况，避免发生医疗废物流失。</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2、每月查阅医疗废物交接登记本一次、发现漏项及时填补</w:t>
      </w:r>
    </w:p>
    <w:p>
      <w:pPr>
        <w:spacing w:before="100" w:after="200" w:line="360" w:lineRule="auto"/>
        <w:jc w:val="left"/>
      </w:pPr>
      <w:r>
        <w:rPr>
          <w:rFonts w:ascii="宋体 (中文正文)" w:eastAsia="宋体" w:hAnsi="宋体 (中文正文)"/>
          <w:b/>
          <w:sz w:val="28"/>
        </w:rPr>
        <w:t>五、手卫生及职业暴露防护</w:t>
      </w:r>
    </w:p>
    <w:p>
      <w:pPr>
        <w:spacing w:before="100" w:after="200" w:line="360" w:lineRule="auto"/>
        <w:ind w:firstLine="576"/>
        <w:jc w:val="left"/>
      </w:pPr>
      <w:r>
        <w:rPr>
          <w:rFonts w:ascii="宋体" w:eastAsia="宋体" w:hAnsi="宋体"/>
          <w:sz w:val="28"/>
        </w:rPr>
        <w:t>1、将手卫生消毒列入科室质量检查项目，每季度抽查医务人员进行手卫生消毒技术考核一次。</w:t>
      </w:r>
    </w:p>
    <w:p>
      <w:pPr>
        <w:spacing w:before="100" w:after="200" w:line="360" w:lineRule="auto"/>
        <w:ind w:firstLine="576"/>
        <w:jc w:val="left"/>
      </w:pPr>
      <w:r>
        <w:rPr>
          <w:rFonts w:ascii="宋体" w:eastAsia="宋体" w:hAnsi="宋体"/>
          <w:sz w:val="28"/>
        </w:rPr>
        <w:t>2、加强职业暴露防护知识宣传教育，减少职业暴露风险。</w:t>
      </w:r>
    </w:p>
    <w:p>
      <w:pPr>
        <w:spacing w:before="100" w:after="200" w:line="360" w:lineRule="auto"/>
        <w:ind w:firstLine="576"/>
        <w:jc w:val="left"/>
      </w:pPr>
      <w:r>
        <w:rPr>
          <w:rFonts w:ascii="宋体" w:eastAsia="宋体" w:hAnsi="宋体"/>
          <w:sz w:val="28"/>
        </w:rPr>
        <w:t>3、发生医务人员职业暴露后，严格根据有关规定进行妥善处理。</w:t>
      </w:r>
    </w:p>
    <w:p>
      <w:pPr>
        <w:spacing w:before="100" w:after="200" w:line="360" w:lineRule="auto"/>
        <w:jc w:val="left"/>
      </w:pPr>
      <w:r>
        <w:rPr>
          <w:rFonts w:ascii="宋体 (中文正文)" w:eastAsia="宋体" w:hAnsi="宋体 (中文正文)"/>
          <w:b/>
          <w:sz w:val="28"/>
        </w:rPr>
        <w:t>六、院感知识培训</w:t>
      </w:r>
    </w:p>
    <w:p>
      <w:pPr>
        <w:spacing w:before="100" w:after="200" w:line="360" w:lineRule="auto"/>
        <w:ind w:firstLine="576"/>
        <w:jc w:val="left"/>
      </w:pPr>
      <w:r>
        <w:rPr>
          <w:rFonts w:ascii="宋体" w:eastAsia="宋体" w:hAnsi="宋体"/>
          <w:sz w:val="28"/>
        </w:rPr>
        <w:t>1、本年度协同医教科组织新进人员进行院感、传染病知识岗前培训一次。</w:t>
      </w:r>
    </w:p>
    <w:p>
      <w:pPr>
        <w:spacing w:before="100" w:after="200" w:line="360" w:lineRule="auto"/>
        <w:ind w:firstLine="576"/>
        <w:jc w:val="left"/>
      </w:pPr>
      <w:r>
        <w:rPr>
          <w:rFonts w:ascii="宋体" w:eastAsia="宋体" w:hAnsi="宋体"/>
          <w:sz w:val="28"/>
        </w:rPr>
        <w:t>2、分层次开展全院医务人员院感知识培训两次，提高医务人员院感知识水平。</w:t>
      </w:r>
    </w:p>
    <w:p>
      <w:pPr>
        <w:spacing w:before="100" w:after="200" w:line="360" w:lineRule="auto"/>
        <w:ind w:firstLine="576"/>
        <w:jc w:val="left"/>
      </w:pPr>
      <w:r>
        <w:rPr>
          <w:rFonts w:ascii="宋体" w:eastAsia="宋体" w:hAnsi="宋体"/>
          <w:sz w:val="28"/>
        </w:rPr>
        <w:t>医院科室工作计划</w:t>
      </w:r>
    </w:p>
    <w:p>
      <w:pPr>
        <w:spacing w:before="100" w:after="200" w:line="360" w:lineRule="auto"/>
        <w:ind w:firstLine="576"/>
        <w:jc w:val="left"/>
      </w:pPr>
      <w:r>
        <w:rPr>
          <w:rFonts w:ascii="宋体" w:eastAsia="宋体" w:hAnsi="宋体"/>
          <w:sz w:val="28"/>
        </w:rPr>
        <w:t>篇一：医院妇产科科室工作计划</w:t>
      </w:r>
    </w:p>
    <w:p>
      <w:pPr>
        <w:spacing w:before="100" w:after="200" w:line="360" w:lineRule="auto"/>
        <w:jc w:val="left"/>
      </w:pPr>
      <w:r>
        <w:rPr>
          <w:rFonts w:ascii="宋体 (中文正文)" w:eastAsia="宋体" w:hAnsi="宋体 (中文正文)"/>
          <w:b/>
          <w:sz w:val="28"/>
        </w:rPr>
        <w:t>一、规范业务查房，提高查房效果。</w:t>
      </w:r>
    </w:p>
    <w:p>
      <w:pPr>
        <w:spacing w:before="100" w:after="200" w:line="360" w:lineRule="auto"/>
        <w:ind w:firstLine="576"/>
        <w:jc w:val="left"/>
      </w:pPr>
      <w:r>
        <w:rPr>
          <w:rFonts w:ascii="宋体" w:eastAsia="宋体" w:hAnsi="宋体"/>
          <w:sz w:val="28"/>
        </w:rPr>
        <w:t>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spacing w:before="100" w:after="200" w:line="360" w:lineRule="auto"/>
        <w:jc w:val="left"/>
        <w:sectPr w:rsidSect="00034616">
          <w:type w:val="nextPage"/>
          <w:pgSz w:w="11906" w:h="16838"/>
          <w:pgMar w:top="1440" w:right="1440" w:bottom="1440" w:left="1440" w:header="720" w:footer="720" w:gutter="0"/>
          <w:pgNumType w:start="19"/>
          <w:cols w:space="720"/>
          <w:titlePg w:val="0"/>
          <w:docGrid w:linePitch="360"/>
        </w:sectPr>
      </w:pPr>
      <w:r>
        <w:rPr>
          <w:rFonts w:ascii="宋体 (中文正文)" w:eastAsia="宋体" w:hAnsi="宋体 (中文正文)"/>
          <w:b/>
          <w:sz w:val="28"/>
        </w:rPr>
        <w:t>二、加强细节管理，培养良好的工作习惯。</w:t>
      </w:r>
    </w:p>
    <w:p>
      <w:pPr>
        <w:spacing w:before="100" w:after="200" w:line="360" w:lineRule="auto"/>
        <w:ind w:firstLine="576"/>
        <w:jc w:val="left"/>
      </w:pPr>
      <w:r>
        <w:rPr>
          <w:rFonts w:ascii="宋体" w:eastAsia="宋体" w:hAnsi="宋体"/>
          <w:sz w:val="28"/>
        </w:rPr>
        <w:t>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spacing w:before="100" w:after="200" w:line="360" w:lineRule="auto"/>
        <w:jc w:val="left"/>
      </w:pPr>
      <w:r>
        <w:rPr>
          <w:rFonts w:ascii="宋体 (中文正文)" w:eastAsia="宋体" w:hAnsi="宋体 (中文正文)"/>
          <w:b/>
          <w:sz w:val="28"/>
        </w:rPr>
        <w:t>三、加强业务学习，提高整体专业水平。</w:t>
      </w:r>
    </w:p>
    <w:p>
      <w:pPr>
        <w:spacing w:before="100" w:after="200" w:line="360" w:lineRule="auto"/>
        <w:ind w:firstLine="576"/>
        <w:jc w:val="left"/>
      </w:pPr>
      <w:r>
        <w:rPr>
          <w:rFonts w:ascii="宋体" w:eastAsia="宋体" w:hAnsi="宋体"/>
          <w:sz w:val="28"/>
        </w:rPr>
        <w:t>加强专科业务知识学习，系统学习妇产科学，围产期知识，新生儿复苏，产科急症护理及应急程序，全科人员参与，大家轮流备课，每月一次。并进行产科急证抢救演练，人人过关，提高应急能力及专科护理水平。</w:t>
      </w:r>
    </w:p>
    <w:p>
      <w:pPr>
        <w:spacing w:before="100" w:after="200" w:line="360" w:lineRule="auto"/>
        <w:jc w:val="left"/>
      </w:pPr>
      <w:r>
        <w:rPr>
          <w:rFonts w:ascii="宋体 (中文正文)" w:eastAsia="宋体" w:hAnsi="宋体 (中文正文)"/>
          <w:b/>
          <w:sz w:val="28"/>
        </w:rPr>
        <w:t>四、加强健康宣教工作。</w:t>
      </w:r>
    </w:p>
    <w:p>
      <w:pPr>
        <w:spacing w:before="100" w:after="200" w:line="360" w:lineRule="auto"/>
        <w:ind w:firstLine="576"/>
        <w:jc w:val="left"/>
      </w:pPr>
      <w:r>
        <w:rPr>
          <w:rFonts w:ascii="宋体" w:eastAsia="宋体" w:hAnsi="宋体"/>
          <w:sz w:val="28"/>
        </w:rPr>
        <w:t>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spacing w:before="100" w:after="200" w:line="360" w:lineRule="auto"/>
        <w:jc w:val="left"/>
      </w:pPr>
      <w:r>
        <w:rPr>
          <w:rFonts w:ascii="宋体 (中文正文)" w:eastAsia="宋体" w:hAnsi="宋体 (中文正文)"/>
          <w:b/>
          <w:sz w:val="28"/>
        </w:rPr>
        <w:t>五、完成日常各项工作及质控工作。</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spacing w:before="100" w:after="200" w:line="360" w:lineRule="auto"/>
        <w:ind w:firstLine="576"/>
        <w:jc w:val="left"/>
      </w:pPr>
      <w:r>
        <w:rPr>
          <w:rFonts w:ascii="宋体" w:eastAsia="宋体" w:hAnsi="宋体"/>
          <w:sz w:val="28"/>
        </w:rPr>
        <w:t>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spacing w:before="100" w:after="200" w:line="360" w:lineRule="auto"/>
        <w:ind w:firstLine="576"/>
        <w:jc w:val="left"/>
      </w:pPr>
      <w:r>
        <w:rPr>
          <w:rFonts w:ascii="宋体" w:eastAsia="宋体" w:hAnsi="宋体"/>
          <w:sz w:val="28"/>
        </w:rPr>
        <w:t>篇二：医院临床科室工作计划</w:t>
      </w:r>
    </w:p>
    <w:p>
      <w:pPr>
        <w:spacing w:before="100" w:after="200" w:line="360" w:lineRule="auto"/>
        <w:ind w:firstLine="576"/>
        <w:jc w:val="left"/>
      </w:pPr>
      <w:r>
        <w:rPr>
          <w:rFonts w:ascii="宋体" w:eastAsia="宋体" w:hAnsi="宋体"/>
          <w:sz w:val="28"/>
        </w:rPr>
        <w:t>医院临床科室工作计划20xx年2月27日，我院手术室在第二住院大楼三楼学术厅召开了20xx年科室工作计划会。护理部成翼娟主任、宁宁副主任和相关病房的护士长参加了会议。</w:t>
      </w:r>
    </w:p>
    <w:p>
      <w:pPr>
        <w:spacing w:before="100" w:after="200" w:line="360" w:lineRule="auto"/>
        <w:ind w:firstLine="576"/>
        <w:jc w:val="left"/>
      </w:pPr>
      <w:r>
        <w:rPr>
          <w:rFonts w:ascii="宋体" w:eastAsia="宋体" w:hAnsi="宋体"/>
          <w:sz w:val="28"/>
        </w:rPr>
        <w:t>20xx年手术室工作计划会主题定为在回顾中反思，在反思中进缺。会上首先以视频形式回顾了20xx-20xx年手术室工作情况。随后，黄文霞护士长围绕安全工作，快乐生活为主题，回顾了手术室20xx年取得的突出成绩，同时也对20xx年工作中存在的不足进行了客观地分析，并为大家指明了今后的努力方向。另有3名护士长分别从医疗、质量控制、教学工作等方面总结了20xx年工作，并提出了20xx年的工作计划。手术室10个专业组和团支部也分别结合工作特点进行了回顾并分别围绕专业组的文化如脉脉相通，肝胆相照、胸有成竹，心心相映、妈妈般的爱、精益求精、细节决定成败、急中生智等对20xx年的工作进行了具体安排。各专业组还围绕20xx年度的新思路、新方法进行了热烈的讨论和交流。</w:t>
      </w:r>
    </w:p>
    <w:p>
      <w:pPr>
        <w:spacing w:before="100" w:after="200" w:line="360" w:lineRule="auto"/>
        <w:ind w:firstLine="576"/>
        <w:jc w:val="left"/>
      </w:pPr>
      <w:r>
        <w:rPr>
          <w:rFonts w:ascii="宋体" w:eastAsia="宋体" w:hAnsi="宋体"/>
          <w:sz w:val="28"/>
        </w:rPr>
        <w:t>医院科室年度计划怎么写</w:t>
      </w:r>
    </w:p>
    <w:p>
      <w:pPr>
        <w:spacing w:before="100" w:after="200" w:line="360" w:lineRule="auto"/>
        <w:ind w:firstLine="576"/>
        <w:jc w:val="left"/>
      </w:pPr>
      <w:r>
        <w:rPr>
          <w:rFonts w:ascii="宋体" w:eastAsia="宋体" w:hAnsi="宋体"/>
          <w:sz w:val="28"/>
        </w:rPr>
        <w:t>篇一：医院科室年度计划</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结合上级卫生行政部门及我院院内感染控制工作要求，为提高我科院内感染管理质量为目标，我科根据《医院感染管理规范》、《消毒技术规范》和《传染病防治法》等有关文件与规定，制定相应的院内感染控制计划如下：</w:t>
      </w:r>
    </w:p>
    <w:p>
      <w:pPr>
        <w:spacing w:before="100" w:after="200" w:line="360" w:lineRule="auto"/>
        <w:jc w:val="left"/>
      </w:pPr>
      <w:r>
        <w:rPr>
          <w:rFonts w:ascii="宋体 (中文正文)" w:eastAsia="宋体" w:hAnsi="宋体 (中文正文)"/>
          <w:b/>
          <w:sz w:val="28"/>
        </w:rPr>
        <w:t>一、完善管理体系，发挥体系作用</w:t>
      </w:r>
    </w:p>
    <w:p>
      <w:pPr>
        <w:spacing w:before="100" w:after="200" w:line="360" w:lineRule="auto"/>
        <w:ind w:firstLine="576"/>
        <w:jc w:val="left"/>
      </w:pPr>
      <w:r>
        <w:rPr>
          <w:rFonts w:ascii="宋体" w:eastAsia="宋体" w:hAnsi="宋体"/>
          <w:sz w:val="28"/>
        </w:rPr>
        <w:t>1.为进一步加强医院感染管理工作，明确职责，落实任务，重新调整充实临床科室感染监控小组，完善三级网络管理体系。</w:t>
      </w:r>
    </w:p>
    <w:p>
      <w:pPr>
        <w:spacing w:before="100" w:after="200" w:line="360" w:lineRule="auto"/>
        <w:ind w:firstLine="576"/>
        <w:jc w:val="left"/>
      </w:pPr>
      <w:r>
        <w:rPr>
          <w:rFonts w:ascii="宋体" w:eastAsia="宋体" w:hAnsi="宋体"/>
          <w:sz w:val="28"/>
        </w:rPr>
        <w:t>一门诊院内感染控制小组</w:t>
      </w:r>
    </w:p>
    <w:p>
      <w:pPr>
        <w:spacing w:before="100" w:after="200" w:line="360" w:lineRule="auto"/>
        <w:ind w:firstLine="576"/>
        <w:jc w:val="left"/>
      </w:pPr>
      <w:r>
        <w:rPr>
          <w:rFonts w:ascii="宋体" w:eastAsia="宋体" w:hAnsi="宋体"/>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医生院内感染控制成员：</w:t>
      </w:r>
    </w:p>
    <w:p>
      <w:pPr>
        <w:spacing w:before="100" w:after="200" w:line="360" w:lineRule="auto"/>
        <w:jc w:val="left"/>
      </w:pPr>
      <w:r>
        <w:rPr>
          <w:rFonts w:ascii="宋体 (中文正文)" w:eastAsia="宋体" w:hAnsi="宋体 (中文正文)"/>
          <w:sz w:val="28"/>
        </w:rPr>
        <w:t>护士院内感染控制成员：</w:t>
      </w:r>
    </w:p>
    <w:p>
      <w:pPr>
        <w:spacing w:before="100" w:after="200" w:line="360" w:lineRule="auto"/>
        <w:ind w:firstLine="576"/>
        <w:jc w:val="left"/>
      </w:pPr>
      <w:r>
        <w:rPr>
          <w:rFonts w:ascii="宋体" w:eastAsia="宋体" w:hAnsi="宋体"/>
          <w:sz w:val="28"/>
        </w:rPr>
        <w:t>2.将医院感染管理部分加入了我科医疗护理质量督察中，制订相应奖惩办法。</w:t>
      </w:r>
    </w:p>
    <w:p>
      <w:pPr>
        <w:spacing w:before="100" w:after="200" w:line="360" w:lineRule="auto"/>
        <w:ind w:firstLine="576"/>
        <w:jc w:val="left"/>
      </w:pPr>
      <w:r>
        <w:rPr>
          <w:rFonts w:ascii="宋体" w:eastAsia="宋体" w:hAnsi="宋体"/>
          <w:sz w:val="28"/>
        </w:rPr>
        <w:t>3.制定月计划、周安排，日重点，在实施的同时做好记录备案。</w:t>
      </w:r>
    </w:p>
    <w:p>
      <w:pPr>
        <w:spacing w:before="100" w:after="200" w:line="360" w:lineRule="auto"/>
        <w:jc w:val="left"/>
      </w:pPr>
      <w:r>
        <w:rPr>
          <w:rFonts w:ascii="宋体 (中文正文)" w:eastAsia="宋体" w:hAnsi="宋体 (中文正文)"/>
          <w:b/>
          <w:sz w:val="28"/>
        </w:rPr>
        <w:t>二、医院感染监测方面</w:t>
      </w:r>
    </w:p>
    <w:p>
      <w:pPr>
        <w:spacing w:before="100" w:after="200" w:line="360" w:lineRule="auto"/>
        <w:ind w:firstLine="576"/>
        <w:jc w:val="left"/>
      </w:pPr>
      <w:r>
        <w:rPr>
          <w:rFonts w:ascii="宋体" w:eastAsia="宋体" w:hAnsi="宋体"/>
          <w:sz w:val="28"/>
        </w:rPr>
        <w:t>1、病历监测：控制感染率并减少漏报</w:t>
      </w:r>
    </w:p>
    <w:p>
      <w:pPr>
        <w:spacing w:before="100" w:after="200" w:line="360" w:lineRule="auto"/>
        <w:ind w:firstLine="576"/>
        <w:jc w:val="left"/>
      </w:pPr>
      <w:r>
        <w:rPr>
          <w:rFonts w:ascii="宋体" w:eastAsia="宋体" w:hAnsi="宋体"/>
          <w:sz w:val="28"/>
        </w:rPr>
        <w:t>2、环境监测方面；对门诊环境、空气、衣物、医务人员手、消毒液、无菌物品定期监测。</w:t>
      </w:r>
    </w:p>
    <w:p>
      <w:pPr>
        <w:spacing w:before="100" w:after="200" w:line="360" w:lineRule="auto"/>
        <w:ind w:firstLine="576"/>
        <w:jc w:val="left"/>
      </w:pPr>
      <w:r>
        <w:rPr>
          <w:rFonts w:ascii="宋体" w:eastAsia="宋体" w:hAnsi="宋体"/>
          <w:sz w:val="28"/>
        </w:rPr>
        <w:t>3、消毒灭菌监测：每日对全科使用中消毒液进行监测；对使用中的紫外线灯管进行监测，并执行照射小时数登记，定期更换，以确保消毒质量。每周对我科使用的消毒剂及一次性医疗器械和物品进行自查。</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https://d.book118.com/108075063107006046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08075063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