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六年级语文上册教学工作计划17篇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六年级语文上册教学工作计划 1</w:t>
      </w:r>
      <w:r>
        <w:rPr>
          <w:lang w:eastAsia="zh-CN"/>
        </w:rPr>
        <w:br/>
      </w:r>
      <w:r>
        <w:rPr>
          <w:lang w:eastAsia="zh-CN"/>
        </w:rPr>
        <w:t>　　一、分析学情，明确目标。</w:t>
      </w:r>
      <w:r>
        <w:rPr>
          <w:lang w:eastAsia="zh-CN"/>
        </w:rPr>
        <w:br/>
      </w:r>
      <w:r>
        <w:rPr>
          <w:lang w:eastAsia="zh-CN"/>
        </w:rPr>
        <w:t>　　六（6）班有71名学生，男生 人，女生 人。成绩差需要每天关注的学生有：小龙、大龙、梁磊、陈家豪、梁言、郭亚飞、梁振坤、武振豪、王跃龙、杨一凡。纪律差需要及时提醒的学生有：张扶尧、杨鹏鑫、冯靖远、王克俭、韩志力、苏成柯。本学期要引导学生树立明确的奋斗目标，形成浓厚的学习风气，营造团结友爱的班级氛围，不放弃每一个学生，人人成为最佳的我。</w:t>
      </w:r>
      <w:r>
        <w:rPr>
          <w:lang w:eastAsia="zh-CN"/>
        </w:rPr>
        <w:br/>
      </w:r>
      <w:r>
        <w:rPr>
          <w:lang w:eastAsia="zh-CN"/>
        </w:rPr>
        <w:t>　　二、重视基础知识的教学，基本能力的形成。</w:t>
      </w:r>
      <w:r>
        <w:rPr>
          <w:lang w:eastAsia="zh-CN"/>
        </w:rPr>
        <w:br/>
      </w:r>
      <w:r>
        <w:rPr>
          <w:lang w:eastAsia="zh-CN"/>
        </w:rPr>
        <w:t>　　教师要钻研教材，明确每一课的知识点和考点，如：易写错的字、易读错的字；每一课教学都要成为训练学生基本能力的机会，如：用多种方法理解词语的能力（联系上下文、查字典、解释重点字、造句），概括主要内容的能力（根据课文题目、段意连接法、抓住中心句、抓住过渡句），品词析句感悟能力（从作者是如何来描写的角度去品重点词析重点句，并通过朗读来感悟；设计多种形式的朗读以读促情；在具体语境中的比较，词语放在特定的语言环境中，接洽上下文来琢磨，学生才干真正懂得作者用词的精确，炼句的.精妙；想象画面感情朗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三、激发学生习作兴趣，提高习作能力。</w:t>
      </w:r>
      <w:r>
        <w:rPr>
          <w:lang w:eastAsia="zh-CN"/>
        </w:rPr>
        <w:br/>
      </w:r>
      <w:r>
        <w:rPr>
          <w:lang w:eastAsia="zh-CN"/>
        </w:rPr>
        <w:t>　　课文中学习读写结合。引导学生品词析句学习语言积累背诵，在创设情境学会迁移运用；进入课文情景填补课文空白进行小练笔；仿照课文段落结构进行仿写。</w:t>
      </w:r>
      <w:r>
        <w:rPr>
          <w:lang w:eastAsia="zh-CN"/>
        </w:rPr>
        <w:br/>
      </w:r>
      <w:r>
        <w:rPr>
          <w:lang w:eastAsia="zh-CN"/>
        </w:rPr>
        <w:t>　　课外阅读中积累语言。每天坚持读课外书4000字，并摘抄4个四字词语，一个运用修辞手法的句子。这些摘抄教师要定时分类如：人物语言、神态、动作、心理活动、环境衬托等。</w:t>
      </w:r>
      <w:r>
        <w:rPr>
          <w:lang w:eastAsia="zh-CN"/>
        </w:rPr>
        <w:br/>
      </w:r>
      <w:r>
        <w:rPr>
          <w:lang w:eastAsia="zh-CN"/>
        </w:rPr>
        <w:t>　　生活中发现写作素材。每天写我发现，要求用上至少一个四字词语写一句或几句话，语句通顺即可，目的是引导学生留心身边的人和事，为习作积累素材。</w:t>
      </w:r>
      <w:r>
        <w:rPr>
          <w:lang w:eastAsia="zh-CN"/>
        </w:rPr>
        <w:br/>
      </w:r>
      <w:r>
        <w:rPr>
          <w:lang w:eastAsia="zh-CN"/>
        </w:rPr>
        <w:t>　　留心身边事勤于练笔。教师要善于发现课上课下的事情，发现习作素材，一周写两篇日记，一篇作文。</w:t>
      </w:r>
      <w:r>
        <w:rPr>
          <w:lang w:eastAsia="zh-CN"/>
        </w:rPr>
        <w:br/>
      </w:r>
      <w:r>
        <w:rPr>
          <w:lang w:eastAsia="zh-CN"/>
        </w:rPr>
        <w:t>　　写后及时评价多鼓励。无论是读写结合，还是我发现，日记，教师一定要及时评价，读优秀学生的作品，差生的作文也要找出闪光点，对优秀的作文要及时整理成册。</w:t>
      </w:r>
      <w:r>
        <w:rPr>
          <w:lang w:eastAsia="zh-CN"/>
        </w:rPr>
        <w:br/>
      </w:r>
      <w:r>
        <w:rPr>
          <w:lang w:eastAsia="zh-CN"/>
        </w:rPr>
        <w:t>　　四、重视写字教学，端正学习态度。</w:t>
      </w:r>
      <w:r>
        <w:rPr>
          <w:lang w:eastAsia="zh-CN"/>
        </w:rPr>
        <w:br/>
      </w:r>
      <w:r>
        <w:rPr>
          <w:lang w:eastAsia="zh-CN"/>
        </w:rPr>
        <w:t>　　本学期对学生写字的要求是行款整齐，大小匀称，干净整洁。</w:t>
      </w:r>
      <w:r>
        <w:rPr>
          <w:lang w:eastAsia="zh-CN"/>
        </w:rPr>
        <w:br/>
      </w:r>
      <w:r>
        <w:rPr>
          <w:lang w:eastAsia="zh-CN"/>
        </w:rPr>
        <w:t>　　发挥教师示范作用。黑板上的每一个字都要认真书写，成为学生的学习的榜样。</w:t>
      </w:r>
      <w:r>
        <w:rPr>
          <w:lang w:eastAsia="zh-CN"/>
        </w:rPr>
        <w:br/>
      </w:r>
      <w:r>
        <w:rPr>
          <w:lang w:eastAsia="zh-CN"/>
        </w:rPr>
        <w:t>　　发挥教师指导作用。每一课难写的字、易错的字都要进行指导，一看二写三对照，教师一定要示范书写。</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提笔即是练字时。每一次写作业、写导学案、写作文、写笔记都要成为练字的机会，教师要严格要求。</w:t>
      </w:r>
      <w:r>
        <w:rPr>
          <w:lang w:eastAsia="zh-CN"/>
        </w:rPr>
        <w:br/>
      </w:r>
      <w:r>
        <w:rPr>
          <w:lang w:eastAsia="zh-CN"/>
        </w:rPr>
        <w:t>　　开展写字比赛和优秀作业评比。每周都要进行，颁发喜报。</w:t>
      </w:r>
      <w:r>
        <w:rPr>
          <w:lang w:eastAsia="zh-CN"/>
        </w:rPr>
        <w:br/>
      </w:r>
      <w:r>
        <w:rPr>
          <w:lang w:eastAsia="zh-CN"/>
        </w:rPr>
        <w:t>　　五、重视课文朗读，加强美文积累。</w:t>
      </w:r>
      <w:r>
        <w:rPr>
          <w:lang w:eastAsia="zh-CN"/>
        </w:rPr>
        <w:br/>
      </w:r>
      <w:r>
        <w:rPr>
          <w:lang w:eastAsia="zh-CN"/>
        </w:rPr>
        <w:t>　　每一篇课文都要求学生读正确读流利有感情，正确流利读课文要人人过关。课上结合品词析句进行感情朗读的指导。每一单元学习完后，开展朗读比赛进行巩固激励。</w:t>
      </w:r>
      <w:r>
        <w:rPr>
          <w:lang w:eastAsia="zh-CN"/>
        </w:rPr>
        <w:br/>
      </w:r>
      <w:r>
        <w:rPr>
          <w:lang w:eastAsia="zh-CN"/>
        </w:rPr>
        <w:t>　　美文积累本学期每周背一篇宋词、背一个优美段落。早读集体朗读，课前读，回家读，通过熟读达到成诵的目的。</w:t>
      </w:r>
      <w:r>
        <w:rPr>
          <w:lang w:eastAsia="zh-CN"/>
        </w:rPr>
        <w:br/>
      </w:r>
      <w:r>
        <w:rPr>
          <w:lang w:eastAsia="zh-CN"/>
        </w:rPr>
        <w:t>　　六、关爱每一个孩子。</w:t>
      </w:r>
      <w:r>
        <w:rPr>
          <w:lang w:eastAsia="zh-CN"/>
        </w:rPr>
        <w:br/>
      </w:r>
      <w:r>
        <w:rPr>
          <w:lang w:eastAsia="zh-CN"/>
        </w:rPr>
        <w:t>　　我要关爱每一个孩子，激发每一个孩子学习的兴趣，对于后进生一定要不急不躁，课上多指导，发挥对子、小组的力量帮助他们提高，并制定对子提高计划，对帮扶有效果孩子要奖励。课下多帮助，作业要面批。让学生感到教师的关爱，每天都在进步。　　六年级语文上册教学工作计划 2</w:t>
      </w:r>
      <w:r>
        <w:rPr>
          <w:lang w:eastAsia="zh-CN"/>
        </w:rPr>
        <w:br/>
      </w:r>
      <w:r>
        <w:rPr>
          <w:lang w:eastAsia="zh-CN"/>
        </w:rPr>
        <w:t>　　一、班况分析：</w:t>
      </w:r>
      <w:r>
        <w:rPr>
          <w:lang w:eastAsia="zh-CN"/>
        </w:rPr>
        <w:br/>
      </w:r>
      <w:r>
        <w:rPr>
          <w:lang w:eastAsia="zh-CN"/>
        </w:rPr>
        <w:t>　　本班学生40人，男生19人。语文能力比较突出的学生有：秦瑞雪、柯余婷、付莹莹、陈军等，后20%的学生有：蒋玲玉、王杰、袁海敏等。大部分学生需继续加强双基的训练，提高他们的阅读水平和理解能力。同时由于学生阅读的自觉性不够，阅读面不够广泛，因此将在训练的广度和深度上下功夫，力争在原有基础上作进一步提高。</w:t>
      </w:r>
      <w:r>
        <w:rPr>
          <w:lang w:eastAsia="zh-CN"/>
        </w:rPr>
        <w:br/>
      </w:r>
      <w:r>
        <w:rPr>
          <w:lang w:eastAsia="zh-CN"/>
        </w:rPr>
        <w:t>　　二、全册教材分析：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1、基本结构：</w:t>
      </w:r>
      <w:r>
        <w:rPr>
          <w:lang w:eastAsia="zh-CN"/>
        </w:rPr>
        <w:br/>
      </w:r>
      <w:r>
        <w:rPr>
          <w:lang w:eastAsia="zh-CN"/>
        </w:rPr>
        <w:t>　　本册教材按专题组织单元，共八组，依次是：感受自然，祖国在我心中，心灵之歌，珍爱我们的家园，初识鲁迅，轻叩诗歌的大门，人与动物，艺术的魅力。</w:t>
      </w:r>
      <w:r>
        <w:rPr>
          <w:lang w:eastAsia="zh-CN"/>
        </w:rPr>
        <w:br/>
      </w:r>
      <w:r>
        <w:rPr>
          <w:lang w:eastAsia="zh-CN"/>
        </w:rPr>
        <w:t>　　本册的综合性学习安排在第二组“祖国在我心中”和第六组“轻叩诗歌的大门”。其中，“轻叩诗歌的大门”这个专题，采用的是任务驱动、活动贯穿始终的编排方式，包括“活动建议”和“阅读材料”两大部分。除去第六组，共有课文28篇，精读课文、略读课文各14篇。这七组教材，每组由“导语”“课例”“口语交际习作”“回顾拓展”四部分组成。课例包括4篇课文，精读课文两篇，略读课文两篇。精读课文后有思考练习题，略读课文前有连接语。部分课文后面安排了“资料袋”或“阅读链接”。全册安排“资料袋”三次，安排“阅读链接”两次。“口语交际习作”依然作为一个独立的栏目。回顾拓展由三个栏目组成，“交流平台”“日积月累” 是固定栏目，另有“展示台”“成语故事”“课外书屋”“趣味语文”穿插安排，其中，“趣味语文”“成语故事”“课外书屋”各安排了两次，“展示台”安排了一次。</w:t>
      </w:r>
      <w:r>
        <w:rPr>
          <w:lang w:eastAsia="zh-CN"/>
        </w:rPr>
        <w:br/>
      </w:r>
      <w:r>
        <w:rPr>
          <w:lang w:eastAsia="zh-CN"/>
        </w:rPr>
        <w:t>　　本套教材学习到五年级下册，学生累计认字3000个，提前完成九年义务教育前三学段识字量。故从本册教材开始不再安排识字任务。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本册要求会写120个字。要求会写的字，安排在精读课文后，以方格的形式排列。教材后附生字表。为便于复习检测生字和积累词语，在每组课文之后设“词语盘点”。其中，“读读写写”中的词语是精读课文里的，由会写的字组成，要求能读会写；“读读记记”中的词语，有的是精读课文里的，有的是略读课文里的，只要求认记，不要求书写。本册教材的注音方式与五年级保持一致。精读课文和略读课文中不认识的字，出现一次注一次音；同一篇课文中同一个字只在第一次出现时注音。其他部分中出现的生字不再注音。生字注音用圆括号标出，多音字随文注音，用方括号标出。为便于识字，课文中的生字注本音；一些在语言环境中要变调读出或读轻声的字，教师在教学中要给予一定的提示。</w:t>
      </w:r>
      <w:r>
        <w:rPr>
          <w:lang w:eastAsia="zh-CN"/>
        </w:rPr>
        <w:br/>
      </w:r>
      <w:r>
        <w:rPr>
          <w:lang w:eastAsia="zh-CN"/>
        </w:rPr>
        <w:t>　　2、教材的主要特点：</w:t>
      </w:r>
      <w:r>
        <w:rPr>
          <w:lang w:eastAsia="zh-CN"/>
        </w:rPr>
        <w:br/>
      </w:r>
      <w:r>
        <w:rPr>
          <w:lang w:eastAsia="zh-CN"/>
        </w:rPr>
        <w:t>　　（1）全面、准确地落实语文教学目标</w:t>
      </w:r>
      <w:r>
        <w:rPr>
          <w:lang w:eastAsia="zh-CN"/>
        </w:rPr>
        <w:br/>
      </w:r>
      <w:r>
        <w:rPr>
          <w:lang w:eastAsia="zh-CN"/>
        </w:rPr>
        <w:t>　　（2）加强整合，使教材成为互相联系的整体</w:t>
      </w:r>
      <w:r>
        <w:rPr>
          <w:lang w:eastAsia="zh-CN"/>
        </w:rPr>
        <w:br/>
      </w:r>
      <w:r>
        <w:rPr>
          <w:lang w:eastAsia="zh-CN"/>
        </w:rPr>
        <w:t>　　（3）加强导学功能，倡导自主、合作、探究的学习方式</w:t>
      </w:r>
      <w:r>
        <w:rPr>
          <w:lang w:eastAsia="zh-CN"/>
        </w:rPr>
        <w:br/>
      </w:r>
      <w:r>
        <w:rPr>
          <w:lang w:eastAsia="zh-CN"/>
        </w:rPr>
        <w:t>　　（4）“口语交际 习作” 的编排，加强指导，明确要求</w:t>
      </w:r>
      <w:r>
        <w:rPr>
          <w:lang w:eastAsia="zh-CN"/>
        </w:rPr>
        <w:br/>
      </w:r>
      <w:r>
        <w:rPr>
          <w:lang w:eastAsia="zh-CN"/>
        </w:rPr>
        <w:t>　　（5）“综合性学习”培养学生的语文综合运用能力</w:t>
      </w:r>
      <w:r>
        <w:rPr>
          <w:lang w:eastAsia="zh-CN"/>
        </w:rPr>
        <w:br/>
      </w:r>
      <w:r>
        <w:rPr>
          <w:lang w:eastAsia="zh-CN"/>
        </w:rPr>
        <w:t>　　（6）加强语文学习与生活实际的联系</w:t>
      </w:r>
      <w:r>
        <w:rPr>
          <w:lang w:eastAsia="zh-CN"/>
        </w:rPr>
        <w:br/>
      </w:r>
      <w:r>
        <w:rPr>
          <w:lang w:eastAsia="zh-CN"/>
        </w:rPr>
        <w:t>　　三、全册教学目标：</w:t>
      </w:r>
      <w:r>
        <w:rPr>
          <w:lang w:eastAsia="zh-CN"/>
        </w:rPr>
        <w:br/>
      </w:r>
      <w:r>
        <w:rPr>
          <w:lang w:eastAsia="zh-CN"/>
        </w:rPr>
        <w:t>　　（一）知识与能力</w:t>
      </w:r>
      <w:r>
        <w:rPr>
          <w:lang w:eastAsia="zh-CN"/>
        </w:rPr>
        <w:br/>
      </w:r>
      <w:r>
        <w:rPr>
          <w:lang w:eastAsia="zh-CN"/>
        </w:rPr>
        <w:t>　　1、准确把握教学目标</w:t>
      </w:r>
      <w:r>
        <w:rPr>
          <w:lang w:eastAsia="zh-CN"/>
        </w:rPr>
        <w:br/>
      </w:r>
      <w:r>
        <w:rPr>
          <w:lang w:eastAsia="zh-CN"/>
        </w:rPr>
        <w:t>　　教学中既要注意总目标和阶段目标，又要注意阶段目标之间的衔接与过渡，使课程标准规定的教学目标得到全面、准确的落实。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首先要从整体上把握语文学习的总目标和小学高年级语文学习的阶段性目标，关注学生经过小学阶段最后两年的学习，能否达到课程标准对学生语文能力的要求。在此基础上明确六年级上学期在第三学段中的地位和作用，教材教到什么程度，学生掌握到什么程度，都要做到心中有数。其次，教学每一个专题时，要明确本专题的学习内容、学习重点和学习目标，无论教学进行到哪一部分都要与单元学习重点联系起来，做到“瞻前顾后”──前面学过的'适时总结、复习、应用，后面要用到的适时做好铺垫。</w:t>
      </w:r>
      <w:r>
        <w:rPr>
          <w:lang w:eastAsia="zh-CN"/>
        </w:rPr>
        <w:br/>
      </w:r>
      <w:r>
        <w:rPr>
          <w:lang w:eastAsia="zh-CN"/>
        </w:rPr>
        <w:t>　　2、识字、写字教学</w:t>
      </w:r>
      <w:r>
        <w:rPr>
          <w:lang w:eastAsia="zh-CN"/>
        </w:rPr>
        <w:br/>
      </w:r>
      <w:r>
        <w:rPr>
          <w:lang w:eastAsia="zh-CN"/>
        </w:rPr>
        <w:t>　　本册教材没有安排识字，要求会写120个字，安排在精读课文中，随课堂教学完成。教学中，老师可以就难写的字、易混淆的字形作重点指导。课内要留有一定的写字时间，指导学生注意笔顺，安排好字的各个部件及间架结构，把字写端正。在强调写字质量的同时，还可适当要求提高写字的速度，并养成良好的写字习惯。对于要写的生字、精读课文中出现的新词，要注意引导学生随时抄写，及时检测。也可以就“词语盘点”中的词语，进行复习巩固。</w:t>
      </w:r>
      <w:r>
        <w:rPr>
          <w:lang w:eastAsia="zh-CN"/>
        </w:rPr>
        <w:br/>
      </w:r>
      <w:r>
        <w:rPr>
          <w:lang w:eastAsia="zh-CN"/>
        </w:rPr>
        <w:t>　　对于书写练习，除阅读课上指导写字外，主要凭借本册配套的钢笔字和毛笔字写字教材，进行指导和书写训练，及时纠正学生在书写过程中出现的问题，同时培养学生的书写兴趣和书法爱好。</w:t>
      </w:r>
      <w:r>
        <w:rPr>
          <w:lang w:eastAsia="zh-CN"/>
        </w:rPr>
        <w:br/>
      </w:r>
      <w:r>
        <w:rPr>
          <w:lang w:eastAsia="zh-CN"/>
        </w:rPr>
        <w:t>　　3、阅读教学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随着年级的升高，学生识字量不断增加，阅读理解能力不断提高，而且渐渐具备了在读中分析、概括，抽象、归纳的能力。阅读教学要注意在读懂课文的基础上教给方法，培养学生自主读书、作文的能力。</w:t>
      </w:r>
      <w:r>
        <w:rPr>
          <w:lang w:eastAsia="zh-CN"/>
        </w:rPr>
        <w:br/>
      </w:r>
      <w:r>
        <w:rPr>
          <w:lang w:eastAsia="zh-CN"/>
        </w:rPr>
        <w:t>　　（二）过程与方法 ：</w:t>
      </w:r>
      <w:r>
        <w:rPr>
          <w:lang w:eastAsia="zh-CN"/>
        </w:rPr>
        <w:br/>
      </w:r>
      <w:r>
        <w:rPr>
          <w:lang w:eastAsia="zh-CN"/>
        </w:rPr>
        <w:t>　　继续凭借字、词、句、段、篇进行听、说、读、写的训练，提高学生的语文综合能力和综合素养。</w:t>
      </w:r>
      <w:r>
        <w:rPr>
          <w:lang w:eastAsia="zh-CN"/>
        </w:rPr>
        <w:br/>
      </w:r>
      <w:r>
        <w:rPr>
          <w:lang w:eastAsia="zh-CN"/>
        </w:rPr>
        <w:t>　　（三）情感态度与价值观：</w:t>
      </w:r>
      <w:r>
        <w:rPr>
          <w:lang w:eastAsia="zh-CN"/>
        </w:rPr>
        <w:br/>
      </w:r>
      <w:r>
        <w:rPr>
          <w:lang w:eastAsia="zh-CN"/>
        </w:rPr>
        <w:t>　　要使学生受到热爱党、热爱人民的思想教育；受到孝敬父母、关心他人、助人为乐的教育；培养热爱科学、勇于实践和创新的精神，增强保护环境的意识和社会责任感。</w:t>
      </w:r>
      <w:r>
        <w:rPr>
          <w:lang w:eastAsia="zh-CN"/>
        </w:rPr>
        <w:br/>
      </w:r>
      <w:r>
        <w:rPr>
          <w:lang w:eastAsia="zh-CN"/>
        </w:rPr>
        <w:t>　　四、整册教材的重、难点：</w:t>
      </w:r>
      <w:r>
        <w:rPr>
          <w:lang w:eastAsia="zh-CN"/>
        </w:rPr>
        <w:br/>
      </w:r>
      <w:r>
        <w:rPr>
          <w:lang w:eastAsia="zh-CN"/>
        </w:rPr>
        <w:t>　　1、词句训练始终是小学阶段的一个重点。在低中年级训练的基础上，应提高训练要求，要引导学生自觉运用查字典，联系上下文和生活实际的方法准确理解词语，特别是那些含义深刻的句子。</w:t>
      </w:r>
      <w:r>
        <w:rPr>
          <w:lang w:eastAsia="zh-CN"/>
        </w:rPr>
        <w:br/>
      </w:r>
      <w:r>
        <w:rPr>
          <w:lang w:eastAsia="zh-CN"/>
        </w:rPr>
        <w:t>　　2、朗读训练也是语文教学的基本功，课上一定要有朗朗的读书声，课堂教学要多读少讲，使学生有更多的时间和机会练习朗读。</w:t>
      </w:r>
      <w:r>
        <w:rPr>
          <w:lang w:eastAsia="zh-CN"/>
        </w:rPr>
        <w:br/>
      </w:r>
      <w:r>
        <w:rPr>
          <w:lang w:eastAsia="zh-CN"/>
        </w:rPr>
        <w:t>　　3、阅读能力的培养始终是小学阶段的一个重点，同时也是一个难点，要引导学生学会读书，学会思考，注意读中有悟，重视独特感受。</w:t>
      </w:r>
      <w:r>
        <w:rPr>
          <w:lang w:eastAsia="zh-CN"/>
        </w:rPr>
        <w:br/>
      </w:r>
      <w:r>
        <w:rPr>
          <w:lang w:eastAsia="zh-CN"/>
        </w:rPr>
        <w:t>　　4、习作训练既是小学阶段的重点，也是一个难点。要切实培养学生写文尤其是写记叙文的能力。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5、积累语言也是一个教学重点。本学期安排了名言警句、古诗、成语、对联、谚语，重在引导学生了解中华优秀文化和积累语言，做到熟读成诵。要充分利用好我的网站（琴梦乐园教师博客）上的丰富的语文教学资源对学生进行积累运用的训练。</w:t>
      </w:r>
      <w:r>
        <w:rPr>
          <w:lang w:eastAsia="zh-CN"/>
        </w:rPr>
        <w:br/>
      </w:r>
      <w:r>
        <w:rPr>
          <w:lang w:eastAsia="zh-CN"/>
        </w:rPr>
        <w:t>　　五、单元教学目标：</w:t>
      </w:r>
      <w:r>
        <w:rPr>
          <w:lang w:eastAsia="zh-CN"/>
        </w:rPr>
        <w:br/>
      </w:r>
      <w:r>
        <w:rPr>
          <w:lang w:eastAsia="zh-CN"/>
        </w:rPr>
        <w:t>　　第一组：</w:t>
      </w:r>
      <w:r>
        <w:rPr>
          <w:lang w:eastAsia="zh-CN"/>
        </w:rPr>
        <w:br/>
      </w:r>
      <w:r>
        <w:rPr>
          <w:lang w:eastAsia="zh-CN"/>
        </w:rPr>
        <w:t>　　1、培养学生热爱自然的美好情操；</w:t>
      </w:r>
      <w:r>
        <w:rPr>
          <w:lang w:eastAsia="zh-CN"/>
        </w:rPr>
        <w:br/>
      </w:r>
      <w:r>
        <w:rPr>
          <w:lang w:eastAsia="zh-CN"/>
        </w:rPr>
        <w:t>　　2、引导学生体会作者如何进行观察、如何展开联想和想象，表达自己独特的感受；</w:t>
      </w:r>
      <w:r>
        <w:rPr>
          <w:lang w:eastAsia="zh-CN"/>
        </w:rPr>
        <w:br/>
      </w:r>
      <w:r>
        <w:rPr>
          <w:lang w:eastAsia="zh-CN"/>
        </w:rPr>
        <w:t>　　3、品味优美的语言，通过背诵、练笔等形式不断丰富语言的积累。</w:t>
      </w:r>
      <w:r>
        <w:rPr>
          <w:lang w:eastAsia="zh-CN"/>
        </w:rPr>
        <w:br/>
      </w:r>
      <w:r>
        <w:rPr>
          <w:lang w:eastAsia="zh-CN"/>
        </w:rPr>
        <w:t>　　第二组：</w:t>
      </w:r>
      <w:r>
        <w:rPr>
          <w:lang w:eastAsia="zh-CN"/>
        </w:rPr>
        <w:br/>
      </w:r>
      <w:r>
        <w:rPr>
          <w:lang w:eastAsia="zh-CN"/>
        </w:rPr>
        <w:t>　　1、让学生在字里行间感受着中华儿女的爱国情怀，增强对祖国的热爱之情，并为自己是一个中国人感到自豪，更为祖国的日益强盛而骄傲。</w:t>
      </w:r>
      <w:r>
        <w:rPr>
          <w:lang w:eastAsia="zh-CN"/>
        </w:rPr>
        <w:br/>
      </w:r>
      <w:r>
        <w:rPr>
          <w:lang w:eastAsia="zh-CN"/>
        </w:rPr>
        <w:t>　　2、让学生通过多种途径、多种形式感悟、表达自己的爱国情，强调语文的熏陶感染作用和培养学生的搜集信息和处理信息的能力、培养学生的爱国主义情感。</w:t>
      </w:r>
      <w:r>
        <w:rPr>
          <w:lang w:eastAsia="zh-CN"/>
        </w:rPr>
        <w:br/>
      </w:r>
      <w:r>
        <w:rPr>
          <w:lang w:eastAsia="zh-CN"/>
        </w:rPr>
        <w:t>　　第三组：</w:t>
      </w:r>
      <w:r>
        <w:rPr>
          <w:lang w:eastAsia="zh-CN"/>
        </w:rPr>
        <w:br/>
      </w:r>
      <w:r>
        <w:rPr>
          <w:lang w:eastAsia="zh-CN"/>
        </w:rPr>
        <w:t>　　1、让学生阅读课文，感受文中人物的美好心灵，体会真情给人们生活带来的感动，树立讲诚心，动真情，乐意用自己的爱心帮助别人的风尚。</w:t>
      </w:r>
      <w:r>
        <w:rPr>
          <w:lang w:eastAsia="zh-CN"/>
        </w:rPr>
        <w:br/>
      </w:r>
      <w:r>
        <w:rPr>
          <w:lang w:eastAsia="zh-CN"/>
        </w:rPr>
        <w:t>　　2、在读懂课文的基础上，学习作者通过环境、人物心理活动等方面的描写，刻画人物形象，抒发真情的写作方法。</w:t>
      </w:r>
      <w:r>
        <w:rPr>
          <w:lang w:eastAsia="zh-CN"/>
        </w:rPr>
        <w:br/>
      </w:r>
      <w:r>
        <w:rPr>
          <w:lang w:eastAsia="zh-CN"/>
        </w:rPr>
        <w:t>　　第四组：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1、感悟人类的生存与自然资源、生态环境的密切联系，懂得人类应珍惜资源，保护环境。</w:t>
      </w:r>
      <w:r>
        <w:rPr>
          <w:lang w:eastAsia="zh-CN"/>
        </w:rPr>
        <w:br/>
      </w:r>
      <w:r>
        <w:rPr>
          <w:lang w:eastAsia="zh-CN"/>
        </w:rPr>
        <w:t>　　2、引导学生注意把握课文的主要内容，能运用“联系实际，深入思考”的读书方法，加深对课文内容的理解。</w:t>
      </w:r>
      <w:r>
        <w:rPr>
          <w:lang w:eastAsia="zh-CN"/>
        </w:rPr>
        <w:br/>
      </w:r>
      <w:r>
        <w:rPr>
          <w:lang w:eastAsia="zh-CN"/>
        </w:rPr>
        <w:t>　　3、鼓励学生积极行动起来，为地球家园美好的明天，尽一份自己的力量。</w:t>
      </w:r>
      <w:r>
        <w:rPr>
          <w:lang w:eastAsia="zh-CN"/>
        </w:rPr>
        <w:br/>
      </w:r>
      <w:r>
        <w:rPr>
          <w:lang w:eastAsia="zh-CN"/>
        </w:rPr>
        <w:t>　　第五组：</w:t>
      </w:r>
      <w:r>
        <w:rPr>
          <w:lang w:eastAsia="zh-CN"/>
        </w:rPr>
        <w:br/>
      </w:r>
      <w:r>
        <w:rPr>
          <w:lang w:eastAsia="zh-CN"/>
        </w:rPr>
        <w:t>　　1、初识鲁迅，了解鲁迅先生的文学成就。</w:t>
      </w:r>
      <w:r>
        <w:rPr>
          <w:lang w:eastAsia="zh-CN"/>
        </w:rPr>
        <w:br/>
      </w:r>
      <w:r>
        <w:rPr>
          <w:lang w:eastAsia="zh-CN"/>
        </w:rPr>
        <w:t>　　2、感受鲁迅先生爱憎分明，为自己想得少、为别人想得多的崇高品质。</w:t>
      </w:r>
      <w:r>
        <w:rPr>
          <w:lang w:eastAsia="zh-CN"/>
        </w:rPr>
        <w:br/>
      </w:r>
      <w:r>
        <w:rPr>
          <w:lang w:eastAsia="zh-CN"/>
        </w:rPr>
        <w:t>　　3、感受鲁迅关怀进步青年的高尚品格。</w:t>
      </w:r>
      <w:r>
        <w:rPr>
          <w:lang w:eastAsia="zh-CN"/>
        </w:rPr>
        <w:br/>
      </w:r>
      <w:r>
        <w:rPr>
          <w:lang w:eastAsia="zh-CN"/>
        </w:rPr>
        <w:t>　　4、懂得为人民的人将获得永生，与人民为敌的人必然灭亡的道理。</w:t>
      </w:r>
      <w:r>
        <w:rPr>
          <w:lang w:eastAsia="zh-CN"/>
        </w:rPr>
        <w:br/>
      </w:r>
      <w:r>
        <w:rPr>
          <w:lang w:eastAsia="zh-CN"/>
        </w:rPr>
        <w:t>　　第六组：</w:t>
      </w:r>
      <w:r>
        <w:rPr>
          <w:lang w:eastAsia="zh-CN"/>
        </w:rPr>
        <w:br/>
      </w:r>
      <w:r>
        <w:rPr>
          <w:lang w:eastAsia="zh-CN"/>
        </w:rPr>
        <w:t>　　1、通过搜集和阅读诗歌，增强对诗歌的兴趣，感受诗歌的特点。能搜集并按一定标准给诗歌分类。</w:t>
      </w:r>
      <w:r>
        <w:rPr>
          <w:lang w:eastAsia="zh-CN"/>
        </w:rPr>
        <w:br/>
      </w:r>
      <w:r>
        <w:rPr>
          <w:lang w:eastAsia="zh-CN"/>
        </w:rPr>
        <w:t>　　2、能诵读诗歌，大体把握诗意，想象诗歌描述的情境，体会诗人的情感。</w:t>
      </w:r>
      <w:r>
        <w:rPr>
          <w:lang w:eastAsia="zh-CN"/>
        </w:rPr>
        <w:br/>
      </w:r>
      <w:r>
        <w:rPr>
          <w:lang w:eastAsia="zh-CN"/>
        </w:rPr>
        <w:t>　　3、通过朗诵诗歌、欣赏诗歌、学写童诗等活动，感受诗歌的魅力。</w:t>
      </w:r>
      <w:r>
        <w:rPr>
          <w:lang w:eastAsia="zh-CN"/>
        </w:rPr>
        <w:br/>
      </w:r>
      <w:r>
        <w:rPr>
          <w:lang w:eastAsia="zh-CN"/>
        </w:rPr>
        <w:t>　　4、能写简单的活动总结。</w:t>
      </w:r>
      <w:r>
        <w:rPr>
          <w:lang w:eastAsia="zh-CN"/>
        </w:rPr>
        <w:br/>
      </w:r>
      <w:r>
        <w:rPr>
          <w:lang w:eastAsia="zh-CN"/>
        </w:rPr>
        <w:t>　　第七组：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1、继续练习用较快的速度阅读课文，把握课文主要内容，体会课文表达的感情；</w:t>
      </w:r>
      <w:r>
        <w:rPr>
          <w:lang w:eastAsia="zh-CN"/>
        </w:rPr>
        <w:br/>
      </w:r>
      <w:r>
        <w:rPr>
          <w:lang w:eastAsia="zh-CN"/>
        </w:rPr>
        <w:t>　　2、学习作者将这种真挚的情感写真实、写具体的方法。</w:t>
      </w:r>
      <w:r>
        <w:rPr>
          <w:lang w:eastAsia="zh-CN"/>
        </w:rPr>
        <w:br/>
      </w:r>
      <w:r>
        <w:rPr>
          <w:lang w:eastAsia="zh-CN"/>
        </w:rPr>
        <w:t>　　第八组：</w:t>
      </w:r>
      <w:r>
        <w:rPr>
          <w:lang w:eastAsia="zh-CN"/>
        </w:rPr>
        <w:br/>
      </w:r>
      <w:r>
        <w:rPr>
          <w:lang w:eastAsia="zh-CN"/>
        </w:rPr>
        <w:t>　　1、欣赏音乐、绘画、戏剧等各种艺术形式的美，受到美的熏陶，培养热爱艺术的情操；</w:t>
      </w:r>
      <w:r>
        <w:rPr>
          <w:lang w:eastAsia="zh-CN"/>
        </w:rPr>
        <w:br/>
      </w:r>
      <w:r>
        <w:rPr>
          <w:lang w:eastAsia="zh-CN"/>
        </w:rPr>
        <w:t>　　2、学习作者是怎样在叙事时展开联想和想象的，是怎样把眼前看到的和内心的想象自然地融合在一起的，学习作者表达感受的方法；</w:t>
      </w:r>
      <w:r>
        <w:rPr>
          <w:lang w:eastAsia="zh-CN"/>
        </w:rPr>
        <w:br/>
      </w:r>
      <w:r>
        <w:rPr>
          <w:lang w:eastAsia="zh-CN"/>
        </w:rPr>
        <w:t>　　3、积累课文中的优美语言，体会课文表达的感情；</w:t>
      </w:r>
      <w:r>
        <w:rPr>
          <w:lang w:eastAsia="zh-CN"/>
        </w:rPr>
        <w:br/>
      </w:r>
      <w:r>
        <w:rPr>
          <w:lang w:eastAsia="zh-CN"/>
        </w:rPr>
        <w:t>　　4、从实际出发，根据各自条件，通过阅读和其他渠道尽可能多地了解各种艺术。</w:t>
      </w:r>
      <w:r>
        <w:rPr>
          <w:lang w:eastAsia="zh-CN"/>
        </w:rPr>
        <w:br/>
      </w:r>
      <w:r>
        <w:rPr>
          <w:lang w:eastAsia="zh-CN"/>
        </w:rPr>
        <w:t>　　六、作文教学计划：</w:t>
      </w:r>
      <w:r>
        <w:rPr>
          <w:lang w:eastAsia="zh-CN"/>
        </w:rPr>
        <w:br/>
      </w:r>
      <w:r>
        <w:rPr>
          <w:lang w:eastAsia="zh-CN"/>
        </w:rPr>
        <w:t>　　（一）学情分析：</w:t>
      </w:r>
      <w:r>
        <w:rPr>
          <w:lang w:eastAsia="zh-CN"/>
        </w:rPr>
        <w:br/>
      </w:r>
      <w:r>
        <w:rPr>
          <w:lang w:eastAsia="zh-CN"/>
        </w:rPr>
        <w:t>　　本班同学能在老师的指导下进行选材、组织材料、完成习作。大部分同学也养成了看作文书，做摘抄积累语言的习惯。但从习作内容看，仍存在立意不新，选材不典型，层次不清晰，表达不具体，语句不通顺，错别字多等不足之处。</w:t>
      </w:r>
      <w:r>
        <w:rPr>
          <w:lang w:eastAsia="zh-CN"/>
        </w:rPr>
        <w:br/>
      </w:r>
      <w:r>
        <w:rPr>
          <w:lang w:eastAsia="zh-CN"/>
        </w:rPr>
        <w:t>　　（二）训练内容：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习作的编排注意兼顾记实作文和想象作文，也安排了一定数量的应用文。记实作文主要安排在第三组、第五组、第八组，分别是“体现人们相互关爱的事情”“用一两件事介绍小伙伴”“学习艺术过程中发生的故事和感受”或写“一件艺术品”、“一次艺术欣赏活动”。想象作文有：第一组，把自己想象成大自然中的一员或听音响讲想象到的、感受到的；第四组，借助漫画写感受或编故事；第五组，根据材料扩写；第七组，根据图片报道写故事。应用文分别安排了写演讲稿或读后感，写建议书以及写简单的活动总结。</w:t>
      </w:r>
      <w:r>
        <w:rPr>
          <w:lang w:eastAsia="zh-CN"/>
        </w:rPr>
        <w:br/>
      </w:r>
      <w:r>
        <w:rPr>
          <w:lang w:eastAsia="zh-CN"/>
        </w:rPr>
        <w:t>　　（三）目标要求：</w:t>
      </w:r>
      <w:r>
        <w:rPr>
          <w:lang w:eastAsia="zh-CN"/>
        </w:rPr>
        <w:br/>
      </w:r>
      <w:r>
        <w:rPr>
          <w:lang w:eastAsia="zh-CN"/>
        </w:rPr>
        <w:t>　　1、运用搜集到的资料写读后感，要表达真情实感；</w:t>
      </w:r>
      <w:r>
        <w:rPr>
          <w:lang w:eastAsia="zh-CN"/>
        </w:rPr>
        <w:br/>
      </w:r>
      <w:r>
        <w:rPr>
          <w:lang w:eastAsia="zh-CN"/>
        </w:rPr>
        <w:t>　　2、写体现人们相互关爱的事情，关注事情发生的环境，当时人物的语言、动作、心理，侧重点不同；</w:t>
      </w:r>
      <w:r>
        <w:rPr>
          <w:lang w:eastAsia="zh-CN"/>
        </w:rPr>
        <w:br/>
      </w:r>
      <w:r>
        <w:rPr>
          <w:lang w:eastAsia="zh-CN"/>
        </w:rPr>
        <w:t>　　3、看图作文，写出理解和感受；</w:t>
      </w:r>
      <w:r>
        <w:rPr>
          <w:lang w:eastAsia="zh-CN"/>
        </w:rPr>
        <w:br/>
      </w:r>
      <w:r>
        <w:rPr>
          <w:lang w:eastAsia="zh-CN"/>
        </w:rPr>
        <w:t>　　4、续写，把事情的经过写清楚、写具体；</w:t>
      </w:r>
      <w:r>
        <w:rPr>
          <w:lang w:eastAsia="zh-CN"/>
        </w:rPr>
        <w:br/>
      </w:r>
      <w:r>
        <w:rPr>
          <w:lang w:eastAsia="zh-CN"/>
        </w:rPr>
        <w:t>　　5、根据图片报道习作，要求想象合理，内容具体，感情真实；</w:t>
      </w:r>
      <w:r>
        <w:rPr>
          <w:lang w:eastAsia="zh-CN"/>
        </w:rPr>
        <w:br/>
      </w:r>
      <w:r>
        <w:rPr>
          <w:lang w:eastAsia="zh-CN"/>
        </w:rPr>
        <w:t>　　6、学会修改自己的习作。</w:t>
      </w:r>
      <w:r>
        <w:rPr>
          <w:lang w:eastAsia="zh-CN"/>
        </w:rPr>
        <w:br/>
      </w:r>
      <w:r>
        <w:rPr>
          <w:lang w:eastAsia="zh-CN"/>
        </w:rPr>
        <w:t>　　（四）训练重点：</w:t>
      </w:r>
      <w:r>
        <w:rPr>
          <w:lang w:eastAsia="zh-CN"/>
        </w:rPr>
        <w:br/>
      </w:r>
      <w:r>
        <w:rPr>
          <w:lang w:eastAsia="zh-CN"/>
        </w:rPr>
        <w:t>　　1、注重激发兴趣，让学生表达真情实感。</w:t>
      </w:r>
      <w:r>
        <w:rPr>
          <w:lang w:eastAsia="zh-CN"/>
        </w:rPr>
        <w:br/>
      </w:r>
      <w:r>
        <w:rPr>
          <w:lang w:eastAsia="zh-CN"/>
        </w:rPr>
        <w:t>　　2、注意引导学生修改自己的习作。</w:t>
      </w:r>
      <w:r>
        <w:rPr>
          <w:lang w:eastAsia="zh-CN"/>
        </w:rPr>
        <w:br/>
      </w:r>
      <w:r>
        <w:rPr>
          <w:lang w:eastAsia="zh-CN"/>
        </w:rPr>
        <w:t>　　3、重视习作以后的交流和感受。</w:t>
      </w:r>
      <w:r>
        <w:rPr>
          <w:lang w:eastAsia="zh-CN"/>
        </w:rPr>
        <w:br/>
      </w:r>
      <w:r>
        <w:rPr>
          <w:lang w:eastAsia="zh-CN"/>
        </w:rPr>
        <w:t>　　（五）训练措施</w:t>
      </w:r>
      <w:r>
        <w:rPr>
          <w:lang w:eastAsia="zh-CN"/>
        </w:rPr>
        <w:br/>
      </w:r>
      <w:r>
        <w:rPr>
          <w:lang w:eastAsia="zh-CN"/>
        </w:rPr>
        <w:t>　　1、针对每次习作的训练内容及要求，教师组织学生认真做好课前准备，使教师灵活教学，学生有感而发。</w:t>
      </w:r>
      <w:r>
        <w:rPr>
          <w:lang w:eastAsia="zh-CN"/>
        </w:rPr>
        <w:br/>
      </w:r>
      <w:r>
        <w:rPr>
          <w:lang w:eastAsia="zh-CN"/>
        </w:rPr>
        <w:t>　　2、课堂教学中，采用多种方法激发学生习作的兴趣，让学生不拘形式的自由表达。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3、多写多练，从多种形式上让学生经常练笔。</w:t>
      </w:r>
      <w:r>
        <w:rPr>
          <w:lang w:eastAsia="zh-CN"/>
        </w:rPr>
        <w:br/>
      </w:r>
      <w:r>
        <w:rPr>
          <w:lang w:eastAsia="zh-CN"/>
        </w:rPr>
        <w:t>　　4、注重习作以后的修改、交流和展示。　　六年级语文上册教学工作计划 3</w:t>
      </w:r>
      <w:r>
        <w:rPr>
          <w:lang w:eastAsia="zh-CN"/>
        </w:rPr>
        <w:br/>
      </w:r>
      <w:r>
        <w:rPr>
          <w:lang w:eastAsia="zh-CN"/>
        </w:rPr>
        <w:t>　　一、指导思想</w:t>
      </w:r>
      <w:r>
        <w:rPr>
          <w:lang w:eastAsia="zh-CN"/>
        </w:rPr>
        <w:br/>
      </w:r>
      <w:r>
        <w:rPr>
          <w:lang w:eastAsia="zh-CN"/>
        </w:rPr>
        <w:t>　　本册学期要坚决按照xx区教育教学改革推动会的要求，大力改进六年级的语文教学方式，倡导自主、合作、探究的学习方式，着眼于全面提高学生的语文素养，培养创新精神和实践能力，促进学生的全面发展。教学中以兴趣为先导，主要开展以“先学后教”为主打的教学模式，以培养六年级学生自学方法和良好的学习习惯为目标，同时时刻注意培养学生对语文喜欢的态度，为学生的学习、生活和工作奠定良好的基础。</w:t>
      </w:r>
      <w:r>
        <w:rPr>
          <w:lang w:eastAsia="zh-CN"/>
        </w:rPr>
        <w:br/>
      </w:r>
      <w:r>
        <w:rPr>
          <w:lang w:eastAsia="zh-CN"/>
        </w:rPr>
        <w:t>　　二、学生情况分析</w:t>
      </w:r>
      <w:r>
        <w:rPr>
          <w:lang w:eastAsia="zh-CN"/>
        </w:rPr>
        <w:br/>
      </w:r>
      <w:r>
        <w:rPr>
          <w:lang w:eastAsia="zh-CN"/>
        </w:rPr>
        <w:t>　　本班学生40人。班容量较大，而且从接班初步摸底来看，我班有多名学生在五年级语文期末水平测试不及格，语文素质比较低。虽然大部分学生的学习热情较高，基本功较扎实，书写端正，朗读有感情，但是从历史的情况明显看出，个别学生缺失学习兴趣，没有学习动力，学习方法、学习习惯需要在本学期大幅度的改进与提升。以优促差，下大力气转变较多的后进生是本学期语文教学工作的重中之重。</w:t>
      </w:r>
      <w:r>
        <w:rPr>
          <w:lang w:eastAsia="zh-CN"/>
        </w:rPr>
        <w:br/>
      </w:r>
      <w:r>
        <w:rPr>
          <w:lang w:eastAsia="zh-CN"/>
        </w:rPr>
        <w:t>　　三、本学期教学工作目标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结合语文教学全面对学生进行思想品行教育，使他们重树学习信心，激发学习语文的兴趣，让他们初步掌握一般的语文学习方法，学会预习，学会交流，学会提问，学会合作;在自己的艰辛努力下，力争使本班的语文成绩提高两个名次，扭转落后的.基础。</w:t>
      </w:r>
      <w:r>
        <w:rPr>
          <w:lang w:eastAsia="zh-CN"/>
        </w:rPr>
        <w:br/>
      </w:r>
      <w:r>
        <w:rPr>
          <w:lang w:eastAsia="zh-CN"/>
        </w:rPr>
        <w:t>　　四、方法与措施</w:t>
      </w:r>
      <w:r>
        <w:rPr>
          <w:lang w:eastAsia="zh-CN"/>
        </w:rPr>
        <w:br/>
      </w:r>
      <w:r>
        <w:rPr>
          <w:lang w:eastAsia="zh-CN"/>
        </w:rPr>
        <w:t>　　1、教学中努力体现新课标的理念，注意把握同组各部分内容的内在联系，强化教育理论的学习，做到课题研究——高效教学与教学实际紧密结合，适时反思与总结，进一步总结和创建“我的模式”“我的课”，以此，不断提高自身的专业素质。</w:t>
      </w:r>
      <w:r>
        <w:rPr>
          <w:lang w:eastAsia="zh-CN"/>
        </w:rPr>
        <w:br/>
      </w:r>
      <w:r>
        <w:rPr>
          <w:lang w:eastAsia="zh-CN"/>
        </w:rPr>
        <w:t>　　2、创造性地使用教材。要注意结合教学实际情况，使理论和实践融合为一体。积极参与校本教研活动，多听课讲课，及时修正教学中的不足。</w:t>
      </w:r>
      <w:r>
        <w:rPr>
          <w:lang w:eastAsia="zh-CN"/>
        </w:rPr>
        <w:br/>
      </w:r>
      <w:r>
        <w:rPr>
          <w:lang w:eastAsia="zh-CN"/>
        </w:rPr>
        <w:t>　　3、结合平时的课题研究，为了全面实现课堂教学的“高效与减负”，做到钻研教材，深入学习《新课程标准》，广泛参阅教学资料和最新的教研成果，并与备课组的其他老师共同商讨，精心设计好每一节课的教案。在教学过程中，深化“先学后教”教学模式的运用，做到面向全体学生，根据学生的不同的学习情况，适当地有针对性地分层次制定具体的教学目标，杜绝以往简单的“一刀切”的做法。</w:t>
      </w:r>
      <w:r>
        <w:rPr>
          <w:lang w:eastAsia="zh-CN"/>
        </w:rPr>
        <w:br/>
      </w:r>
      <w:r>
        <w:rPr>
          <w:lang w:eastAsia="zh-CN"/>
        </w:rPr>
        <w:t>　　4、进一步反思、总结实施“先学后教”模式的教学策略与方法，做到灵活多样地采取各种教学方法，在课堂上营造一种轻松的教学氛围，从而提高学生的学习兴趣，增强课堂教学效果。逐步实现真正以学生为学习主体，引导学生改变学习方式，变为自主、合作、探究式学习，以提高学习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5、课后，注意有针对性地对学困学生进行集体辅导和个别辅导，多鼓励，多表扬，上课多给他们表现自我的机会，让他们天天感受到自己的进步，帮助学生及时复习好所学的新知识，使他们尽早“脱贫”。</w:t>
      </w:r>
      <w:r>
        <w:rPr>
          <w:lang w:eastAsia="zh-CN"/>
        </w:rPr>
        <w:br/>
      </w:r>
      <w:r>
        <w:rPr>
          <w:lang w:eastAsia="zh-CN"/>
        </w:rPr>
        <w:t>　　6、严格按要求控制作业量，做到不留重复性的作业，认真、及时地批改学生的作业。由于个别学生的基础较差，为此，力争做到面批面改。</w:t>
      </w:r>
      <w:r>
        <w:rPr>
          <w:lang w:eastAsia="zh-CN"/>
        </w:rPr>
        <w:br/>
      </w:r>
      <w:r>
        <w:rPr>
          <w:lang w:eastAsia="zh-CN"/>
        </w:rPr>
        <w:t>　　7、积极参加教科研活动，不断提高自己的专业水平，起到教科研的xxx作用。　　六年级语文上册教学工作计划 4</w:t>
      </w:r>
      <w:r>
        <w:rPr>
          <w:lang w:eastAsia="zh-CN"/>
        </w:rPr>
        <w:br/>
      </w:r>
      <w:r>
        <w:rPr>
          <w:lang w:eastAsia="zh-CN"/>
        </w:rPr>
        <w:t>　　六年级语文教学工作即将开始，为使教学工作能顺利开展，也为了及时、有效完成教学任务，同时为今后的教学工作提供参考，特拟定本教学计划。</w:t>
      </w:r>
      <w:r>
        <w:rPr>
          <w:lang w:eastAsia="zh-CN"/>
        </w:rPr>
        <w:br/>
      </w:r>
      <w:r>
        <w:rPr>
          <w:lang w:eastAsia="zh-CN"/>
        </w:rPr>
        <w:t>　　一、基本情况及学情分析</w:t>
      </w:r>
      <w:r>
        <w:rPr>
          <w:lang w:eastAsia="zh-CN"/>
        </w:rPr>
        <w:br/>
      </w:r>
      <w:r>
        <w:rPr>
          <w:lang w:eastAsia="zh-CN"/>
        </w:rPr>
        <w:t>　　我班本学期共有学生人，大多数都是本地生。其中男同学人，女同学人。通过五年的学习，大多数同学学习态度端正，学习习惯良好。在语文学习中，多数同学上进心较强，为了取得好成绩认真听讲，仔细作业，有着扎实的基础知识。但仍有少数同学学习积极性不高，没有自觉学习的习惯，不认真学习，作业拖拉，成绩不理想。希望通过本学期的努力，从抓后进，保优生入手，争取让我班的语文成绩有所提高。</w:t>
      </w:r>
      <w:r>
        <w:rPr>
          <w:lang w:eastAsia="zh-CN"/>
        </w:rPr>
        <w:br/>
      </w:r>
      <w:r>
        <w:rPr>
          <w:lang w:eastAsia="zh-CN"/>
        </w:rPr>
        <w:t>　　二、教材分析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本册教材继续按专题组织单元，共八组，依次是：感受自然、祖国在我心中、心灵之歌、珍爱我们的家园、初识鲁迅、轻叩诗歌的大门、人与动物、艺术的魅力。综合性学习安排在第二组“祖国在我心中”和第六组“轻叩诗歌的大门”。除去第六组，共有课文二十八篇，精读课文、略读课文各十四篇。</w:t>
      </w:r>
      <w:r>
        <w:rPr>
          <w:lang w:eastAsia="zh-CN"/>
        </w:rPr>
        <w:br/>
      </w:r>
      <w:r>
        <w:rPr>
          <w:lang w:eastAsia="zh-CN"/>
        </w:rPr>
        <w:t>　　三、教学目标</w:t>
      </w:r>
      <w:r>
        <w:rPr>
          <w:lang w:eastAsia="zh-CN"/>
        </w:rPr>
        <w:br/>
      </w:r>
      <w:r>
        <w:rPr>
          <w:lang w:eastAsia="zh-CN"/>
        </w:rPr>
        <w:t>　　（一）总目标</w:t>
      </w:r>
      <w:r>
        <w:rPr>
          <w:lang w:eastAsia="zh-CN"/>
        </w:rPr>
        <w:br/>
      </w:r>
      <w:r>
        <w:rPr>
          <w:lang w:eastAsia="zh-CN"/>
        </w:rPr>
        <w:t>　　1．有较强的独立识字能力。本册要求会写120个字。硬笔书写楷书，行款整齐，有一定的速度。</w:t>
      </w:r>
      <w:r>
        <w:rPr>
          <w:lang w:eastAsia="zh-CN"/>
        </w:rPr>
        <w:br/>
      </w:r>
      <w:r>
        <w:rPr>
          <w:lang w:eastAsia="zh-CN"/>
        </w:rPr>
        <w:t>　　2．能用普通话正确、流利、有感情地朗读课文。</w:t>
      </w:r>
      <w:r>
        <w:rPr>
          <w:lang w:eastAsia="zh-CN"/>
        </w:rPr>
        <w:br/>
      </w:r>
      <w:r>
        <w:rPr>
          <w:lang w:eastAsia="zh-CN"/>
        </w:rPr>
        <w:t>　　3．默读有一定的速度，默读一般读物每分钟不少于300字。</w:t>
      </w:r>
      <w:r>
        <w:rPr>
          <w:lang w:eastAsia="zh-CN"/>
        </w:rPr>
        <w:br/>
      </w:r>
      <w:r>
        <w:rPr>
          <w:lang w:eastAsia="zh-CN"/>
        </w:rPr>
        <w:t>　　4．积累语言，鼓励运用。</w:t>
      </w:r>
      <w:r>
        <w:rPr>
          <w:lang w:eastAsia="zh-CN"/>
        </w:rPr>
        <w:br/>
      </w:r>
      <w:r>
        <w:rPr>
          <w:lang w:eastAsia="zh-CN"/>
        </w:rPr>
        <w:t>　　5．把握主要内容，体会思想感情，领悟表达方法。</w:t>
      </w:r>
      <w:r>
        <w:rPr>
          <w:lang w:eastAsia="zh-CN"/>
        </w:rPr>
        <w:br/>
      </w:r>
      <w:r>
        <w:rPr>
          <w:lang w:eastAsia="zh-CN"/>
        </w:rPr>
        <w:t>　　6．抓住关键词句，深入理解课文，体会表达效果。</w:t>
      </w:r>
      <w:r>
        <w:rPr>
          <w:lang w:eastAsia="zh-CN"/>
        </w:rPr>
        <w:br/>
      </w:r>
      <w:r>
        <w:rPr>
          <w:lang w:eastAsia="zh-CN"/>
        </w:rPr>
        <w:t>　　7．学习浏览，扩大知识面，根据需要搜集信息。</w:t>
      </w:r>
      <w:r>
        <w:rPr>
          <w:lang w:eastAsia="zh-CN"/>
        </w:rPr>
        <w:br/>
      </w:r>
      <w:r>
        <w:rPr>
          <w:lang w:eastAsia="zh-CN"/>
        </w:rPr>
        <w:t>　　8．诵读优秀诗文，注意通过诗文的声调、节奏等体味作品的内容和情感。背诵优秀诗文30篇。</w:t>
      </w:r>
      <w:r>
        <w:rPr>
          <w:lang w:eastAsia="zh-CN"/>
        </w:rPr>
        <w:br/>
      </w:r>
      <w:r>
        <w:rPr>
          <w:lang w:eastAsia="zh-CN"/>
        </w:rPr>
        <w:t>　　9．能写简单的纪实作文和想象作文，内容具体，感情真实。能根据习作内容表达的需要，分段表述。</w:t>
      </w:r>
      <w:r>
        <w:rPr>
          <w:lang w:eastAsia="zh-CN"/>
        </w:rPr>
        <w:br/>
      </w:r>
      <w:r>
        <w:rPr>
          <w:lang w:eastAsia="zh-CN"/>
        </w:rPr>
        <w:t>　　10．学写读书笔记和常见应用文。</w:t>
      </w:r>
      <w:r>
        <w:rPr>
          <w:lang w:eastAsia="zh-CN"/>
        </w:rPr>
        <w:br/>
      </w:r>
      <w:r>
        <w:rPr>
          <w:lang w:eastAsia="zh-CN"/>
        </w:rPr>
        <w:t>　　（二）具体目标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第一组：一是培养学生热爱自然的美好情操；二是引导学生体会作者如何进行观察、如何展开联想和想象，表达自己独特的感受；三是品味优美的语言，通过背诵、练笔等形式不断丰富语言的积累。</w:t>
      </w:r>
      <w:r>
        <w:rPr>
          <w:lang w:eastAsia="zh-CN"/>
        </w:rPr>
        <w:br/>
      </w:r>
      <w:r>
        <w:rPr>
          <w:lang w:eastAsia="zh-CN"/>
        </w:rPr>
        <w:t>　　第二组：一是让学生在字里行间感受着中华儿女的爱国情怀，增强对祖国的</w:t>
      </w:r>
      <w:r>
        <w:rPr>
          <w:lang w:eastAsia="zh-CN"/>
        </w:rPr>
        <w:br/>
      </w:r>
      <w:r>
        <w:rPr>
          <w:lang w:eastAsia="zh-CN"/>
        </w:rPr>
        <w:t>　　热爱之情，并为自己是一个中国人感到自豪，更为祖国的日益强盛而骄傲。二是让学生通过多种途径、多种形式感悟、表达自己的爱国情，强调语文的熏陶感染作用和培养学生的搜集信息和处理信息的能力、培养学生的爱国主义情感。</w:t>
      </w:r>
      <w:r>
        <w:rPr>
          <w:lang w:eastAsia="zh-CN"/>
        </w:rPr>
        <w:br/>
      </w:r>
      <w:r>
        <w:rPr>
          <w:lang w:eastAsia="zh-CN"/>
        </w:rPr>
        <w:t>　　第三组：一是让学生阅读课文，感受文中人物的美好心灵，体会真情给人们生活带来的感动，树立讲诚心，动真情，乐意用自己的.爱心帮助别人的风尚。二是在读懂课文的基础上，学习作者通过环境、人物心理活动等方面的描写，刻画人物形象，抒发真情的写作方法。</w:t>
      </w:r>
      <w:r>
        <w:rPr>
          <w:lang w:eastAsia="zh-CN"/>
        </w:rPr>
        <w:br/>
      </w:r>
      <w:r>
        <w:rPr>
          <w:lang w:eastAsia="zh-CN"/>
        </w:rPr>
        <w:t>　　第四组：一是感悟人类的生存与自然资源、生态环境的密切联系，懂得人类应珍惜资源，保护环境。二是引导学生注意把握课文的主要内容，能运用“联系实际，深入思考”的读书方法，加深对课文内容的理解。三是鼓励学生积极行动起来，为地球家园美好的明天，尽一份自己的力量。</w:t>
      </w:r>
      <w:r>
        <w:rPr>
          <w:lang w:eastAsia="zh-CN"/>
        </w:rPr>
        <w:br/>
      </w:r>
      <w:r>
        <w:rPr>
          <w:lang w:eastAsia="zh-CN"/>
        </w:rPr>
        <w:t>　　第五组：一是初识鲁迅，了解鲁迅先生的文学成就。二是感受鲁迅先生爱憎分明，为自己想得少、为别人想得多的崇高品质。三是感受鲁迅关怀进步青年的高尚品格。四是懂得为人民的人将获得永生，与人民为敌的人必然灭亡的道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第六组：一是通过搜集和阅读诗歌，增强对诗歌的兴趣，感受诗歌的特点。能搜集并按一定标准给诗歌分类。二是能诵读诗歌，大体把握诗意，想象诗歌描述的情境，体会诗人的情感。三是通过朗诵诗歌、欣赏诗歌、学写童诗等活动，感受诗歌的魅力。四是能写简单的活动总结。</w:t>
      </w:r>
      <w:r>
        <w:rPr>
          <w:lang w:eastAsia="zh-CN"/>
        </w:rPr>
        <w:br/>
      </w:r>
      <w:r>
        <w:rPr>
          <w:lang w:eastAsia="zh-CN"/>
        </w:rPr>
        <w:t>　　第七组：一是继续练习用较快的速度阅读课文，把握课文主要内容，体会课文表达的感情；二是学习作者将这种真挚的情感写真实、写具体的方法。</w:t>
      </w:r>
      <w:r>
        <w:rPr>
          <w:lang w:eastAsia="zh-CN"/>
        </w:rPr>
        <w:br/>
      </w:r>
      <w:r>
        <w:rPr>
          <w:lang w:eastAsia="zh-CN"/>
        </w:rPr>
        <w:t>　　第八组：一是欣赏音乐、绘画、戏剧等各种艺术形式的美，受到美的熏陶，培养热爱艺术的情操；二是学习作者是怎样在叙事时展开联想和想象的，是怎样把眼前看到的和内心的想象自然地融合在一起的，学习作者表达感受的方法；三是积累课文中的优美语言，体会课文表达的感情；四是从实际出发，根据各自条件，通过阅读和其他渠道尽可能多地了解各种艺术。</w:t>
      </w:r>
      <w:r>
        <w:rPr>
          <w:lang w:eastAsia="zh-CN"/>
        </w:rPr>
        <w:br/>
      </w:r>
      <w:r>
        <w:rPr>
          <w:lang w:eastAsia="zh-CN"/>
        </w:rPr>
        <w:t>　　四、教学重难点</w:t>
      </w:r>
      <w:r>
        <w:rPr>
          <w:lang w:eastAsia="zh-CN"/>
        </w:rPr>
        <w:br/>
      </w:r>
      <w:r>
        <w:rPr>
          <w:lang w:eastAsia="zh-CN"/>
        </w:rPr>
        <w:t>　　（一）教学重点</w:t>
      </w:r>
      <w:r>
        <w:rPr>
          <w:lang w:eastAsia="zh-CN"/>
        </w:rPr>
        <w:br/>
      </w:r>
      <w:r>
        <w:rPr>
          <w:lang w:eastAsia="zh-CN"/>
        </w:rPr>
        <w:t>　　1．能用普通话正确、流利、有感情地朗读课文。默读要有一定的速度和边读边思考的习惯。</w:t>
      </w:r>
      <w:r>
        <w:rPr>
          <w:lang w:eastAsia="zh-CN"/>
        </w:rPr>
        <w:br/>
      </w:r>
      <w:r>
        <w:rPr>
          <w:lang w:eastAsia="zh-CN"/>
        </w:rPr>
        <w:t>　　2．联系上下文和自己的积累，推想课文中有关词句的意思，体会其表达。</w:t>
      </w:r>
      <w:r>
        <w:rPr>
          <w:lang w:eastAsia="zh-CN"/>
        </w:rPr>
        <w:br/>
      </w:r>
      <w:r>
        <w:rPr>
          <w:lang w:eastAsia="zh-CN"/>
        </w:rPr>
        <w:t>　　3．在阅读中揣摩文章的表达顺序，体会作者的思想感情，初步领悟文章基本的表达方法。在交流和讨论中，敢于提出自己的看法，作出判断。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4．诵读优秀诗文，注意通过诗文的声调、节奏等体味作品的内容和情感。</w:t>
      </w:r>
      <w:r>
        <w:rPr>
          <w:lang w:eastAsia="zh-CN"/>
        </w:rPr>
        <w:br/>
      </w:r>
      <w:r>
        <w:rPr>
          <w:lang w:eastAsia="zh-CN"/>
        </w:rPr>
        <w:t>　　5．学会理解和运用“展开联想和想象进行表达的方法”“读课文时能联系实际，深入思考”“理解含义深刻的句子”等读写方法。</w:t>
      </w:r>
      <w:r>
        <w:rPr>
          <w:lang w:eastAsia="zh-CN"/>
        </w:rPr>
        <w:br/>
      </w:r>
      <w:r>
        <w:rPr>
          <w:lang w:eastAsia="zh-CN"/>
        </w:rPr>
        <w:t>　　6．能够珍视自己的个人独特感受，积累习作素材；能根据习作内容表达的需要，分段表述；修能改自己的习作，并主动与他人交换修改。</w:t>
      </w:r>
      <w:r>
        <w:rPr>
          <w:lang w:eastAsia="zh-CN"/>
        </w:rPr>
        <w:br/>
      </w:r>
      <w:r>
        <w:rPr>
          <w:lang w:eastAsia="zh-CN"/>
        </w:rPr>
        <w:t>　　7．能根据交流的对象和场合，做简单的发言。</w:t>
      </w:r>
      <w:r>
        <w:rPr>
          <w:lang w:eastAsia="zh-CN"/>
        </w:rPr>
        <w:br/>
      </w:r>
      <w:r>
        <w:rPr>
          <w:lang w:eastAsia="zh-CN"/>
        </w:rPr>
        <w:t>　　8．对自己身边的、大家共同关注的问题，或电视、电影中的故事和形象，组织讨论、专题演讲，学习辨别是非善恶。</w:t>
      </w:r>
      <w:r>
        <w:rPr>
          <w:lang w:eastAsia="zh-CN"/>
        </w:rPr>
        <w:br/>
      </w:r>
      <w:r>
        <w:rPr>
          <w:lang w:eastAsia="zh-CN"/>
        </w:rPr>
        <w:t>　　（二）教学难点</w:t>
      </w:r>
      <w:r>
        <w:rPr>
          <w:lang w:eastAsia="zh-CN"/>
        </w:rPr>
        <w:br/>
      </w:r>
      <w:r>
        <w:rPr>
          <w:lang w:eastAsia="zh-CN"/>
        </w:rPr>
        <w:t>　　1．加强阅读基本功训练，指导学生发现语言规律，学习表达方法。</w:t>
      </w:r>
      <w:r>
        <w:rPr>
          <w:lang w:eastAsia="zh-CN"/>
        </w:rPr>
        <w:br/>
      </w:r>
      <w:r>
        <w:rPr>
          <w:lang w:eastAsia="zh-CN"/>
        </w:rPr>
        <w:t>　　2．加强平时练笔的指导；让学生学写活动总结。</w:t>
      </w:r>
      <w:r>
        <w:rPr>
          <w:lang w:eastAsia="zh-CN"/>
        </w:rPr>
        <w:br/>
      </w:r>
      <w:r>
        <w:rPr>
          <w:lang w:eastAsia="zh-CN"/>
        </w:rPr>
        <w:t>　　3．把握每个单元丰富的人文内涵，把情感、态度、价值观的目标落到实处。</w:t>
      </w:r>
      <w:r>
        <w:rPr>
          <w:lang w:eastAsia="zh-CN"/>
        </w:rPr>
        <w:br/>
      </w:r>
      <w:r>
        <w:rPr>
          <w:lang w:eastAsia="zh-CN"/>
        </w:rPr>
        <w:t>　　五、教学措施</w:t>
      </w:r>
      <w:r>
        <w:rPr>
          <w:lang w:eastAsia="zh-CN"/>
        </w:rPr>
        <w:br/>
      </w:r>
      <w:r>
        <w:rPr>
          <w:lang w:eastAsia="zh-CN"/>
        </w:rPr>
        <w:t>　　1．认真落实各项教学常规工作。钻研《新课标》、教材，精心备课、上课，认真、及时批改，及时反馈，单元过关。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2．实行分层教学，作业分层布置。好的学生侧重能力型作业，如阅读（课内阅读，课外阅读）、课后习题、习作；学习有困难的学生侧重基础性作业，如听写，基础，也适当布置少量的能力型作业。</w:t>
      </w:r>
      <w:r>
        <w:rPr>
          <w:lang w:eastAsia="zh-CN"/>
        </w:rPr>
        <w:br/>
      </w:r>
      <w:r>
        <w:rPr>
          <w:lang w:eastAsia="zh-CN"/>
        </w:rPr>
        <w:t>　　3．以“双主题阅读”为重点，继续开展自主阅读（讲读课文重点片段、略读课文写作技巧片段）。</w:t>
      </w:r>
      <w:r>
        <w:rPr>
          <w:lang w:eastAsia="zh-CN"/>
        </w:rPr>
        <w:br/>
      </w:r>
      <w:r>
        <w:rPr>
          <w:lang w:eastAsia="zh-CN"/>
        </w:rPr>
        <w:t>　　4．让优秀小组长为我分忧解难。</w:t>
      </w:r>
      <w:r>
        <w:rPr>
          <w:lang w:eastAsia="zh-CN"/>
        </w:rPr>
        <w:br/>
      </w:r>
      <w:r>
        <w:rPr>
          <w:lang w:eastAsia="zh-CN"/>
        </w:rPr>
        <w:t>　　5．加强对后进生的轮流辅导工作。课后，注意有针对性地对学生进行集体辅导和个别辅导，帮助学生及时复习好所学的新知识；认真、及时地批改学生的作业。</w:t>
      </w:r>
      <w:r>
        <w:rPr>
          <w:lang w:eastAsia="zh-CN"/>
        </w:rPr>
        <w:br/>
      </w:r>
      <w:r>
        <w:rPr>
          <w:lang w:eastAsia="zh-CN"/>
        </w:rPr>
        <w:t>　　6.注重向别的老师学习，积极参加各种教研活动，丰富个人的教学经验。　　六年级语文上册教学工作计划 5</w:t>
      </w:r>
      <w:r>
        <w:rPr>
          <w:lang w:eastAsia="zh-CN"/>
        </w:rPr>
        <w:br/>
      </w:r>
      <w:r>
        <w:rPr>
          <w:lang w:eastAsia="zh-CN"/>
        </w:rPr>
        <w:t>　　为了圆满完成新学期的教学任务，使日常的教学工作能得以有条不紊地进行，从而真正提高全体学生的语文素养。同时也为迎接明年的毕业考试打下坚实的基础。现结合所任班级的实际情况和语文教材的内容，制定出本学期的语文教学计划。</w:t>
      </w:r>
      <w:r>
        <w:rPr>
          <w:lang w:eastAsia="zh-CN"/>
        </w:rPr>
        <w:br/>
      </w:r>
      <w:r>
        <w:rPr>
          <w:lang w:eastAsia="zh-CN"/>
        </w:rPr>
        <w:t>　　[本学期的教学目标]</w:t>
      </w:r>
      <w:r>
        <w:rPr>
          <w:lang w:eastAsia="zh-CN"/>
        </w:rPr>
        <w:br/>
      </w:r>
      <w:r>
        <w:rPr>
          <w:lang w:eastAsia="zh-CN"/>
        </w:rPr>
        <w:t>　　通过本学期的教学，使学生掌握语文教材的基础知识和基本技能，能理解课文内容，体会作者所要表达的思想和感情。初步学会记叙文写作。引导学生逐渐更新学习方式，逐步提高学习兴趣和学习效率。力争使全体学生通过一学期的努力学习，在各自原有的基础上都有较大幅度的提高，从而真正提高学生的语文水平和语文素养。</w:t>
      </w:r>
      <w:r>
        <w:rPr>
          <w:lang w:eastAsia="zh-CN"/>
        </w:rPr>
        <w:br/>
      </w:r>
      <w:r>
        <w:rPr>
          <w:lang w:eastAsia="zh-CN"/>
        </w:rPr>
        <w:t>　　[学生状况分析]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我今年新接任的六年级班的语文，班里的学生原有语文基础参差不齐，高低不一。因此新学期中，应一面加强“双基”训练，一面着重阅读和写作能力的提高；注意培养学生对事物的.好奇心和强烈的探究兴趣；让学生观察周围事物，亲身体验，有所感受，有所发现；使学生有强烈的参与意识和合作精神，整体提高全体学生的语文素养。</w:t>
      </w:r>
      <w:r>
        <w:rPr>
          <w:lang w:eastAsia="zh-CN"/>
        </w:rPr>
        <w:br/>
      </w:r>
      <w:r>
        <w:rPr>
          <w:lang w:eastAsia="zh-CN"/>
        </w:rPr>
        <w:t>　　[教学要求]</w:t>
      </w:r>
      <w:r>
        <w:rPr>
          <w:lang w:eastAsia="zh-CN"/>
        </w:rPr>
        <w:br/>
      </w:r>
      <w:r>
        <w:rPr>
          <w:lang w:eastAsia="zh-CN"/>
        </w:rPr>
        <w:t>　　1、学习习惯。</w:t>
      </w:r>
      <w:r>
        <w:rPr>
          <w:lang w:eastAsia="zh-CN"/>
        </w:rPr>
        <w:br/>
      </w:r>
      <w:r>
        <w:rPr>
          <w:lang w:eastAsia="zh-CN"/>
        </w:rPr>
        <w:t>　　继续掌握正确的读写姿势，并养成习惯。</w:t>
      </w:r>
      <w:r>
        <w:rPr>
          <w:lang w:eastAsia="zh-CN"/>
        </w:rPr>
        <w:br/>
      </w:r>
      <w:r>
        <w:rPr>
          <w:lang w:eastAsia="zh-CN"/>
        </w:rPr>
        <w:t>　　继续掌握正确的朗读方法，培养朗读的兴趣，养成良好的朗读、背诵的习惯。</w:t>
      </w:r>
      <w:r>
        <w:rPr>
          <w:lang w:eastAsia="zh-CN"/>
        </w:rPr>
        <w:br/>
      </w:r>
      <w:r>
        <w:rPr>
          <w:lang w:eastAsia="zh-CN"/>
        </w:rPr>
        <w:t>　　继续培养课外阅读的兴趣，养成勤查字典的习惯。</w:t>
      </w:r>
      <w:r>
        <w:rPr>
          <w:lang w:eastAsia="zh-CN"/>
        </w:rPr>
        <w:br/>
      </w:r>
      <w:r>
        <w:rPr>
          <w:lang w:eastAsia="zh-CN"/>
        </w:rPr>
        <w:t>　　继续培养专心听别人讲话的习惯；能够当众说话，声音响亮、态度大方；养成爱护学习用品的习惯。</w:t>
      </w:r>
      <w:r>
        <w:rPr>
          <w:lang w:eastAsia="zh-CN"/>
        </w:rPr>
        <w:br/>
      </w:r>
      <w:r>
        <w:rPr>
          <w:lang w:eastAsia="zh-CN"/>
        </w:rPr>
        <w:t>　　继续学习写钢笔字的正确姿势和方法，并养成习惯；培养预习课文的习惯。</w:t>
      </w:r>
      <w:r>
        <w:rPr>
          <w:lang w:eastAsia="zh-CN"/>
        </w:rPr>
        <w:br/>
      </w:r>
      <w:r>
        <w:rPr>
          <w:lang w:eastAsia="zh-CN"/>
        </w:rPr>
        <w:t>　　继续学习写毛笔字的正确姿势和方法，并养成习惯。</w:t>
      </w:r>
      <w:r>
        <w:rPr>
          <w:lang w:eastAsia="zh-CN"/>
        </w:rPr>
        <w:br/>
      </w:r>
      <w:r>
        <w:rPr>
          <w:lang w:eastAsia="zh-CN"/>
        </w:rPr>
        <w:t>　　继续培养留心观察的习惯；能够有选择地阅读课外书籍；培养读书做记号的习惯。</w:t>
      </w:r>
      <w:r>
        <w:rPr>
          <w:lang w:eastAsia="zh-CN"/>
        </w:rPr>
        <w:br/>
      </w:r>
      <w:r>
        <w:rPr>
          <w:lang w:eastAsia="zh-CN"/>
        </w:rPr>
        <w:t>　　继续培养写日记的习惯；能够做到爱护图书，并养成习惯。</w:t>
      </w:r>
      <w:r>
        <w:rPr>
          <w:lang w:eastAsia="zh-CN"/>
        </w:rPr>
        <w:br/>
      </w:r>
      <w:r>
        <w:rPr>
          <w:lang w:eastAsia="zh-CN"/>
        </w:rPr>
        <w:t>　　继续培养认真完成作业的习惯；学会使用工具书，并养成习惯。</w:t>
      </w:r>
      <w:r>
        <w:rPr>
          <w:lang w:eastAsia="zh-CN"/>
        </w:rPr>
        <w:br/>
      </w:r>
      <w:r>
        <w:rPr>
          <w:lang w:eastAsia="zh-CN"/>
        </w:rPr>
        <w:t>　　继续培养自己修改作文和通过多种渠道学习语文的习惯。</w:t>
      </w:r>
      <w:r>
        <w:rPr>
          <w:lang w:eastAsia="zh-CN"/>
        </w:rPr>
        <w:br/>
      </w:r>
      <w:r>
        <w:rPr>
          <w:lang w:eastAsia="zh-CN"/>
        </w:rPr>
        <w:t>　　继续培养勤于搜集资料和不懂就问的习惯。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培养行万里路、读万卷书和在实践中运用所学语文的习惯。</w:t>
      </w:r>
      <w:r>
        <w:rPr>
          <w:lang w:eastAsia="zh-CN"/>
        </w:rPr>
        <w:br/>
      </w:r>
      <w:r>
        <w:rPr>
          <w:lang w:eastAsia="zh-CN"/>
        </w:rPr>
        <w:t>　　2、汉语拼音。</w:t>
      </w:r>
      <w:r>
        <w:rPr>
          <w:lang w:eastAsia="zh-CN"/>
        </w:rPr>
        <w:br/>
      </w:r>
      <w:r>
        <w:rPr>
          <w:lang w:eastAsia="zh-CN"/>
        </w:rPr>
        <w:t>　　继续巩固汉语拼音，利用汉语拼音帮助识字、阅读学习、普通话。</w:t>
      </w:r>
      <w:r>
        <w:rPr>
          <w:lang w:eastAsia="zh-CN"/>
        </w:rPr>
        <w:br/>
      </w:r>
      <w:r>
        <w:rPr>
          <w:lang w:eastAsia="zh-CN"/>
        </w:rPr>
        <w:t>　　3、识字写字。</w:t>
      </w:r>
      <w:r>
        <w:rPr>
          <w:lang w:eastAsia="zh-CN"/>
        </w:rPr>
        <w:br/>
      </w:r>
      <w:r>
        <w:rPr>
          <w:lang w:eastAsia="zh-CN"/>
        </w:rPr>
        <w:t>　　准确认读147个生字。</w:t>
      </w:r>
      <w:r>
        <w:rPr>
          <w:lang w:eastAsia="zh-CN"/>
        </w:rPr>
        <w:br/>
      </w:r>
      <w:r>
        <w:rPr>
          <w:lang w:eastAsia="zh-CN"/>
        </w:rPr>
        <w:t>　　能够按笔画顺序正确默写生字125个，能够按字的结构把字书写端正、写匀称。</w:t>
      </w:r>
      <w:r>
        <w:rPr>
          <w:lang w:eastAsia="zh-CN"/>
        </w:rPr>
        <w:br/>
      </w:r>
      <w:r>
        <w:rPr>
          <w:lang w:eastAsia="zh-CN"/>
        </w:rPr>
        <w:t>　　继续学习用钢笔书写，写得正确、端正、整洁。</w:t>
      </w:r>
      <w:r>
        <w:rPr>
          <w:lang w:eastAsia="zh-CN"/>
        </w:rPr>
        <w:br/>
      </w:r>
      <w:r>
        <w:rPr>
          <w:lang w:eastAsia="zh-CN"/>
        </w:rPr>
        <w:t>　　继续练习写毛笔字，知道各种类型汉字的间架结构及笔画特点。</w:t>
      </w:r>
      <w:r>
        <w:rPr>
          <w:lang w:eastAsia="zh-CN"/>
        </w:rPr>
        <w:br/>
      </w:r>
      <w:r>
        <w:rPr>
          <w:lang w:eastAsia="zh-CN"/>
        </w:rPr>
        <w:t>　　4、口语交际。</w:t>
      </w:r>
      <w:r>
        <w:rPr>
          <w:lang w:eastAsia="zh-CN"/>
        </w:rPr>
        <w:br/>
      </w:r>
      <w:r>
        <w:rPr>
          <w:lang w:eastAsia="zh-CN"/>
        </w:rPr>
        <w:t>　　能认真听别人讲话，听懂别人说的一段话和一件简单的事，能转述基本内容。能讲述课文所写的故事。</w:t>
      </w:r>
      <w:r>
        <w:rPr>
          <w:lang w:eastAsia="zh-CN"/>
        </w:rPr>
        <w:br/>
      </w:r>
      <w:r>
        <w:rPr>
          <w:lang w:eastAsia="zh-CN"/>
        </w:rPr>
        <w:t>　　能在看图或观察事物后，用普通话说一段意思完整、连贯的话。</w:t>
      </w:r>
      <w:r>
        <w:rPr>
          <w:lang w:eastAsia="zh-CN"/>
        </w:rPr>
        <w:br/>
      </w:r>
      <w:r>
        <w:rPr>
          <w:lang w:eastAsia="zh-CN"/>
        </w:rPr>
        <w:t>　　能就所听所读的内容，用普通话回答问题，做到语句完整，意思连贯。</w:t>
      </w:r>
      <w:r>
        <w:rPr>
          <w:lang w:eastAsia="zh-CN"/>
        </w:rPr>
        <w:br/>
      </w:r>
      <w:r>
        <w:rPr>
          <w:lang w:eastAsia="zh-CN"/>
        </w:rPr>
        <w:t>　　能当众说话，做到语句比较通顺，有礼貌。</w:t>
      </w:r>
      <w:r>
        <w:rPr>
          <w:lang w:eastAsia="zh-CN"/>
        </w:rPr>
        <w:br/>
      </w:r>
      <w:r>
        <w:rPr>
          <w:lang w:eastAsia="zh-CN"/>
        </w:rPr>
        <w:t>　　乐于参加讨论问题，敢于主动发言，说清楚自己的意思。</w:t>
      </w:r>
      <w:r>
        <w:rPr>
          <w:lang w:eastAsia="zh-CN"/>
        </w:rPr>
        <w:br/>
      </w:r>
      <w:r>
        <w:rPr>
          <w:lang w:eastAsia="zh-CN"/>
        </w:rPr>
        <w:t>　　5、阅读</w:t>
      </w:r>
      <w:r>
        <w:rPr>
          <w:lang w:eastAsia="zh-CN"/>
        </w:rPr>
        <w:br/>
      </w:r>
      <w:r>
        <w:rPr>
          <w:lang w:eastAsia="zh-CN"/>
        </w:rPr>
        <w:t>　　继续学习正确、流利、有感情地朗读课文。能背诵指定的课文，能复述课文，会分角色朗读课文。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继续学习默读课文，能不出声，不指读，一边读一边想，并注意默读的速度。</w:t>
      </w:r>
      <w:r>
        <w:rPr>
          <w:lang w:eastAsia="zh-CN"/>
        </w:rPr>
        <w:br/>
      </w:r>
      <w:r>
        <w:rPr>
          <w:lang w:eastAsia="zh-CN"/>
        </w:rPr>
        <w:t>　　能联系语言环境和生活实际，理解常用词语的意思。</w:t>
      </w:r>
      <w:r>
        <w:rPr>
          <w:lang w:eastAsia="zh-CN"/>
        </w:rPr>
        <w:br/>
      </w:r>
      <w:r>
        <w:rPr>
          <w:lang w:eastAsia="zh-CN"/>
        </w:rPr>
        <w:t>　　能凭借语言文字理解课文内容，想象课文所描绘的情境，知道课文的大意。</w:t>
      </w:r>
      <w:r>
        <w:rPr>
          <w:lang w:eastAsia="zh-CN"/>
        </w:rPr>
        <w:br/>
      </w:r>
      <w:r>
        <w:rPr>
          <w:lang w:eastAsia="zh-CN"/>
        </w:rPr>
        <w:t>　　继续学习按要求预习课文。能借助字典学习生字词，初读课文，提出疑难问题，初步养成预习习惯。</w:t>
      </w:r>
      <w:r>
        <w:rPr>
          <w:lang w:eastAsia="zh-CN"/>
        </w:rPr>
        <w:br/>
      </w:r>
      <w:r>
        <w:rPr>
          <w:lang w:eastAsia="zh-CN"/>
        </w:rPr>
        <w:t>　　能阅读程度适合的少年儿童读物，了解主要内容。</w:t>
      </w:r>
      <w:r>
        <w:rPr>
          <w:lang w:eastAsia="zh-CN"/>
        </w:rPr>
        <w:br/>
      </w:r>
      <w:r>
        <w:rPr>
          <w:lang w:eastAsia="zh-CN"/>
        </w:rPr>
        <w:t>　　学习浏览，扩大知识面，根据需要搜集信息。</w:t>
      </w:r>
      <w:r>
        <w:rPr>
          <w:lang w:eastAsia="zh-CN"/>
        </w:rPr>
        <w:br/>
      </w:r>
      <w:r>
        <w:rPr>
          <w:lang w:eastAsia="zh-CN"/>
        </w:rPr>
        <w:t>　　6、习作。</w:t>
      </w:r>
      <w:r>
        <w:rPr>
          <w:lang w:eastAsia="zh-CN"/>
        </w:rPr>
        <w:br/>
      </w:r>
      <w:r>
        <w:rPr>
          <w:lang w:eastAsia="zh-CN"/>
        </w:rPr>
        <w:t>　　能用学过的部分词语造句。能理顺次序错乱的句子。</w:t>
      </w:r>
      <w:r>
        <w:rPr>
          <w:lang w:eastAsia="zh-CN"/>
        </w:rPr>
        <w:br/>
      </w:r>
      <w:r>
        <w:rPr>
          <w:lang w:eastAsia="zh-CN"/>
        </w:rPr>
        <w:t>　　学习有顺序地比较细致地观察图画和事物，写出文从字顺的短文。</w:t>
      </w:r>
      <w:r>
        <w:rPr>
          <w:lang w:eastAsia="zh-CN"/>
        </w:rPr>
        <w:br/>
      </w:r>
      <w:r>
        <w:rPr>
          <w:lang w:eastAsia="zh-CN"/>
        </w:rPr>
        <w:t>　　能修改有明显错误的句子。</w:t>
      </w:r>
      <w:r>
        <w:rPr>
          <w:lang w:eastAsia="zh-CN"/>
        </w:rPr>
        <w:br/>
      </w:r>
      <w:r>
        <w:rPr>
          <w:lang w:eastAsia="zh-CN"/>
        </w:rPr>
        <w:t>　　学习使用逗号、句号、问号、叹号、冒号、引号、顿号、书名号、省略号，认识破折号。</w:t>
      </w:r>
      <w:r>
        <w:rPr>
          <w:lang w:eastAsia="zh-CN"/>
        </w:rPr>
        <w:br/>
      </w:r>
      <w:r>
        <w:rPr>
          <w:lang w:eastAsia="zh-CN"/>
        </w:rPr>
        <w:t>　　学习从内容、词句、标点等方面修改自己的作文。学习使用常用的修改符号。</w:t>
      </w:r>
      <w:r>
        <w:rPr>
          <w:lang w:eastAsia="zh-CN"/>
        </w:rPr>
        <w:br/>
      </w:r>
      <w:r>
        <w:rPr>
          <w:lang w:eastAsia="zh-CN"/>
        </w:rPr>
        <w:t>　　[教学措施]</w:t>
      </w:r>
      <w:r>
        <w:rPr>
          <w:lang w:eastAsia="zh-CN"/>
        </w:rPr>
        <w:br/>
      </w:r>
      <w:r>
        <w:rPr>
          <w:lang w:eastAsia="zh-CN"/>
        </w:rPr>
        <w:t>　　1、继续抓好学生良好学习习惯的培养。</w:t>
      </w:r>
      <w:r>
        <w:rPr>
          <w:lang w:eastAsia="zh-CN"/>
        </w:rPr>
        <w:br/>
      </w:r>
      <w:r>
        <w:rPr>
          <w:lang w:eastAsia="zh-CN"/>
        </w:rPr>
        <w:t>　　一方面，培养本册安排的关于读书做笔记和不懂就问的习惯。另一方面，对以往所提的习惯要常抓不懈。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2、在教学中，坚持"以读为主，以讲助读，以各种教辅手段促读"指导学生把书读好。注重感受领悟、积累、运用，从而提高语文水平。</w:t>
      </w:r>
      <w:r>
        <w:rPr>
          <w:lang w:eastAsia="zh-CN"/>
        </w:rPr>
        <w:br/>
      </w:r>
      <w:r>
        <w:rPr>
          <w:lang w:eastAsia="zh-CN"/>
        </w:rPr>
        <w:t>　　3、授课过程中，依照设计好的教案，灵活多样地采取各种教学方法和多媒体电教设备，在课堂上营造一种轻松的教学氛围，从而提高学生的学习兴趣，增强课堂教学效果。彻底改变了传统的“满堂灌”的做法，始终以学生为学习主体，引导学生改变学习方式，变为自主、合作、探究式学习，以提高学习效率。</w:t>
      </w:r>
      <w:r>
        <w:rPr>
          <w:lang w:eastAsia="zh-CN"/>
        </w:rPr>
        <w:br/>
      </w:r>
      <w:r>
        <w:rPr>
          <w:lang w:eastAsia="zh-CN"/>
        </w:rPr>
        <w:t>　　4、在阅读教学中引导学生积累、运用范文的语言，学习范文的写作方法，迁移运用到习作中来。</w:t>
      </w:r>
      <w:r>
        <w:rPr>
          <w:lang w:eastAsia="zh-CN"/>
        </w:rPr>
        <w:br/>
      </w:r>
      <w:r>
        <w:rPr>
          <w:lang w:eastAsia="zh-CN"/>
        </w:rPr>
        <w:t>　　5、课后，注意有针对性地对学生进行集体辅导和个别辅导，帮助学生及时复习好所学的新知识。</w:t>
      </w:r>
      <w:r>
        <w:rPr>
          <w:lang w:eastAsia="zh-CN"/>
        </w:rPr>
        <w:br/>
      </w:r>
      <w:r>
        <w:rPr>
          <w:lang w:eastAsia="zh-CN"/>
        </w:rPr>
        <w:t>　　6、要求学生读好书，好读书，提高语文素养。　　六年级语文上册教学工作计划 6</w:t>
      </w:r>
      <w:r>
        <w:rPr>
          <w:lang w:eastAsia="zh-CN"/>
        </w:rPr>
        <w:br/>
      </w:r>
      <w:r>
        <w:rPr>
          <w:lang w:eastAsia="zh-CN"/>
        </w:rPr>
        <w:t>　　一、学生分析</w:t>
      </w:r>
      <w:r>
        <w:rPr>
          <w:lang w:eastAsia="zh-CN"/>
        </w:rPr>
        <w:br/>
      </w:r>
      <w:r>
        <w:rPr>
          <w:lang w:eastAsia="zh-CN"/>
        </w:rPr>
        <w:t>　　本班有学生40人,大部分学生热爱学习，积极要求进步，但有部分学生的行为习惯较差，对学习语文缺乏一种热情，特别在阅读习作方面。本学期，针对各班学生实际情况，有的放矢地培养学生的学习兴趣。</w:t>
      </w:r>
      <w:r>
        <w:rPr>
          <w:lang w:eastAsia="zh-CN"/>
        </w:rPr>
        <w:br/>
      </w:r>
      <w:r>
        <w:rPr>
          <w:lang w:eastAsia="zh-CN"/>
        </w:rPr>
        <w:t>　　二、教材分析:</w:t>
      </w:r>
      <w:r>
        <w:rPr>
          <w:lang w:eastAsia="zh-CN"/>
        </w:rPr>
        <w:br/>
      </w:r>
      <w:r>
        <w:rPr>
          <w:lang w:eastAsia="zh-CN"/>
        </w:rPr>
        <w:t>　　教材共6个单元组，30篇课文，其中讲读课文18篇，阅读课文12篇，阅读链接6篇。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综合学习6个，综合学习包括我的采蜜集、读读背背、口语交际、我的小笔头四部分。</w:t>
      </w:r>
      <w:r>
        <w:rPr>
          <w:lang w:eastAsia="zh-CN"/>
        </w:rPr>
        <w:br/>
      </w:r>
      <w:r>
        <w:rPr>
          <w:lang w:eastAsia="zh-CN"/>
        </w:rPr>
        <w:t>　　1、识字、写字教学</w:t>
      </w:r>
      <w:r>
        <w:rPr>
          <w:lang w:eastAsia="zh-CN"/>
        </w:rPr>
        <w:br/>
      </w:r>
      <w:r>
        <w:rPr>
          <w:lang w:eastAsia="zh-CN"/>
        </w:rPr>
        <w:t>　　本册教材要求会写136个字。教学中，老师可以就难写的字、易混淆的字形作重点指导。在强调写字质量的同时，还可适当要求提高写字的速度，并养成良好的写字习惯。及时纠正学生在书写过程中出现的问题，同时培养学生的书写兴趣和书法爱好。</w:t>
      </w:r>
      <w:r>
        <w:rPr>
          <w:lang w:eastAsia="zh-CN"/>
        </w:rPr>
        <w:br/>
      </w:r>
      <w:r>
        <w:rPr>
          <w:lang w:eastAsia="zh-CN"/>
        </w:rPr>
        <w:t>　　随着年级的升高，学生识字量不断增加，阅读理解能力不断提高，而且渐渐具备了在读中分析、概括、抽象、归纳的能力。阅读教学要注意在读懂课文的基础上教给方法，培养学生自主读书、习作的能力。</w:t>
      </w:r>
      <w:r>
        <w:rPr>
          <w:lang w:eastAsia="zh-CN"/>
        </w:rPr>
        <w:br/>
      </w:r>
      <w:r>
        <w:rPr>
          <w:lang w:eastAsia="zh-CN"/>
        </w:rPr>
        <w:t>　　3、口语交际教学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注意激发兴趣，引导互动交流。本册教材注意从学生生活实际中提炼口语交际话题，有的专题中口语交际提供了多个角度，给定一个话题的，注意拓宽话题范围。教师要结合本地区、本校、本班学生的生活实际，选择交流主题和话题范围，使学生的交际能够与生活经验相结合，有话可讲。还要根据每次口语交际的`内容，设计不同的教学方案，为学生兴致勃勃地参与交际、展开互动交流创造条件。交际目标要明确。教材安排的交际话题类型不一，每堂口语交际课的交际目标也应各有侧重。要注意从倾听、表达、应对等各个方面考虑，提取需要重点训练的方面，教学时做到心中有数，适时给予点拨、指导。对于辩论、演讲等需要专业技能的口语交际话题，要根据教材安排给予一定指导，但不能拔高要求。有些口语交际与习作合在一起，要注意处理好口语交际和习作指导、讲评的关系。总之，在口语交际课上，要科学安排教学内容，有针对性地给予指导，以不断提高学生的交际水平，培养良好的语言习惯。</w:t>
      </w:r>
      <w:r>
        <w:rPr>
          <w:lang w:eastAsia="zh-CN"/>
        </w:rPr>
        <w:br/>
      </w:r>
      <w:r>
        <w:rPr>
          <w:lang w:eastAsia="zh-CN"/>
        </w:rPr>
        <w:t>　　对教材中安排的习作内容，教学中既要注意体现要求，又要注意活用教材。在习作前的指导和习作后的讲评中，注意渗透习作要求，落实教学目标。同时，还要结合学生实际，灵活选择教学内容，安排教学过程。</w:t>
      </w:r>
      <w:r>
        <w:rPr>
          <w:lang w:eastAsia="zh-CN"/>
        </w:rPr>
        <w:br/>
      </w:r>
      <w:r>
        <w:rPr>
          <w:lang w:eastAsia="zh-CN"/>
        </w:rPr>
        <w:t>　　修改能力是习作能力的一个重要方面，认真修改也是一种良好的作文习惯。讲评中要重视修改，帮助学生养成认真修改习作的好习惯。</w:t>
      </w:r>
      <w:r>
        <w:rPr>
          <w:lang w:eastAsia="zh-CN"/>
        </w:rPr>
        <w:br/>
      </w:r>
      <w:r>
        <w:rPr>
          <w:lang w:eastAsia="zh-CN"/>
        </w:rPr>
        <w:t>　　4、综合性学习的教学</w:t>
      </w:r>
      <w:r>
        <w:rPr>
          <w:lang w:eastAsia="zh-CN"/>
        </w:rPr>
        <w:br/>
      </w:r>
      <w:r>
        <w:rPr>
          <w:lang w:eastAsia="zh-CN"/>
        </w:rPr>
        <w:t>　　把握阅读材料的学习要求。教学中要落实要求，背诵相关诗歌，理解诗歌内容，了解相关知识。有的诗歌后附了注释、赏析，教学中要把这些内容运用起来，引导自主阅读、欣赏诗歌，并教给学生了解诗歌大意、体会诗歌情感的方法。</w:t>
      </w:r>
      <w:r>
        <w:rPr>
          <w:lang w:eastAsia="zh-CN"/>
        </w:rPr>
        <w:br/>
      </w:r>
      <w:r>
        <w:rPr>
          <w:lang w:eastAsia="zh-CN"/>
        </w:rPr>
        <w:t>　　三、教学措施:</w:t>
      </w:r>
      <w:r>
        <w:rPr>
          <w:lang w:eastAsia="zh-CN"/>
        </w:rPr>
        <w:br/>
      </w:r>
      <w:r>
        <w:rPr>
          <w:lang w:eastAsia="zh-CN"/>
        </w:rPr>
        <w:t>　　1、认真备课。</w:t>
      </w:r>
      <w:r>
        <w:rPr>
          <w:lang w:eastAsia="zh-CN"/>
        </w:rPr>
        <w:br/>
      </w:r>
      <w:r>
        <w:rPr>
          <w:lang w:eastAsia="zh-CN"/>
        </w:rPr>
        <w:t>　　备好课是上好课的前提，高质量的备课才能生成高效率的课堂，要树立正确的备课价值观。在备课方面，要注重对教材的钻研，切实加强课堂研究，避免上课马虎，然后搞题海战术的做法。</w:t>
      </w:r>
      <w:r>
        <w:rPr>
          <w:lang w:eastAsia="zh-CN"/>
        </w:rPr>
        <w:br/>
      </w:r>
      <w:r>
        <w:rPr>
          <w:lang w:eastAsia="zh-CN"/>
        </w:rPr>
        <w:t>　　2、认真上课。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加强课堂管理，提高教学效率:督促学生形成良好的听课习惯;教学时以情感人，以饱满的热情和教学艺术点燃学生学习情感，形成规范、和谐的课堂氛围。</w:t>
      </w:r>
      <w:r>
        <w:rPr>
          <w:lang w:eastAsia="zh-CN"/>
        </w:rPr>
        <w:br/>
      </w:r>
      <w:r>
        <w:rPr>
          <w:lang w:eastAsia="zh-CN"/>
        </w:rPr>
        <w:t>　　3、要经常听课、说课。</w:t>
      </w:r>
      <w:r>
        <w:rPr>
          <w:lang w:eastAsia="zh-CN"/>
        </w:rPr>
        <w:br/>
      </w:r>
      <w:r>
        <w:rPr>
          <w:lang w:eastAsia="zh-CN"/>
        </w:rPr>
        <w:t>　　取长补短，在实践中反思，在反思中提高，不断提升自己驾驭课堂的能力，面对突发状况的教学机智，以及丰富自己对于新课程、新课改的认识。</w:t>
      </w:r>
      <w:r>
        <w:rPr>
          <w:lang w:eastAsia="zh-CN"/>
        </w:rPr>
        <w:br/>
      </w:r>
      <w:r>
        <w:rPr>
          <w:lang w:eastAsia="zh-CN"/>
        </w:rPr>
        <w:t>　　4、继续培养学生良好的学习习惯。</w:t>
      </w:r>
      <w:r>
        <w:rPr>
          <w:lang w:eastAsia="zh-CN"/>
        </w:rPr>
        <w:br/>
      </w:r>
      <w:r>
        <w:rPr>
          <w:lang w:eastAsia="zh-CN"/>
        </w:rPr>
        <w:t>　　一方面，培养学生读书做笔记和不懂就问的习惯。另一方面，继续发扬以往形成的良好习惯,并做到常抓不懈。</w:t>
      </w:r>
      <w:r>
        <w:rPr>
          <w:lang w:eastAsia="zh-CN"/>
        </w:rPr>
        <w:br/>
      </w:r>
      <w:r>
        <w:rPr>
          <w:lang w:eastAsia="zh-CN"/>
        </w:rPr>
        <w:t>　　5、在教学中，坚持"以读为主，以讲助读，以各种教辅手段促读"指导学生把书读好。注重感受领悟、积累、运用，从而提高语文水平。</w:t>
      </w:r>
      <w:r>
        <w:rPr>
          <w:lang w:eastAsia="zh-CN"/>
        </w:rPr>
        <w:br/>
      </w:r>
      <w:r>
        <w:rPr>
          <w:lang w:eastAsia="zh-CN"/>
        </w:rPr>
        <w:t>　　6、在阅读教学中引导学生积累、运用范文的语言，学习范文的写作方法，并能迁移运用到习作中来。</w:t>
      </w:r>
      <w:r>
        <w:rPr>
          <w:lang w:eastAsia="zh-CN"/>
        </w:rPr>
        <w:br/>
      </w:r>
      <w:r>
        <w:rPr>
          <w:lang w:eastAsia="zh-CN"/>
        </w:rPr>
        <w:t>　　7、要求学生读好书，好读书，提高语文素养。</w:t>
      </w:r>
      <w:r>
        <w:rPr>
          <w:lang w:eastAsia="zh-CN"/>
        </w:rPr>
        <w:br/>
      </w:r>
      <w:r>
        <w:rPr>
          <w:lang w:eastAsia="zh-CN"/>
        </w:rPr>
        <w:t>　　四、优等生的提高、学困生的优化措施:</w:t>
      </w:r>
      <w:r>
        <w:rPr>
          <w:lang w:eastAsia="zh-CN"/>
        </w:rPr>
        <w:br/>
      </w:r>
      <w:r>
        <w:rPr>
          <w:lang w:eastAsia="zh-CN"/>
        </w:rPr>
        <w:t>　　1、对优等生的要求要高于班级平均要求。</w:t>
      </w:r>
      <w:r>
        <w:rPr>
          <w:lang w:eastAsia="zh-CN"/>
        </w:rPr>
        <w:br/>
      </w:r>
      <w:r>
        <w:rPr>
          <w:lang w:eastAsia="zh-CN"/>
        </w:rPr>
        <w:t>　　2、针对特别优秀的学生，采取特殊手段，使他们各方面的才能能够更加精进。</w:t>
      </w:r>
      <w:r>
        <w:rPr>
          <w:lang w:eastAsia="zh-CN"/>
        </w:rPr>
        <w:br/>
      </w:r>
      <w:r>
        <w:rPr>
          <w:lang w:eastAsia="zh-CN"/>
        </w:rPr>
        <w:t>　　3、优等生起带头、示范作用，在班级的日常管理、课堂中能够帮助学困生，以使大家能够共同进步。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4、努力寻找优等生各方面的不足，因材施教，加强训练强度，以求他们能够在各方面有更好的发展。</w:t>
      </w:r>
      <w:r>
        <w:rPr>
          <w:lang w:eastAsia="zh-CN"/>
        </w:rPr>
        <w:br/>
      </w:r>
      <w:r>
        <w:rPr>
          <w:lang w:eastAsia="zh-CN"/>
        </w:rPr>
        <w:t>　　学困生的优化措施:</w:t>
      </w:r>
      <w:r>
        <w:rPr>
          <w:lang w:eastAsia="zh-CN"/>
        </w:rPr>
        <w:br/>
      </w:r>
      <w:r>
        <w:rPr>
          <w:lang w:eastAsia="zh-CN"/>
        </w:rPr>
        <w:t>　　1、针对本班学困生的学习情况，采取“一对一”的帮扶形式，请优等生来帮助学困生，达到共同进步的目的。</w:t>
      </w:r>
      <w:r>
        <w:rPr>
          <w:lang w:eastAsia="zh-CN"/>
        </w:rPr>
        <w:br/>
      </w:r>
      <w:r>
        <w:rPr>
          <w:lang w:eastAsia="zh-CN"/>
        </w:rPr>
        <w:t>　　2、在课堂教学时，教师应对重点内容进行详细分析，多说几遍;并在课后对后进生的作业等问题进行及时的辅导和解答。</w:t>
      </w:r>
      <w:r>
        <w:rPr>
          <w:lang w:eastAsia="zh-CN"/>
        </w:rPr>
        <w:br/>
      </w:r>
      <w:r>
        <w:rPr>
          <w:lang w:eastAsia="zh-CN"/>
        </w:rPr>
        <w:t>　　3、课堂时间里给予适当的机会，请后进生来发表自己的看法，教师及其他同学要给予鼓励，给他们提供交流的时间和场地。　　六年级语文上册教学工作计划 7</w:t>
      </w:r>
      <w:r>
        <w:rPr>
          <w:lang w:eastAsia="zh-CN"/>
        </w:rPr>
        <w:br/>
      </w:r>
      <w:r>
        <w:rPr>
          <w:lang w:eastAsia="zh-CN"/>
        </w:rPr>
        <w:t>　　夏去秋来，本学期我担任六年级(x)班的班主任并担任语文教学工作。依据学校工作思路，结合本班实际情况，以及上学期的工作经验和教训，特制定计划如下：</w:t>
      </w:r>
      <w:r>
        <w:rPr>
          <w:lang w:eastAsia="zh-CN"/>
        </w:rPr>
        <w:br/>
      </w:r>
      <w:r>
        <w:rPr>
          <w:lang w:eastAsia="zh-CN"/>
        </w:rPr>
        <w:t>　　一、班级情况简介</w:t>
      </w:r>
      <w:r>
        <w:rPr>
          <w:lang w:eastAsia="zh-CN"/>
        </w:rPr>
        <w:br/>
      </w:r>
      <w:r>
        <w:rPr>
          <w:lang w:eastAsia="zh-CN"/>
        </w:rPr>
        <w:t>　　本学期班内依然为x名学生，其中有男生x人，女生x人。从上学期的语文成绩来看，本学期要从阅读理解方面下功夫，提高学生的理解能力，同时还要培养学生认真书写的习惯。另外，还有部分同学偏科，比如刘雅娴同学，除各科成绩都不错，但英语却很差，所以本学期还要注意引导这样的孩子全面发展。对于差生，他们学习态度不够端正，缺乏明确的学习目标，学习基础较差，积累不够丰富，不能全身心地自觉学习，促进他们进步，依然是本学期的重点。</w:t>
      </w:r>
      <w:r>
        <w:rPr>
          <w:lang w:eastAsia="zh-CN"/>
        </w:rPr>
        <w:br/>
      </w:r>
      <w:r>
        <w:rPr>
          <w:lang w:eastAsia="zh-CN"/>
        </w:rPr>
        <w:t>　　二、教学工作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在语文教学中，做好以下几方面工作：</w:t>
      </w:r>
      <w:r>
        <w:rPr>
          <w:lang w:eastAsia="zh-CN"/>
        </w:rPr>
        <w:br/>
      </w:r>
      <w:r>
        <w:rPr>
          <w:lang w:eastAsia="zh-CN"/>
        </w:rPr>
        <w:t>　　1、抓基础知识和基本技能</w:t>
      </w:r>
      <w:r>
        <w:rPr>
          <w:lang w:eastAsia="zh-CN"/>
        </w:rPr>
        <w:br/>
      </w:r>
      <w:r>
        <w:rPr>
          <w:lang w:eastAsia="zh-CN"/>
        </w:rPr>
        <w:t>　　在上学期期末考试中，部分同学的基础知识掌握得不够扎实，本学期在这方面进行狠抓。如对课文的生字新词和要求背诵的内容，一定要全班同学都过关。对于学习的重点，如“句子的变换形式”和“修改病句”以及“多音字的理解”等容易失分知识，要采用多种形式的练习，小结方法，练习巩固等，争取绝大部分学生在课堂里过</w:t>
      </w:r>
      <w:r>
        <w:rPr>
          <w:lang w:eastAsia="zh-CN"/>
        </w:rPr>
        <w:br/>
      </w:r>
      <w:r>
        <w:rPr>
          <w:lang w:eastAsia="zh-CN"/>
        </w:rPr>
        <w:t>　　2、做好学习方法的指导</w:t>
      </w:r>
      <w:r>
        <w:rPr>
          <w:lang w:eastAsia="zh-CN"/>
        </w:rPr>
        <w:br/>
      </w:r>
      <w:r>
        <w:rPr>
          <w:lang w:eastAsia="zh-CN"/>
        </w:rPr>
        <w:t>　　俗话说，“磨刀不误砍柴功”。最重要的学习莫过于方法的学习。搞好了学习方法的指导，对提高学生学习成绩是有很大的好处的。因此，教学不同的知识点时，都要结合学生学习的`情况来渗透学习方法的指导。</w:t>
      </w:r>
      <w:r>
        <w:rPr>
          <w:lang w:eastAsia="zh-CN"/>
        </w:rPr>
        <w:br/>
      </w:r>
      <w:r>
        <w:rPr>
          <w:lang w:eastAsia="zh-CN"/>
        </w:rPr>
        <w:t>　　在预习课文时，要求学生“读—画—思—写—问”的五步预习方法，意思是“读课文、画词句、思内容、写批注、问不解”的方法。学生掌握这个预习方法，有利于提高他的自学能力和阅读水平。</w:t>
      </w:r>
      <w:r>
        <w:rPr>
          <w:lang w:eastAsia="zh-CN"/>
        </w:rPr>
        <w:br/>
      </w:r>
      <w:r>
        <w:rPr>
          <w:lang w:eastAsia="zh-CN"/>
        </w:rPr>
        <w:t>　　在阅读教学上，要教给学生理清文章的脉络，渗透理解词句的方法，指导学生抓住文眼来理解中心，归纳小结“分段、概括段意、概括主要内容、体会思想感情、感悟表达方法”等阅读技能，并进行迁移学习到同体裁的课文中去，收到举一反三的效果。</w:t>
      </w:r>
      <w:r>
        <w:rPr>
          <w:lang w:eastAsia="zh-CN"/>
        </w:rPr>
        <w:br/>
      </w:r>
    </w:p>
    <w:p w:rsidR="001B1F19" w14:textId="27C3F48A">
      <w:pPr>
        <w:rPr>
          <w:rFonts w:hint="eastAsia"/>
          <w:lang w:eastAsia="zh-CN"/>
        </w:rPr>
      </w:pPr>
      <w:r>
        <w:rPr>
          <w:lang w:eastAsia="zh-CN"/>
        </w:rPr>
        <w:t>　　在习作教学上，引导学生仔细观察周边的事物，并把自己的感受诉诸笔端。把从课堂教学中学到的课文表达方法迁移运用，并开展多种形式的文体活动，让他们有生活体验，有话可说，使学生的表达能力在不断的练习中得到提高。教学中要将读与写结合起来，同时，计划搜集一些学生们感兴趣的话题在课前的二至三分钟内进行口头作文练习，锻炼学生的口语表达及快速构思成文的能力。</w:t>
      </w:r>
      <w:r>
        <w:rPr>
          <w:lang w:eastAsia="zh-CN"/>
        </w:rPr>
        <w:br/>
      </w:r>
      <w:r>
        <w:rPr>
          <w:lang w:eastAsia="zh-CN"/>
        </w:rPr>
        <w:t>　　3、做好转差工作</w:t>
      </w:r>
      <w:r>
        <w:rPr>
          <w:lang w:eastAsia="zh-CN"/>
        </w:rPr>
        <w:br/>
      </w:r>
      <w:r>
        <w:rPr>
          <w:lang w:eastAsia="zh-CN"/>
        </w:rPr>
        <w:t>　　本班级需帮助的差生大约有10名左右，提高他们的成绩，对提高全班整体的学习质量有很大的作用。我将采用“以优带差”的方法，帮助差生制定出学习目标和学习内容，每天让优生抽出半小时帮助他们掌握，因为是多名优生来帮助，所以他们都不会有增大负担的感觉。另外我还将设了奖励的制度，形成了竞争的机制。通过单元和知识点的小测，检查他们的学习效果，及时给差生鼓励，使他们重树学习的信心。</w:t>
      </w:r>
      <w:r>
        <w:rPr>
          <w:lang w:eastAsia="zh-CN"/>
        </w:rPr>
        <w:br/>
      </w:r>
      <w:r>
        <w:rPr>
          <w:lang w:eastAsia="zh-CN"/>
        </w:rPr>
        <w:t>　　4、拓展知识视野</w:t>
      </w:r>
      <w:r>
        <w:rPr>
          <w:lang w:eastAsia="zh-CN"/>
        </w:rPr>
        <w:br/>
      </w:r>
      <w:r>
        <w:rPr>
          <w:lang w:eastAsia="zh-CN"/>
        </w:rPr>
        <w:t>　　语文教学必须重视积累运用，只有学生对知识有了一定积累之后才能运用。为了拓展学生的知识视野，我准备开展一系列的语文综合实践活动：</w:t>
      </w:r>
      <w:r>
        <w:rPr>
          <w:lang w:eastAsia="zh-CN"/>
        </w:rPr>
        <w:br/>
      </w:r>
      <w:r>
        <w:rPr>
          <w:lang w:eastAsia="zh-CN"/>
        </w:rPr>
        <w:t>　　(1)优秀文段朗读。通过学生自主搜寻优秀文段，使学生主动进行课外阅读，学生的阅读量增加的同时，必然会收获许多东西。</w:t>
      </w:r>
      <w:r>
        <w:rPr>
          <w:lang w:eastAsia="zh-CN"/>
        </w:rPr>
        <w:br/>
      </w:r>
      <w:r>
        <w:rPr>
          <w:lang w:eastAsia="zh-CN"/>
        </w:rPr>
        <w:t>　　(2)好词佳句的收集。继续收集好词佳句并进行整理，使学生的词汇积累不断增多。</w:t>
      </w:r>
      <w:r>
        <w:rPr>
          <w:lang w:eastAsia="zh-CN"/>
        </w:rPr>
        <w:br/>
      </w:r>
      <w:r>
        <w:rPr>
          <w:lang w:eastAsia="zh-CN"/>
        </w:rPr>
        <w:t>　　(3)原创得意句段的展示。</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https://d.book118.com/108143014046006044</w:t>
        </w:r>
      </w:hyperlink>
    </w:p>
    <w:p w:rsidR="001B1F19">
      <w:pPr>
        <w:rPr>
          <w:rFonts w:hint="eastAsia"/>
          <w:lang w:eastAsia="zh-CN"/>
        </w:rPr>
      </w:pPr>
    </w:p>
    <w:sectPr>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08143014046006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