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教师语文期末考试总结（32篇）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教师语文期末考试总结（精选32篇）</w:t>
      </w:r>
      <w:r>
        <w:rPr>
          <w:lang w:eastAsia="zh-CN"/>
        </w:rPr>
        <w:br/>
      </w:r>
      <w:r>
        <w:rPr>
          <w:lang w:eastAsia="zh-CN"/>
        </w:rPr>
        <w:t xml:space="preserve">    教师语文期末考试总结 篇1 </w:t>
      </w:r>
      <w:r>
        <w:rPr>
          <w:lang w:eastAsia="zh-CN"/>
        </w:rPr>
        <w:br/>
      </w:r>
      <w:r>
        <w:rPr>
          <w:lang w:eastAsia="zh-CN"/>
        </w:rPr>
        <w:t>　　时光如梭，转眼一学期又结束了。一年级的孩子们，知识在增长的同时，能力也提高了许多。一张小小的试卷不仅展示着孩子们的收获，也承载着老师和家长的期盼。本学期一年级语文期末试卷，总体而言，知识覆盖面较广，信息量大，贴近学生生活，既考查了学生的语言积累，又检测了运用的能力。题量适中，难易适度。</w:t>
      </w:r>
      <w:r>
        <w:rPr>
          <w:lang w:eastAsia="zh-CN"/>
        </w:rPr>
        <w:br/>
      </w:r>
      <w:r>
        <w:rPr>
          <w:lang w:eastAsia="zh-CN"/>
        </w:rPr>
        <w:t>　　一、情况分析</w:t>
      </w:r>
      <w:r>
        <w:rPr>
          <w:lang w:eastAsia="zh-CN"/>
        </w:rPr>
        <w:br/>
      </w:r>
      <w:r>
        <w:rPr>
          <w:lang w:eastAsia="zh-CN"/>
        </w:rPr>
        <w:t>　　本次考试题目难度不算很大，学生感觉与平时训练相差不大。学生成绩比较理想。语文是一门综合性很强的学科，涉及的层面和内容很多，知识点也分布到方方面面。本次试卷从汉语拼音、同音字、反义词、词语的搭配、句子的补充运用、积累等对一年级的学生的知识、能力、习惯进行了全面而细致的检查。试题以教材为载体，立足基础，适当增加难度，增大容量，体现出综合性。属中等难度。</w:t>
      </w:r>
      <w:r>
        <w:rPr>
          <w:lang w:eastAsia="zh-CN"/>
        </w:rPr>
        <w:br/>
      </w:r>
      <w:r>
        <w:rPr>
          <w:lang w:eastAsia="zh-CN"/>
        </w:rPr>
        <w:t>　　二、试题分析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1、第一题考查了5个根据拼音连线的能力，学生几乎没有失分，在以后的教学中教师应继续对拼音教学强化训练，多指导、多检测、多纠正、多比较。</w:t>
      </w:r>
      <w:r>
        <w:rPr>
          <w:lang w:eastAsia="zh-CN"/>
        </w:rPr>
        <w:br/>
      </w:r>
      <w:r>
        <w:rPr>
          <w:lang w:eastAsia="zh-CN"/>
        </w:rPr>
        <w:t>　　2、第二题，根据拼音写字词。错的最多的就是chumen写成了车门。</w:t>
      </w:r>
      <w:r>
        <w:rPr>
          <w:lang w:eastAsia="zh-CN"/>
        </w:rPr>
        <w:br/>
      </w:r>
      <w:r>
        <w:rPr>
          <w:lang w:eastAsia="zh-CN"/>
        </w:rPr>
        <w:t>　　3、第三题是连线找朋友。找反义词和把字对应的拼音连线。大部分能够做对，只有一两个同学平时不认真听课，不认字才导致做错。</w:t>
      </w:r>
      <w:r>
        <w:rPr>
          <w:lang w:eastAsia="zh-CN"/>
        </w:rPr>
        <w:br/>
      </w:r>
      <w:r>
        <w:rPr>
          <w:lang w:eastAsia="zh-CN"/>
        </w:rPr>
        <w:t>　　4、第四题是“照样子，变一变。”给字加一笔或者减一笔变成新字，这在平时没少练习，有七个同学不知道“去”减一笔是变成“云”，在以后的教学中要继续加强这方面的指导。</w:t>
      </w:r>
      <w:r>
        <w:rPr>
          <w:lang w:eastAsia="zh-CN"/>
        </w:rPr>
        <w:br/>
      </w:r>
      <w:r>
        <w:rPr>
          <w:lang w:eastAsia="zh-CN"/>
        </w:rPr>
        <w:t>　　5、第五题考查数笔画。有6位同学把“里”字数错了笔画。在以后的教学中要继续加强这方面的指导，积累应加强。</w:t>
      </w:r>
      <w:r>
        <w:rPr>
          <w:lang w:eastAsia="zh-CN"/>
        </w:rPr>
        <w:br/>
      </w:r>
      <w:r>
        <w:rPr>
          <w:lang w:eastAsia="zh-CN"/>
        </w:rPr>
        <w:t>　　6、第六题是连线题，学困生在连线鲜艳的红旗和暖和的衣裳的时候连错。</w:t>
      </w:r>
      <w:r>
        <w:rPr>
          <w:lang w:eastAsia="zh-CN"/>
        </w:rPr>
        <w:br/>
      </w:r>
      <w:r>
        <w:rPr>
          <w:lang w:eastAsia="zh-CN"/>
        </w:rPr>
        <w:t>　　7、第七题是读句子，选出正确的词语。错题最多的是“雪花从天上（落飘）下来。孩子分不清到底是改选”落“还是”飘“。</w:t>
      </w:r>
      <w:r>
        <w:rPr>
          <w:lang w:eastAsia="zh-CN"/>
        </w:rPr>
        <w:br/>
      </w:r>
      <w:r>
        <w:rPr>
          <w:lang w:eastAsia="zh-CN"/>
        </w:rPr>
        <w:t>　　8、第八题是照样子写反义词。在平时总是训练以各自的.反义词，这次考试有一个两个字的反义词，孩子就不知道该怎么写了，进去的反义词是出来。</w:t>
      </w:r>
      <w:r>
        <w:rPr>
          <w:lang w:eastAsia="zh-CN"/>
        </w:rPr>
        <w:br/>
      </w:r>
      <w:r>
        <w:rPr>
          <w:lang w:eastAsia="zh-CN"/>
        </w:rPr>
        <w:t>　　9、第九题是根据课文内容判断对错。除了几个学困生判断错了以外，其他人都能做对。在阅读训练上要下大力气。</w:t>
      </w:r>
      <w:r>
        <w:rPr>
          <w:lang w:eastAsia="zh-CN"/>
        </w:rPr>
        <w:br/>
      </w:r>
      <w:r>
        <w:rPr>
          <w:lang w:eastAsia="zh-CN"/>
        </w:rPr>
        <w:t xml:space="preserve">    教师语文期末考试总结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语文课程评价的目的不仅是为了考察学生实现课程目标的程度，更是为了检验和改进学生的语文学习和教师的教学，改善课程设计，完善教学过程，从而有效地促进学生的发展。”从《课标》所提出的这个要求来看，试卷基本符合命题原则，知识点分布上既重视了基础知识的考查又考查了学生理解、运用知识的能力。从从分数安排上看，基础部分占75分;阅读占10分;写话占15分。个人认为试题创新方面和孩子生活稍有脱节。</w:t>
      </w:r>
      <w:r>
        <w:rPr>
          <w:lang w:eastAsia="zh-CN"/>
        </w:rPr>
        <w:br/>
      </w:r>
      <w:r>
        <w:rPr>
          <w:lang w:eastAsia="zh-CN"/>
        </w:rPr>
        <w:t>　　一、考试情况及分析</w:t>
      </w:r>
      <w:r>
        <w:rPr>
          <w:lang w:eastAsia="zh-CN"/>
        </w:rPr>
        <w:br/>
      </w:r>
      <w:r>
        <w:rPr>
          <w:lang w:eastAsia="zh-CN"/>
        </w:rPr>
        <w:t>　　(一)基础知识</w:t>
      </w:r>
      <w:r>
        <w:rPr>
          <w:lang w:eastAsia="zh-CN"/>
        </w:rPr>
        <w:br/>
      </w:r>
      <w:r>
        <w:rPr>
          <w:lang w:eastAsia="zh-CN"/>
        </w:rPr>
        <w:t>　　基础知识部分共有七大题，期中得分率最高的是第一题看拼音写词语、第二题选择正确的读音和第四题填一个词，组成词语。由此看出基础知识(字词、读音)的掌握情况较为理想。第六题十二生肖顺序考察失分较多，存在主要问题及分析如下：</w:t>
      </w:r>
      <w:r>
        <w:rPr>
          <w:lang w:eastAsia="zh-CN"/>
        </w:rPr>
        <w:br/>
      </w:r>
      <w:r>
        <w:rPr>
          <w:lang w:eastAsia="zh-CN"/>
        </w:rPr>
        <w:t>　　1、基础知识仍需进一步夯实。</w:t>
      </w:r>
      <w:r>
        <w:rPr>
          <w:lang w:eastAsia="zh-CN"/>
        </w:rPr>
        <w:br/>
      </w:r>
      <w:r>
        <w:rPr>
          <w:lang w:eastAsia="zh-CN"/>
        </w:rPr>
        <w:t>　　2、对要求背诵的内容要给予足够重视。</w:t>
      </w:r>
      <w:r>
        <w:rPr>
          <w:lang w:eastAsia="zh-CN"/>
        </w:rPr>
        <w:br/>
      </w:r>
      <w:r>
        <w:rPr>
          <w:lang w:eastAsia="zh-CN"/>
        </w:rPr>
        <w:t>　　3、关于二年级下学期语文期末考试试题分析：对基础知识的掌握方面不能死记硬背二应该使知识学活了。</w:t>
      </w:r>
      <w:r>
        <w:rPr>
          <w:lang w:eastAsia="zh-CN"/>
        </w:rPr>
        <w:br/>
      </w:r>
      <w:r>
        <w:rPr>
          <w:lang w:eastAsia="zh-CN"/>
        </w:rPr>
        <w:t>　　(二)阅读</w:t>
      </w:r>
      <w:r>
        <w:rPr>
          <w:lang w:eastAsia="zh-CN"/>
        </w:rPr>
        <w:br/>
      </w:r>
      <w:r>
        <w:rPr>
          <w:lang w:eastAsia="zh-CN"/>
        </w:rPr>
        <w:t>　　平时训练的形式不够多样，学生见识得太少，对生活的体验也不够丰富缺乏生活实践和积累。</w:t>
      </w:r>
      <w:r>
        <w:rPr>
          <w:lang w:eastAsia="zh-CN"/>
        </w:rPr>
        <w:br/>
      </w:r>
      <w:r>
        <w:rPr>
          <w:lang w:eastAsia="zh-CN"/>
        </w:rPr>
        <w:t>　　(三)写话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本次写话得分率较理想，大部分学生都看懂了图意，写清楚了内容，但有的学生仍存在写话不通顺或搭配不当的问题。在今后的教学中要注意落实教材中写话或写作的要求和内容，平时加强训练和指导。</w:t>
      </w:r>
      <w:r>
        <w:rPr>
          <w:lang w:eastAsia="zh-CN"/>
        </w:rPr>
        <w:br/>
      </w:r>
      <w:r>
        <w:rPr>
          <w:lang w:eastAsia="zh-CN"/>
        </w:rPr>
        <w:t>　　二、今后教学中要注意的问题</w:t>
      </w:r>
      <w:r>
        <w:rPr>
          <w:lang w:eastAsia="zh-CN"/>
        </w:rPr>
        <w:br/>
      </w:r>
      <w:r>
        <w:rPr>
          <w:lang w:eastAsia="zh-CN"/>
        </w:rPr>
        <w:t>　　1、认真钻研教材教参，把握好教学重难点。</w:t>
      </w:r>
      <w:r>
        <w:rPr>
          <w:lang w:eastAsia="zh-CN"/>
        </w:rPr>
        <w:br/>
      </w:r>
      <w:r>
        <w:rPr>
          <w:lang w:eastAsia="zh-CN"/>
        </w:rPr>
        <w:t>　　二年级是为学生的终身学习打基础的时期。在教学中应继续加强基础知识的教学，改进教学方法，减少机械、重复性的抄写和背默，提高课堂效率。而这些的前提是教师对教材的深入钻研和对教参上重点的学习、体会。只有教师先做到心中有数，才能在日常教学中循序渐进地对学生进行到位的培养。</w:t>
      </w:r>
      <w:r>
        <w:rPr>
          <w:lang w:eastAsia="zh-CN"/>
        </w:rPr>
        <w:br/>
      </w:r>
      <w:r>
        <w:rPr>
          <w:lang w:eastAsia="zh-CN"/>
        </w:rPr>
        <w:t>　　2、重视习惯培养，为学生的发展服务。</w:t>
      </w:r>
      <w:r>
        <w:rPr>
          <w:lang w:eastAsia="zh-CN"/>
        </w:rPr>
        <w:br/>
      </w:r>
      <w:r>
        <w:rPr>
          <w:lang w:eastAsia="zh-CN"/>
        </w:rPr>
        <w:t>　　加强学生习惯和能力的培养，在今后的教学中严格要求并注意指导方法。习惯培养包括书写习惯、认真听讲的习惯、边读书边思考的习惯，考试、写作业时审题、应变、检查的习惯等。要提高这方面的能力就要重视日常学习习惯的养成教育，这对学生的终身学习和发展也是很重要的。</w:t>
      </w:r>
      <w:r>
        <w:rPr>
          <w:lang w:eastAsia="zh-CN"/>
        </w:rPr>
        <w:br/>
      </w:r>
      <w:r>
        <w:rPr>
          <w:lang w:eastAsia="zh-CN"/>
        </w:rPr>
        <w:t>　　3、注重方法指导，全面提高学生的能力。</w:t>
      </w:r>
      <w:r>
        <w:rPr>
          <w:lang w:eastAsia="zh-CN"/>
        </w:rPr>
        <w:br/>
      </w:r>
      <w:r>
        <w:rPr>
          <w:lang w:eastAsia="zh-CN"/>
        </w:rPr>
        <w:t>　　新课程强调重视学生学习的过程与方法。因为掌握了方法学生才能自主学习，才能由“学会”发展到“会学”，这是学生终身受用的能力。在日常教学中要注意教给学生学习的方法。读书的方法，识记生字的方法，把话写完整、写清楚、写通顺的方法等，使学生掌握学习的钥匙。同时通过形式多样练习促进学生思考、理解、表达等方面能力的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4、做好家长沟通交流工作，发挥家庭教育的作用</w:t>
      </w:r>
      <w:r>
        <w:rPr>
          <w:lang w:eastAsia="zh-CN"/>
        </w:rPr>
        <w:br/>
      </w:r>
      <w:r>
        <w:rPr>
          <w:lang w:eastAsia="zh-CN"/>
        </w:rPr>
        <w:t>　　教育要发挥学校和家庭两方面的作用，才能事半功倍。在今后的教学工作中要想方设法多与家长沟通，引导其用正确的理念和科学的方法来教育孩子。</w:t>
      </w:r>
      <w:r>
        <w:rPr>
          <w:lang w:eastAsia="zh-CN"/>
        </w:rPr>
        <w:br/>
      </w:r>
      <w:r>
        <w:rPr>
          <w:lang w:eastAsia="zh-CN"/>
        </w:rPr>
        <w:t xml:space="preserve">    教师语文期末考试总结 篇3 </w:t>
      </w:r>
      <w:r>
        <w:rPr>
          <w:lang w:eastAsia="zh-CN"/>
        </w:rPr>
        <w:br/>
      </w:r>
      <w:r>
        <w:rPr>
          <w:lang w:eastAsia="zh-CN"/>
        </w:rPr>
        <w:t>　　随着语文期末考试阅卷的结束，三年级上学期的语文教学工作也划上了句号。回顾这次期末考试，我感到比较欣慰，觉得自己辛苦的付出没有白费，所带的三年五班共46人，90分以上的23人，80分以上的20人，70分以上的2人，60分以上的1人，平均分89，优秀率93.5%，及格率100%，成绩名列年级第一。</w:t>
      </w:r>
      <w:r>
        <w:rPr>
          <w:lang w:eastAsia="zh-CN"/>
        </w:rPr>
        <w:br/>
      </w:r>
      <w:r>
        <w:rPr>
          <w:lang w:eastAsia="zh-CN"/>
        </w:rPr>
        <w:t>　　为了了解学生掌握知识的现状，总结经验，吸取教训，制定有效措施，改进教学方法，搞好新学期的教学工作，我认真分析了试卷：从卷面情况看，大多数学生卷面整洁，字迹工整，书写习惯好;从学生的答题情况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(1)语文基础题部分学生完成得很好，说明学生对本册课本中的字词句等语文基础知识掌握得较牢固。在平时的教学中，我依然把识字、写字教学作为重点，因为识字、写字是贯穿整个小学阶段的重要任务。而识字的巩固又是中年级识字教学的重点，我运用多种方法尽可能让学生多接触所学的字，特别是鼓励学生在阅读中和这些生字、生词多见面最终成为朋友;根据中年级特点，我还要求学生凡是学过的字在小练笔和习作中不允许用拼音代替，让学生在具体的运用中来巩固，也就是在读写的过程中巩固和运用所学的字词;我还经常采取一些归类复习的方法，在适当的时候让学生做一些归类整理，系统地巩固生字生词。</w:t>
      </w:r>
      <w:r>
        <w:rPr>
          <w:lang w:eastAsia="zh-CN"/>
        </w:rPr>
        <w:br/>
      </w:r>
      <w:r>
        <w:rPr>
          <w:lang w:eastAsia="zh-CN"/>
        </w:rPr>
        <w:t>　　(2)积累部分学生也完成得不错，古诗、古诗中的名句、成语、名言警句、三字经、对子歌、农谚、课文中的优美语句等的补充、默写，大多数学生基本上能做到准确。</w:t>
      </w:r>
      <w:r>
        <w:rPr>
          <w:lang w:eastAsia="zh-CN"/>
        </w:rPr>
        <w:br/>
      </w:r>
      <w:r>
        <w:rPr>
          <w:lang w:eastAsia="zh-CN"/>
        </w:rPr>
        <w:t>　　语文课程标准明确指出三年级学生要积累课文中的优美词语、精彩句段，以及在课外阅读和生活中获得的语言材料。我常常采用多种形式鼓励学生积累自己喜欢的好词佳句，开展各种生动活泼的活动，激发学生积累语言，积淀文化的积极性，引导学生逐步养成自觉主动积累好词佳句的习惯，为提高口头和书面表达能力打好基础。</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(3)考试作文要求学生按日记格式写一篇观察日记，学生作文选材面广、内容丰富，有写动物的、水果的、植物的、文具盒的、自然景观的、一处景物等，大多数学生习作语句通顺，条理清晰，把印象深刻的地方写清楚了，同时还写出了自己的想象、自己的感受。回顾自己的作文教学，我特别注重对学生观察方法的指导，让学生运用自己的所有感官来接触、来感受、来观察，留心观察身边的一切事物，强调观察的顺序，并引导学生把自己观察到的内容说清楚;引导学生观察的同时还要鼓励学生动脑思考，大胆想象;我还抓住契机，积极拓展学生取材的空间，给学生提供和创造更多的习作机会;常鼓励学生运用阅读中积累的语言材料、运用阅读中学到的表达方式，丰富自己的表达;我认真批改学生的习作，并及时讲评，评出优秀习作，在班上进行交流，并授予交流者小作家称号，这很大程度上调动了学生写作的积极性。</w:t>
      </w:r>
      <w:r>
        <w:rPr>
          <w:lang w:eastAsia="zh-CN"/>
        </w:rPr>
        <w:br/>
      </w:r>
      <w:r>
        <w:rPr>
          <w:lang w:eastAsia="zh-CN"/>
        </w:rPr>
        <w:t>　　不过，试卷中也暴露出了一些问题：</w:t>
      </w:r>
      <w:r>
        <w:rPr>
          <w:lang w:eastAsia="zh-CN"/>
        </w:rPr>
        <w:br/>
      </w:r>
      <w:r>
        <w:rPr>
          <w:lang w:eastAsia="zh-CN"/>
        </w:rPr>
        <w:t>　　(1)试卷的积累部分有一道题比较灵活，先要求学生默写李白的诗《望天门山》，再要求学生默写一首相同类型的古诗，即再默一首描写祖国风光的古诗。大多数学生理解了题意，默对了，但有少数学生就没认真审题、思考、判断，没有默写歌颂祖国壮美山河的古诗，说明这部分学生缺乏答题技巧，审题、理解、判断能力有待加强。看来平时的古诗教学，在引导学生理解古诗意思，感受古诗意境，体会诗人情感的同时，还要重点引导学生分类积累古诗，培养学生举一反三，触类旁通的能力。</w:t>
      </w:r>
      <w:r>
        <w:rPr>
          <w:lang w:eastAsia="zh-CN"/>
        </w:rPr>
        <w:br/>
      </w:r>
      <w:r>
        <w:rPr>
          <w:lang w:eastAsia="zh-CN"/>
        </w:rPr>
        <w:t>　　(2)学生的阅读理解和概括能力还有待加强。阅读题部分相对于其他部分来说丢分很多，特别是阅读一中，要求学生用一个词来概括一段话的内容，许多学生都答错了。这个要求对作为中年级的起始阶段、阅读才刚刚起步的三年级来说有些过高，但也说明阅读是学生的薄弱环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(3)习作要求学生写一篇观察日记，既然是日记，那么对日记格式自然有严格的要求。因为复习期间，我对八篇大作文的复习抓得还是挺扎实的，尤其是考试前一天，我还引导学生复习了日记格式，专门在黑板上画了格子进行了演示，所以我自以为学生的日记格式不会出问题。可结果大出我意外，我一统计，居然有18名学生忘了写日记格式!看来应用文体的教学对学生来说是个难点，应用文体的格式要在反复应用中强化，而且要加强平时的检查和纠正，通过各种有效方式使应用文的格式在学生头脑中形成深刻印象。</w:t>
      </w:r>
      <w:r>
        <w:rPr>
          <w:lang w:eastAsia="zh-CN"/>
        </w:rPr>
        <w:br/>
      </w:r>
      <w:r>
        <w:rPr>
          <w:lang w:eastAsia="zh-CN"/>
        </w:rPr>
        <w:t>　　在以后的教学工作中，我将着重抓好以下几方面的工作：</w:t>
      </w:r>
      <w:r>
        <w:rPr>
          <w:lang w:eastAsia="zh-CN"/>
        </w:rPr>
        <w:br/>
      </w:r>
      <w:r>
        <w:rPr>
          <w:lang w:eastAsia="zh-CN"/>
        </w:rPr>
        <w:t>　　(1)继续加强识字、写字教学，引导学生将已经掌握的识字方法迁移到新的识字、写字的学习上中，在读写的过程中巩固和运用所学的生字生词。</w:t>
      </w:r>
      <w:r>
        <w:rPr>
          <w:lang w:eastAsia="zh-CN"/>
        </w:rPr>
        <w:br/>
      </w:r>
      <w:r>
        <w:rPr>
          <w:lang w:eastAsia="zh-CN"/>
        </w:rPr>
        <w:t>　　(2)加强词、句训练，引导学生自觉运用查字典、联系上下文等方法准确理解词语，运用联系上下文和生活实际的方法理解含义比较深刻的句子，体会课文中关键词句在表情达意方面的作用。在理解的基础上，通过背诵、摘抄等形式，积累课文中的优美词语、精彩句段，积累在课外阅读和生活中获得的新鲜语言材料。</w:t>
      </w:r>
      <w:r>
        <w:rPr>
          <w:lang w:eastAsia="zh-CN"/>
        </w:rPr>
        <w:br/>
      </w:r>
      <w:r>
        <w:rPr>
          <w:lang w:eastAsia="zh-CN"/>
        </w:rPr>
        <w:t>　　(3)加强学生的阅读理解和概括能力的训练，引导学生在阅读中初步把握文章的主要内容，初步学习上概括文章大意，体会文章表达的思想感情。</w:t>
      </w:r>
      <w:r>
        <w:rPr>
          <w:lang w:eastAsia="zh-CN"/>
        </w:rPr>
        <w:br/>
      </w:r>
      <w:r>
        <w:rPr>
          <w:lang w:eastAsia="zh-CN"/>
        </w:rPr>
        <w:t>　　(4)在作文教学中，着重培养学生的观察能力，引导学生留心观察周围事物，把实际生活中所看到的，听到的，想到的写下来，并愿意将自己的习作读给人听，与他人分享习作的快乐。继续进行观察日记的练笔，强化日记格式的训练。</w:t>
      </w:r>
      <w:r>
        <w:rPr>
          <w:lang w:eastAsia="zh-CN"/>
        </w:rPr>
        <w:br/>
      </w:r>
      <w:r>
        <w:rPr>
          <w:lang w:eastAsia="zh-CN"/>
        </w:rPr>
        <w:t>　　(5)加强学生审题、理解、判断能力的训练，注意积累中的辨析和分类，培养学生举一反三，触类旁通的能力。</w:t>
      </w:r>
      <w:r>
        <w:rPr>
          <w:lang w:eastAsia="zh-CN"/>
        </w:rPr>
        <w:br/>
      </w:r>
      <w:r>
        <w:rPr>
          <w:lang w:eastAsia="zh-CN"/>
        </w:rPr>
        <w:t xml:space="preserve">    教师语文期末考试总结 篇4 </w:t>
      </w:r>
      <w:r>
        <w:rPr>
          <w:lang w:eastAsia="zh-CN"/>
        </w:rPr>
        <w:br/>
      </w:r>
      <w:r>
        <w:rPr>
          <w:lang w:eastAsia="zh-CN"/>
        </w:rPr>
        <w:t>　　一、学生考查情况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我班应考人数33人，实考32人，孔祥龙因病没参加考试，优秀人数14人，优秀率%，及格人数33人，及格率100%。</w:t>
      </w:r>
      <w:r>
        <w:rPr>
          <w:lang w:eastAsia="zh-CN"/>
        </w:rPr>
        <w:br/>
      </w:r>
      <w:r>
        <w:rPr>
          <w:lang w:eastAsia="zh-CN"/>
        </w:rPr>
        <w:t>　　二、试题分析</w:t>
      </w:r>
      <w:r>
        <w:rPr>
          <w:lang w:eastAsia="zh-CN"/>
        </w:rPr>
        <w:br/>
      </w:r>
      <w:r>
        <w:rPr>
          <w:lang w:eastAsia="zh-CN"/>
        </w:rPr>
        <w:t>　　本次语文质量检测，以语文新课标为依据，试题覆盖面广，难易适度，以学生发展为本，着眼于学生各方面能力的发展。试卷从汉语拼音、识字、写字、语言积累以及阅读理解、习作等方面对学生的语文素养进行全方位的检测。下面就学生的答题情况以及今后教学的改进等方面简要地谈一谈自己的看法。</w:t>
      </w:r>
      <w:r>
        <w:rPr>
          <w:lang w:eastAsia="zh-CN"/>
        </w:rPr>
        <w:br/>
      </w:r>
      <w:r>
        <w:rPr>
          <w:lang w:eastAsia="zh-CN"/>
        </w:rPr>
        <w:t>　　三、卷面的具体分析</w:t>
      </w:r>
      <w:r>
        <w:rPr>
          <w:lang w:eastAsia="zh-CN"/>
        </w:rPr>
        <w:br/>
      </w:r>
      <w:r>
        <w:rPr>
          <w:lang w:eastAsia="zh-CN"/>
        </w:rPr>
        <w:t>　　第一部分、基础知识</w:t>
      </w:r>
      <w:r>
        <w:rPr>
          <w:lang w:eastAsia="zh-CN"/>
        </w:rPr>
        <w:br/>
      </w:r>
      <w:r>
        <w:rPr>
          <w:lang w:eastAsia="zh-CN"/>
        </w:rPr>
        <w:t>　　第一题：看拼音写词语，主要考查学生的拼读、写字能力。此题学生答得比较好，除邓力帆同学把“魄”写错外其他同学全部正确。</w:t>
      </w:r>
      <w:r>
        <w:rPr>
          <w:lang w:eastAsia="zh-CN"/>
        </w:rPr>
        <w:br/>
      </w:r>
      <w:r>
        <w:rPr>
          <w:lang w:eastAsia="zh-CN"/>
        </w:rPr>
        <w:t>　　第二题：选正确读音，主要考查学生对一些易读错的字的读音的掌握情况。大部分学生做得较好，秦恒、孔亚宁、邓力帆三个学生把“闷雷”的“闷”读音选成了四声，应该是一声。这是由于平时普通话不过关造成的，以后要多训练学生说普通话，以纠正不该出现的错误。</w:t>
      </w:r>
      <w:r>
        <w:rPr>
          <w:lang w:eastAsia="zh-CN"/>
        </w:rPr>
        <w:br/>
      </w:r>
      <w:r>
        <w:rPr>
          <w:lang w:eastAsia="zh-CN"/>
        </w:rPr>
        <w:t>　　第三题：改正广告词中的错别字，主要考查学生平时积累词语的情况。本题中，有百分之十的学生把“随心所欲”的“欲”没改对，主要原因是基础差，学过的知识忘得快。</w:t>
      </w:r>
      <w:r>
        <w:rPr>
          <w:lang w:eastAsia="zh-CN"/>
        </w:rPr>
        <w:br/>
      </w:r>
      <w:r>
        <w:rPr>
          <w:lang w:eastAsia="zh-CN"/>
        </w:rPr>
        <w:t>　　第二部分、积累运用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第一题：写同音字，本题在整份试卷中，失分较多。主要原因是学生对“毫不泄气”“大义灭亲”“形势不好”等词语较生疏，平时又少训练到，以至于把“泄”“义”“势”没填对，导致了失分。</w:t>
      </w:r>
      <w:r>
        <w:rPr>
          <w:lang w:eastAsia="zh-CN"/>
        </w:rPr>
        <w:br/>
      </w:r>
      <w:r>
        <w:rPr>
          <w:lang w:eastAsia="zh-CN"/>
        </w:rPr>
        <w:t>　　第二题：按要求写句子，“把反问句改成陈述句”、“把原句改成比喻句”这两个小题学生都能准确无误地答出，修改病句“山地车的时速是三十公里每小时”有一小部分学生不理解时速就是每小时的速度，所以没改对。</w:t>
      </w:r>
      <w:r>
        <w:rPr>
          <w:lang w:eastAsia="zh-CN"/>
        </w:rPr>
        <w:br/>
      </w:r>
      <w:r>
        <w:rPr>
          <w:lang w:eastAsia="zh-CN"/>
        </w:rPr>
        <w:t>　　第三题：日积月累，本题在试卷中是准确率最高的，学生全部得满分。</w:t>
      </w:r>
      <w:r>
        <w:rPr>
          <w:lang w:eastAsia="zh-CN"/>
        </w:rPr>
        <w:br/>
      </w:r>
      <w:r>
        <w:rPr>
          <w:lang w:eastAsia="zh-CN"/>
        </w:rPr>
        <w:t>　　第三部分、阅读理解</w:t>
      </w:r>
      <w:r>
        <w:rPr>
          <w:lang w:eastAsia="zh-CN"/>
        </w:rPr>
        <w:br/>
      </w:r>
      <w:r>
        <w:rPr>
          <w:lang w:eastAsia="zh-CN"/>
        </w:rPr>
        <w:t>　　课内阅读部分：学生做得较好的是按课文内容填空，大部分学生没出现错误，从中可以看出学生对要求背诵的课文记得牢固。出现错误多的地方是“作者从那三方面进行描写”，学生不能很好的答出。造成这一错误的原因可能是教师教学讲得不够细或学生记得不够牢。以后要想更多的办法进行补救。</w:t>
      </w:r>
      <w:r>
        <w:rPr>
          <w:lang w:eastAsia="zh-CN"/>
        </w:rPr>
        <w:br/>
      </w:r>
      <w:r>
        <w:rPr>
          <w:lang w:eastAsia="zh-CN"/>
        </w:rPr>
        <w:t>　　课外阅读部分：出现的问题是两极分化，好的学生基本能完成得很好，而差的学生却做得一团糟，产生这种情况可能是问题侧重于对内容的理解。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第一题、给多音字选正确读音。“空”平时训练较多，学生也能较好的区分，但在具体的语言环境中，有的学生不能准确选择，究其原因是学的知识较死板，不会根据意思进行区分，这也是我们教学过程中需要改进的。</w:t>
      </w:r>
      <w:r>
        <w:rPr>
          <w:lang w:eastAsia="zh-CN"/>
        </w:rPr>
        <w:br/>
      </w:r>
      <w:r>
        <w:rPr>
          <w:lang w:eastAsia="zh-CN"/>
        </w:rPr>
        <w:t>　　第二题、写词语，第三题、用怎样的语气读句子，学生做得较好。</w:t>
      </w:r>
      <w:r>
        <w:rPr>
          <w:lang w:eastAsia="zh-CN"/>
        </w:rPr>
        <w:br/>
      </w:r>
      <w:r>
        <w:rPr>
          <w:lang w:eastAsia="zh-CN"/>
        </w:rPr>
        <w:t>　　第四题、由于学生不认识“倏”字，大部分学生不能写出它的意思，但有个别学生理解能力较强，会根据上下文进行阅读，答题结果令人满意。这就不能不引起我的反思：以后该如何引导学生进行阅读，真正提高学生的阅读能力？</w:t>
      </w:r>
      <w:r>
        <w:rPr>
          <w:lang w:eastAsia="zh-CN"/>
        </w:rPr>
        <w:br/>
      </w:r>
      <w:r>
        <w:rPr>
          <w:lang w:eastAsia="zh-CN"/>
        </w:rPr>
        <w:t>　　第四部分、习作</w:t>
      </w:r>
      <w:r>
        <w:rPr>
          <w:lang w:eastAsia="zh-CN"/>
        </w:rPr>
        <w:br/>
      </w:r>
      <w:r>
        <w:rPr>
          <w:lang w:eastAsia="zh-CN"/>
        </w:rPr>
        <w:t>　　优点：</w:t>
      </w:r>
      <w:r>
        <w:rPr>
          <w:lang w:eastAsia="zh-CN"/>
        </w:rPr>
        <w:br/>
      </w:r>
      <w:r>
        <w:rPr>
          <w:lang w:eastAsia="zh-CN"/>
        </w:rPr>
        <w:t>　　书写较好，可见学生在写作时思维流畅，能进行大胆想象，内容叙述具体。</w:t>
      </w:r>
      <w:r>
        <w:rPr>
          <w:lang w:eastAsia="zh-CN"/>
        </w:rPr>
        <w:br/>
      </w:r>
      <w:r>
        <w:rPr>
          <w:lang w:eastAsia="zh-CN"/>
        </w:rPr>
        <w:t>　　发现问题：有一个学生没写题目，导致失分。还有个别学生不按要求写作，没有进行充分想象，语句不通顺。导致扣分严重。</w:t>
      </w:r>
      <w:r>
        <w:rPr>
          <w:lang w:eastAsia="zh-CN"/>
        </w:rPr>
        <w:br/>
      </w:r>
      <w:r>
        <w:rPr>
          <w:lang w:eastAsia="zh-CN"/>
        </w:rPr>
        <w:t>　　四、针对存在的问题，拟采取的教学措施：</w:t>
      </w:r>
      <w:r>
        <w:rPr>
          <w:lang w:eastAsia="zh-CN"/>
        </w:rPr>
        <w:br/>
      </w:r>
      <w:r>
        <w:rPr>
          <w:lang w:eastAsia="zh-CN"/>
        </w:rPr>
        <w:t>　　1、注重语言积累的灵活性。教学中注重语言的积累，但是比较机械，死记硬背的现象严重，忽视理解记忆。随着年级的'升高，引导学生在理解的基础上积累，逐渐加强意义识记，这既是基本的认识规律，也尊重了学生的心理特点，要求熟背的内容还要求学生会写。</w:t>
      </w:r>
      <w:r>
        <w:rPr>
          <w:lang w:eastAsia="zh-CN"/>
        </w:rPr>
        <w:br/>
      </w:r>
      <w:r>
        <w:rPr>
          <w:lang w:eastAsia="zh-CN"/>
        </w:rPr>
        <w:t>　　2、在课堂上加强学生对生字的记忆准确性，在课堂上就多写多练。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3、重视运用语言的训练。错别字的出现、标点运用的不当、词汇量的不足、语言的干瘪苍白，都是训练量的不足、训练法的不到位所致。进入中年级后的习作训练，不仅要激励学生“乐于写”，引导学生“写得出”，而且要注意基本方法与格的训练，逐渐让学生“写得好”。</w:t>
      </w:r>
      <w:r>
        <w:rPr>
          <w:lang w:eastAsia="zh-CN"/>
        </w:rPr>
        <w:br/>
      </w:r>
      <w:r>
        <w:rPr>
          <w:lang w:eastAsia="zh-CN"/>
        </w:rPr>
        <w:t>　　4、写作与生活紧密联系，不光要从生活中选材，还要对写法及时指导。</w:t>
      </w:r>
      <w:r>
        <w:rPr>
          <w:lang w:eastAsia="zh-CN"/>
        </w:rPr>
        <w:br/>
      </w:r>
      <w:r>
        <w:rPr>
          <w:lang w:eastAsia="zh-CN"/>
        </w:rPr>
        <w:t>　　5、课堂教学中培养学生对文章的分析、概括能力，全面了解文章的内容，并多教“设身处地想”、“联系上下文”等方法，授之以渔。</w:t>
      </w:r>
      <w:r>
        <w:rPr>
          <w:lang w:eastAsia="zh-CN"/>
        </w:rPr>
        <w:br/>
      </w:r>
      <w:r>
        <w:rPr>
          <w:lang w:eastAsia="zh-CN"/>
        </w:rPr>
        <w:t xml:space="preserve">    教师语文期末考试总结 篇5 </w:t>
      </w:r>
      <w:r>
        <w:rPr>
          <w:lang w:eastAsia="zh-CN"/>
        </w:rPr>
        <w:br/>
      </w:r>
      <w:r>
        <w:rPr>
          <w:lang w:eastAsia="zh-CN"/>
        </w:rPr>
        <w:t>　　《马说》</w:t>
      </w:r>
      <w:r>
        <w:rPr>
          <w:lang w:eastAsia="zh-CN"/>
        </w:rPr>
        <w:br/>
      </w:r>
      <w:r>
        <w:rPr>
          <w:lang w:eastAsia="zh-CN"/>
        </w:rPr>
        <w:t>　　一、通假字</w:t>
      </w:r>
      <w:r>
        <w:rPr>
          <w:lang w:eastAsia="zh-CN"/>
        </w:rPr>
        <w:br/>
      </w:r>
      <w:r>
        <w:rPr>
          <w:lang w:eastAsia="zh-CN"/>
        </w:rPr>
        <w:t>　　1.才美不外见：“见”通“现”，表现。</w:t>
      </w:r>
      <w:r>
        <w:rPr>
          <w:lang w:eastAsia="zh-CN"/>
        </w:rPr>
        <w:br/>
      </w:r>
      <w:r>
        <w:rPr>
          <w:lang w:eastAsia="zh-CN"/>
        </w:rPr>
        <w:t>　　2.食之不能尽其材：“材”通“才”，才能。</w:t>
      </w:r>
      <w:r>
        <w:rPr>
          <w:lang w:eastAsia="zh-CN"/>
        </w:rPr>
        <w:br/>
      </w:r>
      <w:r>
        <w:rPr>
          <w:lang w:eastAsia="zh-CN"/>
        </w:rPr>
        <w:t>　　3.其真无马耶：“邪”通“耶”，表示疑问，相当于“吗”。</w:t>
      </w:r>
      <w:r>
        <w:rPr>
          <w:lang w:eastAsia="zh-CN"/>
        </w:rPr>
        <w:br/>
      </w:r>
      <w:r>
        <w:rPr>
          <w:lang w:eastAsia="zh-CN"/>
        </w:rPr>
        <w:t>　　4.食马者不知其能千里而食也：“食”通“饲”，喂养。</w:t>
      </w:r>
      <w:r>
        <w:rPr>
          <w:lang w:eastAsia="zh-CN"/>
        </w:rPr>
        <w:br/>
      </w:r>
      <w:r>
        <w:rPr>
          <w:lang w:eastAsia="zh-CN"/>
        </w:rPr>
        <w:t>　　二、一词多义</w:t>
      </w:r>
      <w:r>
        <w:rPr>
          <w:lang w:eastAsia="zh-CN"/>
        </w:rPr>
        <w:br/>
      </w:r>
      <w:r>
        <w:rPr>
          <w:lang w:eastAsia="zh-CN"/>
        </w:rPr>
        <w:t>　　1.之：</w:t>
      </w:r>
      <w:r>
        <w:rPr>
          <w:lang w:eastAsia="zh-CN"/>
        </w:rPr>
        <w:br/>
      </w:r>
      <w:r>
        <w:rPr>
          <w:lang w:eastAsia="zh-CN"/>
        </w:rPr>
        <w:t>　　(1)虽有千里之能(助词，的)</w:t>
      </w:r>
      <w:r>
        <w:rPr>
          <w:lang w:eastAsia="zh-CN"/>
        </w:rPr>
        <w:br/>
      </w:r>
      <w:r>
        <w:rPr>
          <w:lang w:eastAsia="zh-CN"/>
        </w:rPr>
        <w:t>　　(2)马之千里者(结构助词，不译，定语后置的`标志)</w:t>
      </w:r>
      <w:r>
        <w:rPr>
          <w:lang w:eastAsia="zh-CN"/>
        </w:rPr>
        <w:br/>
      </w:r>
      <w:r>
        <w:rPr>
          <w:lang w:eastAsia="zh-CN"/>
        </w:rPr>
        <w:t>　　(3)策之不以其道;(代词，它，代千里马)</w:t>
      </w:r>
      <w:r>
        <w:rPr>
          <w:lang w:eastAsia="zh-CN"/>
        </w:rPr>
        <w:br/>
      </w:r>
      <w:r>
        <w:rPr>
          <w:lang w:eastAsia="zh-CN"/>
        </w:rPr>
        <w:t>　　(4)鸣之而不能通其意。(不译，补充音节)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2.食：</w:t>
      </w:r>
      <w:r>
        <w:rPr>
          <w:lang w:eastAsia="zh-CN"/>
        </w:rPr>
        <w:br/>
      </w:r>
      <w:r>
        <w:rPr>
          <w:lang w:eastAsia="zh-CN"/>
        </w:rPr>
        <w:t>　　(1)食不饱(吃)</w:t>
      </w:r>
      <w:r>
        <w:rPr>
          <w:lang w:eastAsia="zh-CN"/>
        </w:rPr>
        <w:br/>
      </w:r>
      <w:r>
        <w:rPr>
          <w:lang w:eastAsia="zh-CN"/>
        </w:rPr>
        <w:t>　　(2)食马者不知其能千里而食也(通“饲”，喂)</w:t>
      </w:r>
      <w:r>
        <w:rPr>
          <w:lang w:eastAsia="zh-CN"/>
        </w:rPr>
        <w:br/>
      </w:r>
      <w:r>
        <w:rPr>
          <w:lang w:eastAsia="zh-CN"/>
        </w:rPr>
        <w:t>　　3.策：</w:t>
      </w:r>
      <w:r>
        <w:rPr>
          <w:lang w:eastAsia="zh-CN"/>
        </w:rPr>
        <w:br/>
      </w:r>
      <w:r>
        <w:rPr>
          <w:lang w:eastAsia="zh-CN"/>
        </w:rPr>
        <w:t>　　(1)执策而临之(名词，鞭子)</w:t>
      </w:r>
      <w:r>
        <w:rPr>
          <w:lang w:eastAsia="zh-CN"/>
        </w:rPr>
        <w:br/>
      </w:r>
      <w:r>
        <w:rPr>
          <w:lang w:eastAsia="zh-CN"/>
        </w:rPr>
        <w:t>　　(2)策之不以其道。(动词，鞭打)</w:t>
      </w:r>
      <w:r>
        <w:rPr>
          <w:lang w:eastAsia="zh-CN"/>
        </w:rPr>
        <w:br/>
      </w:r>
      <w:r>
        <w:rPr>
          <w:lang w:eastAsia="zh-CN"/>
        </w:rPr>
        <w:t>　　4.能：</w:t>
      </w:r>
      <w:r>
        <w:rPr>
          <w:lang w:eastAsia="zh-CN"/>
        </w:rPr>
        <w:br/>
      </w:r>
      <w:r>
        <w:rPr>
          <w:lang w:eastAsia="zh-CN"/>
        </w:rPr>
        <w:t>　　(1)安求其能千里也(能够)</w:t>
      </w:r>
      <w:r>
        <w:rPr>
          <w:lang w:eastAsia="zh-CN"/>
        </w:rPr>
        <w:br/>
      </w:r>
      <w:r>
        <w:rPr>
          <w:lang w:eastAsia="zh-CN"/>
        </w:rPr>
        <w:t>　　(2)虽有千里之能。(能力)</w:t>
      </w:r>
      <w:r>
        <w:rPr>
          <w:lang w:eastAsia="zh-CN"/>
        </w:rPr>
        <w:br/>
      </w:r>
      <w:r>
        <w:rPr>
          <w:lang w:eastAsia="zh-CN"/>
        </w:rPr>
        <w:t>　　5.其：</w:t>
      </w:r>
      <w:r>
        <w:rPr>
          <w:lang w:eastAsia="zh-CN"/>
        </w:rPr>
        <w:br/>
      </w:r>
      <w:r>
        <w:rPr>
          <w:lang w:eastAsia="zh-CN"/>
        </w:rPr>
        <w:t>　　(1)策之不以其道(它的，代词)</w:t>
      </w:r>
      <w:r>
        <w:rPr>
          <w:lang w:eastAsia="zh-CN"/>
        </w:rPr>
        <w:br/>
      </w:r>
      <w:r>
        <w:rPr>
          <w:lang w:eastAsia="zh-CN"/>
        </w:rPr>
        <w:t>　　(2)其真无马耶(表反问语气，难道)</w:t>
      </w:r>
      <w:r>
        <w:rPr>
          <w:lang w:eastAsia="zh-CN"/>
        </w:rPr>
        <w:br/>
      </w:r>
      <w:r>
        <w:rPr>
          <w:lang w:eastAsia="zh-CN"/>
        </w:rPr>
        <w:t>　　(3)其真不知马也!(表推测语气，大概，恐怕)</w:t>
      </w:r>
      <w:r>
        <w:rPr>
          <w:lang w:eastAsia="zh-CN"/>
        </w:rPr>
        <w:br/>
      </w:r>
      <w:r>
        <w:rPr>
          <w:lang w:eastAsia="zh-CN"/>
        </w:rPr>
        <w:t xml:space="preserve">    教师语文期末考试总结 篇6 </w:t>
      </w:r>
      <w:r>
        <w:rPr>
          <w:lang w:eastAsia="zh-CN"/>
        </w:rPr>
        <w:br/>
      </w:r>
      <w:r>
        <w:rPr>
          <w:lang w:eastAsia="zh-CN"/>
        </w:rPr>
        <w:t>　　紧张的期末考试结束了，分数也评改出来了，真是有喜有忧。虽说分数不是评价学生的唯一标准，但也反映出了学生学习的状态与平时的努力程度。</w:t>
      </w:r>
      <w:r>
        <w:rPr>
          <w:lang w:eastAsia="zh-CN"/>
        </w:rPr>
        <w:br/>
      </w:r>
      <w:r>
        <w:rPr>
          <w:lang w:eastAsia="zh-CN"/>
        </w:rPr>
        <w:t>　　本次考试难易适中，涵盖面较广，题目灵活，但有个别题目与试题表达不清容易出错。如：第四大题要求找出不正确的打对勾，但小题仍以选择的形式出现，同学们很容易找出答案后，直接写序号。此外，本次考试失分的原因还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1、基础知识掌握不牢固，需要掌握的基础生字词仍有同学不会。如：“镰”“粱”等字不会写，不理解“青春”的意思。</w:t>
      </w:r>
      <w:r>
        <w:rPr>
          <w:lang w:eastAsia="zh-CN"/>
        </w:rPr>
        <w:br/>
      </w:r>
      <w:r>
        <w:rPr>
          <w:lang w:eastAsia="zh-CN"/>
        </w:rPr>
        <w:t>　　2、灵活的运用知识的能力欠佳，如加偏旁写新字，在具体语言环境中理解运用词语、诗句等。在本次测试中，有将近一半人在此类题型出错。</w:t>
      </w:r>
      <w:r>
        <w:rPr>
          <w:lang w:eastAsia="zh-CN"/>
        </w:rPr>
        <w:br/>
      </w:r>
      <w:r>
        <w:rPr>
          <w:lang w:eastAsia="zh-CN"/>
        </w:rPr>
        <w:t>　　3、不能掌握修改病句的方法，找不出病句的错误。</w:t>
      </w:r>
      <w:r>
        <w:rPr>
          <w:lang w:eastAsia="zh-CN"/>
        </w:rPr>
        <w:br/>
      </w:r>
      <w:r>
        <w:rPr>
          <w:lang w:eastAsia="zh-CN"/>
        </w:rPr>
        <w:t>　　4、平时学习习惯较差，没有按要求掌握要求背诵的课文。</w:t>
      </w:r>
      <w:r>
        <w:rPr>
          <w:lang w:eastAsia="zh-CN"/>
        </w:rPr>
        <w:br/>
      </w:r>
      <w:r>
        <w:rPr>
          <w:lang w:eastAsia="zh-CN"/>
        </w:rPr>
        <w:t>　　5、平时没有养成每天读书的习惯，阅读理解能力较差。</w:t>
      </w:r>
      <w:r>
        <w:rPr>
          <w:lang w:eastAsia="zh-CN"/>
        </w:rPr>
        <w:br/>
      </w:r>
      <w:r>
        <w:rPr>
          <w:lang w:eastAsia="zh-CN"/>
        </w:rPr>
        <w:t>　　6、习作能力较低，审题不认真，题目写得不够合适，内容上不够具体，书写不够工整。</w:t>
      </w:r>
      <w:r>
        <w:rPr>
          <w:lang w:eastAsia="zh-CN"/>
        </w:rPr>
        <w:br/>
      </w:r>
      <w:r>
        <w:rPr>
          <w:lang w:eastAsia="zh-CN"/>
        </w:rPr>
        <w:t>　　7、读题不认真，粗心马虎。</w:t>
      </w:r>
      <w:r>
        <w:rPr>
          <w:lang w:eastAsia="zh-CN"/>
        </w:rPr>
        <w:br/>
      </w:r>
      <w:r>
        <w:rPr>
          <w:lang w:eastAsia="zh-CN"/>
        </w:rPr>
        <w:t>　　根据以上分析，下学期需要努力的地方还很多：</w:t>
      </w:r>
      <w:r>
        <w:rPr>
          <w:lang w:eastAsia="zh-CN"/>
        </w:rPr>
        <w:br/>
      </w:r>
      <w:r>
        <w:rPr>
          <w:lang w:eastAsia="zh-CN"/>
        </w:rPr>
        <w:t>　　1、要注重培养学生的良好的学习习惯。良好的学习习惯是学习的基础。</w:t>
      </w:r>
      <w:r>
        <w:rPr>
          <w:lang w:eastAsia="zh-CN"/>
        </w:rPr>
        <w:br/>
      </w:r>
      <w:r>
        <w:rPr>
          <w:lang w:eastAsia="zh-CN"/>
        </w:rPr>
        <w:t>　　2、生字词的学习是语文学习的基础，紧抓基础知识的学习是其他学习的基础。</w:t>
      </w:r>
      <w:r>
        <w:rPr>
          <w:lang w:eastAsia="zh-CN"/>
        </w:rPr>
        <w:br/>
      </w:r>
      <w:r>
        <w:rPr>
          <w:lang w:eastAsia="zh-CN"/>
        </w:rPr>
        <w:t>　　3、注重培养学生的阅读习惯，做好检查与跟进工作。</w:t>
      </w:r>
      <w:r>
        <w:rPr>
          <w:lang w:eastAsia="zh-CN"/>
        </w:rPr>
        <w:br/>
      </w:r>
      <w:r>
        <w:rPr>
          <w:lang w:eastAsia="zh-CN"/>
        </w:rPr>
        <w:t>　　4、加强沟通交流，提高学生阅读欣赏的能力。</w:t>
      </w:r>
      <w:r>
        <w:rPr>
          <w:lang w:eastAsia="zh-CN"/>
        </w:rPr>
        <w:br/>
      </w:r>
      <w:r>
        <w:rPr>
          <w:lang w:eastAsia="zh-CN"/>
        </w:rPr>
        <w:t>　　5、加强写作能力的培养，做到每周写一篇习作。</w:t>
      </w:r>
      <w:r>
        <w:rPr>
          <w:lang w:eastAsia="zh-CN"/>
        </w:rPr>
        <w:br/>
      </w:r>
      <w:r>
        <w:rPr>
          <w:lang w:eastAsia="zh-CN"/>
        </w:rPr>
        <w:t>　　6、培养学生自我修改习作的能力。</w:t>
      </w:r>
      <w:r>
        <w:rPr>
          <w:lang w:eastAsia="zh-CN"/>
        </w:rPr>
        <w:br/>
      </w:r>
      <w:r>
        <w:rPr>
          <w:lang w:eastAsia="zh-CN"/>
        </w:rPr>
        <w:t>　　7、建立有效的家校联系，及时发现问题，解决问题。</w:t>
      </w:r>
      <w:r>
        <w:rPr>
          <w:lang w:eastAsia="zh-CN"/>
        </w:rPr>
        <w:br/>
      </w:r>
      <w:r>
        <w:rPr>
          <w:lang w:eastAsia="zh-CN"/>
        </w:rPr>
        <w:t>　　总之，在下学期的工作中，要不断的学习充实自己，不断的反思提高自己，争取更大的进步。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教师语文期末考试总结 篇7 </w:t>
      </w:r>
      <w:r>
        <w:rPr>
          <w:lang w:eastAsia="zh-CN"/>
        </w:rPr>
        <w:br/>
      </w:r>
      <w:r>
        <w:rPr>
          <w:lang w:eastAsia="zh-CN"/>
        </w:rPr>
        <w:t>　　不会分析的人他不会寻找教训，不会从失败中寻找教训的人，他们不会成功。所以，这次考试结束后，我针对学生的考试情况做如下分析：</w:t>
      </w:r>
      <w:r>
        <w:rPr>
          <w:lang w:eastAsia="zh-CN"/>
        </w:rPr>
        <w:br/>
      </w:r>
      <w:r>
        <w:rPr>
          <w:lang w:eastAsia="zh-CN"/>
        </w:rPr>
        <w:t>　　一、试题分析</w:t>
      </w:r>
      <w:r>
        <w:rPr>
          <w:lang w:eastAsia="zh-CN"/>
        </w:rPr>
        <w:br/>
      </w:r>
      <w:r>
        <w:rPr>
          <w:lang w:eastAsia="zh-CN"/>
        </w:rPr>
        <w:t>　　本次的试题题型结构合理，试卷内容能紧扣教材出题，体现了新课标的理念，能及时对学生进行阶段性的知识考查，题量适宜，难度适中，覆盖面广，没有怪题，适合考查全体学生。</w:t>
      </w:r>
      <w:r>
        <w:rPr>
          <w:lang w:eastAsia="zh-CN"/>
        </w:rPr>
        <w:br/>
      </w:r>
      <w:r>
        <w:rPr>
          <w:lang w:eastAsia="zh-CN"/>
        </w:rPr>
        <w:t>　　二、答卷分析</w:t>
      </w:r>
      <w:r>
        <w:rPr>
          <w:lang w:eastAsia="zh-CN"/>
        </w:rPr>
        <w:br/>
      </w:r>
      <w:r>
        <w:rPr>
          <w:lang w:eastAsia="zh-CN"/>
        </w:rPr>
        <w:t>　　从本班学生的答卷情况来看，大多数学生的基础题做得相对好些，如看拼音写词语、按课文内容填空、选词填空等题型，都答得较好，基础知识还算掌握的不错；存在的问题主要是按要求改写句子及课外阅读等题型，是致使许多学生失分最多的原因。在按要求改写句子的题型中，有些学生不太理解把陈述句改写成拟人句的方法，还有的学生是看漏题，没有做在原句上修改病句这道题，这些都是失分最多的题型；基础稍差的学生对课外阅读的题型难以理解，失分较多。班中两极分化的现象极为严重。</w:t>
      </w:r>
      <w:r>
        <w:rPr>
          <w:lang w:eastAsia="zh-CN"/>
        </w:rPr>
        <w:br/>
      </w:r>
      <w:r>
        <w:rPr>
          <w:lang w:eastAsia="zh-CN"/>
        </w:rPr>
        <w:t>　　三、试后反思</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通过这次测试，我深深地体会到：教师在教学中，不仅要抓好学生基础知识的训练，还要重视学生的阅读能力的培养。教学语文不单纯是课本的知识，还是对课外阅读的延伸。在今后的教学中，我要努力培养学生的阅读兴趣，只有在不断大量的阅读中，学生的语言积累才会提升，理解能力才会提高，才能为写作打下坚实的基础。</w:t>
      </w:r>
      <w:r>
        <w:rPr>
          <w:lang w:eastAsia="zh-CN"/>
        </w:rPr>
        <w:br/>
      </w:r>
      <w:r>
        <w:rPr>
          <w:lang w:eastAsia="zh-CN"/>
        </w:rPr>
        <w:t>　　四、努力方向</w:t>
      </w:r>
      <w:r>
        <w:rPr>
          <w:lang w:eastAsia="zh-CN"/>
        </w:rPr>
        <w:br/>
      </w:r>
      <w:r>
        <w:rPr>
          <w:lang w:eastAsia="zh-CN"/>
        </w:rPr>
        <w:t>　　1、继续加强学生的基础知识训练，培养学生学以致用的能力。在后期的期末复习工作中，要制定好科学的学习和复习计划，对所学知识及时进行复习巩固，及时梳理归类，并通过多种形式加强练习，积极为学生创设运用知识的情景，让学生能够灵活运用所学知识。</w:t>
      </w:r>
      <w:r>
        <w:rPr>
          <w:lang w:eastAsia="zh-CN"/>
        </w:rPr>
        <w:br/>
      </w:r>
      <w:r>
        <w:rPr>
          <w:lang w:eastAsia="zh-CN"/>
        </w:rPr>
        <w:t>　　2、继续重视学生语言的积累运用，提高学生的写作能力。着力培养学生的阅读兴趣和阅读习惯，同时指导学生观察生活，记录生活，积累写作素材，从而提高习作水平。</w:t>
      </w:r>
      <w:r>
        <w:rPr>
          <w:lang w:eastAsia="zh-CN"/>
        </w:rPr>
        <w:br/>
      </w:r>
      <w:r>
        <w:rPr>
          <w:lang w:eastAsia="zh-CN"/>
        </w:rPr>
        <w:t>　　3、继续抓好培优及辅差辅导工作，双管齐下，努力去提高本班学生的学习成绩。</w:t>
      </w:r>
      <w:r>
        <w:rPr>
          <w:lang w:eastAsia="zh-CN"/>
        </w:rPr>
        <w:br/>
      </w:r>
      <w:r>
        <w:rPr>
          <w:lang w:eastAsia="zh-CN"/>
        </w:rPr>
        <w:t xml:space="preserve">    教师语文期末考试总结 篇8 </w:t>
      </w:r>
      <w:r>
        <w:rPr>
          <w:lang w:eastAsia="zh-CN"/>
        </w:rPr>
        <w:br/>
      </w:r>
      <w:r>
        <w:rPr>
          <w:lang w:eastAsia="zh-CN"/>
        </w:rPr>
        <w:t>　　一、试题分析</w:t>
      </w:r>
      <w:r>
        <w:rPr>
          <w:lang w:eastAsia="zh-CN"/>
        </w:rPr>
        <w:br/>
      </w:r>
      <w:r>
        <w:rPr>
          <w:lang w:eastAsia="zh-CN"/>
        </w:rPr>
        <w:t>　　本次的试题题型结构合理，试卷内容能紧扣教材出题，体现了新课标的理念，能及时对学生进行阶段性的知识考查，题量适宜，难度适中，覆盖面广，没有怪题，适合考查全体学生。</w:t>
      </w:r>
      <w:r>
        <w:rPr>
          <w:lang w:eastAsia="zh-CN"/>
        </w:rPr>
        <w:br/>
      </w:r>
      <w:r>
        <w:rPr>
          <w:lang w:eastAsia="zh-CN"/>
        </w:rPr>
        <w:t>　　二、答卷分析</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从本班学生的答卷情况来看，大多数学生的基础题做得相对好些，如看拼音写词语、按课文内容填空、选词填空等题型，都答得较好，基础知识还算掌握的不错；存在的问题主要是按要求改写句子及课外阅读等题型，是致使许多学生失分最多的原因。在按要求改写句子的题型中，有些学生不太理解把陈述句改写成拟人句的方法，还有的学生是看漏题，没有做在原句上修改病句这道题，这些都是失分最多的题型；基础稍差的学生对课外阅读的题型难以理解，失分较多。班中两极分化的现象极为严重。</w:t>
      </w:r>
      <w:r>
        <w:rPr>
          <w:lang w:eastAsia="zh-CN"/>
        </w:rPr>
        <w:br/>
      </w:r>
      <w:r>
        <w:rPr>
          <w:lang w:eastAsia="zh-CN"/>
        </w:rPr>
        <w:t>　　三、试后反思</w:t>
      </w:r>
      <w:r>
        <w:rPr>
          <w:lang w:eastAsia="zh-CN"/>
        </w:rPr>
        <w:br/>
      </w:r>
      <w:r>
        <w:rPr>
          <w:lang w:eastAsia="zh-CN"/>
        </w:rPr>
        <w:t>　　通过这次测试，我深深地体会到：教师在教学中，不仅要抓好学生基础知识的训练，还要重视学生的阅读能力的培养。教学语文不单纯是课本的知识，还是对课外阅读的延伸。在今后的教学中，我要努力培养学生的阅读兴趣，只有在不断大量的阅读中，学生的语言积累才会提升，理解能力才会提高，才能为写作打下坚实的基础。</w:t>
      </w:r>
      <w:r>
        <w:rPr>
          <w:lang w:eastAsia="zh-CN"/>
        </w:rPr>
        <w:br/>
      </w:r>
      <w:r>
        <w:rPr>
          <w:lang w:eastAsia="zh-CN"/>
        </w:rPr>
        <w:t>　　四、努力方向</w:t>
      </w:r>
      <w:r>
        <w:rPr>
          <w:lang w:eastAsia="zh-CN"/>
        </w:rPr>
        <w:br/>
      </w:r>
      <w:r>
        <w:rPr>
          <w:lang w:eastAsia="zh-CN"/>
        </w:rPr>
        <w:t>　　1、继续加强学生的基础知识训练，培养学生学以致用的能力。在后期的期末复习工作中，要制定好科学的学习和复习计划，对所学知识及时进行复习巩固，及时梳理归类，并通过多种形式加强练习，积极为学生创设运用知识的情景，让学生能够灵活运用所学知识。</w:t>
      </w:r>
      <w:r>
        <w:rPr>
          <w:lang w:eastAsia="zh-CN"/>
        </w:rPr>
        <w:br/>
      </w:r>
      <w:r>
        <w:rPr>
          <w:lang w:eastAsia="zh-CN"/>
        </w:rPr>
        <w:t>　　2、继续重视学生语言的积累运用，提高学生的写作能力。着力培养学生的阅读兴趣和阅读习惯，同时指导学生观察生活，记录生活，积累写作素材，从而提高习作水平。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3、继续抓好培优及辅差辅导工作，双管齐下，努力去提高本班学生的学习成绩。</w:t>
      </w:r>
      <w:r>
        <w:rPr>
          <w:lang w:eastAsia="zh-CN"/>
        </w:rPr>
        <w:br/>
      </w:r>
      <w:r>
        <w:rPr>
          <w:lang w:eastAsia="zh-CN"/>
        </w:rPr>
        <w:t xml:space="preserve">    教师语文期末考试总结 篇9 </w:t>
      </w:r>
      <w:r>
        <w:rPr>
          <w:lang w:eastAsia="zh-CN"/>
        </w:rPr>
        <w:br/>
      </w:r>
      <w:r>
        <w:rPr>
          <w:lang w:eastAsia="zh-CN"/>
        </w:rPr>
        <w:t>　　终于考完期末了，心情有点激动。这次考的还不错，可是语文和数学没有考到理想的分数。不过还可以啦!但数学89.5，差那么0.5分我就90分了，我好后悔啊!当初我为什么没有检查出来这个错误，就是因为我的粗心大意才出了这个错，早知今日，何必当初啊!如果可以四舍五入的话，我就90分啦!那样老爸也能高兴一点!</w:t>
      </w:r>
      <w:r>
        <w:rPr>
          <w:lang w:eastAsia="zh-CN"/>
        </w:rPr>
        <w:br/>
      </w:r>
      <w:r>
        <w:rPr>
          <w:lang w:eastAsia="zh-CN"/>
        </w:rPr>
        <w:t>　　语文呢，不怎么理想，考的也不是很高分，不过能比韩雨杉和吴婷高我就很高兴了!毕竟难得嘛!像吴婷那种尖子生，一般人很难超出，可老爸老妈却说我只是运气好一点，其实我还是跟吴婷差很多的，吴婷平常的成绩那么好，这一次失手，也无所谓!我语文应该算中等水平，不过能考上95分才是我最理想的结果，这次不行，下次再来，不要放弃啊!</w:t>
      </w:r>
      <w:r>
        <w:rPr>
          <w:lang w:eastAsia="zh-CN"/>
        </w:rPr>
        <w:br/>
      </w:r>
      <w:r>
        <w:rPr>
          <w:lang w:eastAsia="zh-CN"/>
        </w:rPr>
        <w:t>　　我的数学是三科当中最差，所以我要加强这方面的知识，语文和英语也不可放松。</w:t>
      </w:r>
      <w:r>
        <w:rPr>
          <w:lang w:eastAsia="zh-CN"/>
        </w:rPr>
        <w:br/>
      </w:r>
      <w:r>
        <w:rPr>
          <w:lang w:eastAsia="zh-CN"/>
        </w:rPr>
        <w:t>　　首先，我要给自己制定一个计划，这样也许可以提高我的效率：</w:t>
      </w:r>
      <w:r>
        <w:rPr>
          <w:lang w:eastAsia="zh-CN"/>
        </w:rPr>
        <w:br/>
      </w:r>
      <w:r>
        <w:rPr>
          <w:lang w:eastAsia="zh-CN"/>
        </w:rPr>
        <w:t>　　1、每天上课坚持做笔记，专心听课，精神要集中。把老师讲的重点记住。</w:t>
      </w:r>
      <w:r>
        <w:rPr>
          <w:lang w:eastAsia="zh-CN"/>
        </w:rPr>
        <w:br/>
      </w:r>
      <w:r>
        <w:rPr>
          <w:lang w:eastAsia="zh-CN"/>
        </w:rPr>
        <w:t>　　2、每天作业要认真做，不可马马虎虎，碰到不会的，一定要先思考，如果实在不会，就可查查书，千万不能只要碰到比较难的题目就去问电脑，电脑也不是万能的。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3、有其他时间可以多做一做自己不熟悉的题目，比如说我百分数不怎么好，我就多做一些这方面的题，直到把所有题型全搞懂后，我对百分数也就更熟悉，而且以后做这方面的题，也不用怕啦!</w:t>
      </w:r>
      <w:r>
        <w:rPr>
          <w:lang w:eastAsia="zh-CN"/>
        </w:rPr>
        <w:br/>
      </w:r>
      <w:r>
        <w:rPr>
          <w:lang w:eastAsia="zh-CN"/>
        </w:rPr>
        <w:t>　　4、多看看课外书，可增长这些知识。不一定只看学校的书，关于这方面的书都可以看。</w:t>
      </w:r>
      <w:r>
        <w:rPr>
          <w:lang w:eastAsia="zh-CN"/>
        </w:rPr>
        <w:br/>
      </w:r>
      <w:r>
        <w:rPr>
          <w:lang w:eastAsia="zh-CN"/>
        </w:rPr>
        <w:t>　　这个计划我将会在下个学期开始，我要加油啦!虽然学习很重要，但身体健康也很重要啊!如果没有一个好身体，怎么能好好学习呢?所以，运动也很重要。</w:t>
      </w:r>
      <w:r>
        <w:rPr>
          <w:lang w:eastAsia="zh-CN"/>
        </w:rPr>
        <w:br/>
      </w:r>
      <w:r>
        <w:rPr>
          <w:lang w:eastAsia="zh-CN"/>
        </w:rPr>
        <w:t>　　1、每天早上去学校的时候，可以在操场上跑跑步，当作晨练。</w:t>
      </w:r>
      <w:r>
        <w:rPr>
          <w:lang w:eastAsia="zh-CN"/>
        </w:rPr>
        <w:br/>
      </w:r>
      <w:r>
        <w:rPr>
          <w:lang w:eastAsia="zh-CN"/>
        </w:rPr>
        <w:t>　　2、体育课就多运动一点，比如跳绳啊，可以增加弹跳力。反正多多运动，对身体有益。</w:t>
      </w:r>
      <w:r>
        <w:rPr>
          <w:lang w:eastAsia="zh-CN"/>
        </w:rPr>
        <w:br/>
      </w:r>
      <w:r>
        <w:rPr>
          <w:lang w:eastAsia="zh-CN"/>
        </w:rPr>
        <w:t>　　3、放学时可以带羽毛球去学校和同学打打，科学家说过，傍晚之前是最好的运动时间，在那时我们就可以多运动一点。</w:t>
      </w:r>
      <w:r>
        <w:rPr>
          <w:lang w:eastAsia="zh-CN"/>
        </w:rPr>
        <w:br/>
      </w:r>
      <w:r>
        <w:rPr>
          <w:lang w:eastAsia="zh-CN"/>
        </w:rPr>
        <w:t>　　我们如果都能做到学习和健康两不误，那我们学习好、身体又很健康，到时候我们应该是世界上最快乐的人了!身心健康和学习优秀是学生们的两大重点，我们要好好把握哦!</w:t>
      </w:r>
      <w:r>
        <w:rPr>
          <w:lang w:eastAsia="zh-CN"/>
        </w:rPr>
        <w:br/>
      </w:r>
      <w:r>
        <w:rPr>
          <w:lang w:eastAsia="zh-CN"/>
        </w:rPr>
        <w:t>　　期末在我心里总是个目标，期末没考好，就相当于我这一个学期的努力是白费了。</w:t>
      </w:r>
      <w:r>
        <w:rPr>
          <w:lang w:eastAsia="zh-CN"/>
        </w:rPr>
        <w:br/>
      </w:r>
      <w:r>
        <w:rPr>
          <w:lang w:eastAsia="zh-CN"/>
        </w:rPr>
        <w:t>　　为了下学期能考的更好，我豁出去啦!加油!</w:t>
      </w:r>
      <w:r>
        <w:rPr>
          <w:lang w:eastAsia="zh-CN"/>
        </w:rPr>
        <w:br/>
      </w:r>
      <w:r>
        <w:rPr>
          <w:lang w:eastAsia="zh-CN"/>
        </w:rPr>
        <w:t xml:space="preserve">    教师语文期末考试总结 篇10 </w:t>
      </w:r>
      <w:r>
        <w:rPr>
          <w:lang w:eastAsia="zh-CN"/>
        </w:rPr>
        <w:br/>
      </w:r>
      <w:r>
        <w:rPr>
          <w:lang w:eastAsia="zh-CN"/>
        </w:rPr>
        <w:t>　　一、试卷分析</w:t>
      </w:r>
      <w:r>
        <w:rPr>
          <w:lang w:eastAsia="zh-CN"/>
        </w:rPr>
        <w:br/>
      </w:r>
      <w:r>
        <w:rPr>
          <w:lang w:eastAsia="zh-CN"/>
        </w:rPr>
        <w:t>　　本次期终考试试卷有以下一些特点：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1、默写仍然是侧重名句，侧重有思想内涵和有语言表现力的语句。变化是“上下句默写”的分值减少，而理解运用类的默写分值提高。</w:t>
      </w:r>
      <w:r>
        <w:rPr>
          <w:lang w:eastAsia="zh-CN"/>
        </w:rPr>
        <w:br/>
      </w:r>
      <w:r>
        <w:rPr>
          <w:lang w:eastAsia="zh-CN"/>
        </w:rPr>
        <w:t>　　2、课外对联的考察重学生语文功底。</w:t>
      </w:r>
      <w:r>
        <w:rPr>
          <w:lang w:eastAsia="zh-CN"/>
        </w:rPr>
        <w:br/>
      </w:r>
      <w:r>
        <w:rPr>
          <w:lang w:eastAsia="zh-CN"/>
        </w:rPr>
        <w:t>　　3、现代文阅读仍然是突出能力考察，重视文章内在情感的体会和把握，重视语感的考察，重视文章的整体理解。</w:t>
      </w:r>
      <w:r>
        <w:rPr>
          <w:lang w:eastAsia="zh-CN"/>
        </w:rPr>
        <w:br/>
      </w:r>
      <w:r>
        <w:rPr>
          <w:lang w:eastAsia="zh-CN"/>
        </w:rPr>
        <w:t>　　4、写作能力的考察，此次作文为半命题作文，题目是我渴望――从题型上看可以激发学生的想象力，注重学生的情感体验，写出自己的真情实感。</w:t>
      </w:r>
      <w:r>
        <w:rPr>
          <w:lang w:eastAsia="zh-CN"/>
        </w:rPr>
        <w:br/>
      </w:r>
      <w:r>
        <w:rPr>
          <w:lang w:eastAsia="zh-CN"/>
        </w:rPr>
        <w:t>　　二、存在的主要问题</w:t>
      </w:r>
      <w:r>
        <w:rPr>
          <w:lang w:eastAsia="zh-CN"/>
        </w:rPr>
        <w:br/>
      </w:r>
      <w:r>
        <w:rPr>
          <w:lang w:eastAsia="zh-CN"/>
        </w:rPr>
        <w:t>　　1、理解性默写较多失分，以及课外材料的阅读得分不高，反映了许多学生文言文的学习偏于记忆、重复、巩固，而如何联系语言环境分析进行思考，如何运用已有的知识去解决新问题等方面相对薄弱。</w:t>
      </w:r>
      <w:r>
        <w:rPr>
          <w:lang w:eastAsia="zh-CN"/>
        </w:rPr>
        <w:br/>
      </w:r>
      <w:r>
        <w:rPr>
          <w:lang w:eastAsia="zh-CN"/>
        </w:rPr>
        <w:t>　　2、基础不够扎实。主要表现在词语的积累和语言表述上。现代文阅读中考查的词语全是常用词语，可错误率高。阅读题的文字表达，作文的语言表达，都有较多学生错字多、病句多、词汇贫乏，标点混乱，反映了语文基本功的不扎实。</w:t>
      </w:r>
      <w:r>
        <w:rPr>
          <w:lang w:eastAsia="zh-CN"/>
        </w:rPr>
        <w:br/>
      </w:r>
      <w:r>
        <w:rPr>
          <w:lang w:eastAsia="zh-CN"/>
        </w:rPr>
        <w:t>　　3、对文章的整体把握是薄弱环节。考察学生对文章整体上的把握，错误率较高。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4、作文不够具体，没有写出自己真切独特的感受。“我渴望”是一个有话可说的题目，完全可以展开想象进行具体生动的描述。遗憾的是许多学生不用自己的语言写自己的感受，而是堆砌辞藻，搬弄陈词，甚至套搬作文。对题目要求理解不清，较多学生写的内容是为什么渴望，而未写出自己是如何渴望的.。</w:t>
      </w:r>
      <w:r>
        <w:rPr>
          <w:lang w:eastAsia="zh-CN"/>
        </w:rPr>
        <w:br/>
      </w:r>
      <w:r>
        <w:rPr>
          <w:lang w:eastAsia="zh-CN"/>
        </w:rPr>
        <w:t>　　三、反思和计划</w:t>
      </w:r>
      <w:r>
        <w:rPr>
          <w:lang w:eastAsia="zh-CN"/>
        </w:rPr>
        <w:br/>
      </w:r>
      <w:r>
        <w:rPr>
          <w:lang w:eastAsia="zh-CN"/>
        </w:rPr>
        <w:t>　　根据这次考试反映出的主要问题，结合平时的教学现状，拟订了以下几点教学计划：</w:t>
      </w:r>
      <w:r>
        <w:rPr>
          <w:lang w:eastAsia="zh-CN"/>
        </w:rPr>
        <w:br/>
      </w:r>
      <w:r>
        <w:rPr>
          <w:lang w:eastAsia="zh-CN"/>
        </w:rPr>
        <w:t>　　1、培养学生良好的语文学习习惯，让学生学会学习。本次考试可以看出学生在学习习惯和方法的养成方面的欠缺，今后在课堂教学，还要加强对学生语文学习方法的指导，督促学生养成良好的语文学习习惯。</w:t>
      </w:r>
      <w:r>
        <w:rPr>
          <w:lang w:eastAsia="zh-CN"/>
        </w:rPr>
        <w:br/>
      </w:r>
      <w:r>
        <w:rPr>
          <w:lang w:eastAsia="zh-CN"/>
        </w:rPr>
        <w:t>　　2、加强语文积累。语文能力的提高有一个较长的过程，它的基础在于有厚实的积累，包括语言材料的积累，生活和思想的积累等等。作为教师不能因为不考课内的文章而放弃对课本的学习，更应重视对教材的学习，引导学生熟悉课文，对课文中的词语、句子、文章结构、思想观点等，该记忆的要记忆，该借鉴的要借鉴。</w:t>
      </w:r>
      <w:r>
        <w:rPr>
          <w:lang w:eastAsia="zh-CN"/>
        </w:rPr>
        <w:br/>
      </w:r>
      <w:r>
        <w:rPr>
          <w:lang w:eastAsia="zh-CN"/>
        </w:rPr>
        <w:t>　　3、夯实基础。在生字词的积累，课文的朗读，语言表达的准确规范以及书写等方面加强训练，为进一步的学习打下扎实的基础。</w:t>
      </w:r>
      <w:r>
        <w:rPr>
          <w:lang w:eastAsia="zh-CN"/>
        </w:rPr>
        <w:br/>
      </w:r>
      <w:r>
        <w:rPr>
          <w:lang w:eastAsia="zh-CN"/>
        </w:rPr>
        <w:t>　　4、要在学生的能力培养上下功夫。真正做到“授之以渔”而非“授之以鱼”。语文能力的提高仅靠课堂是不够的，还要在各科的学习和生活中有意识去学习和训练。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5、阅读能力的提高。阅读一篇文章，相关的知识背景越丰富，文章越容易理解。因此要努力引导学生广闻博览，多读多吸收一点。利用语文拓展课给学生介绍好的阅读材料，随时指点阅读方法，以收更好的效果。并可采用比较阅读的方法，以收一举多得之功效。</w:t>
      </w:r>
      <w:r>
        <w:rPr>
          <w:lang w:eastAsia="zh-CN"/>
        </w:rPr>
        <w:br/>
      </w:r>
      <w:r>
        <w:rPr>
          <w:lang w:eastAsia="zh-CN"/>
        </w:rPr>
        <w:t>　　6、加强作文训练。还应增加作文密度，从写中积累语言。写日记、写周记，注意生活中的点点滴滴，并经常进行个别指导。</w:t>
      </w:r>
      <w:r>
        <w:rPr>
          <w:lang w:eastAsia="zh-CN"/>
        </w:rPr>
        <w:br/>
      </w:r>
      <w:r>
        <w:rPr>
          <w:lang w:eastAsia="zh-CN"/>
        </w:rPr>
        <w:t xml:space="preserve">    教师语文期末考试总结 篇11 </w:t>
      </w:r>
      <w:r>
        <w:rPr>
          <w:lang w:eastAsia="zh-CN"/>
        </w:rPr>
        <w:br/>
      </w:r>
      <w:r>
        <w:rPr>
          <w:lang w:eastAsia="zh-CN"/>
        </w:rPr>
        <w:t>　　本次考试我校各班情况良好,根据各班的考试情况,对今后的工作做以下改进:</w:t>
      </w:r>
      <w:r>
        <w:rPr>
          <w:lang w:eastAsia="zh-CN"/>
        </w:rPr>
        <w:br/>
      </w:r>
      <w:r>
        <w:rPr>
          <w:lang w:eastAsia="zh-CN"/>
        </w:rPr>
        <w:t>　　1、优化课堂设计</w:t>
      </w:r>
      <w:r>
        <w:rPr>
          <w:lang w:eastAsia="zh-CN"/>
        </w:rPr>
        <w:br/>
      </w:r>
      <w:r>
        <w:rPr>
          <w:lang w:eastAsia="zh-CN"/>
        </w:rPr>
        <w:t>　　优化课堂设计，一方面，变满堂灌为把主动权交给学生，多给学生发言权，比如可以把有些不必要的教师范读设计为小老师领读，调动学得好的孩子的积极性，同时也能激发后进生的学习动力，而且更容易发现个别学生的问题;</w:t>
      </w:r>
      <w:r>
        <w:rPr>
          <w:lang w:eastAsia="zh-CN"/>
        </w:rPr>
        <w:br/>
      </w:r>
      <w:r>
        <w:rPr>
          <w:lang w:eastAsia="zh-CN"/>
        </w:rPr>
        <w:t>　　化整体为部分，以前的课堂我总是把更多的注意力放在全班齐读上，其实可以渗透更多的个别检查和落实，或者是男女比赛、小组比赛、开火车或是指名读，这样既能更好地检查学生掌握情况，让我能更准确地分析学生学情，同时也能避免后进生滥竽充数，光对嘴型不发音或是开小差的情况;加强趣味性的设计。低年级的孩子注意力集中时间短，单纯的咆哮和说教对于他们注意力的集中作用并不是很大，相反，有趣的游戏、儿歌、谜语等更能让他们主动参与到学习中来，以后要花更多的时间到教学设计上，让自己的课堂更加有吸引力，吸引学生主动喜欢我的课堂，而不是被动地学习。</w:t>
      </w:r>
      <w:r>
        <w:rPr>
          <w:lang w:eastAsia="zh-CN"/>
        </w:rPr>
        <w:br/>
      </w:r>
      <w:r>
        <w:rPr>
          <w:lang w:eastAsia="zh-CN"/>
        </w:rPr>
        <w:t>　　2、加强基础落实</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以前的课堂我总是安排得很满，给学生自己读自己写的时间不够，作业完成也大多放到家里，《课时达标》和生字抄写的责任转嫁到了家长身上，而学生放学后在家完成作业的效率及作用显然是比不上课堂的，所以，以后一定要加强基础的落实，对作业的指导转移到课堂或是课间时间，避免学生回家后对课堂知识产生遗忘，同时也能尽可能地避免家长和老师在作业辅导上的差异，让学生在考试时候无所适从的现象出现。</w:t>
      </w:r>
      <w:r>
        <w:rPr>
          <w:lang w:eastAsia="zh-CN"/>
        </w:rPr>
        <w:br/>
      </w:r>
      <w:r>
        <w:rPr>
          <w:lang w:eastAsia="zh-CN"/>
        </w:rPr>
        <w:t>　　3、加强课堂常规训练</w:t>
      </w:r>
      <w:r>
        <w:rPr>
          <w:lang w:eastAsia="zh-CN"/>
        </w:rPr>
        <w:br/>
      </w:r>
      <w:r>
        <w:rPr>
          <w:lang w:eastAsia="zh-CN"/>
        </w:rPr>
        <w:t>　　我们班的孩子上课课堂常规还存在一定问题，听课率较差，开小差，讲小话，做小动作的现象普遍存在，尤其是在讲评作业和同学回答问题的时候，孩子们大有“事不关己高高挂起”的风采，自顾自地，这是我在常规训练上的失败，以后要加大对常规的训练，提高听课率，这样才能让孩子们有一个良好的学习习惯，也是提高他们学习成绩的关键途径。</w:t>
      </w:r>
      <w:r>
        <w:rPr>
          <w:lang w:eastAsia="zh-CN"/>
        </w:rPr>
        <w:br/>
      </w:r>
      <w:r>
        <w:rPr>
          <w:lang w:eastAsia="zh-CN"/>
        </w:rPr>
        <w:t>　　4、抓紧后进生转化</w:t>
      </w:r>
      <w:r>
        <w:rPr>
          <w:lang w:eastAsia="zh-CN"/>
        </w:rPr>
        <w:br/>
      </w:r>
      <w:r>
        <w:rPr>
          <w:lang w:eastAsia="zh-CN"/>
        </w:rPr>
        <w:t>　　抓好早读和课间时间，检查落实学生的学习掌握情况，尤其是对于后进生，一定要将他们的学习情况纳入课余时间工作重点，监督他们补上落下的拼音，默写、听写、背诵和作业结合，多方面检查，多方面落实，帮助他们尽快提高成绩，缩小和其他同学的差距。</w:t>
      </w:r>
      <w:r>
        <w:rPr>
          <w:lang w:eastAsia="zh-CN"/>
        </w:rPr>
        <w:br/>
      </w:r>
      <w:r>
        <w:rPr>
          <w:lang w:eastAsia="zh-CN"/>
        </w:rPr>
        <w:t>　　5、加强家校之间的配合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提高学生成绩，不仅仅要靠学校和老师，45分钟以外的放学时间同样重要，加强家校之间的沟通和配合，让家长也参与到学生学习习惯培养中来，既不能让家长在对学生学习指导上全部包办，变指导为代劳，也不能把责任全部揽到老师身上，家庭是孩子最好的老师，可以在家长会上让在这方面做得比较好的家长跟其他家长做一下经验传授和交流。</w:t>
      </w:r>
      <w:r>
        <w:rPr>
          <w:lang w:eastAsia="zh-CN"/>
        </w:rPr>
        <w:br/>
      </w:r>
      <w:r>
        <w:rPr>
          <w:lang w:eastAsia="zh-CN"/>
        </w:rPr>
        <w:t>　　6、加强向有经验老师的学习</w:t>
      </w:r>
      <w:r>
        <w:rPr>
          <w:lang w:eastAsia="zh-CN"/>
        </w:rPr>
        <w:br/>
      </w:r>
      <w:r>
        <w:rPr>
          <w:lang w:eastAsia="zh-CN"/>
        </w:rPr>
        <w:t>　　对于刚工作的我，各方面经验不足，课堂上和班级管理上都有很多问题，以后我得更多地向有经验的李老师、时老师她们学习，听她们的课堂，学习她们对学生的指导方法，取彼之长补己之短，虚心学习，提高自己。</w:t>
      </w:r>
      <w:r>
        <w:rPr>
          <w:lang w:eastAsia="zh-CN"/>
        </w:rPr>
        <w:br/>
      </w:r>
      <w:r>
        <w:rPr>
          <w:lang w:eastAsia="zh-CN"/>
        </w:rPr>
        <w:t>　　小结</w:t>
      </w:r>
      <w:r>
        <w:rPr>
          <w:lang w:eastAsia="zh-CN"/>
        </w:rPr>
        <w:br/>
      </w:r>
      <w:r>
        <w:rPr>
          <w:lang w:eastAsia="zh-CN"/>
        </w:rPr>
        <w:t>　　这次考试成绩还算理想，但是也有些个别学生掌握不是很好,主观原因很多，客观原因也不少，这次是对我们今后教学工作的一个鞭策，我们会更加努力,让学生的成绩都有更大的提高。</w:t>
      </w:r>
      <w:r>
        <w:rPr>
          <w:lang w:eastAsia="zh-CN"/>
        </w:rPr>
        <w:br/>
      </w:r>
      <w:r>
        <w:rPr>
          <w:lang w:eastAsia="zh-CN"/>
        </w:rPr>
        <w:t xml:space="preserve">    教师语文期末考试总结 篇12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一学期很快就结束了。但是这一学年我却教得一点不轻松。七年级是小学和初中的过度阶段，小学里的学习依赖性很强，自觉性比较差，习惯老师时时刻刻的看着。有很多地方都需要慢慢适应。我所教的班级学生的各方面都不好。首先没有良好的学习习惯：听课习惯差，有四分之一的学生课堂上不能集中注意力，讲话、做小动作，经常要停下来整顿纪律。没有养成随时记笔记的习惯。作业完成情况很不理想，经常有五六个人不做作业，如果是双休日的话，那作业情况就更差了，有十多个学生不做作业。大多数学生字写的较差。一句话就是学习态度较差。其次，是行为习惯没有养成，到处乱扔垃圾，不尊重老师等。针对这些情况，我也采取了一些措施。</w:t>
      </w:r>
      <w:r>
        <w:rPr>
          <w:lang w:eastAsia="zh-CN"/>
        </w:rPr>
        <w:br/>
      </w:r>
      <w:r>
        <w:rPr>
          <w:lang w:eastAsia="zh-CN"/>
        </w:rPr>
        <w:t>　　一、利用中午自习的时间，每天练二十分钟的字。一开学，我就要求每人准备一本钢笔字帖。学生练字，我也随堂指导。有部分同学经过一学期的练习，写的字有较大的进步。</w:t>
      </w:r>
      <w:r>
        <w:rPr>
          <w:lang w:eastAsia="zh-CN"/>
        </w:rPr>
        <w:br/>
      </w:r>
      <w:r>
        <w:rPr>
          <w:lang w:eastAsia="zh-CN"/>
        </w:rPr>
        <w:t>　　二、狠抓作业完成。每天加强检查的力度，从小组长到课代表，仔细检查，详细记载。一旦发现有不完成的现象，动之以情，晓之以理。帮助他们端正学习态度。另外我还协同家长一起监督检查。取得了一些效果，但还有极少数顽固分子。</w:t>
      </w:r>
      <w:r>
        <w:rPr>
          <w:lang w:eastAsia="zh-CN"/>
        </w:rPr>
        <w:br/>
      </w:r>
      <w:r>
        <w:rPr>
          <w:lang w:eastAsia="zh-CN"/>
        </w:rPr>
        <w:t>　　三、加强双基训练。基础知识和基本能力是语文素养的奠基石、是根本。本班的学生的双基较差。一方面我通过早晚读和课堂上的时间，加强诵读训练。要求背诵的课文、诗词、理解的字词等。一课一课的过关。每次默写我都一一批改，督促他们订正，把共性的问题在课堂上再次强调。另一方面，我发现学生的答题很不规范。为此，我详细的讲了各种题型的答题技巧和规范，有的还要求学生们熟读熟记。再通过大量的练习，把理论知识运用到实际中去，转化成解题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虽然做了大量的工作，最后的考试效果并不理想。主要存在问题在基础知识上。积累与运用，难度不大，主要考查学生的语文基础知识和语言的一般运用能力。如看拼音写汉字，四个字都是平时默写过的，强调过的，全对的仅仅十多人。课文名句默写，都是平时强调的名句，仍有不少学生扣分。这些都是平时基础掌握不扎实。专题与综合实践，题目是我们做过的，但是失分较多，主要原因是上课没有认真听讲，听课效率差。</w:t>
      </w:r>
      <w:r>
        <w:rPr>
          <w:lang w:eastAsia="zh-CN"/>
        </w:rPr>
        <w:br/>
      </w:r>
      <w:r>
        <w:rPr>
          <w:lang w:eastAsia="zh-CN"/>
        </w:rPr>
        <w:t>　　诗歌赏析一项是难点。这次也不例外。学生不理解诗歌的大意和要抒发的感情。同时组织语言能力也有待于加强。</w:t>
      </w:r>
      <w:r>
        <w:rPr>
          <w:lang w:eastAsia="zh-CN"/>
        </w:rPr>
        <w:br/>
      </w:r>
      <w:r>
        <w:rPr>
          <w:lang w:eastAsia="zh-CN"/>
        </w:rPr>
        <w:t>　　古诗文阅读。从答题情况来看，能拿满分的学生不多。集中考查学生对词语含义的理解和翻译的能力，以及对文章内容的把握。不少同学不理解内容，所以不会翻译句子，更不能结合文章答题。因此以后在上课时应该尽量具体讲解文言实词和虚词的含义，学生在复习时也要提醒其多加留意。</w:t>
      </w:r>
      <w:r>
        <w:rPr>
          <w:lang w:eastAsia="zh-CN"/>
        </w:rPr>
        <w:br/>
      </w:r>
      <w:r>
        <w:rPr>
          <w:lang w:eastAsia="zh-CN"/>
        </w:rPr>
        <w:t>　　现代文阅读。主要考查学生的认读与理解能力，分析与综合能力和.鉴赏与评价能力。学生分析概括的能力较差，不能规范答题。仿句也是难点。</w:t>
      </w:r>
      <w:r>
        <w:rPr>
          <w:lang w:eastAsia="zh-CN"/>
        </w:rPr>
        <w:br/>
      </w:r>
      <w:r>
        <w:rPr>
          <w:lang w:eastAsia="zh-CN"/>
        </w:rPr>
        <w:t>　　作文是一篇命题作文。考试中发现很多学生审题不清，偏题、扣题不紧的很多。不能抓住题目中的题眼。文章要求以记叙为主，适当运用抒情，议论等表达方式，学生不明确记叙与议论，抒情等表达方式的区别，文章体裁上不能沦为“三不像”，文笔再优美也得不了高分。</w:t>
      </w:r>
      <w:r>
        <w:rPr>
          <w:lang w:eastAsia="zh-CN"/>
        </w:rPr>
        <w:br/>
      </w:r>
      <w:r>
        <w:rPr>
          <w:lang w:eastAsia="zh-CN"/>
        </w:rPr>
        <w:t>　　在今后教学中，我将从以下几方面入手：</w:t>
      </w:r>
      <w:r>
        <w:rPr>
          <w:lang w:eastAsia="zh-CN"/>
        </w:rPr>
        <w:br/>
      </w:r>
      <w:r>
        <w:rPr>
          <w:lang w:eastAsia="zh-CN"/>
        </w:rPr>
        <w:t>　　1.继续抓基础知识。在学习中要强调多读多背，多接触文本、精彩的文章或片段，力争做到熟读成诵，切实加强语言的积累和感悟。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2.重视方法的指导与能力的培养。现代文阅读，重在研读材料，审清题意，按点答题。应培养学生准确抓住问题要害，并能用简要的语言表达思想的能力。因此，应强调学生解题方法的学习和解题规范的训练，同时通过大量的练习，培养语感和归纳总结的能力，以及表达能力。</w:t>
      </w:r>
      <w:r>
        <w:rPr>
          <w:lang w:eastAsia="zh-CN"/>
        </w:rPr>
        <w:br/>
      </w:r>
      <w:r>
        <w:rPr>
          <w:lang w:eastAsia="zh-CN"/>
        </w:rPr>
        <w:t>　　3.作文一方面要加强审题训练。另一方面加强平时的练笔，如日记、周记等，一定要养成观察生活、感受生活、反映生活、表达自己的真情实感的良好写作习惯。重视作文指导、作文评改、作后评析等几个重要环节，要让学生参与到这几个重要环节中，可采用个人自改、小组互改、全班评改、重写一次的流程，让他们发扬自主、合作、探究的学习精神，变“别人要我写”为“我要写”。只有这样，才能为提高作文质量打下良好的基础。</w:t>
      </w:r>
      <w:r>
        <w:rPr>
          <w:lang w:eastAsia="zh-CN"/>
        </w:rPr>
        <w:br/>
      </w:r>
      <w:r>
        <w:rPr>
          <w:lang w:eastAsia="zh-CN"/>
        </w:rPr>
        <w:t>　　教学反思是教师进步的阶梯，是教师进步的重要途径。通过教学反思能够不断地，逐渐地提高教师自我的教学监控能力，提升教师的专业素质，综合水平等。期末考试是老师进行教学反思一个重要的契机。</w:t>
      </w:r>
      <w:r>
        <w:rPr>
          <w:lang w:eastAsia="zh-CN"/>
        </w:rPr>
        <w:br/>
      </w:r>
      <w:r>
        <w:rPr>
          <w:lang w:eastAsia="zh-CN"/>
        </w:rPr>
        <w:t xml:space="preserve">    教师语文期末考试总结 篇13 </w:t>
      </w:r>
      <w:r>
        <w:rPr>
          <w:lang w:eastAsia="zh-CN"/>
        </w:rPr>
        <w:br/>
      </w:r>
      <w:r>
        <w:rPr>
          <w:lang w:eastAsia="zh-CN"/>
        </w:rPr>
        <w:t>　　首先是语文，不知怎么地，这次语文才考了69分，差一分70了。可是我上初中以来，语文还从没低过80分呢，这次怎么才六十多分啊?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语文，文言文，上课做得笔记最重要，做了笔记，才知道这个词是什么意思，才知道这篇文章大概讲了些什么。因此，上古文课时，必须要全神贯注地听老师讲课。可是我上古文课时，就在那里趴的，以为这些全会，就不听老师讲课。最后，古文的一些字词，就不知道是什么意思，而因为不想让老师知道我上课是不听讲，走</w:t>
      </w:r>
      <w:r>
        <w:rPr>
          <w:lang w:eastAsia="zh-CN"/>
        </w:rPr>
        <w:t xml:space="preserve"> 神，下课便没有问老师那些不会的词的意思，而同学也有的记得不全或不对的，所以，考出来了，就不会这个词的意思。</w:t>
      </w:r>
      <w:r>
        <w:rPr>
          <w:lang w:eastAsia="zh-CN"/>
        </w:rPr>
        <w:br/>
      </w:r>
      <w:r>
        <w:rPr>
          <w:lang w:eastAsia="zh-CN"/>
        </w:rPr>
        <w:t>　　语文的阅读，一直是段老师这的重点，可是，老师把方法告给了我，我也没有去记，只是当那些阅读技法是没有用的，可是真真考出来题时，才知道段老师的阅读技法全都能套用上，可是我没有背，因此，就没有完整的按阅读技法的步骤来，只能是想起哪些写哪些了，导致了我的阅读拉分。</w:t>
      </w:r>
      <w:r>
        <w:rPr>
          <w:lang w:eastAsia="zh-CN"/>
        </w:rPr>
        <w:br/>
      </w:r>
      <w:r>
        <w:rPr>
          <w:lang w:eastAsia="zh-CN"/>
        </w:rPr>
        <w:t>　　语文的作文，段老师一直让准备，总是说好作文是提前准备的，不能考场上现场发挥。可我就是不听，总是不以为然，以为我现场发挥可以发挥的很好，所以导致了我没有准备一篇作文来应对这次考试。</w:t>
      </w:r>
      <w:r>
        <w:rPr>
          <w:lang w:eastAsia="zh-CN"/>
        </w:rPr>
        <w:br/>
      </w:r>
      <w:r>
        <w:rPr>
          <w:lang w:eastAsia="zh-CN"/>
        </w:rPr>
        <w:t>　　总的来说，就是上课没有仔细听老师讲，课后没有认真的完成段老师的作业，以为无所谓，才导致了我现在的这个成绩。</w:t>
      </w:r>
      <w:r>
        <w:rPr>
          <w:lang w:eastAsia="zh-CN"/>
        </w:rPr>
        <w:br/>
      </w:r>
      <w:r>
        <w:rPr>
          <w:lang w:eastAsia="zh-CN"/>
        </w:rPr>
        <w:t>　　我觉得，这次对我来说，是一次教训，是一次非常深刻的教训，也是一次代价非常大的教训。因此，我吸取这次教训，来让下次做得更好，考上一个理想的分数</w:t>
      </w:r>
      <w:r>
        <w:rPr>
          <w:lang w:eastAsia="zh-CN"/>
        </w:rPr>
        <w:br/>
      </w:r>
      <w:r>
        <w:rPr>
          <w:lang w:eastAsia="zh-CN"/>
        </w:rPr>
        <w:t>　　写后小记：这次的分数非常不好，要努力!</w:t>
      </w:r>
      <w:r>
        <w:rPr>
          <w:lang w:eastAsia="zh-CN"/>
        </w:rPr>
        <w:br/>
      </w:r>
      <w:r>
        <w:rPr>
          <w:lang w:eastAsia="zh-CN"/>
        </w:rPr>
        <w:t xml:space="preserve">    教师语文期末考试总结 篇14 </w:t>
      </w:r>
      <w:r>
        <w:rPr>
          <w:lang w:eastAsia="zh-CN"/>
        </w:rPr>
        <w:br/>
      </w:r>
      <w:r>
        <w:rPr>
          <w:lang w:eastAsia="zh-CN"/>
        </w:rPr>
        <w:t>　　一、试卷评价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本次语文试卷是满分为100分。基础与积累运用占29分；阅读、理解占31分；习作占40分。试题突出了五年级语文的训练重点，侧重考查学生理解语言、运用语言的能力，考核学生综合运用知识的基本技能。但很多老师认为，这次五年级的课外阅读较难理解，尤其阅读和习作的分数比例偏重，没有考虑中等水平的学生，尤其是农村的孩子。</w:t>
      </w:r>
      <w:r>
        <w:rPr>
          <w:lang w:eastAsia="zh-CN"/>
        </w:rPr>
        <w:br/>
      </w:r>
      <w:r>
        <w:rPr>
          <w:lang w:eastAsia="zh-CN"/>
        </w:rPr>
        <w:t>　　二、试题分析</w:t>
      </w:r>
      <w:r>
        <w:rPr>
          <w:lang w:eastAsia="zh-CN"/>
        </w:rPr>
        <w:br/>
      </w:r>
      <w:r>
        <w:rPr>
          <w:lang w:eastAsia="zh-CN"/>
        </w:rPr>
        <w:t>　　从整个卷面来看，基础知识和积累运用部分学生掌握还算满意，阅读、习作部分失分较多。</w:t>
      </w:r>
      <w:r>
        <w:rPr>
          <w:lang w:eastAsia="zh-CN"/>
        </w:rPr>
        <w:br/>
      </w:r>
      <w:r>
        <w:rPr>
          <w:lang w:eastAsia="zh-CN"/>
        </w:rPr>
        <w:t>　　（一）、积累、运用</w:t>
      </w:r>
      <w:r>
        <w:rPr>
          <w:lang w:eastAsia="zh-CN"/>
        </w:rPr>
        <w:br/>
      </w:r>
      <w:r>
        <w:rPr>
          <w:lang w:eastAsia="zh-CN"/>
        </w:rPr>
        <w:t>　　1、看拼音，写汉字。</w:t>
      </w:r>
      <w:r>
        <w:rPr>
          <w:lang w:eastAsia="zh-CN"/>
        </w:rPr>
        <w:br/>
      </w:r>
      <w:r>
        <w:rPr>
          <w:lang w:eastAsia="zh-CN"/>
        </w:rPr>
        <w:t>　　此题考查了6个生词掌握情况。6个新词全为本册的重点词，学生的掌握情况较好，拿满分的较多。</w:t>
      </w:r>
      <w:r>
        <w:rPr>
          <w:lang w:eastAsia="zh-CN"/>
        </w:rPr>
        <w:br/>
      </w:r>
      <w:r>
        <w:rPr>
          <w:lang w:eastAsia="zh-CN"/>
        </w:rPr>
        <w:t>　　2、给下面加点的`字选择正确的读音。</w:t>
      </w:r>
      <w:r>
        <w:rPr>
          <w:lang w:eastAsia="zh-CN"/>
        </w:rPr>
        <w:br/>
      </w:r>
      <w:r>
        <w:rPr>
          <w:lang w:eastAsia="zh-CN"/>
        </w:rPr>
        <w:t>　　此题考查了学生对一字多音的掌握情况，学生的选择较为满意，但有部分学生对“劲”、“蒙”的多音掌握不够，丢了2分。</w:t>
      </w:r>
      <w:r>
        <w:rPr>
          <w:lang w:eastAsia="zh-CN"/>
        </w:rPr>
        <w:br/>
      </w:r>
      <w:r>
        <w:rPr>
          <w:lang w:eastAsia="zh-CN"/>
        </w:rPr>
        <w:t>　　3、将词和句子填写完整。</w:t>
      </w:r>
      <w:r>
        <w:rPr>
          <w:lang w:eastAsia="zh-CN"/>
        </w:rPr>
        <w:br/>
      </w:r>
      <w:r>
        <w:rPr>
          <w:lang w:eastAsia="zh-CN"/>
        </w:rPr>
        <w:t>　　此题考查了6个成语以及4个歇后语、谚语。学生掌握得很好，但少数学生还是有错别字现象。</w:t>
      </w:r>
      <w:r>
        <w:rPr>
          <w:lang w:eastAsia="zh-CN"/>
        </w:rPr>
        <w:br/>
      </w:r>
      <w:r>
        <w:rPr>
          <w:lang w:eastAsia="zh-CN"/>
        </w:rPr>
        <w:t>　　4、按要求完成练习。</w:t>
      </w:r>
      <w:r>
        <w:rPr>
          <w:lang w:eastAsia="zh-CN"/>
        </w:rPr>
        <w:br/>
      </w:r>
      <w:r>
        <w:rPr>
          <w:lang w:eastAsia="zh-CN"/>
        </w:rPr>
        <w:t>　　此题共有3个小题，包括把句子写具体，改反问句为陈述句，修改病句。其中修改病句一题失分较多，学生没有掌握“端正”和“学习态度”的搭配。</w:t>
      </w:r>
      <w:r>
        <w:rPr>
          <w:lang w:eastAsia="zh-CN"/>
        </w:rPr>
        <w:br/>
      </w:r>
      <w:r>
        <w:rPr>
          <w:lang w:eastAsia="zh-CN"/>
        </w:rPr>
        <w:t>　　5、填关联词。</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因是课文里的原句，学生失分得较少。</w:t>
      </w:r>
      <w:r>
        <w:rPr>
          <w:lang w:eastAsia="zh-CN"/>
        </w:rPr>
        <w:br/>
      </w:r>
      <w:r>
        <w:rPr>
          <w:lang w:eastAsia="zh-CN"/>
        </w:rPr>
        <w:t>　　6、按课文填空。</w:t>
      </w:r>
      <w:r>
        <w:rPr>
          <w:lang w:eastAsia="zh-CN"/>
        </w:rPr>
        <w:br/>
      </w:r>
      <w:r>
        <w:rPr>
          <w:lang w:eastAsia="zh-CN"/>
        </w:rPr>
        <w:t>　　此题丢分较多，这主要是老师的责任。因是课文中的一段话，老师只按照课后要求背诵而没有落实到默写，所以很多学生出现了写不来字的现象。</w:t>
      </w:r>
      <w:r>
        <w:rPr>
          <w:lang w:eastAsia="zh-CN"/>
        </w:rPr>
        <w:br/>
      </w:r>
      <w:r>
        <w:rPr>
          <w:lang w:eastAsia="zh-CN"/>
        </w:rPr>
        <w:t>　　（二）阅读、理解</w:t>
      </w:r>
      <w:r>
        <w:rPr>
          <w:lang w:eastAsia="zh-CN"/>
        </w:rPr>
        <w:br/>
      </w:r>
      <w:r>
        <w:rPr>
          <w:lang w:eastAsia="zh-CN"/>
        </w:rPr>
        <w:t>　　1、解释带点词，再写出诗句的意思。</w:t>
      </w:r>
      <w:r>
        <w:rPr>
          <w:lang w:eastAsia="zh-CN"/>
        </w:rPr>
        <w:br/>
      </w:r>
      <w:r>
        <w:rPr>
          <w:lang w:eastAsia="zh-CN"/>
        </w:rPr>
        <w:t>　　此题考查学生对本册古诗、词掌握情况，从卷面看，学生丢分得较少，只是个别学生没有把句子的意思写完整。</w:t>
      </w:r>
      <w:r>
        <w:rPr>
          <w:lang w:eastAsia="zh-CN"/>
        </w:rPr>
        <w:br/>
      </w:r>
      <w:r>
        <w:rPr>
          <w:lang w:eastAsia="zh-CN"/>
        </w:rPr>
        <w:t>　　2、根据课文内容填空。</w:t>
      </w:r>
      <w:r>
        <w:rPr>
          <w:lang w:eastAsia="zh-CN"/>
        </w:rPr>
        <w:br/>
      </w:r>
      <w:r>
        <w:rPr>
          <w:lang w:eastAsia="zh-CN"/>
        </w:rPr>
        <w:t>　　此题考查学生对文本内容的理解情况。由于老师在复习过程中反复强调了文本内含，此题学生完成得较好，丢分的较少。</w:t>
      </w:r>
      <w:r>
        <w:rPr>
          <w:lang w:eastAsia="zh-CN"/>
        </w:rPr>
        <w:br/>
      </w:r>
      <w:r>
        <w:rPr>
          <w:lang w:eastAsia="zh-CN"/>
        </w:rPr>
        <w:t>　　3、阅读课外短文，完成文后练习。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此题也考查了学生的课外短文的阅读、理解能力。短文题为“星星”，文章主要内容是作者的母亲通过星星的特点“你照着我，我照着他，大家都亮晶晶的，多美啊！”来阐述做人的道理：遇事儿，不要光想着自己，要多考虑别人。但学生很难理解透彻，难以把握主题思想，其中一小题画出文中的中心句，全班都丢了3分，全校也没有学生得分的。我们在一中参加统一阅卷的都是五年级的老师，大家也在讨论这个中心句的问题，甚至在没有看到标准答案之前，老师们也各有争议，无法定论。语文阅读重在过程，学生独立阅读能力是在过程中培养起来的，这些都是我们应在今后教学中注意的事项。</w:t>
      </w:r>
      <w:r>
        <w:rPr>
          <w:lang w:eastAsia="zh-CN"/>
        </w:rPr>
        <w:br/>
      </w:r>
      <w:r>
        <w:rPr>
          <w:lang w:eastAsia="zh-CN"/>
        </w:rPr>
        <w:t xml:space="preserve">    教师语文期末考试总结 篇15 </w:t>
      </w:r>
      <w:r>
        <w:rPr>
          <w:lang w:eastAsia="zh-CN"/>
        </w:rPr>
        <w:br/>
      </w:r>
      <w:r>
        <w:rPr>
          <w:lang w:eastAsia="zh-CN"/>
        </w:rPr>
        <w:t>　　期末考试已经结束。现在简单总结一下我班语文的具体情况。</w:t>
      </w:r>
      <w:r>
        <w:rPr>
          <w:lang w:eastAsia="zh-CN"/>
        </w:rPr>
        <w:br/>
      </w:r>
      <w:r>
        <w:rPr>
          <w:lang w:eastAsia="zh-CN"/>
        </w:rPr>
        <w:t>　　一、总体情况：</w:t>
      </w:r>
      <w:r>
        <w:rPr>
          <w:lang w:eastAsia="zh-CN"/>
        </w:rPr>
        <w:br/>
      </w:r>
      <w:r>
        <w:rPr>
          <w:lang w:eastAsia="zh-CN"/>
        </w:rPr>
        <w:t>　　参考人数：46人参加考试。最高分是92分，最低分是42分。及格人数38人，不及格人数8人。</w:t>
      </w:r>
      <w:r>
        <w:rPr>
          <w:lang w:eastAsia="zh-CN"/>
        </w:rPr>
        <w:br/>
      </w:r>
      <w:r>
        <w:rPr>
          <w:lang w:eastAsia="zh-CN"/>
        </w:rPr>
        <w:t>　　一、试卷分析及答题情况。</w:t>
      </w:r>
      <w:r>
        <w:rPr>
          <w:lang w:eastAsia="zh-CN"/>
        </w:rPr>
        <w:br/>
      </w:r>
      <w:r>
        <w:rPr>
          <w:lang w:eastAsia="zh-CN"/>
        </w:rPr>
        <w:t>　　本次语文试卷共四大部分：第一部分为基础知识考查，包括一到三大题，考查学生的字、词、句以及课文知识积累情况。第二部分根据要求写句子，考查学生的句式及修辞方法的运用能力。第三部分阅读理解，考查学生的阅读分析能力。第四部分是习作，考查学生的写作能力。结合学生的做卷情况，简单做一个分析：</w:t>
      </w:r>
      <w:r>
        <w:rPr>
          <w:lang w:eastAsia="zh-CN"/>
        </w:rPr>
        <w:br/>
      </w:r>
      <w:r>
        <w:rPr>
          <w:lang w:eastAsia="zh-CN"/>
        </w:rPr>
        <w:t>　　第一部分第一、二题是对生字词的考查，学生掌握情况不太理想，从卷面上看错字比较多，多音字判断基本准确，书写较乱。第三题考查学生对课文、古诗文和名言名句的掌握程度和积累情况，学生答题不太理想，尤其对含有明字的成语填错和空白的比较多。</w:t>
      </w:r>
      <w:r>
        <w:rPr>
          <w:lang w:eastAsia="zh-CN"/>
        </w:rPr>
        <w:br/>
      </w:r>
      <w:r>
        <w:rPr>
          <w:lang w:eastAsia="zh-CN"/>
        </w:rPr>
        <w:t>　　第二部分也即第四题是按要求改写句子，个别学生有误，特别是仿写句子中，学生对拟人句和扩写句子没有掌握，导致学生失分率较高。</w:t>
      </w:r>
      <w:r>
        <w:rPr>
          <w:lang w:eastAsia="zh-CN"/>
        </w:rPr>
        <w:br/>
      </w:r>
      <w:r>
        <w:rPr>
          <w:lang w:eastAsia="zh-CN"/>
        </w:rPr>
        <w:t>　　第三部分是阅读，本题总体的得分率较高，学生的阅读理解能力较强，但是个别同学失分率较高，而失分最多的是课外阅读理解，学生对文本的理解不到位，甚至没有阅读就开始做题，审题不清。</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2"/>
          <w:cols w:space="425"/>
          <w:titlePg w:val="0"/>
          <w:docGrid w:type="lines" w:linePitch="312"/>
        </w:sectPr>
      </w:pPr>
      <w:r>
        <w:rPr>
          <w:lang w:eastAsia="zh-CN"/>
        </w:rPr>
        <w:t>　　第四部是写作，本次作文是命题作文，题目是“我敬佩的一个人”，对于四年级同学来说，这样的作文并不难，但通过试卷发现，一部分学生没有仔细审题，在试卷另写题目，一部分学生还写了几个人;有一小部分学生书写潦草，语句不通顺，段落混乱，标点符号使用不正确，整篇文章一逗到底。</w:t>
      </w:r>
      <w:r>
        <w:rPr>
          <w:lang w:eastAsia="zh-CN"/>
        </w:rPr>
        <w:br/>
      </w:r>
      <w:r>
        <w:rPr>
          <w:lang w:eastAsia="zh-CN"/>
        </w:rPr>
        <w:t>　　二、从这次考试中发现的一些问题：</w:t>
      </w:r>
      <w:r>
        <w:rPr>
          <w:lang w:eastAsia="zh-CN"/>
        </w:rPr>
        <w:br/>
      </w:r>
      <w:r>
        <w:rPr>
          <w:lang w:eastAsia="zh-CN"/>
        </w:rPr>
        <w:t>　　1、 学生审题不严，答非所问，是出现错题的一个主要原因。</w:t>
      </w:r>
      <w:r>
        <w:rPr>
          <w:lang w:eastAsia="zh-CN"/>
        </w:rPr>
        <w:br/>
      </w:r>
      <w:r>
        <w:rPr>
          <w:lang w:eastAsia="zh-CN"/>
        </w:rPr>
        <w:t>　　2、做题不仔细，急躁，书写错误严重，知识巩固不到位，记忆模糊。</w:t>
      </w:r>
      <w:r>
        <w:rPr>
          <w:lang w:eastAsia="zh-CN"/>
        </w:rPr>
        <w:br/>
      </w:r>
      <w:r>
        <w:rPr>
          <w:lang w:eastAsia="zh-CN"/>
        </w:rPr>
        <w:t>　　3、标点符号不能准确的运用。</w:t>
      </w:r>
      <w:r>
        <w:rPr>
          <w:lang w:eastAsia="zh-CN"/>
        </w:rPr>
        <w:br/>
      </w:r>
      <w:r>
        <w:rPr>
          <w:lang w:eastAsia="zh-CN"/>
        </w:rPr>
        <w:t>　　4、阅读理解能力有待提高。</w:t>
      </w:r>
      <w:r>
        <w:rPr>
          <w:lang w:eastAsia="zh-CN"/>
        </w:rPr>
        <w:br/>
      </w:r>
      <w:r>
        <w:rPr>
          <w:lang w:eastAsia="zh-CN"/>
        </w:rPr>
        <w:t>　　三、今后的努力方向：</w:t>
      </w:r>
      <w:r>
        <w:rPr>
          <w:lang w:eastAsia="zh-CN"/>
        </w:rPr>
        <w:br/>
      </w:r>
      <w:r>
        <w:rPr>
          <w:lang w:eastAsia="zh-CN"/>
        </w:rPr>
        <w:t>　　1、抓住文本吃透教材扎实掌握文本的知识，多进行迁移训练。</w:t>
      </w:r>
      <w:r>
        <w:rPr>
          <w:lang w:eastAsia="zh-CN"/>
        </w:rPr>
        <w:br/>
      </w:r>
      <w:r>
        <w:rPr>
          <w:lang w:eastAsia="zh-CN"/>
        </w:rPr>
        <w:t>　　2、在教学中要求学生发挥主观能动性，大胆表达，书写认真。</w:t>
      </w:r>
      <w:r>
        <w:rPr>
          <w:lang w:eastAsia="zh-CN"/>
        </w:rPr>
        <w:br/>
      </w:r>
      <w:r>
        <w:rPr>
          <w:lang w:eastAsia="zh-CN"/>
        </w:rPr>
        <w:t>　　3、多关注后进生，避免两极分化再严重。</w:t>
      </w:r>
      <w:r>
        <w:rPr>
          <w:lang w:eastAsia="zh-CN"/>
        </w:rPr>
        <w:br/>
      </w:r>
      <w:r>
        <w:rPr>
          <w:lang w:eastAsia="zh-CN"/>
        </w:rPr>
        <w:t>　　4、加强作文教学多布置当堂作文，要求把字写工整。</w:t>
      </w:r>
      <w:r>
        <w:rPr>
          <w:lang w:eastAsia="zh-CN"/>
        </w:rPr>
        <w:br/>
      </w:r>
      <w:r>
        <w:rPr>
          <w:lang w:eastAsia="zh-CN"/>
        </w:rPr>
        <w:t>　　5、加强书写训练 。</w:t>
      </w:r>
      <w:r>
        <w:rPr>
          <w:lang w:eastAsia="zh-CN"/>
        </w:rPr>
        <w:br/>
      </w:r>
      <w:r>
        <w:rPr>
          <w:lang w:eastAsia="zh-CN"/>
        </w:rPr>
        <w:t xml:space="preserve">    教师语文期末考试总结 篇16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3"/>
          <w:cols w:space="425"/>
          <w:titlePg w:val="0"/>
          <w:docGrid w:type="lines" w:linePitch="312"/>
        </w:sectPr>
      </w:pPr>
      <w:r>
        <w:rPr>
          <w:lang w:eastAsia="zh-CN"/>
        </w:rPr>
        <w:t>　　上周五我校进行了语文期末考试，今天考试成绩揭晓，整体情况不错，大部分同学能把平时学习的知识认真的运用到考试当中，有几个基础不大好的同学不大理想。本次试题简约而不简单，对于细心地孩子来说问题不大，几乎没有多大难度，对于掌握知识不扎实，基础不牢固的几个同学无疑也是一次挑战。我就本次的试题情况简单做个总结。</w:t>
      </w:r>
      <w:r>
        <w:rPr>
          <w:lang w:eastAsia="zh-CN"/>
        </w:rPr>
        <w:br/>
      </w:r>
      <w:r>
        <w:rPr>
          <w:lang w:eastAsia="zh-CN"/>
        </w:rPr>
        <w:t>　　一.~第一题是按顺序默写整体认读音节。基本大错误。有个别同学有漏掉或者顺序颠倒的情况。也有拼错的情况，对这一块还有一部分同学掌握不扎实。</w:t>
      </w:r>
      <w:r>
        <w:rPr>
          <w:lang w:eastAsia="zh-CN"/>
        </w:rPr>
        <w:br/>
      </w:r>
      <w:r>
        <w:rPr>
          <w:lang w:eastAsia="zh-CN"/>
        </w:rPr>
        <w:t>　　二、第二题是连线题。考察学生的二类字的认识。这个题出现错误的情况比较多。只要认识字，这题做起来没有难度，因为平常经常复习所以这个题做的普遍都不错。有个别孩子对字掌握不够好出现误连错连情况。90分以上的孩子几乎这个题全对。</w:t>
      </w:r>
      <w:r>
        <w:rPr>
          <w:lang w:eastAsia="zh-CN"/>
        </w:rPr>
        <w:br/>
      </w:r>
      <w:r>
        <w:rPr>
          <w:lang w:eastAsia="zh-CN"/>
        </w:rPr>
        <w:t>　　三、第三题考察孩子一类字生掌握的情况出现错误的极少。</w:t>
      </w:r>
      <w:r>
        <w:rPr>
          <w:lang w:eastAsia="zh-CN"/>
        </w:rPr>
        <w:br/>
      </w:r>
      <w:r>
        <w:rPr>
          <w:lang w:eastAsia="zh-CN"/>
        </w:rPr>
        <w:t>　　四、第四题考察学生对生字的灵活运用。给汉字加一笔变成新字。其中错误做多的是把牛加一笔，应该变成生有几个同学写成先这是不对的，其他的几乎没有出现错误。</w:t>
      </w:r>
      <w:r>
        <w:rPr>
          <w:lang w:eastAsia="zh-CN"/>
        </w:rPr>
        <w:br/>
      </w:r>
      <w:r>
        <w:rPr>
          <w:lang w:eastAsia="zh-CN"/>
        </w:rPr>
        <w:t>　　五、第五题和第四题一样主要考察学生对文字的灵活运用。两个字连线组成新字这个题出现错误的极少，只要两个字能组成新字就可以。</w:t>
      </w:r>
      <w:r>
        <w:rPr>
          <w:lang w:eastAsia="zh-CN"/>
        </w:rPr>
        <w:br/>
      </w:r>
      <w:r>
        <w:rPr>
          <w:lang w:eastAsia="zh-CN"/>
        </w:rPr>
        <w:t>　　六、第六题考察孩子的书写笔顺，这个题出现的问题不少。在整个试卷当中错误较多，说明同学们在书写上没有严格按照笔顺来写。在以后的教学中我会加倍重视，家长在家也要严格监督。出现倒插笔现象及时纠正。</w:t>
      </w:r>
      <w:r>
        <w:rPr>
          <w:lang w:eastAsia="zh-CN"/>
        </w:rPr>
        <w:br/>
      </w:r>
      <w:r>
        <w:rPr>
          <w:lang w:eastAsia="zh-CN"/>
        </w:rPr>
        <w:t>　　七、组词。这个题出现错误较多的情况是。和组词组成和你、和我、你和、我和这样严格来说不算正确。最好组和好、和气等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4"/>
          <w:cols w:space="425"/>
          <w:titlePg w:val="0"/>
          <w:docGrid w:type="lines" w:linePitch="312"/>
        </w:sectPr>
      </w:pPr>
      <w:r>
        <w:rPr>
          <w:lang w:eastAsia="zh-CN"/>
        </w:rPr>
        <w:t>　　八。第八题主要考察对课文的背诵及运用。大部分做的不错，错误较多的是第2小题。秋姑娘摘下片片枫叶给(她)(的)(好)朋(友)(们)(写)信.因为空比较多，也个别同学填的有些乱，不过细心地孩子写完再读一遍很容物看出错误。</w:t>
      </w:r>
      <w:r>
        <w:rPr>
          <w:lang w:eastAsia="zh-CN"/>
        </w:rPr>
        <w:br/>
      </w:r>
      <w:r>
        <w:rPr>
          <w:lang w:eastAsia="zh-CN"/>
        </w:rPr>
        <w:t>　　九、第九题考察学生同音字的运用，第1小题没有错的，出现错误最多的是第2小题渔歌的渔选成了鱼对这两个字的辨析还是不大熟练。</w:t>
      </w:r>
      <w:r>
        <w:rPr>
          <w:lang w:eastAsia="zh-CN"/>
        </w:rPr>
        <w:br/>
      </w:r>
      <w:r>
        <w:rPr>
          <w:lang w:eastAsia="zh-CN"/>
        </w:rPr>
        <w:t>　　十、第十题考察学生的课外阅读能力。这个题出现错误的极少，因为短文相对平时做的题来说很简单。有个别粗心的同学数句子时把第1小题问题后面的题号都数上了，所以出现错误。</w:t>
      </w:r>
      <w:r>
        <w:rPr>
          <w:lang w:eastAsia="zh-CN"/>
        </w:rPr>
        <w:br/>
      </w:r>
      <w:r>
        <w:rPr>
          <w:lang w:eastAsia="zh-CN"/>
        </w:rPr>
        <w:t>　　我在以后的教学中会根据考试中出现的各种情况，严格要求学生。让学生学到更多的知识和技能。感谢家长对我们工作的大力支持!</w:t>
      </w:r>
      <w:r>
        <w:rPr>
          <w:lang w:eastAsia="zh-CN"/>
        </w:rPr>
        <w:br/>
      </w:r>
      <w:r>
        <w:rPr>
          <w:lang w:eastAsia="zh-CN"/>
        </w:rPr>
        <w:t xml:space="preserve">    教师语文期末考试总结 篇17 </w:t>
      </w:r>
      <w:r>
        <w:rPr>
          <w:lang w:eastAsia="zh-CN"/>
        </w:rPr>
        <w:br/>
      </w:r>
      <w:r>
        <w:rPr>
          <w:lang w:eastAsia="zh-CN"/>
        </w:rPr>
        <w:t>　　期末考试终于结束了，这也意味着一学期的紧张而有序的教学也顺利落下了帷幕，而期末考试正是对这一学期的教学成果进行了验收。</w:t>
      </w:r>
      <w:r>
        <w:rPr>
          <w:lang w:eastAsia="zh-CN"/>
        </w:rPr>
        <w:br/>
      </w:r>
    </w:p>
    <w:p w:rsidR="001B1F19" w14:textId="27C3F48A">
      <w:pPr>
        <w:rPr>
          <w:rFonts w:hint="eastAsia"/>
          <w:lang w:eastAsia="zh-CN"/>
        </w:rPr>
      </w:pPr>
      <w:r>
        <w:rPr>
          <w:lang w:eastAsia="zh-CN"/>
        </w:rPr>
        <w:t>　　纵观我校一到六年级的语文考试成绩，发现本次期末考试，除了一年级，其他五个年级的考试成绩都不太好。达到各个年级段的良好以上的班级屈指可数，由此也可以发现，我校的语文教学成绩与数学教学成绩相比起来较差，与其他三所学校的语文教学成绩也有很大的差距，这也给我们全体的语文教师敲响了警钟：要寻根溯源，找到问题的症结所在，解决问题，提高语文的教学成绩。</w:t>
      </w:r>
      <w:r>
        <w:rPr>
          <w:lang w:eastAsia="zh-CN"/>
        </w:rPr>
        <w:br/>
      </w:r>
      <w:r>
        <w:rPr>
          <w:lang w:eastAsia="zh-CN"/>
        </w:rPr>
        <w:t>　　查看一至六年级的试卷及卷面分析，发现这六个年级的试卷普遍注重对于基础知识及积累的考察，试卷内容涵盖丰富，字词句段篇都有涉猎。对于积累部分的考察，减少了以往的死记硬背，更多的是以拓展运用的形式出现，切合现今所提倡的以人为本的新课程理念，注重实用性。</w:t>
      </w:r>
      <w:r>
        <w:rPr>
          <w:lang w:eastAsia="zh-CN"/>
        </w:rPr>
        <w:br/>
      </w:r>
      <w:r>
        <w:rPr>
          <w:lang w:eastAsia="zh-CN"/>
        </w:rPr>
        <w:t>　　此外，从六位任课教师的卷面分析来看，发现不注重字形的正确书写以及不认真审题、盲目答题的现象在六个年级中普遍存在，学生做完题后不注重检查，背诵积累的内容识记清楚，但书写时错别字较多。这也提醒了所有的语文教师，在平时的教学中，要时时注意提醒学生认真观察字的间架结构，注意字形，切忌写四不像的字，避免写字时的随意性，这一点教师在黑板上写字时也要注意。此外，对于要求识记的内容，不能仅仅只限于让学生背会，平时的教学过程中也应当利用默写本，注重对识记内容书写的考察，使学生由理解到识记到正确书写，三个步骤，缺一不可。</w:t>
      </w:r>
      <w:r>
        <w:rPr>
          <w:lang w:eastAsia="zh-CN"/>
        </w:rPr>
        <w:br/>
      </w:r>
      <w:r>
        <w:rPr>
          <w:lang w:eastAsia="zh-CN"/>
        </w:rPr>
        <w:t>　　此外，还有部分教师在卷面分析中提到，学生在习作时审题不清，抓不住习作主题，导致跑题丢分。针对此种情况，建议语文教师在平时的教学过程中要帮助引导学生对各种文体进行归纳、总结，引导学生认真审题，抓住共同点与不同点，及时归纳方法，尽量避免丢分。总之，此次语文的期末考试，整体上不太乐观，要求我们全体语文教师在今后的工作中要再接再厉，及时总结经验和教训，寻求更好的教学方法，提高教学成绩。</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https://d.book118.com/115214304243011120</w:t>
        </w:r>
      </w:hyperlink>
    </w:p>
    <w:p w:rsidR="001B1F19">
      <w:pPr>
        <w:rPr>
          <w:rFonts w:hint="eastAsia"/>
          <w:lang w:eastAsia="zh-CN"/>
        </w:rPr>
      </w:pPr>
    </w:p>
    <w:sectPr>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1521430424301112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