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it公司年终工作总结（17篇）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it公司年终工作总结 1 </w:t>
      </w:r>
      <w:r>
        <w:rPr>
          <w:lang w:eastAsia="zh-CN"/>
        </w:rPr>
        <w:br/>
      </w:r>
      <w:r>
        <w:rPr>
          <w:lang w:eastAsia="zh-CN"/>
        </w:rPr>
        <w:t>　　20__年的工作已接近尾声，一年来，在公司经理室的正确领导下，各部门同仁齐心协力，共同努力，客服工作取得了一定的成绩。</w:t>
      </w:r>
      <w:r>
        <w:rPr>
          <w:lang w:eastAsia="zh-CN"/>
        </w:rPr>
        <w:br/>
      </w:r>
      <w:r>
        <w:rPr>
          <w:lang w:eastAsia="zh-CN"/>
        </w:rPr>
        <w:t>　　今年以来，公司经理室继续以抓业务发展及内务管理并重，实现两手抓，齐抓共管的管理模式，带领客服全体员工，团结奋进，客服管理工作取得了一定的成绩，客服水平也有了一些根本的提高。公司通过开展集中、统一的客户服务活动，进一步整合服务资源，促进以保单为中心的服务向以客户为中心的服务转型，不断提升服务水平，创造客户价值，积极承担社会责任，为公司永续经营打下坚实的基础。客户服务部紧紧围绕公司总体发展目标，在做好本职工作的同时做好服务创新，体现在以下几个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今年以来，公司经理室继续以抓业务发展及内务管理并重，实现两手抓，齐抓共管的管理模式，带领客服全体员工，团结奋进，客服管理工作取得了一定的成绩，客服水平也有了一些根本的提高。公司通过开展集中、统一的客户服务活动，进一步整合服务资源，促进以保单为中心的服务向以客户为中心的服务转型，不断提升服务水平，创造客户价值，积极承担社会责任，为公司永续经营打下坚实的基础。客户服务部紧紧围绕公司总体发展目标，在做好本职工作的同时做好服务创新，体现在以下几个方面。</w:t>
      </w:r>
      <w:r>
        <w:rPr>
          <w:lang w:eastAsia="zh-CN"/>
        </w:rPr>
        <w:br/>
      </w:r>
      <w:r>
        <w:rPr>
          <w:lang w:eastAsia="zh-CN"/>
        </w:rPr>
        <w:t>　　一、在制度建设方面，继续加强客户服务基础管理工作，进一步完善相关管理制度</w:t>
      </w:r>
      <w:r>
        <w:rPr>
          <w:lang w:eastAsia="zh-CN"/>
        </w:rPr>
        <w:br/>
      </w:r>
      <w:r>
        <w:rPr>
          <w:lang w:eastAsia="zh-CN"/>
        </w:rPr>
        <w:t>　　1、主要从"内强素质、外树形象"着手，通过狠抓公司各岗位人员素质，进一步提高客户满意度，树立公司良好的对外形象。</w:t>
      </w:r>
      <w:r>
        <w:rPr>
          <w:lang w:eastAsia="zh-CN"/>
        </w:rPr>
        <w:br/>
      </w:r>
      <w:r>
        <w:rPr>
          <w:lang w:eastAsia="zh-CN"/>
        </w:rPr>
        <w:t>　　一个优秀的团队须有一个素质、技术过硬的服务队伍，今年以来，我部着重从完善制度着手，通过加大制度的执行力不断加大服务考核力度，以进一步提高客服人员综合素质。</w:t>
      </w:r>
      <w:r>
        <w:rPr>
          <w:lang w:eastAsia="zh-CN"/>
        </w:rPr>
        <w:br/>
      </w:r>
      <w:r>
        <w:rPr>
          <w:lang w:eastAsia="zh-CN"/>
        </w:rPr>
        <w:t>　　针对我司部分柜员在柜面服务礼仪方面尚存在不规范现象的问题，我司客户服务部着力抓好全体客户服务人员的服务规范性，并从加强服务意识、强化服务执行标准等几方面对客户服务人员做了一些强化训练，加大了现场监督考核力度，现场检查，现场指导，并予以相应处罚。通过一系列的措施，使柜面人员加大了操作的规范性，服务礼仪的执行上也有了一个很大的提升，也为我司不断提高服务水平奠定了很好的基础作用。</w:t>
      </w:r>
      <w:r>
        <w:rPr>
          <w:lang w:eastAsia="zh-CN"/>
        </w:rPr>
        <w:br/>
      </w:r>
      <w:r>
        <w:rPr>
          <w:lang w:eastAsia="zh-CN"/>
        </w:rPr>
        <w:t>　　20__年6月，总公司举行了全国柜面人员上岗资格考试，我部全体人员13人参加，合格9人，持证率达70%。此次全国系统的柜面人员考试，加强了客服人员对专业知识的学习，也提升了客户服务部的服务质量。</w:t>
      </w:r>
      <w:r>
        <w:rPr>
          <w:lang w:eastAsia="zh-CN"/>
        </w:rPr>
        <w:br/>
      </w:r>
      <w:r>
        <w:rPr>
          <w:lang w:eastAsia="zh-CN"/>
        </w:rPr>
        <w:t>　　二、强化业务制度学习，树立执行理念，确保制度执行力全面有效开展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为进一步强化公司业务管理制度执行力建设，从制度上为业务发展提供坚强保障，客户服务部对于分公司筛选出部分需客服员工加强学习的文件和制度，进行了认真梳理及汇集，并制定了业务管理强化制度执行力工作及学习计划，按照学习计划，定期组织客服人员通过集中学习和自学的方式全面、系统地对相关业务管理进行了学习，要求所有参加人员认真做好学习笔记、进行测试并撰写学习心得；根据测试及检查情况，要求各相关岗位撰写整改报告。从自身出发，树立了强化风险意识，确保了此项工作的全面有效开展，切实提高了我司制度遵循和依法合规经营的自觉性。</w:t>
      </w:r>
      <w:r>
        <w:rPr>
          <w:lang w:eastAsia="zh-CN"/>
        </w:rPr>
        <w:br/>
      </w:r>
      <w:r>
        <w:rPr>
          <w:lang w:eastAsia="zh-CN"/>
        </w:rPr>
        <w:t>　　三、以服务为本，促进销售，把日常业务处理和服务工作相结合</w:t>
      </w:r>
      <w:r>
        <w:rPr>
          <w:lang w:eastAsia="zh-CN"/>
        </w:rPr>
        <w:br/>
      </w:r>
      <w:r>
        <w:rPr>
          <w:lang w:eastAsia="zh-CN"/>
        </w:rPr>
        <w:t>　　我司按照上级公司文件精神，面向所有客户推出国寿"1+N"服务计划。旨在通过举办客户服务活动，不断密切公司与客户的关系，进一步提高客户满意度，树立公司良好的对外形象。为切实有效的开展活动，公司成立领导小组和工作组，并加强了对此项工作的宣传力度，按照活动组织、宣传方案逐一落实并有效实施各相关工作。提升了服务品质、增强了客户忠诚度，进一步提升公司服务水平，充分维护了客户权益，树立了公司良好社会形象。并通过上门送赔款等一系列的优质服务，为业务员的展业工作提供了很好的基础，也为加强我司与代理单位间的业务合作关系起到了很好的沟通作用。此活动的举办不仅增进了客户关系、提升了公司品牌知名度、也为巩固和带动业务增长注入了新的活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四、从服务的本身出发，"一切为了客户着想"，不断创新服务内容</w:t>
      </w:r>
      <w:r>
        <w:rPr>
          <w:lang w:eastAsia="zh-CN"/>
        </w:rPr>
        <w:br/>
      </w:r>
      <w:r>
        <w:rPr>
          <w:lang w:eastAsia="zh-CN"/>
        </w:rPr>
        <w:t>　　1、积极配合分公司做好VIp客户工作</w:t>
      </w:r>
      <w:r>
        <w:rPr>
          <w:lang w:eastAsia="zh-CN"/>
        </w:rPr>
        <w:br/>
      </w:r>
      <w:r>
        <w:rPr>
          <w:lang w:eastAsia="zh-CN"/>
        </w:rPr>
        <w:t>　　为了进一步构建公司VIp客户服务体系，为VIp客户提供附加值服务工作，分公司开展了面向全区VIp客户提供特约商家优惠服务的活动，通过此项活动的开展，为树立公司良好社会形象起到了一个良好的`作用，在一定程度上提升了公司的知名度。</w:t>
      </w:r>
      <w:r>
        <w:rPr>
          <w:lang w:eastAsia="zh-CN"/>
        </w:rPr>
        <w:br/>
      </w:r>
      <w:r>
        <w:rPr>
          <w:lang w:eastAsia="zh-CN"/>
        </w:rPr>
        <w:t>　　2、公司理赔部把"上门送赔款"工作做细做新，积极为学生险业务拓展工作做铺垫，继续加强对一些在社会上较有影响力的案件的关注程度，真正体现公司人性化的理赔服务。</w:t>
      </w:r>
      <w:r>
        <w:rPr>
          <w:lang w:eastAsia="zh-CN"/>
        </w:rPr>
        <w:br/>
      </w:r>
      <w:r>
        <w:rPr>
          <w:lang w:eastAsia="zh-CN"/>
        </w:rPr>
        <w:t>　　繁忙的工作，有成绩也有不足，在做好总结的同时，要不断改进，现就不足与差距结合工作如何进行改进做如下安排：</w:t>
      </w:r>
      <w:r>
        <w:rPr>
          <w:lang w:eastAsia="zh-CN"/>
        </w:rPr>
        <w:br/>
      </w:r>
      <w:r>
        <w:rPr>
          <w:lang w:eastAsia="zh-CN"/>
        </w:rPr>
        <w:t>　　一、抓紧分公司下发的各类业管相关文件的落实及执行工作，继续做好客户服务部人员特别是新人的专业知识及技能的培训，提高服务人员的整体综合素质。</w:t>
      </w:r>
      <w:r>
        <w:rPr>
          <w:lang w:eastAsia="zh-CN"/>
        </w:rPr>
        <w:br/>
      </w:r>
      <w:r>
        <w:rPr>
          <w:lang w:eastAsia="zh-CN"/>
        </w:rPr>
        <w:t>　　针对客户服务部今年以来人员调整的客观原因，客户服务部新入人员对专业知识及业务技能的缺乏，20__年，我部将继续采取多种方式及途径，对所辖员工进行定期与不定期的培训，从本职工作做起，对于相关岗位技能进行专门培训，加强所辖人员的职业道德教育，有针对性地组织和开展业务知识及服务礼仪培训，对于分公司下发的业管文件及时进行传达及学习，真正领会其操作要领，将其运用到实际操作中。通过培训，推行公司综合柜员制，更好的为客户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二、配合公司团险、中介、个险三支销售渠道各项业务竞赛活动的开展，更好地对业务发展提供强有力的业务支持及后援保障，积极配合公司团险、中介、个险三支销售渠道开展各项业务竞赛活动，全力促进公司业务持续、健康地发展。</w:t>
      </w:r>
      <w:r>
        <w:rPr>
          <w:lang w:eastAsia="zh-CN"/>
        </w:rPr>
        <w:br/>
      </w:r>
      <w:r>
        <w:rPr>
          <w:lang w:eastAsia="zh-CN"/>
        </w:rPr>
        <w:t>　　it公司年终工作总结 2</w:t>
      </w:r>
      <w:r>
        <w:rPr>
          <w:lang w:eastAsia="zh-CN"/>
        </w:rPr>
        <w:br/>
      </w:r>
      <w:r>
        <w:rPr>
          <w:lang w:eastAsia="zh-CN"/>
        </w:rPr>
        <w:t>　　时间一划，又划过了一个年头。这是我在我们装饰公司做家装顾问的第四年，也是我从一个毛头小伙成长为一个营销主管的一年，这一年是我成就感越发明显的一年！为了不让自己忘却这我想永远记住的岁月，我要认真写下我今年的年终工作总结，给自己未来留个念想，也给自己将来的工作一个好的方向！</w:t>
      </w:r>
      <w:r>
        <w:rPr>
          <w:lang w:eastAsia="zh-CN"/>
        </w:rPr>
        <w:br/>
      </w:r>
      <w:r>
        <w:rPr>
          <w:lang w:eastAsia="zh-CN"/>
        </w:rPr>
        <w:t>　　一、业务至精至醇</w:t>
      </w:r>
      <w:r>
        <w:rPr>
          <w:lang w:eastAsia="zh-CN"/>
        </w:rPr>
        <w:br/>
      </w:r>
      <w:r>
        <w:rPr>
          <w:lang w:eastAsia="zh-CN"/>
        </w:rPr>
        <w:t>　　在今年我的顾问工作里，可以说我的业务已经到了能够拿出来“炫耀”一番的地步。从过去“月入十万”的“暴发户”成绩，到现在每月稳步增长__，我意识到我的业务的确值得领导给我升职了。再不升职，我也许就得自己独立门户开公司了。不过我不会走的，我愿意把自己的青春继续奉献在我们这里，奉献在这个教会了我成长的地方，奉献在这个让我从一个什么也不懂得毛头小伙成长为一个营销主管的地方！今年我的业务还受到了众多来参加我们公司活动的客户的一致好评，甚至那些有着众多资源的老板们，都点名让我给他们介绍设计师，为他们也为他们的朋友提供家装服务。这是我值得骄傲的地方，我不必藏着掖着，我记录下来，也是想让自己能够一直保持下去，为我们公司做出更大的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二、耐心坚持到底</w:t>
      </w:r>
      <w:r>
        <w:rPr>
          <w:lang w:eastAsia="zh-CN"/>
        </w:rPr>
        <w:br/>
      </w:r>
      <w:r>
        <w:rPr>
          <w:lang w:eastAsia="zh-CN"/>
        </w:rPr>
        <w:t>　　做家装顾问的工作是需要耐心的工作，除了耐心，还要做的'就是坚持了。说实话，以前我也萌生过要辞职不干了的打算，因为做顾问的工作，真的太累了，就像客户的专职管家似的，为他们忙碌着，而且我们的工作不是为一个客户忙碌，是要为很多的客户做着管家的服务工作。后来发现，挺一挺也就过去了，过去了这座山，等待我的竟然真的是金山银山。这让我的耐心得到了回应，也让我给了自己一个坚持下去的理由。毕竟这些金山银山真的可以改变我的生活，不说像我服务的那些客户老板那样有钱，但至少我可以养活我的一家老少，让我家都过上不错的生活。这一年也是坚持的一年，我要为我自己的耐心点一个赞，也要告诉自己，未来我的耐心会越来越好，我的坚持也一定会获得更大的回报的！坚持下去！</w:t>
      </w:r>
      <w:r>
        <w:rPr>
          <w:lang w:eastAsia="zh-CN"/>
        </w:rPr>
        <w:br/>
      </w:r>
      <w:r>
        <w:rPr>
          <w:lang w:eastAsia="zh-CN"/>
        </w:rPr>
        <w:t>　　三、管理能力待增</w:t>
      </w:r>
      <w:r>
        <w:rPr>
          <w:lang w:eastAsia="zh-CN"/>
        </w:rPr>
        <w:br/>
      </w:r>
      <w:r>
        <w:rPr>
          <w:lang w:eastAsia="zh-CN"/>
        </w:rPr>
        <w:t>　　升营销主管这件事也让我有了另一个角度，一个从旁观者看我们家装顾问这份工作的角度。这让我意识到我自己的工作做好了，还只是基本的，我既然做了主管，就得让我手下的人也过上我已经过上的好日子，让他们的业绩也能蹭蹭上涨。这是今年的不足，也是明年的方向，我会努力的！</w:t>
      </w:r>
      <w:r>
        <w:rPr>
          <w:lang w:eastAsia="zh-CN"/>
        </w:rPr>
        <w:br/>
      </w:r>
      <w:r>
        <w:rPr>
          <w:lang w:eastAsia="zh-CN"/>
        </w:rPr>
        <w:t>　　it公司年终工作总结 3</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一年来，__保险__公司在省市公司准确领导下，依靠我公司全体员工的不懈努力，公司业务取得了突破性进展，率先在全省突破保费收入千万元大关。今年，我公司提前两个月完成了省公司下达的全年营销任务，各项工作健康顺利发展。下面结合我的具体分管工作，谈谈这个年来的成绩与不足。</w:t>
      </w:r>
      <w:r>
        <w:rPr>
          <w:lang w:eastAsia="zh-CN"/>
        </w:rPr>
        <w:br/>
      </w:r>
      <w:r>
        <w:rPr>
          <w:lang w:eastAsia="zh-CN"/>
        </w:rPr>
        <w:t>　　一、工作思想</w:t>
      </w:r>
      <w:r>
        <w:rPr>
          <w:lang w:eastAsia="zh-CN"/>
        </w:rPr>
        <w:br/>
      </w:r>
      <w:r>
        <w:rPr>
          <w:lang w:eastAsia="zh-CN"/>
        </w:rPr>
        <w:t>　　积极贯彻省市公司关于公司发展的一系列重要指示，与时俱进，勤奋工作，务实求效，勇争一流，带领各部员工紧紧围绕“立足改革、加快发展、真诚服务、提升效益”这个中心，进一步转变观点、改革创新，面对竞争日趋激烈的临沂保险市场，强化核心竞争力，展开多元化经营，经过努力和拼搏，公司保持了较好的发展态势，为__保险公司的持续发展，做出了应有的贡献。</w:t>
      </w:r>
      <w:r>
        <w:rPr>
          <w:lang w:eastAsia="zh-CN"/>
        </w:rPr>
        <w:br/>
      </w:r>
      <w:r>
        <w:rPr>
          <w:lang w:eastAsia="zh-CN"/>
        </w:rPr>
        <w:t>　　全方面增强学习，努力提升自身业务素质水平和管理水平。作为一名领导干部，肩负着上级领导和全体员工赋予的重要职责与使命，公司的经营方针政策需要我去贯彻实施。所以，我十分注重保险理论的学习和管理水平的培养。注意用科学的.方法指导自己的工作，规范自己的言行，树立强烈的责任感和事业心，持续提升自己的业务水平和管理水平。</w:t>
      </w:r>
      <w:r>
        <w:rPr>
          <w:lang w:eastAsia="zh-CN"/>
        </w:rPr>
        <w:br/>
      </w:r>
      <w:r>
        <w:rPr>
          <w:lang w:eastAsia="zh-CN"/>
        </w:rPr>
        <w:t>　　持续提升公司业务人员队伍的整体素质水平。一年来，我一直把培养展业人员的业务素质作为团队建设的一项重要内容来抓，并和经理室一起实施有针对性的培训计划，增强领导班子和员工队伍建设。</w:t>
      </w:r>
      <w:r>
        <w:rPr>
          <w:lang w:eastAsia="zh-CN"/>
        </w:rPr>
        <w:br/>
      </w:r>
      <w:r>
        <w:rPr>
          <w:lang w:eastAsia="zh-CN"/>
        </w:rPr>
        <w:t>　　二、业务管理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没有规矩不成方圆”。要想使一个公司稳步发展，必须制定规范增强管理。管理是一种投入，这种投入必定会产生效益。我分管的是业务工作，更需要向管理要效益。只有持续完善各种管理制度和方法，并真正贯彻到行动中去，才能出成绩、见效益。业务管理中我主要做了以下工作：</w:t>
      </w:r>
      <w:r>
        <w:rPr>
          <w:lang w:eastAsia="zh-CN"/>
        </w:rPr>
        <w:br/>
      </w:r>
      <w:r>
        <w:rPr>
          <w:lang w:eastAsia="zh-CN"/>
        </w:rPr>
        <w:t>　　1、根据市公司下达给我们的全年销售任务，制定各个部室的周、月、季度、年销售计划。制定计划时本着实事求是、根据各个险种特点、客户特点，部室情况确定每个部室合理的、可实现的目标。在目标确定之后，我本着“事事落实，事事督导”的方针，通过增强过程的管理和监控，来确保各部室目标计划的顺利完成。</w:t>
      </w:r>
      <w:r>
        <w:rPr>
          <w:lang w:eastAsia="zh-CN"/>
        </w:rPr>
        <w:br/>
      </w:r>
      <w:r>
        <w:rPr>
          <w:lang w:eastAsia="zh-CN"/>
        </w:rPr>
        <w:t>　　2、作为分管业务的经理我十分注重各个展业部室的团队建设。一直注重部室经理和部室成员的思想和业务素质教育。一年来，我多次组织形势动员会、业务研讨会，展开业务培训活动，组织大家学知识、找经验，提升职工全面素质。培训重点放在学习保险理论、展业技巧的知识上，并且强调对团队精神的培育。学习促动了各个团队自身素质的持续提升，为公司的持续、稳定发展打下扎实的基础。</w:t>
      </w:r>
      <w:r>
        <w:rPr>
          <w:lang w:eastAsia="zh-CN"/>
        </w:rPr>
        <w:br/>
      </w:r>
      <w:r>
        <w:rPr>
          <w:lang w:eastAsia="zh-CN"/>
        </w:rPr>
        <w:t>　　3、协助经理室全面推动薪酬制度创新，持续夯实公司基础管理工作。建立与岗位和绩效挂钩的薪酬制度改革。今年，我紧紧围绕职位明确化、薪酬社会化、奖金绩效化和福利多样化“四化”目标，全面推动企业薪酬体制改革。初步建立了一个能上能下，能进能出，能够充分激发员工积极性和创造性的用人机制。</w:t>
      </w:r>
      <w:r>
        <w:rPr>
          <w:lang w:eastAsia="zh-CN"/>
        </w:rPr>
        <w:br/>
      </w:r>
      <w:r>
        <w:rPr>
          <w:lang w:eastAsia="zh-CN"/>
        </w:rPr>
        <w:t>　　三、部室负责工作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除了业务管理工作，我还兼任了营销一部的经理。营销一部营销员只有一名，我的业务主要是面向大客户。我的大客户业务主要是生资公司的。根据生资公司车队的特点，在原有车辆保险的基础上，我在全市首先开办了针对营业性货车的货运险。货运险的开办既为客户提供了安全保障又增加了公司保费收入，真可谓一举两得。经过不懈努力，我部全年完成保费收入____元，其中车险保费____元，非车险业务____元，满期赔付率为。成为公司发展的重要保证。</w:t>
      </w:r>
      <w:r>
        <w:rPr>
          <w:lang w:eastAsia="zh-CN"/>
        </w:rPr>
        <w:br/>
      </w:r>
      <w:r>
        <w:rPr>
          <w:lang w:eastAsia="zh-CN"/>
        </w:rPr>
        <w:t>　　四、工作中的不足</w:t>
      </w:r>
      <w:r>
        <w:rPr>
          <w:lang w:eastAsia="zh-CN"/>
        </w:rPr>
        <w:br/>
      </w:r>
      <w:r>
        <w:rPr>
          <w:lang w:eastAsia="zh-CN"/>
        </w:rPr>
        <w:t>　　因为工作千头万绪，加上分管业务较多，有时难免忙中出错。例如有时服务不即时，统计数据出现偏差等。有时工作有急躁情绪，有时工作急于求成，反而影响了工作的进度和质量；处理一些工作关系时还不能得心应手。</w:t>
      </w:r>
      <w:r>
        <w:rPr>
          <w:lang w:eastAsia="zh-CN"/>
        </w:rPr>
        <w:br/>
      </w:r>
      <w:r>
        <w:rPr>
          <w:lang w:eastAsia="zh-CN"/>
        </w:rPr>
        <w:t>　　总之，一年来，我严于律己、克己奉公，用自身的带头作用，在思想上提升职工的理解，行动上用严格的制度规范，在我的带领下，公司员工以持续发展建设为己任，以“诚信为先，稳健经营，价值为上，服务社会”为经营宗旨，锐意改革，持续创新，规范运作，取得了很大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新的一年即将到来，保险市场的竞争将更加激烈，公司要想继续保持较好的发展态势，必须进一步解放思想，更新观点，突破自我，逐渐增大市场营销力度。新的一年我将以饱满的激情、以百倍的信心，迎接未来的挑战，使本职工作再上新台阶。我相信，在上级公司的准确领导下，在全体员工的共同努力下，上下一心，艰苦奋斗，同舟共济，全力拼搏，我们公司一定能够创造出更加辉煌的业绩。</w:t>
      </w:r>
      <w:r>
        <w:rPr>
          <w:lang w:eastAsia="zh-CN"/>
        </w:rPr>
        <w:br/>
      </w:r>
      <w:r>
        <w:rPr>
          <w:lang w:eastAsia="zh-CN"/>
        </w:rPr>
        <w:t>　　it公司年终工作总结 4</w:t>
      </w:r>
      <w:r>
        <w:rPr>
          <w:lang w:eastAsia="zh-CN"/>
        </w:rPr>
        <w:br/>
      </w:r>
      <w:r>
        <w:rPr>
          <w:lang w:eastAsia="zh-CN"/>
        </w:rPr>
        <w:t>　　时间匆匆，20__年过去了在我来海奥这短短的几个月中，我在领导同事们的支持下，用自己所学的专业知识，在自己的工作岗位上，尽职尽责，较好的完成了各项工作任务，为海奥公司做出了应有的贡献。同时身为一名化验员，我也从思想到行动，从理论到实践进一步学习，提高自己的工作水平，现将本人年度工作总结如下：</w:t>
      </w:r>
      <w:r>
        <w:rPr>
          <w:lang w:eastAsia="zh-CN"/>
        </w:rPr>
        <w:br/>
      </w:r>
      <w:r>
        <w:rPr>
          <w:lang w:eastAsia="zh-CN"/>
        </w:rPr>
        <w:t>　　一、努力学习完善自我</w:t>
      </w:r>
      <w:r>
        <w:rPr>
          <w:lang w:eastAsia="zh-CN"/>
        </w:rPr>
        <w:br/>
      </w:r>
      <w:r>
        <w:rPr>
          <w:lang w:eastAsia="zh-CN"/>
        </w:rPr>
        <w:t>　　随着公司的发展，和将来所需的试验流程。为了更好的`完成工作，在工作之余学习了油原料的实验方法。并且熟练掌握，较好的完成了相关的工作任务，其次在工作中经常遇到一些行的问题，通过和领导同事门的商讨研究最终解决，同时也对相关工作有了进替补的认识。</w:t>
      </w:r>
      <w:r>
        <w:rPr>
          <w:lang w:eastAsia="zh-CN"/>
        </w:rPr>
        <w:br/>
      </w:r>
      <w:r>
        <w:rPr>
          <w:lang w:eastAsia="zh-CN"/>
        </w:rPr>
        <w:t>　　二、工作内容与体会</w:t>
      </w:r>
      <w:r>
        <w:rPr>
          <w:lang w:eastAsia="zh-CN"/>
        </w:rPr>
        <w:br/>
      </w:r>
      <w:r>
        <w:rPr>
          <w:lang w:eastAsia="zh-CN"/>
        </w:rPr>
        <w:t>　　针对外购油，我们需要检验，棉油检出，酸价，过氧化值，色泽，280度加热实验等、</w:t>
      </w:r>
      <w:r>
        <w:rPr>
          <w:lang w:eastAsia="zh-CN"/>
        </w:rPr>
        <w:br/>
      </w:r>
      <w:r>
        <w:rPr>
          <w:lang w:eastAsia="zh-CN"/>
        </w:rPr>
        <w:t>　　针对厂区内油灌我们需检验，酸价，过氧化值，色泽，密度等。</w:t>
      </w:r>
      <w:r>
        <w:rPr>
          <w:lang w:eastAsia="zh-CN"/>
        </w:rPr>
        <w:br/>
      </w:r>
      <w:r>
        <w:rPr>
          <w:lang w:eastAsia="zh-CN"/>
        </w:rPr>
        <w:t>　　鉴于车间的成品油，我们需要检验酸价，过氧化值，密度，色泽，气味，滋味等灌装时需要检验重量。</w:t>
      </w:r>
      <w:r>
        <w:rPr>
          <w:lang w:eastAsia="zh-CN"/>
        </w:rPr>
        <w:br/>
      </w:r>
      <w:r>
        <w:rPr>
          <w:lang w:eastAsia="zh-CN"/>
        </w:rPr>
        <w:t>　　针对油壶箱子液体袋我们需要检验质量，和箱体内部，瓶标我们需要检验内容。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针对水质检验，我们需检验，软水的硬度和PH值。锅炉水的碱度和氯化物的含量以及PH值。</w:t>
      </w:r>
      <w:r>
        <w:rPr>
          <w:lang w:eastAsia="zh-CN"/>
        </w:rPr>
        <w:br/>
      </w:r>
      <w:r>
        <w:rPr>
          <w:lang w:eastAsia="zh-CN"/>
        </w:rPr>
        <w:t>　　以上工作我们都是严格按照国家标准和公司验收标准执行。</w:t>
      </w:r>
      <w:r>
        <w:rPr>
          <w:lang w:eastAsia="zh-CN"/>
        </w:rPr>
        <w:br/>
      </w:r>
      <w:r>
        <w:rPr>
          <w:lang w:eastAsia="zh-CN"/>
        </w:rPr>
        <w:t>　　化验工作精细琐碎，我们会经常遇到不同的新的问题，所以为了搞好工作，我不怕麻烦细心观察实验现象，向领导请教向同事学习，自己摸索实践，认真学习相关业务知识，不断提高自己的理论和综合素质。</w:t>
      </w:r>
      <w:r>
        <w:rPr>
          <w:lang w:eastAsia="zh-CN"/>
        </w:rPr>
        <w:br/>
      </w:r>
      <w:r>
        <w:rPr>
          <w:lang w:eastAsia="zh-CN"/>
        </w:rPr>
        <w:t>　　在实验室工作安全意识和环保意识相当重要，所以我工作投入，能够正确认真对待每一项工作，熟记各项安全措施。遇事不能慌。环保也相当重要，做到每种化学试剂和需要处理的油样集中分类处理，不随意乱倒，这些对环境都很有影响，在刷瓶子时，不随意乱倒沾有油的污水，同事注意到实验室的通风和各种化学试剂及油样的摆放问题。</w:t>
      </w:r>
      <w:r>
        <w:rPr>
          <w:lang w:eastAsia="zh-CN"/>
        </w:rPr>
        <w:br/>
      </w:r>
      <w:r>
        <w:rPr>
          <w:lang w:eastAsia="zh-CN"/>
        </w:rPr>
        <w:t>　　到车间巡检时，我作为一名化验员必须要做好带头作用，油是人吃的东西所以卫生至关重要，进车间必须带帽子以及相应的卫生处理。</w:t>
      </w:r>
      <w:r>
        <w:rPr>
          <w:lang w:eastAsia="zh-CN"/>
        </w:rPr>
        <w:br/>
      </w:r>
      <w:r>
        <w:rPr>
          <w:lang w:eastAsia="zh-CN"/>
        </w:rPr>
        <w:t>　　三、工作态度与勤奋敬业</w:t>
      </w:r>
      <w:r>
        <w:rPr>
          <w:lang w:eastAsia="zh-CN"/>
        </w:rPr>
        <w:br/>
      </w:r>
      <w:r>
        <w:rPr>
          <w:lang w:eastAsia="zh-CN"/>
        </w:rPr>
        <w:t>　　我热爱自己的本职工作，正确认真对待每一项工作，在开展工作之前做好个人计划，有主次有先后的及时完成各项工作。热心为大家服务，认真遵守劳动纪律。保证按时出勤，在工作时间内坚守岗位，保证工作按时完成，在作风上能遵守章纪团结同事，务真求实乐观上进始终保持严谨认真求实的工作态度和一丝不苟的工作作风。在完成自己的工作之余去帮助车间生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总结这几个月的工作，尽管有了一定的进步，但在一些方面还存在着一些不足。比如很多实验只是停留在简单的操作上，而忽视了工作原理。实验过程中粗心导致实验结果误差较大等。还有个别实验做得不够熟练不够完善，实验室多易燃易爆化学药品我们应该做好防火措施，工作中的不足还有待于今后的工作中加以改进，提高理论知识，通过这段时间的工作实践，让我懂得从事实验分析工作一定要诚实细心，不能放过一个疑点，有问题多请示多汇报。多看书，多学习，多想，多干，多吧心思放在工作上，一定要把工作做精。</w:t>
      </w:r>
      <w:r>
        <w:rPr>
          <w:lang w:eastAsia="zh-CN"/>
        </w:rPr>
        <w:br/>
      </w:r>
      <w:r>
        <w:rPr>
          <w:lang w:eastAsia="zh-CN"/>
        </w:rPr>
        <w:t>　　在今后的时间里我将认真遵守各项考勤制度，努力学习有关油品化验的各项实验分析方法及油品知识，争取成为一名更优秀更全面的化验员，我i公司的发展献出自己的一份力量。</w:t>
      </w:r>
      <w:r>
        <w:rPr>
          <w:lang w:eastAsia="zh-CN"/>
        </w:rPr>
        <w:br/>
      </w:r>
      <w:r>
        <w:rPr>
          <w:lang w:eastAsia="zh-CN"/>
        </w:rPr>
        <w:t>　　it公司年终工作总结 5</w:t>
      </w:r>
      <w:r>
        <w:rPr>
          <w:lang w:eastAsia="zh-CN"/>
        </w:rPr>
        <w:br/>
      </w:r>
      <w:r>
        <w:rPr>
          <w:lang w:eastAsia="zh-CN"/>
        </w:rPr>
        <w:t>　　一、担保业务及资产经营情况</w:t>
      </w:r>
      <w:r>
        <w:rPr>
          <w:lang w:eastAsia="zh-CN"/>
        </w:rPr>
        <w:br/>
      </w:r>
      <w:r>
        <w:rPr>
          <w:lang w:eastAsia="zh-CN"/>
        </w:rPr>
        <w:t>　　1、担保业务工作</w:t>
      </w:r>
      <w:r>
        <w:rPr>
          <w:lang w:eastAsia="zh-CN"/>
        </w:rPr>
        <w:br/>
      </w:r>
      <w:r>
        <w:rPr>
          <w:lang w:eastAsia="zh-CN"/>
        </w:rPr>
        <w:t>　　20__年由于国家宏观经济调控，实行适度稳健的货币政策，压缩银行贷款，我公司为了加强贷款风险管理，降低融资担保风险，采取了压缩融资担保额度的经营策略。20__年公司累计担保132笔，担保金额16916万元(其中：为中小企业担保48户102笔，担保金额15806万元)，年末在保责任余额18980万元，其中：在保企业48户，在保余额17870万元、在保个人30户，在保余额1110万元。</w:t>
      </w:r>
      <w:r>
        <w:rPr>
          <w:lang w:eastAsia="zh-CN"/>
        </w:rPr>
        <w:br/>
      </w:r>
      <w:r>
        <w:rPr>
          <w:lang w:eastAsia="zh-CN"/>
        </w:rPr>
        <w:t>　　2、担保代偿及追偿工作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20__年公司累计担保代偿27笔，金额1544万元，其中：为华祥集团(文映祥)提供的银丰国际中心项目工程款履约担保代偿及贷款担保代偿960余万元。</w:t>
      </w:r>
      <w:r>
        <w:rPr>
          <w:lang w:eastAsia="zh-CN"/>
        </w:rPr>
        <w:br/>
      </w:r>
      <w:r>
        <w:rPr>
          <w:lang w:eastAsia="zh-CN"/>
        </w:rPr>
        <w:t>　　通过法院起诉15笔，金额1200余万元，已通过法院执行、调解追偿收回189余万元。其中：华祥集团(文映祥)提供的银丰国际中心项目工程款履约担保代偿及贷款担保代偿960余万元正在执行过程之中。</w:t>
      </w:r>
      <w:r>
        <w:rPr>
          <w:lang w:eastAsia="zh-CN"/>
        </w:rPr>
        <w:br/>
      </w:r>
      <w:r>
        <w:rPr>
          <w:lang w:eastAsia="zh-CN"/>
        </w:rPr>
        <w:t>　　3、资产经营情况：</w:t>
      </w:r>
      <w:r>
        <w:rPr>
          <w:lang w:eastAsia="zh-CN"/>
        </w:rPr>
        <w:br/>
      </w:r>
      <w:r>
        <w:rPr>
          <w:lang w:eastAsia="zh-CN"/>
        </w:rPr>
        <w:t>　　20__年末公司资产总额6702万元，较投入的国有资本总额5000万元增加1702万元，增值34%。负债总额1355万元(其中：累计计提担保赔偿准备金354万元，累计计提未到期责任准备金526万元，担保保证金424万元)，所有者权益5347万元(其中：实收资本5000万元，资本公积320万元，一般风险准备16万元，盈余公积7万元，未分配利润4万元)。20__年，公司实现保费收入173万元，净利润1.2万元。</w:t>
      </w:r>
      <w:r>
        <w:rPr>
          <w:lang w:eastAsia="zh-CN"/>
        </w:rPr>
        <w:br/>
      </w:r>
      <w:r>
        <w:rPr>
          <w:lang w:eastAsia="zh-CN"/>
        </w:rPr>
        <w:t>　　二、主要工作开展情况：</w:t>
      </w:r>
      <w:r>
        <w:rPr>
          <w:lang w:eastAsia="zh-CN"/>
        </w:rPr>
        <w:br/>
      </w:r>
      <w:r>
        <w:rPr>
          <w:lang w:eastAsia="zh-CN"/>
        </w:rPr>
        <w:t>　　1、努力拓展担保业务，程度缓解企业融资难问题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作为国有控股的政策性担保公司，我们始终以促进县域经济发展，提高中小企业信用，拓宽中小企业融资渠道，推动中小企业改革与发展为首要工作任务。但由于这些企业起步晚，资本偏小，抗风险能力弱，可供反担保抵押的优质资产少，再加之自身的财务制度不健全，财务管理欠规范，在银行的信用记录缺乏，使得他们很难从银行获得贷款。针对这些问题，公司采取财务核查，上门调研，外围调查等措施详细了解企业情况，灵活多样地落实反担保措施，千方百计促成他们与银行部门的沟通。通过我们的不懈努力，使大部分发展前景好，综合效益优的企业顺利取得了担保贷款，解决了他们发展中的资金紧张难题，促成了这些企业快速、健康发展，取得了较好的社会效益。</w:t>
      </w:r>
      <w:r>
        <w:rPr>
          <w:lang w:eastAsia="zh-CN"/>
        </w:rPr>
        <w:br/>
      </w:r>
      <w:r>
        <w:rPr>
          <w:lang w:eastAsia="zh-CN"/>
        </w:rPr>
        <w:t>　　2、采用灵活多样的反担保措施，为企业发展服务</w:t>
      </w:r>
      <w:r>
        <w:rPr>
          <w:lang w:eastAsia="zh-CN"/>
        </w:rPr>
        <w:br/>
      </w:r>
      <w:r>
        <w:rPr>
          <w:lang w:eastAsia="zh-CN"/>
        </w:rPr>
        <w:t>　　目前，我们公司采取的反担保措施：一是企业实际控制人和主要经营者个人无限责任保证；二是土地使用权、房产、机器设备抵押；三是函、司法公正等，一方面支持企业发展，另一方面控制公司自身风险，通过以上担保措施为我县50余户企业及30余户个体工商户，通过我公司进行贷款担保，企业资金困难得到缓解，保证了我县中小企业生产的正常进行。</w:t>
      </w:r>
      <w:r>
        <w:rPr>
          <w:lang w:eastAsia="zh-CN"/>
        </w:rPr>
        <w:br/>
      </w:r>
      <w:r>
        <w:rPr>
          <w:lang w:eastAsia="zh-CN"/>
        </w:rPr>
        <w:t>　　3、不断规范管理，有效控制担保风险</w:t>
      </w:r>
      <w:r>
        <w:rPr>
          <w:lang w:eastAsia="zh-CN"/>
        </w:rPr>
        <w:br/>
      </w:r>
      <w:r>
        <w:rPr>
          <w:lang w:eastAsia="zh-CN"/>
        </w:rPr>
        <w:t>　　今年以来公司进一步加强了担保业务的风险管理一是针对当前担保业务的具体问题重新制订了担保业务操作办法，加大了对中小企业的服务范围，增强了担保业务的实际操作性。二是完善了担保审查制度，建立了担保审查委员会，从源头上有效控制了担保风险的发生，三是为了我县担保业务长期规范发展，公司已在省中小企业局备案，纳入了省担保行业管理部门统一监管。</w:t>
      </w:r>
      <w:r>
        <w:rPr>
          <w:lang w:eastAsia="zh-CN"/>
        </w:rPr>
        <w:br/>
      </w:r>
      <w:r>
        <w:rPr>
          <w:lang w:eastAsia="zh-CN"/>
        </w:rPr>
        <w:t>　　三、存在的问题</w:t>
      </w:r>
      <w:r>
        <w:rPr>
          <w:lang w:eastAsia="zh-CN"/>
        </w:rPr>
        <w:br/>
      </w:r>
      <w:r>
        <w:rPr>
          <w:lang w:eastAsia="zh-CN"/>
        </w:rPr>
        <w:t>　　1、注册资本金较小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随着我县中小企业规模的不断发展，对资金的需求也逾来逾大，而金融部门对单户贷款企业只能按照担保公司注册资本的10%发放担保贷款，因此根据我公司目前5000万元的注册资本单笔贷款只能达到500万元，远远不能满足我县中型企业的资金需求。</w:t>
      </w:r>
      <w:r>
        <w:rPr>
          <w:lang w:eastAsia="zh-CN"/>
        </w:rPr>
        <w:br/>
      </w:r>
      <w:r>
        <w:rPr>
          <w:lang w:eastAsia="zh-CN"/>
        </w:rPr>
        <w:t>　　2、担保业务收费比例低</w:t>
      </w:r>
      <w:r>
        <w:rPr>
          <w:lang w:eastAsia="zh-CN"/>
        </w:rPr>
        <w:br/>
      </w:r>
      <w:r>
        <w:rPr>
          <w:lang w:eastAsia="zh-CN"/>
        </w:rPr>
        <w:t>　　按照国家规定担保业务收费比例不得高于银行贷款利率的50%，由于我公司为政策性的.担保公司，不以盈利为经营目的，因此我公司目前收费比例仅为1.2%-1.8%，公司盈利能力不强。</w:t>
      </w:r>
      <w:r>
        <w:rPr>
          <w:lang w:eastAsia="zh-CN"/>
        </w:rPr>
        <w:br/>
      </w:r>
      <w:r>
        <w:rPr>
          <w:lang w:eastAsia="zh-CN"/>
        </w:rPr>
        <w:t>　　3、担保贷款业务风险存在</w:t>
      </w:r>
      <w:r>
        <w:rPr>
          <w:lang w:eastAsia="zh-CN"/>
        </w:rPr>
        <w:br/>
      </w:r>
      <w:r>
        <w:rPr>
          <w:lang w:eastAsia="zh-CN"/>
        </w:rPr>
        <w:t>　　20__年县政府为支持我县银丰国际商业中心的建设，通过政府协调由我公司向华祥集团公司提供工程款履约支付及借款担保，截至目前我公司为银丰国际商业中心(华祥集团公司)工程款履约担保代偿及贷款担保累计代偿900余万元，绵阳新华建筑公司对我公司已通过司法程序要求我公司承担担保责任，并通过法律手段对我公司在银行开设的帐户进行了查封冻结，虽然我公司通过协调目前法院暂时对银行帐户解冻，但担保人目前履行债务责任的能力较弱，公司担保责任依然存在。</w:t>
      </w:r>
      <w:r>
        <w:rPr>
          <w:lang w:eastAsia="zh-CN"/>
        </w:rPr>
        <w:br/>
      </w:r>
      <w:r>
        <w:rPr>
          <w:lang w:eastAsia="zh-CN"/>
        </w:rPr>
        <w:t>　　四、下一步工作打算及建议</w:t>
      </w:r>
      <w:r>
        <w:rPr>
          <w:lang w:eastAsia="zh-CN"/>
        </w:rPr>
        <w:br/>
      </w:r>
      <w:r>
        <w:rPr>
          <w:lang w:eastAsia="zh-CN"/>
        </w:rPr>
        <w:t>　　1、请求政府安排资金5000万元扩充公司注册资本力争20__年达到10000万元，以进一步支持我县中小企业的发展。</w:t>
      </w:r>
      <w:r>
        <w:rPr>
          <w:lang w:eastAsia="zh-CN"/>
        </w:rPr>
        <w:br/>
      </w:r>
      <w:r>
        <w:rPr>
          <w:lang w:eastAsia="zh-CN"/>
        </w:rPr>
        <w:t>　　2、提高担保收费比例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建议提高收费比例为2%-3%，并对公司在保企业进行信用等级的评定，对诚实守信的中小企业实行优惠的担保政策。</w:t>
      </w:r>
      <w:r>
        <w:rPr>
          <w:lang w:eastAsia="zh-CN"/>
        </w:rPr>
        <w:br/>
      </w:r>
      <w:r>
        <w:rPr>
          <w:lang w:eastAsia="zh-CN"/>
        </w:rPr>
        <w:t>　　按照“利益共享，风险共担”的经营原则，着力建立公平，合理的合作关系。加强业务上的沟通联系，在相互推荐客户，参与项目考察中，共同防范和控制风险，有效解决企业融资难题，推动企业信用升级，促进我县信用体系建设。</w:t>
      </w:r>
      <w:r>
        <w:rPr>
          <w:lang w:eastAsia="zh-CN"/>
        </w:rPr>
        <w:br/>
      </w:r>
      <w:r>
        <w:rPr>
          <w:lang w:eastAsia="zh-CN"/>
        </w:rPr>
        <w:t>　　3、积极做好不良担保贷款的催收工作</w:t>
      </w:r>
      <w:r>
        <w:rPr>
          <w:lang w:eastAsia="zh-CN"/>
        </w:rPr>
        <w:br/>
      </w:r>
      <w:r>
        <w:rPr>
          <w:lang w:eastAsia="zh-CN"/>
        </w:rPr>
        <w:t>　　要加强同银行，法院的联系通过多种手段措施积极催收已逾期担保贷款，力争将赔偿损失降到最低。</w:t>
      </w:r>
      <w:r>
        <w:rPr>
          <w:lang w:eastAsia="zh-CN"/>
        </w:rPr>
        <w:br/>
      </w:r>
      <w:r>
        <w:rPr>
          <w:lang w:eastAsia="zh-CN"/>
        </w:rPr>
        <w:t>　　it公司年终工作总结 6</w:t>
      </w:r>
      <w:r>
        <w:rPr>
          <w:lang w:eastAsia="zh-CN"/>
        </w:rPr>
        <w:br/>
      </w:r>
      <w:r>
        <w:rPr>
          <w:lang w:eastAsia="zh-CN"/>
        </w:rPr>
        <w:t>　　汤汇安达公司在县交通局的正确领导下，紧紧围绕客运生产这一主题，以“创先争优”活动为契机，以塑造“平安客运、和谐客运”为主线，创新工作思路，狠抓内部管理，齐心协心、共克时艰，客运生产有条不紊顺利开展，整体工作继续保持了蓬勃发展的良好态势。</w:t>
      </w:r>
      <w:r>
        <w:rPr>
          <w:lang w:eastAsia="zh-CN"/>
        </w:rPr>
        <w:br/>
      </w:r>
      <w:r>
        <w:rPr>
          <w:lang w:eastAsia="zh-CN"/>
        </w:rPr>
        <w:t>　　全年共完成客运量60余万人次，工伤保险参保率100％，事故统筹率100％，综治创安等工作任务圆满完成，得到和县交通运输局领导的充分肯定。总结一年来的工作，主要有以下几方面：</w:t>
      </w:r>
      <w:r>
        <w:rPr>
          <w:lang w:eastAsia="zh-CN"/>
        </w:rPr>
        <w:br/>
      </w:r>
      <w:r>
        <w:rPr>
          <w:lang w:eastAsia="zh-CN"/>
        </w:rPr>
        <w:t>　　一、紧抓机遇、强化服务，全力以赴实现“春运”、“中考、高考、会考”、“五一”、“十一”客运黄金季节增效创收</w:t>
      </w:r>
      <w:r>
        <w:rPr>
          <w:lang w:eastAsia="zh-CN"/>
        </w:rPr>
        <w:br/>
      </w:r>
      <w:r>
        <w:rPr>
          <w:lang w:eastAsia="zh-CN"/>
        </w:rPr>
        <w:t>　　春运等假日期间我公司严格按照上级部署精神，加强运力组织，科学合理安排班次，及时了解和掌握客源的流量、流时，组织好加班、包车运输，确保节假日旅客出行方便快捷不滞留。具体做法：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一是根据客流量的变化，及时调整发车班次，科学、合理调配运力，旅客运输安全、高效。</w:t>
      </w:r>
      <w:r>
        <w:rPr>
          <w:lang w:eastAsia="zh-CN"/>
        </w:rPr>
        <w:br/>
      </w:r>
      <w:r>
        <w:rPr>
          <w:lang w:eastAsia="zh-CN"/>
        </w:rPr>
        <w:t>　　二是增设临时售票窗口，热情引导旅客购票乘车，客流、车流安全有序。并充分利用“站站通”联网预售票业务，解决节后旅客出行难问题。</w:t>
      </w:r>
      <w:r>
        <w:rPr>
          <w:lang w:eastAsia="zh-CN"/>
        </w:rPr>
        <w:br/>
      </w:r>
      <w:r>
        <w:rPr>
          <w:lang w:eastAsia="zh-CN"/>
        </w:rPr>
        <w:t>　　三是强化优质服务，全力以赴做好客运安全稳定和优质服务接待工作，并采取多种有效措施，确保节假日期间安全、优质、高效、创收的目标。</w:t>
      </w:r>
      <w:r>
        <w:rPr>
          <w:lang w:eastAsia="zh-CN"/>
        </w:rPr>
        <w:br/>
      </w:r>
      <w:r>
        <w:rPr>
          <w:lang w:eastAsia="zh-CN"/>
        </w:rPr>
        <w:t>　　二、以安全工作为重心，全力以赴确保客运安全稳定</w:t>
      </w:r>
      <w:r>
        <w:rPr>
          <w:lang w:eastAsia="zh-CN"/>
        </w:rPr>
        <w:br/>
      </w:r>
      <w:r>
        <w:rPr>
          <w:lang w:eastAsia="zh-CN"/>
        </w:rPr>
        <w:t>　　“安全就是效益，以安全促发展”，本着“安全生产，预防为主”的管理理念，我们把安全生产管理工作放在了各项工作的重中之重，常抓不懈、防患于未然。</w:t>
      </w:r>
      <w:r>
        <w:rPr>
          <w:lang w:eastAsia="zh-CN"/>
        </w:rPr>
        <w:br/>
      </w:r>
      <w:r>
        <w:rPr>
          <w:lang w:eastAsia="zh-CN"/>
        </w:rPr>
        <w:t>　　一是强化“源头化”管理。严把车辆技术状况关和驾驶员从业资格关。</w:t>
      </w:r>
      <w:r>
        <w:rPr>
          <w:lang w:eastAsia="zh-CN"/>
        </w:rPr>
        <w:br/>
      </w:r>
      <w:r>
        <w:rPr>
          <w:lang w:eastAsia="zh-CN"/>
        </w:rPr>
        <w:t>　　二是坚持“安全第一，预防为主”的方针，加强安全排查消除不安全隐患确保安全生产；</w:t>
      </w:r>
      <w:r>
        <w:rPr>
          <w:lang w:eastAsia="zh-CN"/>
        </w:rPr>
        <w:br/>
      </w:r>
      <w:r>
        <w:rPr>
          <w:lang w:eastAsia="zh-CN"/>
        </w:rPr>
        <w:t>　　三是注重安全培训教育，通过定期召开安全例会，举办乘务员和职工培训，组织驾驶员到公司安全警示教育基地学习等多种方式，不断提高公司人员的安全意识和业务素质；</w:t>
      </w:r>
      <w:r>
        <w:rPr>
          <w:lang w:eastAsia="zh-CN"/>
        </w:rPr>
        <w:br/>
      </w:r>
      <w:r>
        <w:rPr>
          <w:lang w:eastAsia="zh-CN"/>
        </w:rPr>
        <w:t>　　四是充分利用GPS对营运车辆的适时监控，做到早发现、早提醒，硬起手腕整治“三超一疲劳”，安全管理更加有效；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五是实行班子成员分包线路、职工联系分包车辆，形成全员参与，上下通力合作，党政工团齐抓共管的安全管理新格局；从而实现了整体安全生产管理工作取得了扎实、稳步推进的良好局面。我公司参运客车23台，安全行驶里程200万公里，事故费统筹率100％，工伤保险参保率100％。全年共开展13次安全生产大检查，下达车辆二级维护19台次，召开安全例会48次，签订安全管理责任书45份，下路检查26人次，纠正违章75起，制作安全生产宣传板报12期，悬挂标语横幅16条，使公司的各项规章制度得到了全面落实，基础管理工作扎实有效开展。</w:t>
      </w:r>
      <w:r>
        <w:rPr>
          <w:lang w:eastAsia="zh-CN"/>
        </w:rPr>
        <w:br/>
      </w:r>
      <w:r>
        <w:rPr>
          <w:lang w:eastAsia="zh-CN"/>
        </w:rPr>
        <w:t>　　三、着力于内部挖潜增效，抓管理要效益。</w:t>
      </w:r>
      <w:r>
        <w:rPr>
          <w:lang w:eastAsia="zh-CN"/>
        </w:rPr>
        <w:br/>
      </w:r>
      <w:r>
        <w:rPr>
          <w:lang w:eastAsia="zh-CN"/>
        </w:rPr>
        <w:t>　　内部管理方面，我们坚持以“客运经营为主，兼顾维修、三产业整合发展”的思路，通过优化资源配置，强化内部管理，实现企业创效增收。</w:t>
      </w:r>
      <w:r>
        <w:rPr>
          <w:lang w:eastAsia="zh-CN"/>
        </w:rPr>
        <w:br/>
      </w:r>
      <w:r>
        <w:rPr>
          <w:lang w:eastAsia="zh-CN"/>
        </w:rPr>
        <w:t>　　四、深入开展创先争优活动，服务水平明显提升</w:t>
      </w:r>
      <w:r>
        <w:rPr>
          <w:lang w:eastAsia="zh-CN"/>
        </w:rPr>
        <w:br/>
      </w:r>
      <w:r>
        <w:rPr>
          <w:lang w:eastAsia="zh-CN"/>
        </w:rPr>
        <w:t>　　一年来，我公司以开展客运“创先争优”活动为契机，号召全体干部职工转变思想观念，立足本职岗位，树立廉洁、高效、优质、规范化的管理与服务，促进各项工作快速向前发展。为做到这一点，公司领导班子以身作则、率先垂范，积极推行领导带班负责制，外出办事履行登记签字程序，工作期间持证上岗、文明服务。每月10日前定期召开月度工作考核，坦诚布公地找出工作中存在的问题和不足，并及时加以改进和完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在运输生产一线广泛开展“优质服务标兵”、“服务明星”、“红旗车”、“精品班线”等活动，使广大干部职工及司乘人员、经营业户干事创业的活力空前高涨，窗口服务形象和职工的精神风貌得到进一步改善，让广大旅客和群众切实感受到企业的新形象、新服务和职工新面貌。</w:t>
      </w:r>
      <w:r>
        <w:rPr>
          <w:lang w:eastAsia="zh-CN"/>
        </w:rPr>
        <w:br/>
      </w:r>
      <w:r>
        <w:rPr>
          <w:lang w:eastAsia="zh-CN"/>
        </w:rPr>
        <w:t>　　五、注重企业文化建设，职工队伍的凝聚力、战斗力</w:t>
      </w:r>
      <w:r>
        <w:rPr>
          <w:lang w:eastAsia="zh-CN"/>
        </w:rPr>
        <w:br/>
      </w:r>
      <w:r>
        <w:rPr>
          <w:lang w:eastAsia="zh-CN"/>
        </w:rPr>
        <w:t>　　明显增强打造一流的工作团队，培育“安全、优质、高效”的企业文化和服务理念，是推动汤汇安达公司实现科学、快速发展的主动力。</w:t>
      </w:r>
      <w:r>
        <w:rPr>
          <w:lang w:eastAsia="zh-CN"/>
        </w:rPr>
        <w:br/>
      </w:r>
      <w:r>
        <w:rPr>
          <w:lang w:eastAsia="zh-CN"/>
        </w:rPr>
        <w:t>　　一年来，我公司坚持以人为本的管理理念，全面提升企业的文化建设、窗口服务形象的改善和工作绩效的考核，进一步增强职工的`团队意识和凝聚力，助推企业和谐稳定与快速发展。</w:t>
      </w:r>
      <w:r>
        <w:rPr>
          <w:lang w:eastAsia="zh-CN"/>
        </w:rPr>
        <w:br/>
      </w:r>
      <w:r>
        <w:rPr>
          <w:lang w:eastAsia="zh-CN"/>
        </w:rPr>
        <w:t>　　1、坚持素质建设和能力建设，注重全员学习培训，不断提高我公司干部职工的业务技能和服务水平。全年共举办乘务员集中培训两期，培训人员30余人次，并举行了结业考试，合格者颁发上岗证准予其上岗，使汤汇安达公司职工队伍的整体素质和服务水平得到全面提升。</w:t>
      </w:r>
      <w:r>
        <w:rPr>
          <w:lang w:eastAsia="zh-CN"/>
        </w:rPr>
        <w:br/>
      </w:r>
      <w:r>
        <w:rPr>
          <w:lang w:eastAsia="zh-CN"/>
        </w:rPr>
        <w:t>　　2、广泛参加各项社会活动，充分展示汤汇安达公司的客运实力和良好的窗口服务形象。先后组织参加了新农村建设参观交流会、高考中考、中招等大型活动团体包车服务，我公司以一流的车况、统一的车型及随车配备高素质的司乘服务人员，以标准化的服务赢得了社会各界的赞同，充分展示了汤汇安达公司客运队伍良好的精神风貌和服务理念。</w:t>
      </w:r>
      <w:r>
        <w:rPr>
          <w:lang w:eastAsia="zh-CN"/>
        </w:rPr>
        <w:br/>
      </w:r>
      <w:r>
        <w:rPr>
          <w:lang w:eastAsia="zh-CN"/>
        </w:rPr>
        <w:t>　　六、综治创安稳定工作稳步开展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按照县交通局综治信访稳定工作部署和要求，进一步加强充实了专项工作领导小组，层层签订目标责任书，深入开展普法教育活动，使职工做到懂法、守法、用法，依法办事观念逐步增强，无违法犯罪现象发生。同时，积极应对协调处理好各项商务经济及事故赔偿纠纷，受到车主及经营户的感谢与好评，同时也为公司挽回了经济损失。</w:t>
      </w:r>
      <w:r>
        <w:rPr>
          <w:lang w:eastAsia="zh-CN"/>
        </w:rPr>
        <w:br/>
      </w:r>
      <w:r>
        <w:rPr>
          <w:lang w:eastAsia="zh-CN"/>
        </w:rPr>
        <w:t>　　七、存在问题和不足</w:t>
      </w:r>
      <w:r>
        <w:rPr>
          <w:lang w:eastAsia="zh-CN"/>
        </w:rPr>
        <w:br/>
      </w:r>
      <w:r>
        <w:rPr>
          <w:lang w:eastAsia="zh-CN"/>
        </w:rPr>
        <w:t>　　回顾过去，取得的成绩让我们倍感自豪，但我们也清醒地认识到当前的工作中还存在有一些不足之处：一是客运主业后劲不足，开发审批新线路力度不大，这方面工作有待进一步加强，二是内部管理方面有待进一步加强，职工教育应该进一步加大，三是安全生产工作有待进一步加强。这些问题的存在，都要引起我们的高度重视，采取有效的措施加以解决。</w:t>
      </w:r>
      <w:r>
        <w:rPr>
          <w:lang w:eastAsia="zh-CN"/>
        </w:rPr>
        <w:br/>
      </w:r>
      <w:r>
        <w:rPr>
          <w:lang w:eastAsia="zh-CN"/>
        </w:rPr>
        <w:t>　　it公司年终工作总结 7</w:t>
      </w:r>
      <w:r>
        <w:rPr>
          <w:lang w:eastAsia="zh-CN"/>
        </w:rPr>
        <w:br/>
      </w:r>
      <w:r>
        <w:rPr>
          <w:lang w:eastAsia="zh-CN"/>
        </w:rPr>
        <w:t>　　20__年是__公司发展史上最具有里程碑意义的一年，每位__员工都见证了__公司的跨越发展。在即将过去的一年里，既充满着艰辛，也倍感自豪。回顾自己工作的点点滴滴，感觉很平凡，但当看到自己分管的项目顺利开车时，感觉又是那么不平凡，这就是工作带给我的最大快活。现把一年来的工作总结如下。</w:t>
      </w:r>
      <w:r>
        <w:rPr>
          <w:lang w:eastAsia="zh-CN"/>
        </w:rPr>
        <w:br/>
      </w:r>
      <w:r>
        <w:rPr>
          <w:lang w:eastAsia="zh-CN"/>
        </w:rPr>
        <w:t>　　1、项目的建设情况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20__年，在___总工的领导下，安排我分管尿素项目的设备工作，同时负责尿素CO2压缩机的工艺配管及主机安装工作。尿素项目到20__年2月底才具备设备安装条件。如何保证尿素装置7月10日试运行，确实有很大难度。但我们项目组成员都没有丝毫地退却。在督促十三化建加快进度的同时，安装质量的把关一点也不能放松。四台高压设备是尿素装置的重要设备，吊装及安装难度都很大。在吊装过程中如果发生意外事故，都会造成毁灭性的后果。在安装过程中如果出现质量问题，会给以后的生产带来很大的隐患。在十三化建吊装过程中，我们密切关注各缆风绳的受力情况及主框架、吊梁的沉降情况，确保吊装工作万无一失。在各塔就位后，利用经纬仪对各塔的垂直度进行测量校正，确保安装质量符合规范要求。在四台高压设备、各泵群、容器就位后，我的工作重点转移到了CO2压缩机。这时CO2压缩机刚具备安装条件，时值已到了3月中旬。三台CO2压缩机能保证在6月底完成调试与吹扫吗？我心里也没有底。我知道运转设备不可预测的故障很多，谁能保证一次试车就能成功呢。这对我来说无疑又是一次挑战。</w:t>
      </w:r>
      <w:r>
        <w:rPr>
          <w:lang w:eastAsia="zh-CN"/>
        </w:rPr>
        <w:br/>
      </w:r>
    </w:p>
    <w:p w:rsidR="001B1F19" w14:textId="27C3F48A">
      <w:pPr>
        <w:rPr>
          <w:rFonts w:hint="eastAsia"/>
          <w:lang w:eastAsia="zh-CN"/>
        </w:rPr>
      </w:pPr>
      <w:r>
        <w:rPr>
          <w:lang w:eastAsia="zh-CN"/>
        </w:rPr>
        <w:t>　　CO2压缩机主机安装由中能公司一群很年轻的员工负责安装，他们的平均年龄20岁左右，都是中能公司中专班的学员，我曾经带过他们三年专业课及岗位实习。这群孩子工作很热情也很好学，业务技能确实也很扎实。他们的'工作热情感染着周围的员工。在短短的3个月内就完成了3台CO2压缩机的安装与调试工作，并一次开车成功。在此期间也应感谢尿素车间王德贵与戴恒忠同志，他们给予了大力支持，确保了CO2压缩机顺利投产运行。感到最困难的是CO2压缩机附件安装及配管，由于北京中寰设计院与金博公司之间缺乏沟通，CO2压缩机配管图一直没确定，如果等待两家出图后在配管的话，肯定不能按工期完成任务。在此情况下，我只好自己画图，边画图边配管，有时现场定稿。在同创公司的支持下，压缩机管道安装地科学而又美观。虽然这项工作给我带来了麻烦，但确实也提高了我的项目管理能力与解决问题的能力。6月底CO2压缩机完成了调试与吹扫，7月中旬尿素主装置完成水联动试车。我们的努力换来了装置的顺利试车。</w:t>
      </w:r>
      <w:r>
        <w:rPr>
          <w:lang w:eastAsia="zh-CN"/>
        </w:rPr>
        <w:br/>
      </w:r>
      <w:r>
        <w:rPr>
          <w:lang w:eastAsia="zh-CN"/>
        </w:rPr>
        <w:t>　　2、装置的试生产情况</w:t>
      </w:r>
      <w:r>
        <w:rPr>
          <w:lang w:eastAsia="zh-CN"/>
        </w:rPr>
        <w:br/>
      </w:r>
      <w:r>
        <w:rPr>
          <w:lang w:eastAsia="zh-CN"/>
        </w:rPr>
        <w:t>　　尿素装置在试车过程中，一切进行的都很顺利。但在试生产过程中，却出现了一波三折的事故。这些事故暴露了我们操作人员业务技术没有学到位，我们要在每起事故中吸取教训。今后的培训工作要重点放在一线员工的业务技能培训上。</w:t>
      </w:r>
      <w:r>
        <w:rPr>
          <w:lang w:eastAsia="zh-CN"/>
        </w:rPr>
        <w:br/>
      </w:r>
      <w:r>
        <w:rPr>
          <w:lang w:eastAsia="zh-CN"/>
        </w:rPr>
        <w:t>　　8月20日，尿素洗涤器防爆同爆裂，联系大连运鸿更换防爆筒，经过三天的连续奋战，保质保量完成了更换防爆筒任务。</w:t>
      </w:r>
      <w:r>
        <w:rPr>
          <w:lang w:eastAsia="zh-CN"/>
        </w:rPr>
        <w:br/>
      </w:r>
      <w:r>
        <w:rPr>
          <w:lang w:eastAsia="zh-CN"/>
        </w:rPr>
        <w:t>　　中秋节前夕，尿素汽提塔分布器腐蚀，法兰螺栓脱落，通过与大连金重联系，空运配件到南京。当配件从机场取回时，已经到了中秋节的晚上了，这时我才放下心，并匆匆赶回临泉老家过中秋节。当我赶到家里时，已经是中秋节的深夜了，看着熟睡的妻子与儿子，心里有几分心酸，也有几分豪迈。</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https://d.book118.com/115324302134011102</w:t>
        </w:r>
      </w:hyperlink>
    </w:p>
    <w:p w:rsidR="001B1F19">
      <w:pPr>
        <w:rPr>
          <w:rFonts w:hint="eastAsia"/>
          <w:lang w:eastAsia="zh-CN"/>
        </w:rPr>
      </w:pPr>
    </w:p>
    <w:sectPr>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1532430213401110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