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2024年初中数学规范性培训总结（34篇）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2024年初中数学规范性培训总结（精选34篇）</w:t>
      </w:r>
      <w:r>
        <w:rPr>
          <w:lang w:eastAsia="zh-CN"/>
        </w:rPr>
        <w:br/>
      </w:r>
      <w:r>
        <w:rPr>
          <w:lang w:eastAsia="zh-CN"/>
        </w:rPr>
        <w:t xml:space="preserve">    2024年初中数学规范性培训总结 篇1 </w:t>
      </w:r>
      <w:r>
        <w:rPr>
          <w:lang w:eastAsia="zh-CN"/>
        </w:rPr>
        <w:br/>
      </w:r>
      <w:r>
        <w:rPr>
          <w:lang w:eastAsia="zh-CN"/>
        </w:rPr>
        <w:t>　　一直以来，在试卷讲评课的上法上总存在着一些困惑。例如，试卷上的错题因人而异，如何上能照顾到全体，将每位学生出错的问题解决？通过这次培训我认识到，我们没有足够的时间面面俱到的讲解，在一定的时间内想面面俱到，那么每个题目也只是蜻蜓点水，一节课下来真正沉淀到头脑中的知识寥寥无几。今后的试卷讲评课我打算按照下面的思路来上，请刘老师多批评指正。</w:t>
      </w:r>
      <w:r>
        <w:rPr>
          <w:lang w:eastAsia="zh-CN"/>
        </w:rPr>
        <w:br/>
      </w:r>
      <w:r>
        <w:rPr>
          <w:lang w:eastAsia="zh-CN"/>
        </w:rPr>
        <w:t>　　一、考试之后教师要做好测试分析，并充分备课。</w:t>
      </w:r>
      <w:r>
        <w:rPr>
          <w:lang w:eastAsia="zh-CN"/>
        </w:rPr>
        <w:br/>
      </w:r>
      <w:r>
        <w:rPr>
          <w:lang w:eastAsia="zh-CN"/>
        </w:rPr>
        <w:t>　　通过测试分析，首先,弄清学生集中出错的题目，找出学生的共性问题，并针对这些共性的问题展开备课。备课要备学生出错的原因，试卷讲评时如何对这些问题讲解与完善。其次，弄清每位学生的得分，对于成绩波动大的同学通过谈话等方式及时了解情况并帮助解决困难。</w:t>
      </w:r>
      <w:r>
        <w:rPr>
          <w:lang w:eastAsia="zh-CN"/>
        </w:rPr>
        <w:br/>
      </w:r>
      <w:r>
        <w:rPr>
          <w:lang w:eastAsia="zh-CN"/>
        </w:rPr>
        <w:t>　　二、下发试卷，学生自己纠错。</w:t>
      </w:r>
      <w:r>
        <w:rPr>
          <w:lang w:eastAsia="zh-CN"/>
        </w:rPr>
        <w:br/>
      </w:r>
      <w:r>
        <w:rPr>
          <w:lang w:eastAsia="zh-CN"/>
        </w:rPr>
        <w:t>　　给学生自己纠错的机会，将能自己改正或通过小组合作改正的题目在试卷讲评前改过来。</w:t>
      </w:r>
      <w:r>
        <w:rPr>
          <w:lang w:eastAsia="zh-CN"/>
        </w:rPr>
        <w:br/>
      </w:r>
      <w:r>
        <w:rPr>
          <w:lang w:eastAsia="zh-CN"/>
        </w:rPr>
        <w:t>　　三、订正答案，进一步改错。</w:t>
      </w:r>
      <w:r>
        <w:rPr>
          <w:lang w:eastAsia="zh-CN"/>
        </w:rPr>
        <w:br/>
      </w:r>
    </w:p>
    <w:p w:rsidR="001B1F19" w14:textId="0AE8485B">
      <w:pPr>
        <w:pStyle w:val="Heading1"/>
        <w:jc w:val="center"/>
        <w:rPr>
          <w:rFonts w:hint="eastAsia"/>
          <w:lang w:eastAsia="zh-CN"/>
        </w:rPr>
      </w:pPr>
      <w:r>
        <w:rPr>
          <w:sz w:val="44"/>
          <w:lang w:eastAsia="zh-CN"/>
        </w:rPr>
        <w:t>2024年初中数学规范性培训总结（34篇）</w:t>
      </w:r>
    </w:p>
    <w:p w:rsidR="001B1F19"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2024年初中数学规范性培训总结（精选34篇）</w:t>
      </w:r>
      <w:r>
        <w:rPr>
          <w:lang w:eastAsia="zh-CN"/>
        </w:rPr>
        <w:br/>
      </w:r>
      <w:r>
        <w:rPr>
          <w:lang w:eastAsia="zh-CN"/>
        </w:rPr>
        <w:t xml:space="preserve">    2024年初中数学规范性培训总结 篇1 </w:t>
      </w:r>
      <w:r>
        <w:rPr>
          <w:lang w:eastAsia="zh-CN"/>
        </w:rPr>
        <w:br/>
      </w:r>
      <w:r>
        <w:rPr>
          <w:lang w:eastAsia="zh-CN"/>
        </w:rPr>
        <w:t>　　一直以来，在试卷讲评课的上法上总存在着一些困惑。例如，试卷上的错题因人而异，如何上能照顾到全体，将每位学生出错的问题解决？通过这次培训我认识到，我们没有足够的时间面面俱到的讲解，在一定的时间内想面面俱到，那么每个题目也只是蜻蜓点水，一节课下来真正沉淀到头脑中的知识寥寥无几。今后的试卷讲评课我打算按照下面的思路来上，请刘老师多批评指正。</w:t>
      </w:r>
      <w:r>
        <w:rPr>
          <w:lang w:eastAsia="zh-CN"/>
        </w:rPr>
        <w:br/>
      </w:r>
      <w:r>
        <w:rPr>
          <w:lang w:eastAsia="zh-CN"/>
        </w:rPr>
        <w:t>　　一、考试之后教师要做好测试分析，并充分备课。</w:t>
      </w:r>
      <w:r>
        <w:rPr>
          <w:lang w:eastAsia="zh-CN"/>
        </w:rPr>
        <w:br/>
      </w:r>
      <w:r>
        <w:rPr>
          <w:lang w:eastAsia="zh-CN"/>
        </w:rPr>
        <w:t>　　通过测试分析，首先,弄清学生集中出错的题目，找出学生的共性问题，并针对这些共性的问题展开备课。备课要备学生出错的原因，试卷讲评时如何对这些问题讲解与完善。其次，弄清每位学生的得分，对于成绩波动大的同学通过谈话等方式及时了解情况并帮助解决困难。</w:t>
      </w:r>
      <w:r>
        <w:rPr>
          <w:lang w:eastAsia="zh-CN"/>
        </w:rPr>
        <w:br/>
      </w:r>
      <w:r>
        <w:rPr>
          <w:lang w:eastAsia="zh-CN"/>
        </w:rPr>
        <w:t>　　二、下发试卷，学生自己纠错。</w:t>
      </w:r>
      <w:r>
        <w:rPr>
          <w:lang w:eastAsia="zh-CN"/>
        </w:rPr>
        <w:br/>
      </w:r>
      <w:r>
        <w:rPr>
          <w:lang w:eastAsia="zh-CN"/>
        </w:rPr>
        <w:t>　　给学生自己纠错的机会，将能自己改正或通过小组合作改正的题目在试卷讲评前改过来。</w:t>
      </w:r>
      <w:r>
        <w:rPr>
          <w:lang w:eastAsia="zh-CN"/>
        </w:rPr>
        <w:br/>
      </w:r>
      <w:r>
        <w:rPr>
          <w:lang w:eastAsia="zh-CN"/>
        </w:rPr>
        <w:t>　　三、订正答案，进一步改错。</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给学生标准答案，在答案的引导下，学生进一步寻找解题思路，完善解题步骤，查找丢分原因，加深对知识的理解。</w:t>
      </w:r>
      <w:r>
        <w:rPr>
          <w:lang w:eastAsia="zh-CN"/>
        </w:rPr>
        <w:br/>
      </w:r>
      <w:r>
        <w:rPr>
          <w:lang w:eastAsia="zh-CN"/>
        </w:rPr>
        <w:t>　　四、重点题、错题重点讲解。</w:t>
      </w:r>
      <w:r>
        <w:rPr>
          <w:lang w:eastAsia="zh-CN"/>
        </w:rPr>
        <w:br/>
      </w:r>
      <w:r>
        <w:rPr>
          <w:lang w:eastAsia="zh-CN"/>
        </w:rPr>
        <w:t>　　经过两轮的改错之后学生存留下的问题已经很少，教师试卷讲评时就要解决这些遗留问题、重点题、错题。对于这些问题可以通过分类讲解、同类知识串讲、变式训练、一题多解、多个知识点上串下联等方式讲透。经过寻根问底，可使学生对不明确的知识点加深理解，再认识，然后巩固练习。这个过程下来同时可复习到多个知识点，建立知识体系，拓展学生思维。</w:t>
      </w:r>
      <w:r>
        <w:rPr>
          <w:lang w:eastAsia="zh-CN"/>
        </w:rPr>
        <w:br/>
      </w:r>
      <w:r>
        <w:rPr>
          <w:lang w:eastAsia="zh-CN"/>
        </w:rPr>
        <w:t>　　五、方法总结。</w:t>
      </w:r>
      <w:r>
        <w:rPr>
          <w:lang w:eastAsia="zh-CN"/>
        </w:rPr>
        <w:br/>
      </w:r>
      <w:r>
        <w:rPr>
          <w:lang w:eastAsia="zh-CN"/>
        </w:rPr>
        <w:t>　　围绕一个知识点讲解之后，要让学生总结解题思想、方法，掌握答题技巧。需要时可让学生简记。</w:t>
      </w:r>
      <w:r>
        <w:rPr>
          <w:lang w:eastAsia="zh-CN"/>
        </w:rPr>
        <w:br/>
      </w:r>
      <w:r>
        <w:rPr>
          <w:lang w:eastAsia="zh-CN"/>
        </w:rPr>
        <w:t>　　六、解答疑问。</w:t>
      </w:r>
      <w:r>
        <w:rPr>
          <w:lang w:eastAsia="zh-CN"/>
        </w:rPr>
        <w:br/>
      </w:r>
      <w:r>
        <w:rPr>
          <w:lang w:eastAsia="zh-CN"/>
        </w:rPr>
        <w:t>　　通过学生提出疑问，大家共同解答，完善学生对知识的认识。近几年教基础年级，所以感觉上章节复习课较多，专题复习课很少。我们学校的章节复习课与刘老师的“出示问题，引出知识”是一致的。通过问题的解决实现知识点的复习。</w:t>
      </w:r>
      <w:r>
        <w:rPr>
          <w:lang w:eastAsia="zh-CN"/>
        </w:rPr>
        <w:br/>
      </w:r>
      <w:r>
        <w:rPr>
          <w:lang w:eastAsia="zh-CN"/>
        </w:rPr>
        <w:t xml:space="preserve">    2024年初中数学规范性培训总结 篇2 </w:t>
      </w:r>
      <w:r>
        <w:rPr>
          <w:lang w:eastAsia="zh-CN"/>
        </w:rPr>
        <w:br/>
      </w:r>
      <w:r>
        <w:rPr>
          <w:lang w:eastAsia="zh-CN"/>
        </w:rPr>
        <w:t>　　参加初中数学远程培训二个多月时间了，通过这段培训，我受益匪浅，感受很多。下面就是我的.点滴体会：</w:t>
      </w:r>
      <w:r>
        <w:rPr>
          <w:lang w:eastAsia="zh-CN"/>
        </w:rPr>
        <w:br/>
      </w:r>
      <w:r>
        <w:rPr>
          <w:lang w:eastAsia="zh-CN"/>
        </w:rPr>
        <w:t>　　一.对新教材有了初步了解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学习了义务教育新课标的理念和课例解读后，我对于未曾变动的旧的知识点，考纲上有所变化的做到了心中有数。对于新增内容，哪些是中考必考内容，哪些是选讲内容，对于不同的内容应该分别讲解到什么程度，也更明确了。这样才能做到面对新教材中的新内容不急不躁、从容不迫，不至于面对新问题产生陌生感和紧张感。通过学习，使我清楚地认识到初中数学新课程的内容是由哪些模块组成的，各模块又是由哪些知识点组成的，以及各知识点之间又有怎样的联系与区别。专家们所提供的专业分析对我们理解教材，把握教材有着非常重要而又深远的意义。对于必修课程必须讲深讲透，对于部分选学内容，应视学校和学生的具体情况而定。</w:t>
      </w:r>
      <w:r>
        <w:rPr>
          <w:lang w:eastAsia="zh-CN"/>
        </w:rPr>
        <w:br/>
      </w:r>
      <w:r>
        <w:rPr>
          <w:lang w:eastAsia="zh-CN"/>
        </w:rPr>
        <w:t>　　二.对课堂教学设计、教学案例的编写方面的内容有了提高。</w:t>
      </w:r>
      <w:r>
        <w:rPr>
          <w:lang w:eastAsia="zh-CN"/>
        </w:rPr>
        <w:br/>
      </w:r>
      <w:r>
        <w:rPr>
          <w:lang w:eastAsia="zh-CN"/>
        </w:rPr>
        <w:t>　　培训活动中，自己通过视频观看学习了“案例导入”、“专家讲座”、“互动讨论”、“课例作业”等内容，使自己在教学设计、教学案例以及课堂教学等方面有了进一步的提升和加强，特别是在课堂教学设计，令人豁然开朗。通过视频观看学习了《有序数对》和《图形的旋转》，感觉很有收获。如以往听课从未记录过讲课者教学过程各个环节的时间分配，听课时只注意了讲课者的知识传授情况，而没注意欣赏、品析讲课者的教学追求、洞察其教学的理论依据等。特别是听了专家讲座后，自己才知道还有很多不足。自己今后将认真按专家的指点开展教学活动。</w:t>
      </w:r>
      <w:r>
        <w:rPr>
          <w:lang w:eastAsia="zh-CN"/>
        </w:rPr>
        <w:br/>
      </w:r>
      <w:r>
        <w:rPr>
          <w:lang w:eastAsia="zh-CN"/>
        </w:rPr>
        <w:t>　　三、教学实战能力得到加强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本次培训充分关注培训教师的实际需要，不仅传授了现代教学技术和手段，在大的纬度上帮助教师构建理论体系，同时更关注新课程背景下课堂教学深层问题。专家向我们讲授了“计算机教学手段应用”“中学教师标准解读”“教学技术及应用”“新课标解读”等，先进的教学理念及其别具一格的教学风格使本人在观摩、思考、碰撞中得到提高。整个培训活动从实际到理论，再由理论到实际，循序渐进，降低了学习的难度，提高了学习的实效。</w:t>
      </w:r>
      <w:r>
        <w:rPr>
          <w:lang w:eastAsia="zh-CN"/>
        </w:rPr>
        <w:br/>
      </w:r>
      <w:r>
        <w:rPr>
          <w:lang w:eastAsia="zh-CN"/>
        </w:rPr>
        <w:t>　　四、通过培训学习，使我清楚地认识到整体把握初中数学新课程的重要性及其常用方法。</w:t>
      </w:r>
      <w:r>
        <w:rPr>
          <w:lang w:eastAsia="zh-CN"/>
        </w:rPr>
        <w:br/>
      </w:r>
      <w:r>
        <w:rPr>
          <w:lang w:eastAsia="zh-CN"/>
        </w:rPr>
        <w:t>　　整体把握初中数学新课程不仅可以使我们清楚地认识到初中数学的主要脉络，而且可以使我们站在更高层次上面对初中数学新课程。整体把握初中数学新课程不仅可以提高教师自身的素质，也有助于培养学生的数学素养。只有让学生具备良好的数学素养才能使他们更好地适应社会的发展与进步。与学生的总结、交流能促进我们产生更多更好的授课方式、方法，产生更多更新的科学思维模式。这对于我们提高课堂教学质量具有非常现实而深远的意义。</w:t>
      </w:r>
      <w:r>
        <w:rPr>
          <w:lang w:eastAsia="zh-CN"/>
        </w:rPr>
        <w:br/>
      </w:r>
      <w:r>
        <w:rPr>
          <w:lang w:eastAsia="zh-CN"/>
        </w:rPr>
        <w:t>　　总之，此次培训活动，使自己的教育教学观念、教学行为方法、专业化水平，教育教学理论均有了很大的提升。今后，自己充分将所学、所悟、所感的内容应用到教学实践中去，做新时期的合格的初中数学教师。</w:t>
      </w:r>
      <w:r>
        <w:rPr>
          <w:lang w:eastAsia="zh-CN"/>
        </w:rPr>
        <w:br/>
      </w:r>
      <w:r>
        <w:rPr>
          <w:lang w:eastAsia="zh-CN"/>
        </w:rPr>
        <w:t xml:space="preserve">    2024年初中数学规范性培训总结 篇3 </w:t>
      </w:r>
      <w:r>
        <w:rPr>
          <w:lang w:eastAsia="zh-CN"/>
        </w:rPr>
        <w:br/>
      </w:r>
      <w:r>
        <w:rPr>
          <w:lang w:eastAsia="zh-CN"/>
        </w:rPr>
        <w:t>　　我们来自农村的教师得以与众多专家、学者面对面地座谈、交流，倾听他们对数学教学的理解，感悟他们的教育教学思想方法。这次培训内容丰富，安排合理，使学员们受益匪浅。</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一、理论学习，飞的更高。</w:t>
      </w:r>
      <w:r>
        <w:rPr>
          <w:lang w:eastAsia="zh-CN"/>
        </w:rPr>
        <w:br/>
      </w:r>
      <w:r>
        <w:rPr>
          <w:lang w:eastAsia="zh-CN"/>
        </w:rPr>
        <w:t>　　(一)专家讲座，思想理念的提升!</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我们这次培训班名称是：“国培计划”——初中数学骨干教师培训班，班主任是易才凤老师，副班主任是刘咏梅和虞秀云老师，班主任助理是周玲芳和陈艳凤。本次培训，听了专家胡惠闵教授《基于学生经验的学习活动设计研究》等讲座14个，从师德、当前教育教学改革动向、教科研、课堂教学专题、教材解读、现代教育技术应用等多方面进行，各位知名专家、学者、特级教师从自己切身的经验体会出发，畅谈了他们对师德以及教学等教育教学各个领域的独特见解。让我们更清晰地意识到作为一个农村教师该如何看待自己所处的位置，该如何去提升自己的专业水平。在知识方面，我们深感知识学问浩如烟海，也深深地体会到教学相长的深刻内涵。教师要有精深的学科专业知识，广博的科学文化知识，丰富的教育和心理科学知识。知识结构要合理，当今的自然科学，社会科学和人文科学互相渗透，相互融合，只懂自己专业的知识是远远不够的，这一点我们在学习中体会很深。精深的专业知识是教师担任教学工作的基础。这就要求教师要扎实的掌握本学科的基础理论，基础知识以及相应的技能，并运用自如。熟悉本学科的学习方法和研究方法，同时还要具备一定的与本学科相关的知识。学员们在这次培训中发现自己专业知识还很欠缺。只有掌握全面的学科知识才能在教学过程中高屋建瓴的处理好教材，把握住教材的难点，才能有对教材内容深入浅出的讲解。从而保证教学流畅地进行，使学生既学到知识，又掌握学习方法和发展能力。</w:t>
      </w:r>
      <w:r>
        <w:rPr>
          <w:lang w:eastAsia="zh-CN"/>
        </w:rPr>
        <w:br/>
      </w:r>
      <w:r>
        <w:rPr>
          <w:lang w:eastAsia="zh-CN"/>
        </w:rPr>
        <w:t>　　(二)学员论坛，思想交流的园地!</w:t>
      </w:r>
      <w:r>
        <w:rPr>
          <w:lang w:eastAsia="zh-CN"/>
        </w:rPr>
        <w:br/>
      </w:r>
      <w:r>
        <w:rPr>
          <w:lang w:eastAsia="zh-CN"/>
        </w:rPr>
        <w:t>　　在理论培训阶段，为了提升每位学员自身的理论水平，安排了三次小组交流。在小组讨论中，学员们畅所欲言，许多提出的观点和问题，都是农村数学教学中的实际问题，引起全体学员的一致共鸣的同时，也得到专家们的重视，他们的回答也给了我们很好的启示，对于我们今后的教学有着积极的促进作用。对每一个专题进行总结，有了自己的看法，有了自己的思想，有些观点非常精髓，有独到的见解，我们有些学员开玩笑的说：“我们自己也有一些专家的天份!”。</w:t>
      </w:r>
      <w:r>
        <w:rPr>
          <w:lang w:eastAsia="zh-CN"/>
        </w:rPr>
        <w:br/>
      </w:r>
      <w:r>
        <w:rPr>
          <w:lang w:eastAsia="zh-CN"/>
        </w:rPr>
        <w:t>　　(三)反思，理论水平提高的源泉!</w:t>
      </w:r>
      <w:r>
        <w:rPr>
          <w:lang w:eastAsia="zh-CN"/>
        </w:rPr>
        <w:br/>
      </w:r>
      <w:r>
        <w:rPr>
          <w:lang w:eastAsia="zh-CN"/>
        </w:rPr>
        <w:t>　　这次培训要求每个学员每天都要做笔记，写反思学习日志，写心得体会，提出困惑。也为我们学习和交流提供了一平台。认识到继续教育的重要性，树立终身学习的目标，这次培训，就自身更新优化而言，使学员们树立了终身学习的思想。通过培训，感觉以前所学的知识太有限了，看问题的眼光也太肤浅了。教师只有树立“活到老，学到老”的终身教育思想，才能跟上时代前进和知识发展的步伐，才能胜任复杂而又富有创造性的教育工作。“问渠那得清如许，唯有源头活水来。”只有不断学习，不断充实自己的知识，不断更新自己的教育观念，不断否定自己，才能不断进步，拥有的知识才能像‘泉水”般沽沽涌出，而不只是可怜的“一桶水”了。</w:t>
      </w:r>
      <w:r>
        <w:rPr>
          <w:lang w:eastAsia="zh-CN"/>
        </w:rPr>
        <w:br/>
      </w:r>
      <w:r>
        <w:rPr>
          <w:lang w:eastAsia="zh-CN"/>
        </w:rPr>
        <w:t>　　二、同行交流，取长补短!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本次培训，汇聚了全省各地的骨干教师，每位培训教师都有丰富的教学经验，教学的外部条件也非常相似，但也存在着许多的差异，为我们之间的相互交流提供了很好的一个交流平台。因此，成员之间的互动交流成为每位培训人员提高自己教学业务水平的一条捷径。在培训过程中，学员们在交流过程中，了解到各区县的新课程开展情况，并且注意到他们是如何处理新课程中遇到的种种困惑，以及他们对新课程教材的把握与处理。在培训中，我们不断地交流，真正做到彼此之间的相互促进，共同提高。</w:t>
      </w:r>
      <w:r>
        <w:rPr>
          <w:lang w:eastAsia="zh-CN"/>
        </w:rPr>
        <w:br/>
      </w:r>
      <w:r>
        <w:rPr>
          <w:lang w:eastAsia="zh-CN"/>
        </w:rPr>
        <w:t>　　三、教学实践，飞得更远!</w:t>
      </w:r>
      <w:r>
        <w:rPr>
          <w:lang w:eastAsia="zh-CN"/>
        </w:rPr>
        <w:br/>
      </w:r>
      <w:r>
        <w:rPr>
          <w:lang w:eastAsia="zh-CN"/>
        </w:rPr>
        <w:t>　　(一)教学实践，本身就是一种环境的体验。</w:t>
      </w:r>
      <w:r>
        <w:rPr>
          <w:lang w:eastAsia="zh-CN"/>
        </w:rPr>
        <w:br/>
      </w:r>
      <w:r>
        <w:rPr>
          <w:lang w:eastAsia="zh-CN"/>
        </w:rPr>
        <w:t>　　在职研修自主学习安排三个月，12月18日开始，我们回到学校进行教学实践分散学习。通过教学策略的修正，对比教学，使我感触到自身课堂教学中最本源的东西，在教学中反思，在反思中成长。同时，在教学实践的过程中，积极参与学校的校本教研活动，经常听一些优秀教师讲课，学习他们规范的组织方式，感受他们浓厚的教研氛围，积极寻找差距所在，当然，也积极报名参加上公开课，接受自我反思和导师与同伴的诊断，使我对于校本教研有了更好的认识与把握。</w:t>
      </w:r>
      <w:r>
        <w:rPr>
          <w:lang w:eastAsia="zh-CN"/>
        </w:rPr>
        <w:br/>
      </w:r>
      <w:r>
        <w:rPr>
          <w:lang w:eastAsia="zh-CN"/>
        </w:rPr>
        <w:t>　　(二)校本教研，诊断提高。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在集体备课的前提下，采用“示范—诊断—提升”的实践模式：指定教师上示范课，其余教师观摩——我和同伴听课诊断——我指导教师进行诊断性说课、评课——我指导教师修改教案—指定教师上第二次课(提高课)、我和同伴听课——我指导教师进行教学反思和总结。通过实实在在的行为，加深教师对教学的理解，加深对课堂的掌控，加深对细节的把握，从而提高课堂教学艺术。</w:t>
      </w:r>
      <w:r>
        <w:rPr>
          <w:lang w:eastAsia="zh-CN"/>
        </w:rPr>
        <w:br/>
      </w:r>
      <w:r>
        <w:rPr>
          <w:lang w:eastAsia="zh-CN"/>
        </w:rPr>
        <w:t>　　四个月的培训是短暂的，但是留给我的记忆与思考是永恒的，通过这次培训，使我提高了认识，理清了思路，找到了自身的不足之处以及与一名优秀教师的差距所在，对于今后如何更好的提高自己必将起到巨大的推动作用，我将以此为起点，让“差距”成为自身发展的原动力，不断梳理与反思自我，促使自己不断成长。</w:t>
      </w:r>
      <w:r>
        <w:rPr>
          <w:lang w:eastAsia="zh-CN"/>
        </w:rPr>
        <w:br/>
      </w:r>
      <w:r>
        <w:rPr>
          <w:lang w:eastAsia="zh-CN"/>
        </w:rPr>
        <w:t xml:space="preserve">    2024年初中数学规范性培训总结 篇4 </w:t>
      </w:r>
      <w:r>
        <w:rPr>
          <w:lang w:eastAsia="zh-CN"/>
        </w:rPr>
        <w:br/>
      </w:r>
      <w:r>
        <w:rPr>
          <w:lang w:eastAsia="zh-CN"/>
        </w:rPr>
        <w:t>　　初中数学集合的运算中考知识点集锦</w:t>
      </w:r>
      <w:r>
        <w:rPr>
          <w:lang w:eastAsia="zh-CN"/>
        </w:rPr>
        <w:br/>
      </w:r>
      <w:r>
        <w:rPr>
          <w:lang w:eastAsia="zh-CN"/>
        </w:rPr>
        <w:t>　　集合的运算知识：它包括有交换律、结合律、分配对偶律、对偶律、同一律等。</w:t>
      </w:r>
      <w:r>
        <w:rPr>
          <w:lang w:eastAsia="zh-CN"/>
        </w:rPr>
        <w:br/>
      </w:r>
      <w:r>
        <w:rPr>
          <w:lang w:eastAsia="zh-CN"/>
        </w:rPr>
        <w:t>　　集合的运算定律</w:t>
      </w:r>
      <w:r>
        <w:rPr>
          <w:lang w:eastAsia="zh-CN"/>
        </w:rPr>
        <w:br/>
      </w:r>
      <w:r>
        <w:rPr>
          <w:lang w:eastAsia="zh-CN"/>
        </w:rPr>
        <w:t>　　交换律：A∩B=B∩A</w:t>
      </w:r>
      <w:r>
        <w:rPr>
          <w:lang w:eastAsia="zh-CN"/>
        </w:rPr>
        <w:br/>
      </w:r>
      <w:r>
        <w:rPr>
          <w:lang w:eastAsia="zh-CN"/>
        </w:rPr>
        <w:t>　　A∪B=B∪A</w:t>
      </w:r>
      <w:r>
        <w:rPr>
          <w:lang w:eastAsia="zh-CN"/>
        </w:rPr>
        <w:br/>
      </w:r>
      <w:r>
        <w:rPr>
          <w:lang w:eastAsia="zh-CN"/>
        </w:rPr>
        <w:t>　　结合律：A∪(B∪C)=(A∪B)∪C</w:t>
      </w:r>
      <w:r>
        <w:rPr>
          <w:lang w:eastAsia="zh-CN"/>
        </w:rPr>
        <w:br/>
      </w:r>
      <w:r>
        <w:rPr>
          <w:lang w:eastAsia="zh-CN"/>
        </w:rPr>
        <w:t>　　A∩(B∩C)=(A∩B)∩C</w:t>
      </w:r>
      <w:r>
        <w:rPr>
          <w:lang w:eastAsia="zh-CN"/>
        </w:rPr>
        <w:br/>
      </w:r>
      <w:r>
        <w:rPr>
          <w:lang w:eastAsia="zh-CN"/>
        </w:rPr>
        <w:t>　　分配对偶律：A∩(B∪C)=(A∩B)∪(A∩C)</w:t>
      </w:r>
      <w:r>
        <w:rPr>
          <w:lang w:eastAsia="zh-CN"/>
        </w:rPr>
        <w:br/>
      </w:r>
      <w:r>
        <w:rPr>
          <w:lang w:eastAsia="zh-CN"/>
        </w:rPr>
        <w:t>　　A∪(B∩C)=(A∪B)∩(A∪C)</w:t>
      </w:r>
      <w:r>
        <w:rPr>
          <w:lang w:eastAsia="zh-CN"/>
        </w:rPr>
        <w:br/>
      </w:r>
      <w:r>
        <w:rPr>
          <w:lang w:eastAsia="zh-CN"/>
        </w:rPr>
        <w:t>　　对偶律：(A∪B)^C=A^C∩B^C</w:t>
      </w:r>
      <w:r>
        <w:rPr>
          <w:lang w:eastAsia="zh-CN"/>
        </w:rPr>
        <w:br/>
      </w:r>
      <w:r>
        <w:rPr>
          <w:lang w:eastAsia="zh-CN"/>
        </w:rPr>
        <w:t>　　(A∩B)^C=A^C∪B^C</w:t>
      </w:r>
      <w:r>
        <w:rPr>
          <w:lang w:eastAsia="zh-CN"/>
        </w:rPr>
        <w:br/>
      </w:r>
      <w:r>
        <w:rPr>
          <w:lang w:eastAsia="zh-CN"/>
        </w:rPr>
        <w:t>　　同一律：A∪Φ=A</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A∩U=A</w:t>
      </w:r>
      <w:r>
        <w:rPr>
          <w:lang w:eastAsia="zh-CN"/>
        </w:rPr>
        <w:br/>
      </w:r>
      <w:r>
        <w:rPr>
          <w:lang w:eastAsia="zh-CN"/>
        </w:rPr>
        <w:t>　　求补律：A∪A=U</w:t>
      </w:r>
      <w:r>
        <w:rPr>
          <w:lang w:eastAsia="zh-CN"/>
        </w:rPr>
        <w:br/>
      </w:r>
      <w:r>
        <w:rPr>
          <w:lang w:eastAsia="zh-CN"/>
        </w:rPr>
        <w:t>　　A∩A=Φ</w:t>
      </w:r>
      <w:r>
        <w:rPr>
          <w:lang w:eastAsia="zh-CN"/>
        </w:rPr>
        <w:br/>
      </w:r>
      <w:r>
        <w:rPr>
          <w:lang w:eastAsia="zh-CN"/>
        </w:rPr>
        <w:t>　　对合律：(A)=A</w:t>
      </w:r>
      <w:r>
        <w:rPr>
          <w:lang w:eastAsia="zh-CN"/>
        </w:rPr>
        <w:br/>
      </w:r>
      <w:r>
        <w:rPr>
          <w:lang w:eastAsia="zh-CN"/>
        </w:rPr>
        <w:t>　　等幂律：A∪A=A</w:t>
      </w:r>
      <w:r>
        <w:rPr>
          <w:lang w:eastAsia="zh-CN"/>
        </w:rPr>
        <w:br/>
      </w:r>
      <w:r>
        <w:rPr>
          <w:lang w:eastAsia="zh-CN"/>
        </w:rPr>
        <w:t>　　A∩A=A</w:t>
      </w:r>
      <w:r>
        <w:rPr>
          <w:lang w:eastAsia="zh-CN"/>
        </w:rPr>
        <w:br/>
      </w:r>
      <w:r>
        <w:rPr>
          <w:lang w:eastAsia="zh-CN"/>
        </w:rPr>
        <w:t>　　零一律：A∪U=U</w:t>
      </w:r>
      <w:r>
        <w:rPr>
          <w:lang w:eastAsia="zh-CN"/>
        </w:rPr>
        <w:br/>
      </w:r>
      <w:r>
        <w:rPr>
          <w:lang w:eastAsia="zh-CN"/>
        </w:rPr>
        <w:t>　　A∩U=A</w:t>
      </w:r>
      <w:r>
        <w:rPr>
          <w:lang w:eastAsia="zh-CN"/>
        </w:rPr>
        <w:br/>
      </w:r>
      <w:r>
        <w:rPr>
          <w:lang w:eastAsia="zh-CN"/>
        </w:rPr>
        <w:t>　　吸收律：A∪(A∩B)=A</w:t>
      </w:r>
      <w:r>
        <w:rPr>
          <w:lang w:eastAsia="zh-CN"/>
        </w:rPr>
        <w:br/>
      </w:r>
      <w:r>
        <w:rPr>
          <w:lang w:eastAsia="zh-CN"/>
        </w:rPr>
        <w:t>　　A∩(A∪B)=A</w:t>
      </w:r>
      <w:r>
        <w:rPr>
          <w:lang w:eastAsia="zh-CN"/>
        </w:rPr>
        <w:br/>
      </w:r>
      <w:r>
        <w:rPr>
          <w:lang w:eastAsia="zh-CN"/>
        </w:rPr>
        <w:t>　　德·摩根定律(反演律)：(A∪B)=A∩B</w:t>
      </w:r>
      <w:r>
        <w:rPr>
          <w:lang w:eastAsia="zh-CN"/>
        </w:rPr>
        <w:br/>
      </w:r>
      <w:r>
        <w:rPr>
          <w:lang w:eastAsia="zh-CN"/>
        </w:rPr>
        <w:t>　　(A∩B)=A∪B</w:t>
      </w:r>
      <w:r>
        <w:rPr>
          <w:lang w:eastAsia="zh-CN"/>
        </w:rPr>
        <w:br/>
      </w:r>
      <w:r>
        <w:rPr>
          <w:lang w:eastAsia="zh-CN"/>
        </w:rPr>
        <w:t>　　知识拓展：容斥原理(特殊情况)：card(A∪B)=card(A)+card(B)-card(A∩B)</w:t>
      </w:r>
      <w:r>
        <w:rPr>
          <w:lang w:eastAsia="zh-CN"/>
        </w:rPr>
        <w:br/>
      </w:r>
      <w:r>
        <w:rPr>
          <w:lang w:eastAsia="zh-CN"/>
        </w:rPr>
        <w:t xml:space="preserve">    2024年初中数学规范性培训总结 篇5 </w:t>
      </w:r>
      <w:r>
        <w:rPr>
          <w:lang w:eastAsia="zh-CN"/>
        </w:rPr>
        <w:br/>
      </w:r>
      <w:r>
        <w:rPr>
          <w:lang w:eastAsia="zh-CN"/>
        </w:rPr>
        <w:t>　　1、多项式</w:t>
      </w:r>
      <w:r>
        <w:rPr>
          <w:lang w:eastAsia="zh-CN"/>
        </w:rPr>
        <w:br/>
      </w:r>
      <w:r>
        <w:rPr>
          <w:lang w:eastAsia="zh-CN"/>
        </w:rPr>
        <w:t>　　有有限个单项式的代数和组成的式子，叫做多项式。</w:t>
      </w:r>
      <w:r>
        <w:rPr>
          <w:lang w:eastAsia="zh-CN"/>
        </w:rPr>
        <w:br/>
      </w:r>
      <w:r>
        <w:rPr>
          <w:lang w:eastAsia="zh-CN"/>
        </w:rPr>
        <w:t>　　多项式里每个单项式叫做多项式的项，不含字母的项，叫做常数项。</w:t>
      </w:r>
      <w:r>
        <w:rPr>
          <w:lang w:eastAsia="zh-CN"/>
        </w:rPr>
        <w:br/>
      </w:r>
      <w:r>
        <w:rPr>
          <w:lang w:eastAsia="zh-CN"/>
        </w:rPr>
        <w:t>　　单项式可以看作是多项式的特例</w:t>
      </w:r>
      <w:r>
        <w:rPr>
          <w:lang w:eastAsia="zh-CN"/>
        </w:rPr>
        <w:br/>
      </w:r>
      <w:r>
        <w:rPr>
          <w:lang w:eastAsia="zh-CN"/>
        </w:rPr>
        <w:t>　　把同类单项式的系数相加或相减，而单项式中的字母的乘方指数不变。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在多项式中，所含的不同未知数的个数，称做这个多项式的元数经过合并同类项后，多项式所含单项式的个数，称为这个多项式的项数所含个单项式中次项的次数，就称为这个多项式的次数。</w:t>
      </w:r>
      <w:r>
        <w:rPr>
          <w:lang w:eastAsia="zh-CN"/>
        </w:rPr>
        <w:br/>
      </w:r>
      <w:r>
        <w:rPr>
          <w:lang w:eastAsia="zh-CN"/>
        </w:rPr>
        <w:t>　　2、多项式的值</w:t>
      </w:r>
      <w:r>
        <w:rPr>
          <w:lang w:eastAsia="zh-CN"/>
        </w:rPr>
        <w:br/>
      </w:r>
      <w:r>
        <w:rPr>
          <w:lang w:eastAsia="zh-CN"/>
        </w:rPr>
        <w:t>　　任何一个多项式，就是一个用加、减、乘、乘方运算把已知数和未知数连接起来的式子。</w:t>
      </w:r>
      <w:r>
        <w:rPr>
          <w:lang w:eastAsia="zh-CN"/>
        </w:rPr>
        <w:br/>
      </w:r>
      <w:r>
        <w:rPr>
          <w:lang w:eastAsia="zh-CN"/>
        </w:rPr>
        <w:t>　　3、多项式的恒等</w:t>
      </w:r>
      <w:r>
        <w:rPr>
          <w:lang w:eastAsia="zh-CN"/>
        </w:rPr>
        <w:br/>
      </w:r>
      <w:r>
        <w:rPr>
          <w:lang w:eastAsia="zh-CN"/>
        </w:rPr>
        <w:t>　　对于两个一元多项式f_、g_来说，当未知数_同取任一个数值a时，如果它们所得的值都是相等的，即fa=ga，那么，这两个多项式就称为是恒等的记为f_==g_，或简记为f_=g_。</w:t>
      </w:r>
      <w:r>
        <w:rPr>
          <w:lang w:eastAsia="zh-CN"/>
        </w:rPr>
        <w:br/>
      </w:r>
      <w:r>
        <w:rPr>
          <w:lang w:eastAsia="zh-CN"/>
        </w:rPr>
        <w:t>　　性质1如果f_==g_，那么，对于任一个数值a，都有fa=ga。</w:t>
      </w:r>
      <w:r>
        <w:rPr>
          <w:lang w:eastAsia="zh-CN"/>
        </w:rPr>
        <w:br/>
      </w:r>
      <w:r>
        <w:rPr>
          <w:lang w:eastAsia="zh-CN"/>
        </w:rPr>
        <w:t>　　性质2如果f_==g_，那么，这两个多项式的个同类项系数就一定对应相等。</w:t>
      </w:r>
      <w:r>
        <w:rPr>
          <w:lang w:eastAsia="zh-CN"/>
        </w:rPr>
        <w:br/>
      </w:r>
      <w:r>
        <w:rPr>
          <w:lang w:eastAsia="zh-CN"/>
        </w:rPr>
        <w:t>　　4、一元多项式的根</w:t>
      </w:r>
      <w:r>
        <w:rPr>
          <w:lang w:eastAsia="zh-CN"/>
        </w:rPr>
        <w:br/>
      </w:r>
      <w:r>
        <w:rPr>
          <w:lang w:eastAsia="zh-CN"/>
        </w:rPr>
        <w:t>　　一般地，能够使多项式f_的值等于0的未知数_的值，叫做多项式f_的根。</w:t>
      </w:r>
      <w:r>
        <w:rPr>
          <w:lang w:eastAsia="zh-CN"/>
        </w:rPr>
        <w:br/>
      </w:r>
      <w:r>
        <w:rPr>
          <w:lang w:eastAsia="zh-CN"/>
        </w:rPr>
        <w:t>　　多项式的加、减法，乘法</w:t>
      </w:r>
      <w:r>
        <w:rPr>
          <w:lang w:eastAsia="zh-CN"/>
        </w:rPr>
        <w:br/>
      </w:r>
      <w:r>
        <w:rPr>
          <w:lang w:eastAsia="zh-CN"/>
        </w:rPr>
        <w:t>　　1、多项式的加、减法</w:t>
      </w:r>
      <w:r>
        <w:rPr>
          <w:lang w:eastAsia="zh-CN"/>
        </w:rPr>
        <w:br/>
      </w:r>
      <w:r>
        <w:rPr>
          <w:lang w:eastAsia="zh-CN"/>
        </w:rPr>
        <w:t>　　2、多项式的乘法</w:t>
      </w:r>
      <w:r>
        <w:rPr>
          <w:lang w:eastAsia="zh-CN"/>
        </w:rPr>
        <w:br/>
      </w:r>
      <w:r>
        <w:rPr>
          <w:lang w:eastAsia="zh-CN"/>
        </w:rPr>
        <w:t>　　单项式相乘，用它们系数作为积的系数，对于相同的字母因式，则连同它的指数作为积的一个因式。</w:t>
      </w:r>
      <w:r>
        <w:rPr>
          <w:lang w:eastAsia="zh-CN"/>
        </w:rPr>
        <w:br/>
      </w:r>
      <w:r>
        <w:rPr>
          <w:lang w:eastAsia="zh-CN"/>
        </w:rPr>
        <w:t>　　3、多项式的乘法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多项式与多项式相乘，先用一个多项式等每一项乘以另一个多项式的各项，再把所得的积相加。</w:t>
      </w:r>
      <w:r>
        <w:rPr>
          <w:lang w:eastAsia="zh-CN"/>
        </w:rPr>
        <w:br/>
      </w:r>
      <w:r>
        <w:rPr>
          <w:lang w:eastAsia="zh-CN"/>
        </w:rPr>
        <w:t>　　常用乘法公式</w:t>
      </w:r>
      <w:r>
        <w:rPr>
          <w:lang w:eastAsia="zh-CN"/>
        </w:rPr>
        <w:br/>
      </w:r>
      <w:r>
        <w:rPr>
          <w:lang w:eastAsia="zh-CN"/>
        </w:rPr>
        <w:t>　　公式I平方差公式</w:t>
      </w:r>
      <w:r>
        <w:rPr>
          <w:lang w:eastAsia="zh-CN"/>
        </w:rPr>
        <w:br/>
      </w:r>
      <w:r>
        <w:rPr>
          <w:lang w:eastAsia="zh-CN"/>
        </w:rPr>
        <w:t>　　a+ba—b=a^2—b^2</w:t>
      </w:r>
      <w:r>
        <w:rPr>
          <w:lang w:eastAsia="zh-CN"/>
        </w:rPr>
        <w:br/>
      </w:r>
      <w:r>
        <w:rPr>
          <w:lang w:eastAsia="zh-CN"/>
        </w:rPr>
        <w:t>　　两个数的和与这两个数的差的积等于这两个数的平方差。</w:t>
      </w:r>
      <w:r>
        <w:rPr>
          <w:lang w:eastAsia="zh-CN"/>
        </w:rPr>
        <w:br/>
      </w:r>
      <w:r>
        <w:rPr>
          <w:lang w:eastAsia="zh-CN"/>
        </w:rPr>
        <w:t xml:space="preserve">    2024年初中数学规范性培训总结 篇6 </w:t>
      </w:r>
      <w:r>
        <w:rPr>
          <w:lang w:eastAsia="zh-CN"/>
        </w:rPr>
        <w:br/>
      </w:r>
      <w:r>
        <w:rPr>
          <w:lang w:eastAsia="zh-CN"/>
        </w:rPr>
        <w:t>　　教学之路仍在脚下延伸，作为教学之路上的蹉跎前行者，不求夏花之灿烂，但求秋叶之静美。在以后的工作中，我将保持自己的勤奋和执着，把自己的工作做的更好。 在中学任职以来，我本着以重实际、勤钻研、求实效的工作原则，以培养学生创新精神和实践能力为重点，以新课程改革为契机，优化教学常规，深化课堂教学改革，大力推行素质教育，求真、务实、创新、高效地工作着，现将教学工作总结如下：</w:t>
      </w:r>
      <w:r>
        <w:rPr>
          <w:lang w:eastAsia="zh-CN"/>
        </w:rPr>
        <w:br/>
      </w:r>
      <w:r>
        <w:rPr>
          <w:lang w:eastAsia="zh-CN"/>
        </w:rPr>
        <w:t>　　一、一片冰心在玉壶——树立新的教育理念，坚定教书育人信念。</w:t>
      </w:r>
      <w:r>
        <w:rPr>
          <w:lang w:eastAsia="zh-CN"/>
        </w:rPr>
        <w:br/>
      </w:r>
      <w:r>
        <w:rPr>
          <w:lang w:eastAsia="zh-CN"/>
        </w:rPr>
        <w:t>　　教育事业乃民族大业，振兴教育人人有责，素质教育和新课程改革对中学教育提出新的要求，学生成为教育的中心，爱成为教师职业道德的核心，也成为教书育人的根本途径，因此，我确立了“一切为了人的发展”的教育理念，明确了“用真挚的爱教育每一个学生”，用适合每个学生的方法教育学生的教学工作目标。</w:t>
      </w:r>
      <w:r>
        <w:rPr>
          <w:lang w:eastAsia="zh-CN"/>
        </w:rPr>
        <w:br/>
      </w:r>
      <w:r>
        <w:rPr>
          <w:lang w:eastAsia="zh-CN"/>
        </w:rPr>
        <w:t>　　二、衣带渐宽终不悔——我的教学工作。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任职期间，我在坚持抓好新课程理念应用的同时，大胆改革课堂教学，探索新的教学方法，具体表现在：</w:t>
      </w:r>
      <w:r>
        <w:rPr>
          <w:lang w:eastAsia="zh-CN"/>
        </w:rPr>
        <w:br/>
      </w:r>
      <w:r>
        <w:rPr>
          <w:lang w:eastAsia="zh-CN"/>
        </w:rPr>
        <w:t>　　1、进一步优化教学常规，充分发挥老师的主导作用。围绕着“什么是有效的历史教学?怎样才能提高课堂教学的有效性?”这一问题，我作了认真思考和分析，明确了教学思路和重点，一是在备课上下功夫，为此，我继续钻研和解读新课程标准、考纲和新教材，继续分析、了解学情，关注学生的知识基础、思想动态，备课做到知识点准确全面，知识体系简明科学，授课方式艺术多变，感染力强，使课堂教学集知识性、艺术性、思想性于一体，从而激发了学生的学习兴趣，有效调动了学生的学习积极性，大大提高了课堂效率。二是在巩固训练上设底线。即精心设计课后作业和单元检测，定时定量训练，全批全改，然后通过讲评使学生不仅查缺补漏，明确了知识，而且掌握了高质量完成试卷的技巧和方法，提高了解决问题的能力。</w:t>
      </w:r>
      <w:r>
        <w:rPr>
          <w:lang w:eastAsia="zh-CN"/>
        </w:rPr>
        <w:br/>
      </w:r>
      <w:r>
        <w:rPr>
          <w:lang w:eastAsia="zh-CN"/>
        </w:rPr>
        <w:t>　　2、调动学生积极性，突出学生的主体地位。如何突出学生的主体地位?我从调动学生的学习积极性入手，因为积极性提高了，学生才会真正投入到学习中来，做到自主学习与合作探究，才会主动发现问题和解决问题。为此，在备课时，考虑学生的知识储备和兴趣点，设计出激发学生兴趣和激活学生思维的问题;课堂上与学生建立平等、民主的学伴关系，给自己的教学风格定位为亲切、风趣、激情、广博，这就是采取多鼓励、少批评的评</w:t>
      </w:r>
      <w:r>
        <w:rPr>
          <w:lang w:eastAsia="zh-CN"/>
        </w:rPr>
        <w:br/>
      </w:r>
      <w:r>
        <w:rPr>
          <w:lang w:eastAsia="zh-CN"/>
        </w:rPr>
        <w:t xml:space="preserve">    2024年初中数学规范性培训总结 篇7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1.分式及其基本性质：分式的分子和分母同时乘以(或除以)一个不等于零的整式，分式的值不变。</w:t>
      </w:r>
      <w:r>
        <w:rPr>
          <w:lang w:eastAsia="zh-CN"/>
        </w:rPr>
        <w:br/>
      </w:r>
      <w:r>
        <w:rPr>
          <w:lang w:eastAsia="zh-CN"/>
        </w:rPr>
        <w:t>　　2.分式的运算：</w:t>
      </w:r>
      <w:r>
        <w:rPr>
          <w:lang w:eastAsia="zh-CN"/>
        </w:rPr>
        <w:br/>
      </w:r>
      <w:r>
        <w:rPr>
          <w:lang w:eastAsia="zh-CN"/>
        </w:rPr>
        <w:t>　　(1)分式的乘除乘法法则：分式乘以分式，用分子的积作为积的分子，分母的积作为积的分母除法法则：分式除以分式，把除式的分子、分母颠倒位置后，与被除式相乘。</w:t>
      </w:r>
      <w:r>
        <w:rPr>
          <w:lang w:eastAsia="zh-CN"/>
        </w:rPr>
        <w:br/>
      </w:r>
      <w:r>
        <w:rPr>
          <w:lang w:eastAsia="zh-CN"/>
        </w:rPr>
        <w:t>　　(2)分式的加减加减法法则：同分母分式相加减，分母不变，把分子相加减;异分母分式相加减，先通分，变为同分母的分式，再加减。</w:t>
      </w:r>
      <w:r>
        <w:rPr>
          <w:lang w:eastAsia="zh-CN"/>
        </w:rPr>
        <w:br/>
      </w:r>
      <w:r>
        <w:rPr>
          <w:lang w:eastAsia="zh-CN"/>
        </w:rPr>
        <w:t xml:space="preserve">    2024年初中数学规范性培训总结 篇8 </w:t>
      </w:r>
      <w:r>
        <w:rPr>
          <w:lang w:eastAsia="zh-CN"/>
        </w:rPr>
        <w:br/>
      </w:r>
      <w:r>
        <w:rPr>
          <w:lang w:eastAsia="zh-CN"/>
        </w:rPr>
        <w:t>　　一、数与代数</w:t>
      </w:r>
      <w:r>
        <w:rPr>
          <w:lang w:eastAsia="zh-CN"/>
        </w:rPr>
        <w:br/>
      </w:r>
      <w:r>
        <w:rPr>
          <w:lang w:eastAsia="zh-CN"/>
        </w:rPr>
        <w:t>　　a、数与式：</w:t>
      </w:r>
      <w:r>
        <w:rPr>
          <w:lang w:eastAsia="zh-CN"/>
        </w:rPr>
        <w:br/>
      </w:r>
      <w:r>
        <w:rPr>
          <w:lang w:eastAsia="zh-CN"/>
        </w:rPr>
        <w:t>　　1、有理数：</w:t>
      </w:r>
      <w:r>
        <w:rPr>
          <w:lang w:eastAsia="zh-CN"/>
        </w:rPr>
        <w:br/>
      </w:r>
      <w:r>
        <w:rPr>
          <w:lang w:eastAsia="zh-CN"/>
        </w:rPr>
        <w:t>　　①整数→正整数/0/负整数</w:t>
      </w:r>
      <w:r>
        <w:rPr>
          <w:lang w:eastAsia="zh-CN"/>
        </w:rPr>
        <w:br/>
      </w:r>
      <w:r>
        <w:rPr>
          <w:lang w:eastAsia="zh-CN"/>
        </w:rPr>
        <w:t>　　②分数→正分数/负分数</w:t>
      </w:r>
      <w:r>
        <w:rPr>
          <w:lang w:eastAsia="zh-CN"/>
        </w:rPr>
        <w:br/>
      </w:r>
      <w:r>
        <w:rPr>
          <w:lang w:eastAsia="zh-CN"/>
        </w:rPr>
        <w:t>　　数轴：</w:t>
      </w:r>
      <w:r>
        <w:rPr>
          <w:lang w:eastAsia="zh-CN"/>
        </w:rPr>
        <w:br/>
      </w:r>
      <w:r>
        <w:rPr>
          <w:lang w:eastAsia="zh-CN"/>
        </w:rPr>
        <w:t>　　①画一条水平直线，在直线上取一点表示0(原点)，选取某一长度作为单位长度，规定直线上向右的方向为正方向，就得到数轴。</w:t>
      </w:r>
      <w:r>
        <w:rPr>
          <w:lang w:eastAsia="zh-CN"/>
        </w:rPr>
        <w:br/>
      </w:r>
      <w:r>
        <w:rPr>
          <w:lang w:eastAsia="zh-CN"/>
        </w:rPr>
        <w:t>　　②任何一个有理数都可以用数轴上的一个点来表示。</w:t>
      </w:r>
      <w:r>
        <w:rPr>
          <w:lang w:eastAsia="zh-CN"/>
        </w:rPr>
        <w:br/>
      </w:r>
      <w:r>
        <w:rPr>
          <w:lang w:eastAsia="zh-CN"/>
        </w:rPr>
        <w:t>　　③如果两个数只有符号不同，那么我们称其中一个数为另外一个数的相反数，也称这两个数互为相反数。在数轴上，表示互为相反数的两个点，位于原点的两侧，并且与原点距离相等。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④数轴上两个点表示的数，右边的总比左边的大。正数大于0，负数小于0，正数大于负数。</w:t>
      </w:r>
      <w:r>
        <w:rPr>
          <w:lang w:eastAsia="zh-CN"/>
        </w:rPr>
        <w:br/>
      </w:r>
      <w:r>
        <w:rPr>
          <w:lang w:eastAsia="zh-CN"/>
        </w:rPr>
        <w:t>　　绝对值：</w:t>
      </w:r>
      <w:r>
        <w:rPr>
          <w:lang w:eastAsia="zh-CN"/>
        </w:rPr>
        <w:br/>
      </w:r>
      <w:r>
        <w:rPr>
          <w:lang w:eastAsia="zh-CN"/>
        </w:rPr>
        <w:t>　　①在数轴上，一个数所对应的点与原点的距离叫做该数的绝对值。</w:t>
      </w:r>
      <w:r>
        <w:rPr>
          <w:lang w:eastAsia="zh-CN"/>
        </w:rPr>
        <w:br/>
      </w:r>
      <w:r>
        <w:rPr>
          <w:lang w:eastAsia="zh-CN"/>
        </w:rPr>
        <w:t>　　②正数的绝对值是他的本身、负数的绝对值是他的相反数、0的绝对值是0。两个负数比较大小，绝对值大的反而小。</w:t>
      </w:r>
      <w:r>
        <w:rPr>
          <w:lang w:eastAsia="zh-CN"/>
        </w:rPr>
        <w:br/>
      </w:r>
      <w:r>
        <w:rPr>
          <w:lang w:eastAsia="zh-CN"/>
        </w:rPr>
        <w:t>　　有理数的运算：加法：</w:t>
      </w:r>
      <w:r>
        <w:rPr>
          <w:lang w:eastAsia="zh-CN"/>
        </w:rPr>
        <w:br/>
      </w:r>
      <w:r>
        <w:rPr>
          <w:lang w:eastAsia="zh-CN"/>
        </w:rPr>
        <w:t>　　①同号相加，取相同的符号，把绝对值相加。</w:t>
      </w:r>
      <w:r>
        <w:rPr>
          <w:lang w:eastAsia="zh-CN"/>
        </w:rPr>
        <w:br/>
      </w:r>
      <w:r>
        <w:rPr>
          <w:lang w:eastAsia="zh-CN"/>
        </w:rPr>
        <w:t>　　②异号相加，绝对值相等时和为0;绝对值不等时，取绝对值较大的数的符号，并用较大的绝对值减去较小的绝对值。</w:t>
      </w:r>
      <w:r>
        <w:rPr>
          <w:lang w:eastAsia="zh-CN"/>
        </w:rPr>
        <w:br/>
      </w:r>
      <w:r>
        <w:rPr>
          <w:lang w:eastAsia="zh-CN"/>
        </w:rPr>
        <w:t>　　③一个数与0相加不变。</w:t>
      </w:r>
      <w:r>
        <w:rPr>
          <w:lang w:eastAsia="zh-CN"/>
        </w:rPr>
        <w:br/>
      </w:r>
      <w:r>
        <w:rPr>
          <w:lang w:eastAsia="zh-CN"/>
        </w:rPr>
        <w:t>　　减法：减去一个数，等于加上这个数的相反数。</w:t>
      </w:r>
      <w:r>
        <w:rPr>
          <w:lang w:eastAsia="zh-CN"/>
        </w:rPr>
        <w:br/>
      </w:r>
      <w:r>
        <w:rPr>
          <w:lang w:eastAsia="zh-CN"/>
        </w:rPr>
        <w:t>　　乘法：</w:t>
      </w:r>
      <w:r>
        <w:rPr>
          <w:lang w:eastAsia="zh-CN"/>
        </w:rPr>
        <w:br/>
      </w:r>
      <w:r>
        <w:rPr>
          <w:lang w:eastAsia="zh-CN"/>
        </w:rPr>
        <w:t>　　①两数相乘，同号得正，异号得负，绝对值相乘。</w:t>
      </w:r>
      <w:r>
        <w:rPr>
          <w:lang w:eastAsia="zh-CN"/>
        </w:rPr>
        <w:br/>
      </w:r>
      <w:r>
        <w:rPr>
          <w:lang w:eastAsia="zh-CN"/>
        </w:rPr>
        <w:t>　　②任何数与0相乘得0。</w:t>
      </w:r>
      <w:r>
        <w:rPr>
          <w:lang w:eastAsia="zh-CN"/>
        </w:rPr>
        <w:br/>
      </w:r>
      <w:r>
        <w:rPr>
          <w:lang w:eastAsia="zh-CN"/>
        </w:rPr>
        <w:t>　　③乘积为1的两个有理数互为倒数。</w:t>
      </w:r>
      <w:r>
        <w:rPr>
          <w:lang w:eastAsia="zh-CN"/>
        </w:rPr>
        <w:br/>
      </w:r>
      <w:r>
        <w:rPr>
          <w:lang w:eastAsia="zh-CN"/>
        </w:rPr>
        <w:t>　　除法：</w:t>
      </w:r>
      <w:r>
        <w:rPr>
          <w:lang w:eastAsia="zh-CN"/>
        </w:rPr>
        <w:br/>
      </w:r>
      <w:r>
        <w:rPr>
          <w:lang w:eastAsia="zh-CN"/>
        </w:rPr>
        <w:t>　　①除以一个数等于乘以一个数的倒数。</w:t>
      </w:r>
      <w:r>
        <w:rPr>
          <w:lang w:eastAsia="zh-CN"/>
        </w:rPr>
        <w:br/>
      </w:r>
      <w:r>
        <w:rPr>
          <w:lang w:eastAsia="zh-CN"/>
        </w:rPr>
        <w:t>　　②0不能作除数。</w:t>
      </w:r>
      <w:r>
        <w:rPr>
          <w:lang w:eastAsia="zh-CN"/>
        </w:rPr>
        <w:br/>
      </w:r>
      <w:r>
        <w:rPr>
          <w:lang w:eastAsia="zh-CN"/>
        </w:rPr>
        <w:t>　　乘方：求n个相同因数a的积的运算叫做乘方，乘方的结果叫幂，a叫底数，n叫次数。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混合顺序：先算乘法，再算乘除，最后算加减，有括号要先算括号里的。</w:t>
      </w:r>
      <w:r>
        <w:rPr>
          <w:lang w:eastAsia="zh-CN"/>
        </w:rPr>
        <w:br/>
      </w:r>
      <w:r>
        <w:rPr>
          <w:lang w:eastAsia="zh-CN"/>
        </w:rPr>
        <w:t>　　2、实数无理数：无限不循环小数叫无理数</w:t>
      </w:r>
      <w:r>
        <w:rPr>
          <w:lang w:eastAsia="zh-CN"/>
        </w:rPr>
        <w:br/>
      </w:r>
      <w:r>
        <w:rPr>
          <w:lang w:eastAsia="zh-CN"/>
        </w:rPr>
        <w:t>　　平方根：</w:t>
      </w:r>
      <w:r>
        <w:rPr>
          <w:lang w:eastAsia="zh-CN"/>
        </w:rPr>
        <w:br/>
      </w:r>
      <w:r>
        <w:rPr>
          <w:lang w:eastAsia="zh-CN"/>
        </w:rPr>
        <w:t>　　①如果一个正数_的平方等于a，那么这个正数_就叫做a的算术平方根。</w:t>
      </w:r>
      <w:r>
        <w:rPr>
          <w:lang w:eastAsia="zh-CN"/>
        </w:rPr>
        <w:br/>
      </w:r>
      <w:r>
        <w:rPr>
          <w:lang w:eastAsia="zh-CN"/>
        </w:rPr>
        <w:t>　　②如果一个数_的平方等于a，那么这个数_就叫做a的平方根。</w:t>
      </w:r>
      <w:r>
        <w:rPr>
          <w:lang w:eastAsia="zh-CN"/>
        </w:rPr>
        <w:br/>
      </w:r>
      <w:r>
        <w:rPr>
          <w:lang w:eastAsia="zh-CN"/>
        </w:rPr>
        <w:t>　　③一个正数有2个平方根/0的平方根为0/负数没有平方根。</w:t>
      </w:r>
      <w:r>
        <w:rPr>
          <w:lang w:eastAsia="zh-CN"/>
        </w:rPr>
        <w:br/>
      </w:r>
      <w:r>
        <w:rPr>
          <w:lang w:eastAsia="zh-CN"/>
        </w:rPr>
        <w:t>　　④求一个数a的平方根运算，叫做开平方，其中a叫做被开方数。</w:t>
      </w:r>
      <w:r>
        <w:rPr>
          <w:lang w:eastAsia="zh-CN"/>
        </w:rPr>
        <w:br/>
      </w:r>
      <w:r>
        <w:rPr>
          <w:lang w:eastAsia="zh-CN"/>
        </w:rPr>
        <w:t>　　立方根：</w:t>
      </w:r>
      <w:r>
        <w:rPr>
          <w:lang w:eastAsia="zh-CN"/>
        </w:rPr>
        <w:br/>
      </w:r>
      <w:r>
        <w:rPr>
          <w:lang w:eastAsia="zh-CN"/>
        </w:rPr>
        <w:t>　　①如果一个数_的立方等于a，那么这个数_就叫做a的立方根。</w:t>
      </w:r>
      <w:r>
        <w:rPr>
          <w:lang w:eastAsia="zh-CN"/>
        </w:rPr>
        <w:br/>
      </w:r>
      <w:r>
        <w:rPr>
          <w:lang w:eastAsia="zh-CN"/>
        </w:rPr>
        <w:t>　　②正数的立方根是正数、0的立方根是0、负数的立方根是负数。</w:t>
      </w:r>
      <w:r>
        <w:rPr>
          <w:lang w:eastAsia="zh-CN"/>
        </w:rPr>
        <w:br/>
      </w:r>
      <w:r>
        <w:rPr>
          <w:lang w:eastAsia="zh-CN"/>
        </w:rPr>
        <w:t>　　③求一个数a的立方根的运算叫开立方，其中a叫做被开方数。</w:t>
      </w:r>
      <w:r>
        <w:rPr>
          <w:lang w:eastAsia="zh-CN"/>
        </w:rPr>
        <w:br/>
      </w:r>
      <w:r>
        <w:rPr>
          <w:lang w:eastAsia="zh-CN"/>
        </w:rPr>
        <w:t>　　实数：</w:t>
      </w:r>
      <w:r>
        <w:rPr>
          <w:lang w:eastAsia="zh-CN"/>
        </w:rPr>
        <w:br/>
      </w:r>
      <w:r>
        <w:rPr>
          <w:lang w:eastAsia="zh-CN"/>
        </w:rPr>
        <w:t>　　①实数分有理数和无理数。</w:t>
      </w:r>
      <w:r>
        <w:rPr>
          <w:lang w:eastAsia="zh-CN"/>
        </w:rPr>
        <w:br/>
      </w:r>
      <w:r>
        <w:rPr>
          <w:lang w:eastAsia="zh-CN"/>
        </w:rPr>
        <w:t>　　②在实数范围内，相反数，倒数，绝对值的意义和有理数范围内的相反数，倒数，绝对值的意义完全一样。</w:t>
      </w:r>
      <w:r>
        <w:rPr>
          <w:lang w:eastAsia="zh-CN"/>
        </w:rPr>
        <w:br/>
      </w:r>
      <w:r>
        <w:rPr>
          <w:lang w:eastAsia="zh-CN"/>
        </w:rPr>
        <w:t>　　③每一个实数都可以在数轴上的一个点来表示。</w:t>
      </w:r>
      <w:r>
        <w:rPr>
          <w:lang w:eastAsia="zh-CN"/>
        </w:rPr>
        <w:br/>
      </w:r>
      <w:r>
        <w:rPr>
          <w:lang w:eastAsia="zh-CN"/>
        </w:rPr>
        <w:t>　　3、代数式</w:t>
      </w:r>
      <w:r>
        <w:rPr>
          <w:lang w:eastAsia="zh-CN"/>
        </w:rPr>
        <w:br/>
      </w:r>
      <w:r>
        <w:rPr>
          <w:lang w:eastAsia="zh-CN"/>
        </w:rPr>
        <w:t>　　代数式：单独一个数或者一个字母也是代数式。</w:t>
      </w:r>
      <w:r>
        <w:rPr>
          <w:lang w:eastAsia="zh-CN"/>
        </w:rPr>
        <w:br/>
      </w:r>
      <w:r>
        <w:rPr>
          <w:lang w:eastAsia="zh-CN"/>
        </w:rPr>
        <w:t>　　合并同类项：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①所含字母相同，并且相同字母的指数也相同的项，叫做同类项。</w:t>
      </w:r>
      <w:r>
        <w:rPr>
          <w:lang w:eastAsia="zh-CN"/>
        </w:rPr>
        <w:br/>
      </w:r>
      <w:r>
        <w:rPr>
          <w:lang w:eastAsia="zh-CN"/>
        </w:rPr>
        <w:t>　　②把同类项合并成一项就叫做合并同类项。</w:t>
      </w:r>
      <w:r>
        <w:rPr>
          <w:lang w:eastAsia="zh-CN"/>
        </w:rPr>
        <w:br/>
      </w:r>
      <w:r>
        <w:rPr>
          <w:lang w:eastAsia="zh-CN"/>
        </w:rPr>
        <w:t>　　③在合并同类项时，我们把同类项的系数相加，字母和字母的指数不变。</w:t>
      </w:r>
      <w:r>
        <w:rPr>
          <w:lang w:eastAsia="zh-CN"/>
        </w:rPr>
        <w:br/>
      </w:r>
      <w:r>
        <w:rPr>
          <w:lang w:eastAsia="zh-CN"/>
        </w:rPr>
        <w:t>　　4、整式与分式</w:t>
      </w:r>
      <w:r>
        <w:rPr>
          <w:lang w:eastAsia="zh-CN"/>
        </w:rPr>
        <w:br/>
      </w:r>
      <w:r>
        <w:rPr>
          <w:lang w:eastAsia="zh-CN"/>
        </w:rPr>
        <w:t>　　整式：</w:t>
      </w:r>
      <w:r>
        <w:rPr>
          <w:lang w:eastAsia="zh-CN"/>
        </w:rPr>
        <w:br/>
      </w:r>
      <w:r>
        <w:rPr>
          <w:lang w:eastAsia="zh-CN"/>
        </w:rPr>
        <w:t>　　①数与字母的乘积的代数式叫单项式，几个单项式的和叫多项式，单项式和多项式统称整式。</w:t>
      </w:r>
      <w:r>
        <w:rPr>
          <w:lang w:eastAsia="zh-CN"/>
        </w:rPr>
        <w:br/>
      </w:r>
      <w:r>
        <w:rPr>
          <w:lang w:eastAsia="zh-CN"/>
        </w:rPr>
        <w:t>　　②一个单项式中，所有字母的指数和叫做这个单项式的次数。</w:t>
      </w:r>
      <w:r>
        <w:rPr>
          <w:lang w:eastAsia="zh-CN"/>
        </w:rPr>
        <w:br/>
      </w:r>
      <w:r>
        <w:rPr>
          <w:lang w:eastAsia="zh-CN"/>
        </w:rPr>
        <w:t>　　③一个多项式中，次数最高的项的次数叫做这个多项式的次数。</w:t>
      </w:r>
      <w:r>
        <w:rPr>
          <w:lang w:eastAsia="zh-CN"/>
        </w:rPr>
        <w:br/>
      </w:r>
      <w:r>
        <w:rPr>
          <w:lang w:eastAsia="zh-CN"/>
        </w:rPr>
        <w:t>　　整式运算：加减运算时，如果遇到括号先去括号，再合并同类项。</w:t>
      </w:r>
      <w:r>
        <w:rPr>
          <w:lang w:eastAsia="zh-CN"/>
        </w:rPr>
        <w:br/>
      </w:r>
      <w:r>
        <w:rPr>
          <w:lang w:eastAsia="zh-CN"/>
        </w:rPr>
        <w:t>　　幂的运算：am+an=a(m+n)</w:t>
      </w:r>
      <w:r>
        <w:rPr>
          <w:lang w:eastAsia="zh-CN"/>
        </w:rPr>
        <w:br/>
      </w:r>
      <w:r>
        <w:rPr>
          <w:lang w:eastAsia="zh-CN"/>
        </w:rPr>
        <w:t>　　(am)n=amn</w:t>
      </w:r>
      <w:r>
        <w:rPr>
          <w:lang w:eastAsia="zh-CN"/>
        </w:rPr>
        <w:br/>
      </w:r>
      <w:r>
        <w:rPr>
          <w:lang w:eastAsia="zh-CN"/>
        </w:rPr>
        <w:t>　　(a/b)n=an/bn除法一样。</w:t>
      </w:r>
      <w:r>
        <w:rPr>
          <w:lang w:eastAsia="zh-CN"/>
        </w:rPr>
        <w:br/>
      </w:r>
      <w:r>
        <w:rPr>
          <w:lang w:eastAsia="zh-CN"/>
        </w:rPr>
        <w:t>　　整式的乘法：</w:t>
      </w:r>
      <w:r>
        <w:rPr>
          <w:lang w:eastAsia="zh-CN"/>
        </w:rPr>
        <w:br/>
      </w:r>
      <w:r>
        <w:rPr>
          <w:lang w:eastAsia="zh-CN"/>
        </w:rPr>
        <w:t>　　①单项式与单项式相乘，把他们的系数，相同字母的幂分别相乘，其余字母连同他的指数不变，作为积的因式。</w:t>
      </w:r>
      <w:r>
        <w:rPr>
          <w:lang w:eastAsia="zh-CN"/>
        </w:rPr>
        <w:br/>
      </w:r>
      <w:r>
        <w:rPr>
          <w:lang w:eastAsia="zh-CN"/>
        </w:rPr>
        <w:t>　　②单项式与多项式相乘，就是根据分配律用单项式去乘多项式的每一项，再把所得的积相加。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③多项式与多项式相乘，先用一个多项式的每一项乘另外一个多项式的每一项，再把所得的积相加。</w:t>
      </w:r>
      <w:r>
        <w:rPr>
          <w:lang w:eastAsia="zh-CN"/>
        </w:rPr>
        <w:br/>
      </w:r>
      <w:r>
        <w:rPr>
          <w:lang w:eastAsia="zh-CN"/>
        </w:rPr>
        <w:t>　　公式两条：平方差公式/完全平方公式</w:t>
      </w:r>
      <w:r>
        <w:rPr>
          <w:lang w:eastAsia="zh-CN"/>
        </w:rPr>
        <w:br/>
      </w:r>
      <w:r>
        <w:rPr>
          <w:lang w:eastAsia="zh-CN"/>
        </w:rPr>
        <w:t>　　整式的除法：</w:t>
      </w:r>
      <w:r>
        <w:rPr>
          <w:lang w:eastAsia="zh-CN"/>
        </w:rPr>
        <w:br/>
      </w:r>
      <w:r>
        <w:rPr>
          <w:lang w:eastAsia="zh-CN"/>
        </w:rPr>
        <w:t>　　①单项式相除，把系数，同底数幂分别相除后，作为商的因式;对于只在被除式里含有的字母，则连同他的指数一起作为商的一个因式。</w:t>
      </w:r>
      <w:r>
        <w:rPr>
          <w:lang w:eastAsia="zh-CN"/>
        </w:rPr>
        <w:br/>
      </w:r>
      <w:r>
        <w:rPr>
          <w:lang w:eastAsia="zh-CN"/>
        </w:rPr>
        <w:t>　　②多项式除以单项式，先把这个多项式的每一项分别除以单项式，再把所得的商相加。</w:t>
      </w:r>
      <w:r>
        <w:rPr>
          <w:lang w:eastAsia="zh-CN"/>
        </w:rPr>
        <w:br/>
      </w:r>
      <w:r>
        <w:rPr>
          <w:lang w:eastAsia="zh-CN"/>
        </w:rPr>
        <w:t>　　分解因式：把一个多项式化成几个整式的积的形式，这种变化叫做把这个多项式分解因式。</w:t>
      </w:r>
      <w:r>
        <w:rPr>
          <w:lang w:eastAsia="zh-CN"/>
        </w:rPr>
        <w:br/>
      </w:r>
      <w:r>
        <w:rPr>
          <w:lang w:eastAsia="zh-CN"/>
        </w:rPr>
        <w:t>　　方法：提公因式法、运用公式法、分组分解法、十字相乘法。</w:t>
      </w:r>
      <w:r>
        <w:rPr>
          <w:lang w:eastAsia="zh-CN"/>
        </w:rPr>
        <w:br/>
      </w:r>
      <w:r>
        <w:rPr>
          <w:lang w:eastAsia="zh-CN"/>
        </w:rPr>
        <w:t>　　分式：</w:t>
      </w:r>
      <w:r>
        <w:rPr>
          <w:lang w:eastAsia="zh-CN"/>
        </w:rPr>
        <w:br/>
      </w:r>
      <w:r>
        <w:rPr>
          <w:lang w:eastAsia="zh-CN"/>
        </w:rPr>
        <w:t>　　①整式a除以整式b，如果除式b中含有分母，那么这个就是分式，对于任何一个分式，分母不为0。</w:t>
      </w:r>
      <w:r>
        <w:rPr>
          <w:lang w:eastAsia="zh-CN"/>
        </w:rPr>
        <w:br/>
      </w:r>
      <w:r>
        <w:rPr>
          <w:lang w:eastAsia="zh-CN"/>
        </w:rPr>
        <w:t>　　②分式的分子与分母同乘以或除以同一个不等于0的整式，分式的值不变。</w:t>
      </w:r>
      <w:r>
        <w:rPr>
          <w:lang w:eastAsia="zh-CN"/>
        </w:rPr>
        <w:br/>
      </w:r>
      <w:r>
        <w:rPr>
          <w:lang w:eastAsia="zh-CN"/>
        </w:rPr>
        <w:t>　　初中数学知识点：直线的位置与常数的关系</w:t>
      </w:r>
      <w:r>
        <w:rPr>
          <w:lang w:eastAsia="zh-CN"/>
        </w:rPr>
        <w:br/>
      </w:r>
      <w:r>
        <w:rPr>
          <w:lang w:eastAsia="zh-CN"/>
        </w:rPr>
        <w:t>　　①k0则直线的倾斜角为锐角</w:t>
      </w:r>
      <w:r>
        <w:rPr>
          <w:lang w:eastAsia="zh-CN"/>
        </w:rPr>
        <w:br/>
      </w:r>
      <w:r>
        <w:rPr>
          <w:lang w:eastAsia="zh-CN"/>
        </w:rPr>
        <w:t>　　②k0则直线的倾斜角为钝角</w:t>
      </w:r>
      <w:r>
        <w:rPr>
          <w:lang w:eastAsia="zh-CN"/>
        </w:rPr>
        <w:br/>
      </w:r>
      <w:r>
        <w:rPr>
          <w:lang w:eastAsia="zh-CN"/>
        </w:rPr>
        <w:t>　　③图像越陡，|k|越大</w:t>
      </w:r>
      <w:r>
        <w:rPr>
          <w:lang w:eastAsia="zh-CN"/>
        </w:rPr>
        <w:br/>
      </w:r>
      <w:r>
        <w:rPr>
          <w:lang w:eastAsia="zh-CN"/>
        </w:rPr>
        <w:t>　　④b0直线与y轴的交点在_轴的上方</w:t>
      </w:r>
      <w:r>
        <w:rPr>
          <w:lang w:eastAsia="zh-CN"/>
        </w:rPr>
        <w:br/>
      </w:r>
      <w:r>
        <w:rPr>
          <w:lang w:eastAsia="zh-CN"/>
        </w:rPr>
        <w:t>　　⑤b0直线与y轴的交点在_轴的下方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xml:space="preserve">    2024年初中数学规范性培训总结 篇9 </w:t>
      </w:r>
      <w:r>
        <w:rPr>
          <w:lang w:eastAsia="zh-CN"/>
        </w:rPr>
        <w:br/>
      </w:r>
      <w:r>
        <w:rPr>
          <w:lang w:eastAsia="zh-CN"/>
        </w:rPr>
        <w:t>　　转眼的时间，我在教师的岗位上又走过了半年。追忆往昔，展望未来，为了更好的总结经验教训无愧于合格的人民教师这一称号，我现将20__-20__年度第一学期工作情况总结如下：</w:t>
      </w:r>
      <w:r>
        <w:rPr>
          <w:lang w:eastAsia="zh-CN"/>
        </w:rPr>
        <w:br/>
      </w:r>
      <w:r>
        <w:rPr>
          <w:lang w:eastAsia="zh-CN"/>
        </w:rPr>
        <w:t>　　一、师德方面：加强修养，塑造师德</w:t>
      </w:r>
      <w:r>
        <w:rPr>
          <w:lang w:eastAsia="zh-CN"/>
        </w:rPr>
        <w:br/>
      </w:r>
      <w:r>
        <w:rPr>
          <w:lang w:eastAsia="zh-CN"/>
        </w:rPr>
        <w:t>　　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r>
        <w:rPr>
          <w:lang w:eastAsia="zh-CN"/>
        </w:rPr>
        <w:br/>
      </w:r>
      <w:r>
        <w:rPr>
          <w:lang w:eastAsia="zh-CN"/>
        </w:rPr>
        <w:t>　　二、教学方面：虚心求教，强化自我</w:t>
      </w:r>
      <w:r>
        <w:rPr>
          <w:lang w:eastAsia="zh-CN"/>
        </w:rPr>
        <w:br/>
      </w:r>
      <w:r>
        <w:rPr>
          <w:lang w:eastAsia="zh-CN"/>
        </w:rPr>
        <w:t>　　担任七年级两个班的数学教学的工作任务是艰巨的，在实际工作中，那就得实干加巧干初中数学教师工作总结20__-范文大全初中数学教师工作总结20__-范文大全。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首先是从教学理论和教学知识上。我借阅大量有关教学理论和教学方法的书籍，对于里面各种教学理论和教学方法尽量做到博采众家之长为己所用!。在让先进的理论指导自己的教学实践的同时，我也在一次次的教学实践中来验证和发展这种理论。</w:t>
      </w:r>
      <w:r>
        <w:rPr>
          <w:lang w:eastAsia="zh-CN"/>
        </w:rPr>
        <w:br/>
      </w:r>
      <w:r>
        <w:rPr>
          <w:lang w:eastAsia="zh-CN"/>
        </w:rPr>
        <w:t>　　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r>
        <w:rPr>
          <w:lang w:eastAsia="zh-CN"/>
        </w:rPr>
        <w:br/>
      </w:r>
      <w:r>
        <w:rPr>
          <w:lang w:eastAsia="zh-CN"/>
        </w:rPr>
        <w:t>　　最后我做到不耻下问 教学互长。从另一个角度来说，学生也是老师的。由于学生接受新知识快，接受信息多，因此我从和他们的交流中亦能丰富我的教学知识。</w:t>
      </w:r>
      <w:r>
        <w:rPr>
          <w:lang w:eastAsia="zh-CN"/>
        </w:rPr>
        <w:br/>
      </w:r>
      <w:r>
        <w:rPr>
          <w:lang w:eastAsia="zh-CN"/>
        </w:rPr>
        <w:t>　　为了不辜负领导的信任和同学的希望，我决心尽我最大所能去提高自身水平，争取较出色的完成教学。为此，我一方面下苦功完善自身知识体系，打牢基础知识，使自己能够比较自如的进行教学;另一方面，继续向其他教师学习，抽出业余时间向具有丰富教学经验的老师学习。对待课程，虚心听取他们意见，备好每一节课;仔细听课，认真学习他们上课的安排和技巧。这半年来，通过认真学习教学理论，刻苦钻研教学，虚心向老教师学习，我自己感到在教学方面有了较大的提高。学生的成绩也证实了这一点，我教的班级在历次考试当中都取的了较好的成绩。</w:t>
      </w:r>
      <w:r>
        <w:rPr>
          <w:lang w:eastAsia="zh-CN"/>
        </w:rPr>
        <w:br/>
      </w:r>
      <w:r>
        <w:rPr>
          <w:lang w:eastAsia="zh-CN"/>
        </w:rPr>
        <w:t>　　三、 考勤纪律方面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r>
        <w:rPr>
          <w:lang w:eastAsia="zh-CN"/>
        </w:rPr>
        <w:br/>
      </w:r>
      <w:r>
        <w:rPr>
          <w:lang w:eastAsia="zh-CN"/>
        </w:rPr>
        <w:t>　　我担任的两个班级的数学教学工作取得了一定的成绩，我将继续努力，取得更优异的教学成绩，为学校争光!</w:t>
      </w:r>
      <w:r>
        <w:rPr>
          <w:lang w:eastAsia="zh-CN"/>
        </w:rPr>
        <w:br/>
      </w:r>
      <w:r>
        <w:rPr>
          <w:lang w:eastAsia="zh-CN"/>
        </w:rPr>
        <w:t xml:space="preserve">    2024年初中数学规范性培训总结 篇10 </w:t>
      </w:r>
      <w:r>
        <w:rPr>
          <w:lang w:eastAsia="zh-CN"/>
        </w:rPr>
        <w:br/>
      </w:r>
      <w:r>
        <w:rPr>
          <w:lang w:eastAsia="zh-CN"/>
        </w:rPr>
        <w:t>　　一元一次方程定义</w:t>
      </w:r>
      <w:r>
        <w:rPr>
          <w:lang w:eastAsia="zh-CN"/>
        </w:rPr>
        <w:br/>
      </w:r>
      <w:r>
        <w:rPr>
          <w:lang w:eastAsia="zh-CN"/>
        </w:rPr>
        <w:t>　　通过化简，只含有一个未知数，且含有未知数的最高次项的次数是一的等式，叫一元一次方程。通常形式是a_+b=0(a，b为常数，且a≠0)。一元一次方程属于整式方程，即方程两边都是整式。</w:t>
      </w:r>
      <w:r>
        <w:rPr>
          <w:lang w:eastAsia="zh-CN"/>
        </w:rPr>
        <w:br/>
      </w:r>
      <w:r>
        <w:rPr>
          <w:lang w:eastAsia="zh-CN"/>
        </w:rPr>
        <w:t>　　一元指方程仅含有一个未知数，一次指未知数的次数为1，且未知数的系数不为0。我们将a_+b=0(其中_是未知数，a、b是已知数，并且a≠0)叫一元一次方程的标准形式。这里a是未知数的系数，b是常数，_的次数必须是1。</w:t>
      </w:r>
      <w:r>
        <w:rPr>
          <w:lang w:eastAsia="zh-CN"/>
        </w:rPr>
        <w:br/>
      </w:r>
      <w:r>
        <w:rPr>
          <w:lang w:eastAsia="zh-CN"/>
        </w:rPr>
        <w:t>　　即一元一次方程必须同时满足4个条件：⑴它是等式;⑵分母中不含有未知数;⑶未知数最高次项为1;⑷含未知数的项的系数不为0。</w:t>
      </w:r>
      <w:r>
        <w:rPr>
          <w:lang w:eastAsia="zh-CN"/>
        </w:rPr>
        <w:br/>
      </w:r>
      <w:r>
        <w:rPr>
          <w:lang w:eastAsia="zh-CN"/>
        </w:rPr>
        <w:t>　　一元一次方程的五个核心问题</w:t>
      </w:r>
      <w:r>
        <w:rPr>
          <w:lang w:eastAsia="zh-CN"/>
        </w:rPr>
        <w:br/>
      </w:r>
      <w:r>
        <w:rPr>
          <w:lang w:eastAsia="zh-CN"/>
        </w:rPr>
        <w:t>　　一、什么是等式?1+1=1是等式吗?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表示相等关系的式子叫做等式，等式可分三类：第一类是恒等式,就是用任何允许的数值代替等式中的字母,等式的两边总是相等,由数字组成的等式也是恒等式,如2+4=6,a+b=b+a等都是恒等式;第二类是条件等式,也就是方程,这类等式只能取某些数值代替等式中的字母时,等式才成立,如_+y=-5,_+4=7等都是条件等式;第三类是矛盾等式,就是无论用任何值代替等式中的字母,等式总不成立,如_2=-2,|a|+5=0等。</w:t>
      </w:r>
      <w:r>
        <w:rPr>
          <w:lang w:eastAsia="zh-CN"/>
        </w:rPr>
        <w:br/>
      </w:r>
      <w:r>
        <w:rPr>
          <w:lang w:eastAsia="zh-CN"/>
        </w:rPr>
        <w:t>　　一个等式中,如果等号多于一个,叫做连等式,连等式可以化为一组只含有一个等号的等式。</w:t>
      </w:r>
      <w:r>
        <w:rPr>
          <w:lang w:eastAsia="zh-CN"/>
        </w:rPr>
        <w:br/>
      </w:r>
      <w:r>
        <w:rPr>
          <w:lang w:eastAsia="zh-CN"/>
        </w:rPr>
        <w:t>　　等式与代数式不同,等式中含有等号,代数式中不含等号。</w:t>
      </w:r>
      <w:r>
        <w:rPr>
          <w:lang w:eastAsia="zh-CN"/>
        </w:rPr>
        <w:br/>
      </w:r>
      <w:r>
        <w:rPr>
          <w:lang w:eastAsia="zh-CN"/>
        </w:rPr>
        <w:t>　　等式有两个重要性质1)等式的两边都加上或减去同一个数或同一个整式,所得结果仍然是一个等式;(2)等式的两边都乘以或除以同一个数除数不为零,所得结果仍然是一个等式。</w:t>
      </w:r>
      <w:r>
        <w:rPr>
          <w:lang w:eastAsia="zh-CN"/>
        </w:rPr>
        <w:br/>
      </w:r>
      <w:r>
        <w:rPr>
          <w:lang w:eastAsia="zh-CN"/>
        </w:rPr>
        <w:t>　　二、什么是方程,什么是一元一次方程?</w:t>
      </w:r>
      <w:r>
        <w:rPr>
          <w:lang w:eastAsia="zh-CN"/>
        </w:rPr>
        <w:br/>
      </w:r>
      <w:r>
        <w:rPr>
          <w:lang w:eastAsia="zh-CN"/>
        </w:rPr>
        <w:t>　　含有未知数的等式叫做方程,如2_-3=8,_+y=7等。判断一个式子是否是方程,只需看两点:一是不是等式;二是否含有未知数,两者缺一不可。</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只含有一个未知数,并且含未知数的式子都是整式,未知数的次数是1,系数不是0的方程叫做一元一次方程。其标准形式是a_+b=0(a不为0，a,b是已知数)，值得注意的是1)一个整式方程的元和次是将这个方程化成最简形式后才能判定的。如方程2y2+6=3_+2y2,形式上是二元二次方程,但化简后,它实际上是一个一元一次方程。(2)整式方程分母中不含有未知数。判断是否为整式方程,是不能先将它化简的如方程_+1/_=2+1/_,因为它的分母中含有未知数_,所以,它不是整式方程。如果将上面的方程进行化简,则为_=2,这时再去作判断,将得到错误的结论。</w:t>
      </w:r>
      <w:r>
        <w:rPr>
          <w:lang w:eastAsia="zh-CN"/>
        </w:rPr>
        <w:br/>
      </w:r>
      <w:r>
        <w:rPr>
          <w:lang w:eastAsia="zh-CN"/>
        </w:rPr>
        <w:t>　　凡是谈到次数的方程,都是指整式方程,即方程的两边都是整式。一元一次方程是整式方程中元数最少且次数最低的方程。</w:t>
      </w:r>
      <w:r>
        <w:rPr>
          <w:lang w:eastAsia="zh-CN"/>
        </w:rPr>
        <w:br/>
      </w:r>
      <w:r>
        <w:rPr>
          <w:lang w:eastAsia="zh-CN"/>
        </w:rPr>
        <w:t>　　三、等式有什么牛掰的基本性质吗?</w:t>
      </w:r>
      <w:r>
        <w:rPr>
          <w:lang w:eastAsia="zh-CN"/>
        </w:rPr>
        <w:br/>
      </w:r>
      <w:r>
        <w:rPr>
          <w:lang w:eastAsia="zh-CN"/>
        </w:rPr>
        <w:t>　　将方程中的某些项改变符号后,从方程的一边移到另一边的变形叫做移项,移项的依据是等式的基本性质1。</w:t>
      </w:r>
      <w:r>
        <w:rPr>
          <w:lang w:eastAsia="zh-CN"/>
        </w:rPr>
        <w:br/>
      </w:r>
      <w:r>
        <w:rPr>
          <w:lang w:eastAsia="zh-CN"/>
        </w:rPr>
        <w:t>　　移项时不一定要把含未知数的项移到等式的左边。如解方程3_-2=4_-5时就可以把含未知数的项移到右边,而把常数项移到左边,这样会显得简便些。</w:t>
      </w:r>
      <w:r>
        <w:rPr>
          <w:lang w:eastAsia="zh-CN"/>
        </w:rPr>
        <w:br/>
      </w:r>
      <w:r>
        <w:rPr>
          <w:lang w:eastAsia="zh-CN"/>
        </w:rPr>
        <w:t>　　去分母,将未知数的系数化为1,则是依据等式的基本性质2进行的。</w:t>
      </w:r>
      <w:r>
        <w:rPr>
          <w:lang w:eastAsia="zh-CN"/>
        </w:rPr>
        <w:br/>
      </w:r>
      <w:r>
        <w:rPr>
          <w:lang w:eastAsia="zh-CN"/>
        </w:rPr>
        <w:t>　　四、等式一定是方程吗?方程一定是等式吗?</w:t>
      </w:r>
      <w:r>
        <w:rPr>
          <w:lang w:eastAsia="zh-CN"/>
        </w:rPr>
        <w:br/>
      </w:r>
      <w:r>
        <w:rPr>
          <w:lang w:eastAsia="zh-CN"/>
        </w:rPr>
        <w:t>　　等式与方程有很多相同之处。如都是用等号连接的,等号左、右两边都是代数式,但它们还是有区别的。方程仅是含有未知数的等式,是等式中的特例。就是说,等式包含方程;反过来,方程并不包含所有的等式。如,13+5=18,18-13=5都属于等式,但它们并不是方程。因此,等式一定是方程的说法是不对的。</w:t>
      </w:r>
      <w:r>
        <w:rPr>
          <w:lang w:eastAsia="zh-CN"/>
        </w:rPr>
        <w:br/>
      </w:r>
      <w:r>
        <w:rPr>
          <w:lang w:eastAsia="zh-CN"/>
        </w:rPr>
        <w:t>　　五、解方程与方程的解是一回事儿吗?</w:t>
      </w:r>
      <w:r>
        <w:rPr>
          <w:lang w:eastAsia="zh-CN"/>
        </w:rPr>
        <w:br/>
      </w:r>
      <w:r>
        <w:rPr>
          <w:lang w:eastAsia="zh-CN"/>
        </w:rPr>
        <w:t>　　方程的解是使方程左、右两边相等的未知数的取值。而解方程是求方程的解或判断方程无解的过程。即方程的解是结果,而解方程是一个过程。方程的解中的解是名词,而解方程中的解是动词,二者不能混淆。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xml:space="preserve">    2024年初中数学规范性培训总结 篇11 </w:t>
      </w:r>
      <w:r>
        <w:rPr>
          <w:lang w:eastAsia="zh-CN"/>
        </w:rPr>
        <w:br/>
      </w:r>
      <w:r>
        <w:rPr>
          <w:lang w:eastAsia="zh-CN"/>
        </w:rPr>
        <w:t>　　①直线和圆无公共点，称相离。AB与圆O相离，dr。</w:t>
      </w:r>
      <w:r>
        <w:rPr>
          <w:lang w:eastAsia="zh-CN"/>
        </w:rPr>
        <w:br/>
      </w:r>
      <w:r>
        <w:rPr>
          <w:lang w:eastAsia="zh-CN"/>
        </w:rPr>
        <w:t>　　②直线和圆有两个公共点，称相交，这条直线叫做圆的割线。AB与⊙O相交，d</w:t>
      </w:r>
      <w:r>
        <w:rPr>
          <w:lang w:eastAsia="zh-CN"/>
        </w:rPr>
        <w:br/>
      </w:r>
      <w:r>
        <w:rPr>
          <w:lang w:eastAsia="zh-CN"/>
        </w:rPr>
        <w:t>　　③直线和圆有且只有一公共点，称相切，这条直线叫做圆的切线，这个唯一的公共点叫做切点。AB与⊙O相切，d=r。(d为圆心到直线的距离)</w:t>
      </w:r>
      <w:r>
        <w:rPr>
          <w:lang w:eastAsia="zh-CN"/>
        </w:rPr>
        <w:br/>
      </w:r>
      <w:r>
        <w:rPr>
          <w:lang w:eastAsia="zh-CN"/>
        </w:rPr>
        <w:t>　　平面内，直线A_+By+C=0与圆_^2+y^2+D_+Ey+F=0的位置关系判断一般方法是：</w:t>
      </w:r>
      <w:r>
        <w:rPr>
          <w:lang w:eastAsia="zh-CN"/>
        </w:rPr>
        <w:br/>
      </w:r>
      <w:r>
        <w:rPr>
          <w:lang w:eastAsia="zh-CN"/>
        </w:rPr>
        <w:t>　　1.由A_+By+C=0，可得y=(-C-A_)/B，(其中B不等于0)，代入_^2+y^2+D_+Ey+F=0，即成为一个关于_的方程</w:t>
      </w:r>
      <w:r>
        <w:rPr>
          <w:lang w:eastAsia="zh-CN"/>
        </w:rPr>
        <w:br/>
      </w:r>
      <w:r>
        <w:rPr>
          <w:lang w:eastAsia="zh-CN"/>
        </w:rPr>
        <w:t>　　如果b^2-4ac0，则圆与直线有2交点，即圆与直线相交。</w:t>
      </w:r>
      <w:r>
        <w:rPr>
          <w:lang w:eastAsia="zh-CN"/>
        </w:rPr>
        <w:br/>
      </w:r>
      <w:r>
        <w:rPr>
          <w:lang w:eastAsia="zh-CN"/>
        </w:rPr>
        <w:t>　　如果b^2-4ac=0，则圆与直线有1交点，即圆与直线相切。</w:t>
      </w:r>
      <w:r>
        <w:rPr>
          <w:lang w:eastAsia="zh-CN"/>
        </w:rPr>
        <w:br/>
      </w:r>
      <w:r>
        <w:rPr>
          <w:lang w:eastAsia="zh-CN"/>
        </w:rPr>
        <w:t>　　如果b^2-4ac0，则圆与直线有0交点，即圆与直线相离。</w:t>
      </w:r>
      <w:r>
        <w:rPr>
          <w:lang w:eastAsia="zh-CN"/>
        </w:rPr>
        <w:br/>
      </w:r>
      <w:r>
        <w:rPr>
          <w:lang w:eastAsia="zh-CN"/>
        </w:rPr>
        <w:t>　　2.如果B=0即直线为A_+C=0，即_=-C/A，它平行于y轴(或垂直于_轴)，将_^2+y^2+D_+Ey+F=0化为(_-a)^2+(y-b)^2=r^2。令y=b，求出此时的两个_值_1、_2，并且规定_1</w:t>
      </w:r>
      <w:r>
        <w:rPr>
          <w:lang w:eastAsia="zh-CN"/>
        </w:rPr>
        <w:br/>
      </w:r>
      <w:r>
        <w:rPr>
          <w:lang w:eastAsia="zh-CN"/>
        </w:rPr>
        <w:t>　　当_=-C/A_2时，直线与圆相离;</w:t>
      </w:r>
      <w:r>
        <w:rPr>
          <w:lang w:eastAsia="zh-CN"/>
        </w:rPr>
        <w:br/>
      </w:r>
      <w:r>
        <w:rPr>
          <w:lang w:eastAsia="zh-CN"/>
        </w:rPr>
        <w:t xml:space="preserve">    2024年初中数学规范性培训总结 篇12 </w:t>
      </w:r>
      <w:r>
        <w:rPr>
          <w:lang w:eastAsia="zh-CN"/>
        </w:rPr>
        <w:br/>
      </w:r>
      <w:r>
        <w:rPr>
          <w:lang w:eastAsia="zh-CN"/>
        </w:rPr>
        <w:t>　　通过培训的学习，使我认识到当前课改的目的和意义，也使自己对课改有了深刻的认识，也大大提高了自己对本学科的理论素养。现将这次培训体会总结如下：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一、业务学习</w:t>
      </w:r>
      <w:r>
        <w:rPr>
          <w:lang w:eastAsia="zh-CN"/>
        </w:rPr>
        <w:br/>
      </w:r>
      <w:r>
        <w:rPr>
          <w:lang w:eastAsia="zh-CN"/>
        </w:rPr>
        <w:t>　　加强学习，提高思想认识，树立新的理念。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r>
        <w:rPr>
          <w:lang w:eastAsia="zh-CN"/>
        </w:rPr>
        <w:br/>
      </w:r>
      <w:r>
        <w:rPr>
          <w:lang w:eastAsia="zh-CN"/>
        </w:rPr>
        <w:t>　　二、新课改</w:t>
      </w:r>
      <w:r>
        <w:rPr>
          <w:lang w:eastAsia="zh-CN"/>
        </w:rPr>
        <w:br/>
      </w:r>
      <w:r>
        <w:rPr>
          <w:lang w:eastAsia="zh-CN"/>
        </w:rPr>
        <w:t>　　通过学习新的《课程标准》，使自己逐步领会到“一切为了人的发展”的教学理念。树立</w:t>
      </w:r>
      <w:r>
        <w:rPr>
          <w:lang w:eastAsia="zh-CN"/>
        </w:rPr>
        <w:br/>
      </w:r>
      <w:r>
        <w:rPr>
          <w:lang w:eastAsia="zh-CN"/>
        </w:rPr>
        <w:t>　　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r>
        <w:rPr>
          <w:lang w:eastAsia="zh-CN"/>
        </w:rPr>
        <w:br/>
      </w:r>
      <w:r>
        <w:rPr>
          <w:lang w:eastAsia="zh-CN"/>
        </w:rPr>
        <w:t>　　三、教学研究</w:t>
      </w:r>
      <w:r>
        <w:rPr>
          <w:lang w:eastAsia="zh-CN"/>
        </w:rPr>
        <w:br/>
      </w:r>
      <w:r>
        <w:rPr>
          <w:lang w:eastAsia="zh-CN"/>
        </w:rPr>
        <w:t>　　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（一）发挥教师为主导的作用</w:t>
      </w:r>
      <w:r>
        <w:rPr>
          <w:lang w:eastAsia="zh-CN"/>
        </w:rPr>
        <w:br/>
      </w:r>
      <w:r>
        <w:rPr>
          <w:lang w:eastAsia="zh-CN"/>
        </w:rPr>
        <w:t>　　1 、备课深入细致。平时认真研究教材，多方参阅各种资料，力求深入理解教材，准确把握难重点。在制定教学目的时，非常注意学生的实际情况。教案编写认真，并不断归纳总结经验教训。</w:t>
      </w:r>
      <w:r>
        <w:rPr>
          <w:lang w:eastAsia="zh-CN"/>
        </w:rPr>
        <w:br/>
      </w:r>
      <w:r>
        <w:rPr>
          <w:lang w:eastAsia="zh-CN"/>
        </w:rPr>
        <w:t>　　2 、注重课堂教学效果。针对初三年级学生特点，以愉快式教学为主，不搞满堂灌，坚持学生为主体，教师为主导、教学为主线，注重讲练结合。在教学中注意抓住重点，突破难点。</w:t>
      </w:r>
      <w:r>
        <w:rPr>
          <w:lang w:eastAsia="zh-CN"/>
        </w:rPr>
        <w:br/>
      </w:r>
      <w:r>
        <w:rPr>
          <w:lang w:eastAsia="zh-CN"/>
        </w:rPr>
        <w:t>　　3 、坚持参加校内外教学研讨活动，不断汲取他人的宝贵经验，提高自己的教学水平。经常向经验丰富的教师请教并经常在一起讨论教学问题。听公开课多次，自己执教二节公开课，尤其本学期，自己执教的公开课，学校领导和教师们给我提出了不少宝贵的建议，使我明确了今后讲课的方向和以后数学课该怎么教和怎么讲。</w:t>
      </w:r>
      <w:r>
        <w:rPr>
          <w:lang w:eastAsia="zh-CN"/>
        </w:rPr>
        <w:br/>
      </w:r>
      <w:r>
        <w:rPr>
          <w:lang w:eastAsia="zh-CN"/>
        </w:rPr>
        <w:t>　　4 、在作业批改上，认真及时，力求做到全批全改，重在订正，及时了解学生的学习情况，以便在辅导中做到有的放矢。</w:t>
      </w:r>
      <w:r>
        <w:rPr>
          <w:lang w:eastAsia="zh-CN"/>
        </w:rPr>
        <w:br/>
      </w:r>
      <w:r>
        <w:rPr>
          <w:lang w:eastAsia="zh-CN"/>
        </w:rPr>
        <w:t>　　四、工作中存在的问题</w:t>
      </w:r>
      <w:r>
        <w:rPr>
          <w:lang w:eastAsia="zh-CN"/>
        </w:rPr>
        <w:br/>
      </w:r>
      <w:r>
        <w:rPr>
          <w:lang w:eastAsia="zh-CN"/>
        </w:rPr>
        <w:t>　　1 、教材挖掘不深入。</w:t>
      </w:r>
      <w:r>
        <w:rPr>
          <w:lang w:eastAsia="zh-CN"/>
        </w:rPr>
        <w:br/>
      </w:r>
      <w:r>
        <w:rPr>
          <w:lang w:eastAsia="zh-CN"/>
        </w:rPr>
        <w:t>　　2 、教法不灵活，不能吸引学生学习，对学生的引导、启发不足。</w:t>
      </w:r>
      <w:r>
        <w:rPr>
          <w:lang w:eastAsia="zh-CN"/>
        </w:rPr>
        <w:br/>
      </w:r>
      <w:r>
        <w:rPr>
          <w:lang w:eastAsia="zh-CN"/>
        </w:rPr>
        <w:t>　　3 、新课标下新的教学思想学习不深入。对学生的自主学习，合作学习，缺乏理论指导。</w:t>
      </w:r>
      <w:r>
        <w:rPr>
          <w:lang w:eastAsia="zh-CN"/>
        </w:rPr>
        <w:br/>
      </w:r>
      <w:r>
        <w:rPr>
          <w:lang w:eastAsia="zh-CN"/>
        </w:rPr>
        <w:t>　　4</w:t>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xml:space="preserve"> 、差生末抓在手。由于对学生的了解不够，对学生的学习态度、思维能力不太清楚。上课和复习时该讲的都讲了，学生掌握的情况怎样，教师心中无数。导致了教学中的盲目性。</w:t>
      </w:r>
      <w:r>
        <w:rPr>
          <w:lang w:eastAsia="zh-CN"/>
        </w:rPr>
        <w:t xml:space="preserve"> 5</w:t>
      </w:r>
      <w:r>
        <w:rPr>
          <w:lang w:eastAsia="zh-CN"/>
        </w:rPr>
        <w:t xml:space="preserve"> 、教学反思不够。</w:t>
      </w:r>
      <w:r>
        <w:rPr>
          <w:lang w:eastAsia="zh-CN"/>
        </w:rPr>
        <w:br/>
      </w:r>
      <w:r>
        <w:rPr>
          <w:lang w:eastAsia="zh-CN"/>
        </w:rPr>
        <w:t>　　五、今后努力的方向</w:t>
      </w:r>
      <w:r>
        <w:rPr>
          <w:lang w:eastAsia="zh-CN"/>
        </w:rPr>
        <w:br/>
      </w:r>
      <w:r>
        <w:rPr>
          <w:lang w:eastAsia="zh-CN"/>
        </w:rPr>
        <w:t>　　1 、加强学习，学习新课标下新的教学思想。</w:t>
      </w:r>
      <w:r>
        <w:rPr>
          <w:lang w:eastAsia="zh-CN"/>
        </w:rPr>
        <w:br/>
      </w:r>
      <w:r>
        <w:rPr>
          <w:lang w:eastAsia="zh-CN"/>
        </w:rPr>
        <w:t>　　2 、学习新课标，挖掘教材，进一步把握知识点和考点。</w:t>
      </w:r>
      <w:r>
        <w:rPr>
          <w:lang w:eastAsia="zh-CN"/>
        </w:rPr>
        <w:br/>
      </w:r>
      <w:r>
        <w:rPr>
          <w:lang w:eastAsia="zh-CN"/>
        </w:rPr>
        <w:t>　　3 、多听课，学习同科目教师先进的教学方法的教学理念。</w:t>
      </w:r>
      <w:r>
        <w:rPr>
          <w:lang w:eastAsia="zh-CN"/>
        </w:rPr>
        <w:br/>
      </w:r>
      <w:r>
        <w:rPr>
          <w:lang w:eastAsia="zh-CN"/>
        </w:rPr>
        <w:t>　　4 、加强转差培优力度。</w:t>
      </w:r>
      <w:r>
        <w:rPr>
          <w:lang w:eastAsia="zh-CN"/>
        </w:rPr>
        <w:br/>
      </w:r>
      <w:r>
        <w:rPr>
          <w:lang w:eastAsia="zh-CN"/>
        </w:rPr>
        <w:t>　　5 、加强教学反思，加大教学投入。</w:t>
      </w:r>
      <w:r>
        <w:rPr>
          <w:lang w:eastAsia="zh-CN"/>
        </w:rPr>
        <w:br/>
      </w:r>
      <w:r>
        <w:rPr>
          <w:lang w:eastAsia="zh-CN"/>
        </w:rPr>
        <w:t xml:space="preserve">    2024年初中数学规范性培训总结 篇13 </w:t>
      </w:r>
      <w:r>
        <w:rPr>
          <w:lang w:eastAsia="zh-CN"/>
        </w:rPr>
        <w:br/>
      </w:r>
      <w:r>
        <w:rPr>
          <w:lang w:eastAsia="zh-CN"/>
        </w:rPr>
        <w:t>　　1过两点有且只有一条直线2两点之间线段最短3同角或等角的补角相等4同角或等角的余角相等</w:t>
      </w:r>
      <w:r>
        <w:rPr>
          <w:lang w:eastAsia="zh-CN"/>
        </w:rPr>
        <w:br/>
      </w:r>
      <w:r>
        <w:rPr>
          <w:lang w:eastAsia="zh-CN"/>
        </w:rPr>
        <w:t>　　5过一点有且只有一条直线和已知直线垂直</w:t>
      </w:r>
      <w:r>
        <w:rPr>
          <w:lang w:eastAsia="zh-CN"/>
        </w:rPr>
        <w:br/>
      </w:r>
      <w:r>
        <w:rPr>
          <w:lang w:eastAsia="zh-CN"/>
        </w:rPr>
        <w:t>　　6直线外一点与直线上各点连接的所有线段中，垂线段最短7平行公理经过直线外一点，有且只有一条直线与这条直线平行8如果两条直线都和第三条直线平行，这两条直线也互相平行15定理三角形两边的和大于第三边16推论三角形两边的差小于第三边</w:t>
      </w:r>
      <w:r>
        <w:rPr>
          <w:lang w:eastAsia="zh-CN"/>
        </w:rPr>
        <w:br/>
      </w:r>
      <w:r>
        <w:rPr>
          <w:lang w:eastAsia="zh-CN"/>
        </w:rPr>
        <w:t>　　17三角形内角和定理三角形三个内角的和等于180°18推论1直角三角形的两个锐角互余</w:t>
      </w:r>
      <w:r>
        <w:rPr>
          <w:lang w:eastAsia="zh-CN"/>
        </w:rPr>
        <w:br/>
      </w:r>
      <w:r>
        <w:rPr>
          <w:lang w:eastAsia="zh-CN"/>
        </w:rPr>
        <w:t>　　19推论2三角形的一个外角等于和它不相邻的两个内角的和20推论3三角形的一个外角大于任何一个和它不相邻的内角21全等三角形的对应边、对应角相等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22边角边公理(SAS)有两边和它们的夹角对应相等的两个三角形全等23角边角公理(ASA)有两角和它们的夹边对应相等的两个三角形全等24推论(AAS)有两角和其中一角的对边对应相等的两个三角形全等25边边边公理(SSS)有三边对应相等的两个三角形全等</w:t>
      </w:r>
      <w:r>
        <w:rPr>
          <w:lang w:eastAsia="zh-CN"/>
        </w:rPr>
        <w:br/>
      </w:r>
      <w:r>
        <w:rPr>
          <w:lang w:eastAsia="zh-CN"/>
        </w:rPr>
        <w:t>　　26斜边、直角边公理(HL)有斜边和一条直角边对应相等的两个直角三角形全等27定理1在角的平分线上的点到这个角的两边的距离相等28定理2到一个角的两边的距离相同的点，在这个角的平分线上29角的平分线是到角的两边距离相等的所有点的集合</w:t>
      </w:r>
      <w:r>
        <w:rPr>
          <w:lang w:eastAsia="zh-CN"/>
        </w:rPr>
        <w:br/>
      </w:r>
      <w:r>
        <w:rPr>
          <w:lang w:eastAsia="zh-CN"/>
        </w:rPr>
        <w:t>　　30等腰三角形的性质定理等腰三角形的两个底角相等(即等边对等角）31推论1等腰三角形顶角的平分线平分底边并且垂直于底边32等腰三角形的顶角平分线、底边上的中线和底边上的高互相重合33推论3等边三角形的各角都相等，并且每一个角都等于60°</w:t>
      </w:r>
      <w:r>
        <w:rPr>
          <w:lang w:eastAsia="zh-CN"/>
        </w:rPr>
        <w:br/>
      </w:r>
      <w:r>
        <w:rPr>
          <w:lang w:eastAsia="zh-CN"/>
        </w:rPr>
        <w:t>　　34等腰三角形的判定定理如果一个三角形有两个角相等，那么这两个角所对的边也相等（等角对等边）</w:t>
      </w:r>
      <w:r>
        <w:rPr>
          <w:lang w:eastAsia="zh-CN"/>
        </w:rPr>
        <w:br/>
      </w:r>
      <w:r>
        <w:rPr>
          <w:lang w:eastAsia="zh-CN"/>
        </w:rPr>
        <w:t>　　35推论1三个角都相等的三角形是等边三角形36推论2有一个角等于60°的等腰三角形是等边三角形</w:t>
      </w:r>
      <w:r>
        <w:rPr>
          <w:lang w:eastAsia="zh-CN"/>
        </w:rPr>
        <w:br/>
      </w:r>
      <w:r>
        <w:rPr>
          <w:lang w:eastAsia="zh-CN"/>
        </w:rPr>
        <w:t>　　37在直角三角形中，如果一个锐角等于30°那么它所对的直角边等于斜边的一半38直角三角形斜边上的中线等于斜边上的一半</w:t>
      </w:r>
      <w:r>
        <w:rPr>
          <w:lang w:eastAsia="zh-CN"/>
        </w:rPr>
        <w:br/>
      </w:r>
      <w:r>
        <w:rPr>
          <w:lang w:eastAsia="zh-CN"/>
        </w:rPr>
        <w:t>　　39定理线段垂直平分线上的点和这条线段两个端点的距离相等</w:t>
      </w:r>
      <w:r>
        <w:rPr>
          <w:lang w:eastAsia="zh-CN"/>
        </w:rPr>
        <w:br/>
      </w:r>
      <w:r>
        <w:rPr>
          <w:lang w:eastAsia="zh-CN"/>
        </w:rPr>
        <w:t>　　40逆定理和一条线段两个端点距离相等的点，在这条线段的垂直平分线上</w:t>
      </w:r>
      <w:r>
        <w:rPr>
          <w:lang w:eastAsia="zh-CN"/>
        </w:rPr>
        <w:br/>
      </w:r>
      <w:r>
        <w:rPr>
          <w:lang w:eastAsia="zh-CN"/>
        </w:rPr>
        <w:t>　　41线段的垂直平分线可看作和线段两端点距离相等的所有点的集合42定理1关于某条直线对称的两个图形是全等形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43定理2如果两个图形关于某直线对称，那么对称轴是对应点连线的垂直平分线44定理3两个图形关于某直线对称，如果它们的对应线段或延长线相交，那么交点在对称轴上</w:t>
      </w:r>
      <w:r>
        <w:rPr>
          <w:lang w:eastAsia="zh-CN"/>
        </w:rPr>
        <w:br/>
      </w:r>
      <w:r>
        <w:rPr>
          <w:lang w:eastAsia="zh-CN"/>
        </w:rPr>
        <w:t>　　45逆定理如果两个图形的对应点连线被同一条直线垂直平分，那么这两个图形关于这条直线对称</w:t>
      </w:r>
      <w:r>
        <w:rPr>
          <w:lang w:eastAsia="zh-CN"/>
        </w:rPr>
        <w:br/>
      </w:r>
      <w:r>
        <w:rPr>
          <w:lang w:eastAsia="zh-CN"/>
        </w:rPr>
        <w:t>　　46勾股定理直角三角形两直角边a、b的平方和、等于斜边c的平方，即a2+b2=c2</w:t>
      </w:r>
      <w:r>
        <w:rPr>
          <w:lang w:eastAsia="zh-CN"/>
        </w:rPr>
        <w:br/>
      </w:r>
      <w:r>
        <w:rPr>
          <w:lang w:eastAsia="zh-CN"/>
        </w:rPr>
        <w:t>　　47勾股定理的逆定理如果三角形的三边长a、b、c有关系a2+b2=c2，那么这个三角形是直角三角形</w:t>
      </w:r>
      <w:r>
        <w:rPr>
          <w:lang w:eastAsia="zh-CN"/>
        </w:rPr>
        <w:br/>
      </w:r>
      <w:r>
        <w:rPr>
          <w:lang w:eastAsia="zh-CN"/>
        </w:rPr>
        <w:t>　　48定理四边形的内角和等于360°49四边形的外角和等于360°</w:t>
      </w:r>
      <w:r>
        <w:rPr>
          <w:lang w:eastAsia="zh-CN"/>
        </w:rPr>
        <w:br/>
      </w:r>
      <w:r>
        <w:rPr>
          <w:lang w:eastAsia="zh-CN"/>
        </w:rPr>
        <w:t>　　50多边形内角和定理n边形的内角的和等于（n-2）_180°51推论任意多边的外角和等于360°</w:t>
      </w:r>
      <w:r>
        <w:rPr>
          <w:lang w:eastAsia="zh-CN"/>
        </w:rPr>
        <w:br/>
      </w:r>
      <w:r>
        <w:rPr>
          <w:lang w:eastAsia="zh-CN"/>
        </w:rPr>
        <w:t>　　52平行四边形性质定理1平行四边形的对角相等53平行四边形性质定理2平行四边形的对边相等54推论夹在两条平行线间的平行线段相等</w:t>
      </w:r>
      <w:r>
        <w:rPr>
          <w:lang w:eastAsia="zh-CN"/>
        </w:rPr>
        <w:br/>
      </w:r>
      <w:r>
        <w:rPr>
          <w:lang w:eastAsia="zh-CN"/>
        </w:rPr>
        <w:t>　　55平行四边形性质定理3平行四边形的对角线互相平分</w:t>
      </w:r>
      <w:r>
        <w:rPr>
          <w:lang w:eastAsia="zh-CN"/>
        </w:rPr>
        <w:br/>
      </w:r>
      <w:r>
        <w:rPr>
          <w:lang w:eastAsia="zh-CN"/>
        </w:rPr>
        <w:t>　　56平行四边形判定定理1两组对角分别相等的四边形是平行四边形57平行四边形判定定理2两组对边分别相等的四边形是平行四边形58平行四边形判定定理3对角线互相平分的四边形是平行四边形59平行四边形判定定理4一组对边平行相等的四边形是平行四边形60矩形性质定理1矩形的四个角都是直角61矩形性质定理2矩形的对角线相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62矩形判定定理1有三个角是直角的四边形是矩形63矩形判定定理2对角线相等的平行四边形是矩形64菱形性质定理1菱形的四条边都相等</w:t>
      </w:r>
      <w:r>
        <w:rPr>
          <w:lang w:eastAsia="zh-CN"/>
        </w:rPr>
        <w:br/>
      </w:r>
      <w:r>
        <w:rPr>
          <w:lang w:eastAsia="zh-CN"/>
        </w:rPr>
        <w:t>　　65菱形性质定理2菱形的对角线互相垂直，并且每一条对角线平分一组对角66菱形面积=对角线乘积的一半，即S=（a_b）÷267菱形判定定理1四边都相等的四边形是菱形68菱形判定定理2对角线互相垂直的平行四边形是菱形69正方形性质定理1正方形的四个角都是直角，四条边都相等</w:t>
      </w:r>
      <w:r>
        <w:rPr>
          <w:lang w:eastAsia="zh-CN"/>
        </w:rPr>
        <w:br/>
      </w:r>
      <w:r>
        <w:rPr>
          <w:lang w:eastAsia="zh-CN"/>
        </w:rPr>
        <w:t>　　70正方形性质定理2正方形的两条对角线相等，并且互相垂直平分，每条对角线平分一组对角</w:t>
      </w:r>
      <w:r>
        <w:rPr>
          <w:lang w:eastAsia="zh-CN"/>
        </w:rPr>
        <w:br/>
      </w:r>
      <w:r>
        <w:rPr>
          <w:lang w:eastAsia="zh-CN"/>
        </w:rPr>
        <w:t>　　71定理1关于中心对称的两个图形是全等的</w:t>
      </w:r>
      <w:r>
        <w:rPr>
          <w:lang w:eastAsia="zh-CN"/>
        </w:rPr>
        <w:br/>
      </w:r>
      <w:r>
        <w:rPr>
          <w:lang w:eastAsia="zh-CN"/>
        </w:rPr>
        <w:t>　　72定理2关于中心对称的两个图形，对称点连线都经过对称中心，并且被对称中心平分</w:t>
      </w:r>
      <w:r>
        <w:rPr>
          <w:lang w:eastAsia="zh-CN"/>
        </w:rPr>
        <w:br/>
      </w:r>
      <w:r>
        <w:rPr>
          <w:lang w:eastAsia="zh-CN"/>
        </w:rPr>
        <w:t>　　73逆定理如果两个图形的对应点连线都经过某一点，并且被这一点平分，那么这两个图形关于这一点对称</w:t>
      </w:r>
      <w:r>
        <w:rPr>
          <w:lang w:eastAsia="zh-CN"/>
        </w:rPr>
        <w:br/>
      </w:r>
      <w:r>
        <w:rPr>
          <w:lang w:eastAsia="zh-CN"/>
        </w:rPr>
        <w:t>　　74等腰梯形性质定理等腰梯形在同一底上的两个角相等75等腰梯形的两条对角线相等</w:t>
      </w:r>
      <w:r>
        <w:rPr>
          <w:lang w:eastAsia="zh-CN"/>
        </w:rPr>
        <w:br/>
      </w:r>
      <w:r>
        <w:rPr>
          <w:lang w:eastAsia="zh-CN"/>
        </w:rPr>
        <w:t>　　76等腰梯形判定定理在同一底上的两个角相等的梯形是等腰梯形77对角线相等的梯形是等腰梯形</w:t>
      </w:r>
      <w:r>
        <w:rPr>
          <w:lang w:eastAsia="zh-CN"/>
        </w:rPr>
        <w:br/>
      </w:r>
      <w:r>
        <w:rPr>
          <w:lang w:eastAsia="zh-CN"/>
        </w:rPr>
        <w:t>　　78平行线等分线段定理如果一组平行线在一条直线上截得的线段相等，那么在其他直线上截得的线段也相等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79推论1经过梯形一腰的中点与底平行的直线，必平分另一腰80推论2经过三角形一边的中点与另一边平行的直线，必平分第三边81三角形中位线定理三角形的中位线平行于第三边，并且等于它的一半82梯形中位线定理梯形的中位线平行于两底，并且等于两底和的一半</w:t>
      </w:r>
      <w:r>
        <w:rPr>
          <w:lang w:eastAsia="zh-CN"/>
        </w:rPr>
        <w:br/>
      </w:r>
      <w:r>
        <w:rPr>
          <w:lang w:eastAsia="zh-CN"/>
        </w:rPr>
        <w:t>　　L=（a+b）÷2S=L_h</w:t>
      </w:r>
      <w:r>
        <w:rPr>
          <w:lang w:eastAsia="zh-CN"/>
        </w:rPr>
        <w:br/>
      </w:r>
      <w:r>
        <w:rPr>
          <w:lang w:eastAsia="zh-CN"/>
        </w:rPr>
        <w:t>　　83(1)比例的基本性质如果a:b=c:d,那么ad=bc,如果ad=bc,那么a:b=c:d84(2)合比性质如果a/b=c/d,那么(a±b)/b=(c±d)/d85(3)等比性质如果a/b=c/d=…=m/n(b+d+…+n≠0),</w:t>
      </w:r>
      <w:r>
        <w:rPr>
          <w:lang w:eastAsia="zh-CN"/>
        </w:rPr>
        <w:br/>
      </w:r>
      <w:r>
        <w:rPr>
          <w:lang w:eastAsia="zh-CN"/>
        </w:rPr>
        <w:t>　　那么(a+c+…+m)/(b+d+…+n)=a/b</w:t>
      </w:r>
      <w:r>
        <w:rPr>
          <w:lang w:eastAsia="zh-CN"/>
        </w:rPr>
        <w:br/>
      </w:r>
      <w:r>
        <w:rPr>
          <w:lang w:eastAsia="zh-CN"/>
        </w:rPr>
        <w:t>　　86平行线分线段成比例定理三条平行线截两条直线，所得的对应线段成比例</w:t>
      </w:r>
      <w:r>
        <w:rPr>
          <w:lang w:eastAsia="zh-CN"/>
        </w:rPr>
        <w:br/>
      </w:r>
      <w:r>
        <w:rPr>
          <w:lang w:eastAsia="zh-CN"/>
        </w:rPr>
        <w:t>　　87推论平行于三角形一边的直线截其他两边（或两边的延长线），所得的对应线段成比例88定理如果一条直线截三角形的两边（或两边的延长线）所得的对应线段成比例，那么这条直线平行于三角形的第三边</w:t>
      </w:r>
      <w:r>
        <w:rPr>
          <w:lang w:eastAsia="zh-CN"/>
        </w:rPr>
        <w:br/>
      </w:r>
      <w:r>
        <w:rPr>
          <w:lang w:eastAsia="zh-CN"/>
        </w:rPr>
        <w:t>　　89平行于三角形的一边，并且和其他两边相交的直线，所截得的三角形的三边与原三角形三边对应成比例</w:t>
      </w:r>
      <w:r>
        <w:rPr>
          <w:lang w:eastAsia="zh-CN"/>
        </w:rPr>
        <w:br/>
      </w:r>
      <w:r>
        <w:rPr>
          <w:lang w:eastAsia="zh-CN"/>
        </w:rPr>
        <w:t>　　90定理平行于三角形一边的直线和其他两边（或两边的延长线）相交，所构成的三角形与原三角形相似</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91相似三角形判定定理1两角对应相等，两三角形相似（ASA）92直角三角形被斜边上的高分成的两个直角三角形和原三角形相似93判定定理2两边对应成比例且夹角相等，两三角形相似（SAS）94判定定理3三边对应成比例，两三角形相似（SSS）</w:t>
      </w:r>
      <w:r>
        <w:rPr>
          <w:lang w:eastAsia="zh-CN"/>
        </w:rPr>
        <w:br/>
      </w:r>
      <w:r>
        <w:rPr>
          <w:lang w:eastAsia="zh-CN"/>
        </w:rPr>
        <w:t>　　95定理如果一个直角三角形的斜边和一条直角边与另一个直角三角形的斜边和一条直角边对应成比例，那么这两个直角三角形相似</w:t>
      </w:r>
      <w:r>
        <w:rPr>
          <w:lang w:eastAsia="zh-CN"/>
        </w:rPr>
        <w:br/>
      </w:r>
      <w:r>
        <w:rPr>
          <w:lang w:eastAsia="zh-CN"/>
        </w:rPr>
        <w:t>　　96性质定理1相似三角形对应高的比，对应中线的比与对应角平分线的比都等于相似比97性质定理2相似三角形周长的比等于相似比98性质定理3相似三角形面积的比等于相似比的平方</w:t>
      </w:r>
      <w:r>
        <w:rPr>
          <w:lang w:eastAsia="zh-CN"/>
        </w:rPr>
        <w:br/>
      </w:r>
      <w:r>
        <w:rPr>
          <w:lang w:eastAsia="zh-CN"/>
        </w:rPr>
        <w:t>　　99任意锐角的正弦值等于它的余角的余弦值，任意锐角的余弦值等于它的余角的正弦值100任意锐角的正切值等于它的余角的余切值，任意锐角的余切值等于它的余角的正切值</w:t>
      </w:r>
      <w:r>
        <w:rPr>
          <w:lang w:eastAsia="zh-CN"/>
        </w:rPr>
        <w:br/>
      </w:r>
      <w:r>
        <w:rPr>
          <w:lang w:eastAsia="zh-CN"/>
        </w:rPr>
        <w:t>　　101圆是定点的距离等于定长的点的集合</w:t>
      </w:r>
      <w:r>
        <w:rPr>
          <w:lang w:eastAsia="zh-CN"/>
        </w:rPr>
        <w:br/>
      </w:r>
      <w:r>
        <w:rPr>
          <w:lang w:eastAsia="zh-CN"/>
        </w:rPr>
        <w:t>　　102圆的内部可以看作是圆心的距离小于半径的点的集合103圆的外部可以看作是圆心的距离大于半径的点的集合104同圆或等圆的半径相等</w:t>
      </w:r>
      <w:r>
        <w:rPr>
          <w:lang w:eastAsia="zh-CN"/>
        </w:rPr>
        <w:br/>
      </w:r>
      <w:r>
        <w:rPr>
          <w:lang w:eastAsia="zh-CN"/>
        </w:rPr>
        <w:t>　　105到定点的距离等于定长的点的轨迹，是以定点为圆心，定长为半径的圆106和已知线段两个端点的距离相等的点的轨迹，是着条线段的垂直平分线107到已知角的两边距离相等的点的轨迹，是这个角的平分线</w:t>
      </w:r>
      <w:r>
        <w:rPr>
          <w:lang w:eastAsia="zh-CN"/>
        </w:rPr>
        <w:br/>
      </w:r>
      <w:r>
        <w:rPr>
          <w:lang w:eastAsia="zh-CN"/>
        </w:rPr>
        <w:t>　　108到两条平行线距离相等的点的轨迹，是和这两条平行线平行且距离相等的一条直线109定理不在同一直线上的三点确定一个圆。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110垂径定理垂直于弦的直径平分这条弦并且平分弦所对的两条弧</w:t>
      </w:r>
      <w:r>
        <w:rPr>
          <w:lang w:eastAsia="zh-CN"/>
        </w:rPr>
        <w:br/>
      </w:r>
      <w:r>
        <w:rPr>
          <w:lang w:eastAsia="zh-CN"/>
        </w:rPr>
        <w:t>　　111推论1①平分弦（不是直径）的直径垂直于弦，并且平分弦所对的.两条弧</w:t>
      </w:r>
      <w:r>
        <w:rPr>
          <w:lang w:eastAsia="zh-CN"/>
        </w:rPr>
        <w:br/>
      </w:r>
      <w:r>
        <w:rPr>
          <w:lang w:eastAsia="zh-CN"/>
        </w:rPr>
        <w:t>　　②弦的垂直平分线经过圆心，并且平分弦所对的两条弧</w:t>
      </w:r>
      <w:r>
        <w:rPr>
          <w:lang w:eastAsia="zh-CN"/>
        </w:rPr>
        <w:br/>
      </w:r>
      <w:r>
        <w:rPr>
          <w:lang w:eastAsia="zh-CN"/>
        </w:rPr>
        <w:t>　　③平分弦所对的一条弧的直径，垂直平分弦，并且平分弦所对的另一条弧</w:t>
      </w:r>
      <w:r>
        <w:rPr>
          <w:lang w:eastAsia="zh-CN"/>
        </w:rPr>
        <w:br/>
      </w:r>
      <w:r>
        <w:rPr>
          <w:lang w:eastAsia="zh-CN"/>
        </w:rPr>
        <w:t>　　112推论2圆的两条平行弦所夹的弧相等113圆是以圆心为对称中心的中心对称图形</w:t>
      </w:r>
      <w:r>
        <w:rPr>
          <w:lang w:eastAsia="zh-CN"/>
        </w:rPr>
        <w:br/>
      </w:r>
      <w:r>
        <w:rPr>
          <w:lang w:eastAsia="zh-CN"/>
        </w:rPr>
        <w:t>　　114定理在同圆或等圆中，相等的圆心角所对的弧相等，所对的弦相等，所对的弦的弦心距相等</w:t>
      </w:r>
      <w:r>
        <w:rPr>
          <w:lang w:eastAsia="zh-CN"/>
        </w:rPr>
        <w:br/>
      </w:r>
      <w:r>
        <w:rPr>
          <w:lang w:eastAsia="zh-CN"/>
        </w:rPr>
        <w:t>　　115推论在同圆或等圆中，如果两个圆心角、两条弧、两条弦或两弦的弦心距中有一组量相等那么它们所对应的其余各组量都相等</w:t>
      </w:r>
      <w:r>
        <w:rPr>
          <w:lang w:eastAsia="zh-CN"/>
        </w:rPr>
        <w:br/>
      </w:r>
      <w:r>
        <w:rPr>
          <w:lang w:eastAsia="zh-CN"/>
        </w:rPr>
        <w:t>　　116定理一条弧所对的圆周角等于它所对的圆心角的一半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117推论1同弧或等弧所对的圆周角相等；同圆或等圆中，相等的圆周角所对的弧也相等118推论2半圆（或直径）所对的圆周角是直角；90°的圆周角所对的弦是直径119推论3如果三角形一边上的中线等于这边的一半，那么这个三角形是直角三角形120定理圆的内接四边形的对角互补，并且任何一个外角都等于它的内对角121①直线L和⊙O相交d＜r②直线L和⊙O相切d=r③直线L和⊙O相离d＞r122切线的判定定理经过半径的外端并且垂直于这条半径的直线是圆的切线123切线的性质定理圆的切线垂直于经过切点的半径124推论1经过圆心且垂直于切线的直线必经过切点125推论2经过切点且垂直于切线的直线必经过圆心</w:t>
      </w:r>
      <w:r>
        <w:rPr>
          <w:lang w:eastAsia="zh-CN"/>
        </w:rPr>
        <w:br/>
      </w:r>
      <w:r>
        <w:rPr>
          <w:lang w:eastAsia="zh-CN"/>
        </w:rPr>
        <w:t>　　126切线长定理从圆外一点引圆的两条切线，它们的切线长相等，圆心和这一点的连线平分两条切线的夹角</w:t>
      </w:r>
      <w:r>
        <w:rPr>
          <w:lang w:eastAsia="zh-CN"/>
        </w:rPr>
        <w:br/>
      </w:r>
      <w:r>
        <w:rPr>
          <w:lang w:eastAsia="zh-CN"/>
        </w:rPr>
        <w:t>　　127圆的外切四边形的两组对边的和相等128弦切角定理弦切角等于它所夹的弧对的圆周角</w:t>
      </w:r>
      <w:r>
        <w:rPr>
          <w:lang w:eastAsia="zh-CN"/>
        </w:rPr>
        <w:br/>
      </w:r>
      <w:r>
        <w:rPr>
          <w:lang w:eastAsia="zh-CN"/>
        </w:rPr>
        <w:t>　　129推论如果两个弦切角所夹的弧相等，那么这两个弦切角也相等130相交弦定理圆内的两条相交弦，被交点分成的两条线段长的积相等</w:t>
      </w:r>
      <w:r>
        <w:rPr>
          <w:lang w:eastAsia="zh-CN"/>
        </w:rPr>
        <w:br/>
      </w:r>
      <w:r>
        <w:rPr>
          <w:lang w:eastAsia="zh-CN"/>
        </w:rPr>
        <w:t>　　131推论如果弦与直径垂直相交，那么弦的一半是它分直径所成的两条线段的比例中项132切割线定理从圆外一点引圆的切线和割线，切线长是这点到割线与圆交点的两条线段长的比例中项</w:t>
      </w:r>
      <w:r>
        <w:rPr>
          <w:lang w:eastAsia="zh-CN"/>
        </w:rPr>
        <w:br/>
      </w:r>
      <w:r>
        <w:rPr>
          <w:lang w:eastAsia="zh-CN"/>
        </w:rPr>
        <w:t>　　133推论从圆外一点引圆的两条割线，这一点到每条割线与圆的交点的两条线段长的积相等</w:t>
      </w:r>
      <w:r>
        <w:rPr>
          <w:lang w:eastAsia="zh-CN"/>
        </w:rPr>
        <w:br/>
      </w:r>
      <w:r>
        <w:rPr>
          <w:lang w:eastAsia="zh-CN"/>
        </w:rPr>
        <w:t>　　134如果两个圆相切，那么切点一定在连心线上135①两圆外离d＞R+r</w:t>
      </w:r>
      <w:r>
        <w:rPr>
          <w:lang w:eastAsia="zh-CN"/>
        </w:rPr>
        <w:br/>
      </w:r>
      <w:r>
        <w:rPr>
          <w:lang w:eastAsia="zh-CN"/>
        </w:rPr>
        <w:t>　　②两圆外切d=R+r</w:t>
      </w:r>
      <w:r>
        <w:rPr>
          <w:lang w:eastAsia="zh-CN"/>
        </w:rPr>
        <w:br/>
      </w:r>
      <w:r>
        <w:rPr>
          <w:lang w:eastAsia="zh-CN"/>
        </w:rPr>
        <w:t>　　③两圆相交R-r＜d＜R+r(R＞r)④两圆内切d=R-r(R＞r)⑤两圆内含d＜R-r(R＞r)</w:t>
      </w:r>
      <w:r>
        <w:rPr>
          <w:lang w:eastAsia="zh-CN"/>
        </w:rPr>
        <w:br/>
      </w:r>
      <w:r>
        <w:rPr>
          <w:lang w:eastAsia="zh-CN"/>
        </w:rPr>
        <w:t>　　136定理相交两圆的连心线垂直平分两圆的公共弦137定理把圆分成n(n≥3):</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⑴依次连结各分点所得的多边形是这个圆的内接正n边形</w:t>
      </w:r>
      <w:r>
        <w:rPr>
          <w:lang w:eastAsia="zh-CN"/>
        </w:rPr>
        <w:br/>
      </w:r>
      <w:r>
        <w:rPr>
          <w:lang w:eastAsia="zh-CN"/>
        </w:rPr>
        <w:t>　　⑵经过各分点作圆的切线，以相邻切线的交点为顶点的多边形是这个圆的外切正n边形138定理任何正多边形都有一个外接圆和一个内切圆，这两个圆是同心圆</w:t>
      </w:r>
      <w:r>
        <w:rPr>
          <w:lang w:eastAsia="zh-CN"/>
        </w:rPr>
        <w:br/>
      </w:r>
      <w:r>
        <w:rPr>
          <w:lang w:eastAsia="zh-CN"/>
        </w:rPr>
        <w:t>　　(n2)180139正n边形的每个内角都等于</w:t>
      </w:r>
      <w:r>
        <w:rPr>
          <w:lang w:eastAsia="zh-CN"/>
        </w:rPr>
        <w:br/>
      </w:r>
      <w:r>
        <w:rPr>
          <w:lang w:eastAsia="zh-CN"/>
        </w:rPr>
        <w:t>　　n140定理正n边形的半径和边心距把正n边形分成2n个全等的直角三角形</w:t>
      </w:r>
      <w:r>
        <w:rPr>
          <w:lang w:eastAsia="zh-CN"/>
        </w:rPr>
        <w:br/>
      </w:r>
      <w:r>
        <w:rPr>
          <w:lang w:eastAsia="zh-CN"/>
        </w:rPr>
        <w:t>　　pnrn141正n边形的面积Sn=p表示正n边形的周长</w:t>
      </w:r>
      <w:r>
        <w:rPr>
          <w:lang w:eastAsia="zh-CN"/>
        </w:rPr>
        <w:br/>
      </w:r>
      <w:r>
        <w:rPr>
          <w:lang w:eastAsia="zh-CN"/>
        </w:rPr>
        <w:t>　　2142正三角形面积</w:t>
      </w:r>
      <w:r>
        <w:rPr>
          <w:lang w:eastAsia="zh-CN"/>
        </w:rPr>
        <w:br/>
      </w:r>
      <w:r>
        <w:rPr>
          <w:lang w:eastAsia="zh-CN"/>
        </w:rPr>
        <w:t>　　32aa表示边长4143如果在一个顶点周围有k个正n边形的角，由于这些角的和应为360°，</w:t>
      </w:r>
      <w:r>
        <w:rPr>
          <w:lang w:eastAsia="zh-CN"/>
        </w:rPr>
        <w:br/>
      </w:r>
      <w:r>
        <w:rPr>
          <w:lang w:eastAsia="zh-CN"/>
        </w:rPr>
        <w:t>　　k(n2)180360化为（n-2）(k-2)=4因此</w:t>
      </w:r>
      <w:r>
        <w:rPr>
          <w:lang w:eastAsia="zh-CN"/>
        </w:rPr>
        <w:br/>
      </w:r>
      <w:r>
        <w:rPr>
          <w:lang w:eastAsia="zh-CN"/>
        </w:rPr>
        <w:t>　　n144弧长计算公式：L=</w:t>
      </w:r>
      <w:r>
        <w:rPr>
          <w:lang w:eastAsia="zh-CN"/>
        </w:rPr>
        <w:br/>
      </w:r>
      <w:r>
        <w:rPr>
          <w:lang w:eastAsia="zh-CN"/>
        </w:rPr>
        <w:t>　　nR180nR2LR145扇形面积公式：S扇形==</w:t>
      </w:r>
      <w:r>
        <w:rPr>
          <w:lang w:eastAsia="zh-CN"/>
        </w:rPr>
        <w:br/>
      </w:r>
      <w:r>
        <w:rPr>
          <w:lang w:eastAsia="zh-CN"/>
        </w:rPr>
        <w:t>　　3602146内公切线长=d-(R-r)外公切线长=d-(R+r)</w:t>
      </w:r>
      <w:r>
        <w:rPr>
          <w:lang w:eastAsia="zh-CN"/>
        </w:rPr>
        <w:br/>
      </w:r>
      <w:r>
        <w:rPr>
          <w:lang w:eastAsia="zh-CN"/>
        </w:rPr>
        <w:t>　　公式分类及公式表达式</w:t>
      </w:r>
      <w:r>
        <w:rPr>
          <w:lang w:eastAsia="zh-CN"/>
        </w:rPr>
        <w:br/>
      </w:r>
      <w:r>
        <w:rPr>
          <w:lang w:eastAsia="zh-CN"/>
        </w:rPr>
        <w:t>　　乘法与因式分：a2-b2=(a+b)(a-b)a3+b3=(a+b)(a2-ab+b2)a3-b3=(a-b(a2+ab+b2)三角不等式：|a+b|≤|a|+|b||a-b|≤|a|+|b||a|≤b-b≤a≤b|a-b|≥|a|-|b|-|a|≤a≤|a|</w:t>
      </w:r>
      <w:r>
        <w:rPr>
          <w:lang w:eastAsia="zh-CN"/>
        </w:rPr>
        <w:br/>
      </w:r>
      <w:r>
        <w:rPr>
          <w:lang w:eastAsia="zh-CN"/>
        </w:rPr>
        <w:t>　　一元二次方程的解</w:t>
      </w:r>
      <w:r>
        <w:rPr>
          <w:lang w:eastAsia="zh-CN"/>
        </w:rPr>
        <w:br/>
      </w:r>
      <w:r>
        <w:rPr>
          <w:lang w:eastAsia="zh-CN"/>
        </w:rPr>
        <w:t>　　bb24ac2a</w:t>
      </w:r>
      <w:r>
        <w:rPr>
          <w:lang w:eastAsia="zh-CN"/>
        </w:rPr>
        <w:br/>
      </w:r>
      <w:r>
        <w:rPr>
          <w:lang w:eastAsia="zh-CN"/>
        </w:rPr>
        <w:t>　　根与系数的关系：_1+_2=-b/a_1__2=c/a注：韦达定理判别式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5"/>
          <w:cols w:space="425"/>
          <w:titlePg w:val="0"/>
          <w:docGrid w:type="lines" w:linePitch="312"/>
        </w:sectPr>
      </w:pPr>
      <w:r>
        <w:rPr>
          <w:lang w:eastAsia="zh-CN"/>
        </w:rPr>
        <w:t>　　b2-4ac=0注：方程有两个相等的实根b2-4ac&gt;0注：方程有两个不等的实根b2-4ac</w:t>
      </w:r>
      <w:r>
        <w:rPr>
          <w:lang w:eastAsia="zh-CN"/>
        </w:rPr>
        <w:br/>
      </w:r>
      <w:r>
        <w:rPr>
          <w:lang w:eastAsia="zh-CN"/>
        </w:rPr>
        <w:t xml:space="preserve">    2024年初中数学规范性培训总结 篇14 </w:t>
      </w:r>
      <w:r>
        <w:rPr>
          <w:lang w:eastAsia="zh-CN"/>
        </w:rPr>
        <w:br/>
      </w:r>
      <w:r>
        <w:rPr>
          <w:lang w:eastAsia="zh-CN"/>
        </w:rPr>
        <w:t>　　数轴</w:t>
      </w:r>
      <w:r>
        <w:rPr>
          <w:lang w:eastAsia="zh-CN"/>
        </w:rPr>
        <w:br/>
      </w:r>
      <w:r>
        <w:rPr>
          <w:lang w:eastAsia="zh-CN"/>
        </w:rPr>
        <w:t>　　⒈数轴的概念</w:t>
      </w:r>
      <w:r>
        <w:rPr>
          <w:lang w:eastAsia="zh-CN"/>
        </w:rPr>
        <w:br/>
      </w:r>
      <w:r>
        <w:rPr>
          <w:lang w:eastAsia="zh-CN"/>
        </w:rPr>
        <w:t>　　规定了原点，正方向，单位长度的直线叫做数轴。</w:t>
      </w:r>
      <w:r>
        <w:rPr>
          <w:lang w:eastAsia="zh-CN"/>
        </w:rPr>
        <w:br/>
      </w:r>
      <w:r>
        <w:rPr>
          <w:lang w:eastAsia="zh-CN"/>
        </w:rPr>
        <w:t>　　注意：⑴数轴是一条向两端无限延伸的直线;⑵原点、正方向、单位长度是数轴的三要素，三者缺一不</w:t>
      </w:r>
      <w:r>
        <w:rPr>
          <w:lang w:eastAsia="zh-CN"/>
        </w:rPr>
        <w:br/>
      </w:r>
      <w:r>
        <w:rPr>
          <w:lang w:eastAsia="zh-CN"/>
        </w:rPr>
        <w:t>　　可;⑶同一数轴上的单位长度要统一;⑷数轴的三要素都是根据实际需要规定的。</w:t>
      </w:r>
      <w:r>
        <w:rPr>
          <w:lang w:eastAsia="zh-CN"/>
        </w:rPr>
        <w:br/>
      </w:r>
      <w:r>
        <w:rPr>
          <w:lang w:eastAsia="zh-CN"/>
        </w:rPr>
        <w:t>　　2.数轴上的点与有理数的关系</w:t>
      </w:r>
      <w:r>
        <w:rPr>
          <w:lang w:eastAsia="zh-CN"/>
        </w:rPr>
        <w:br/>
      </w:r>
      <w:r>
        <w:rPr>
          <w:lang w:eastAsia="zh-CN"/>
        </w:rPr>
        <w:t>　　⑴所有的有理数都可以用数轴上的点来表示，正有理数可用原点右边的点表示，负有理数可用原点左边的点表示，0用原点表示。</w:t>
      </w:r>
      <w:r>
        <w:rPr>
          <w:lang w:eastAsia="zh-CN"/>
        </w:rPr>
        <w:br/>
      </w:r>
      <w:r>
        <w:rPr>
          <w:lang w:eastAsia="zh-CN"/>
        </w:rPr>
        <w:t>　　⑵所有的有理数都可以用数轴上的点表示出来，但数轴上的点不都表示有理数，也就是说，有理数与数轴上的点不是一一对应关系。(如，数轴上的点π不是有理数)</w:t>
      </w:r>
      <w:r>
        <w:rPr>
          <w:lang w:eastAsia="zh-CN"/>
        </w:rPr>
        <w:br/>
      </w:r>
      <w:r>
        <w:rPr>
          <w:lang w:eastAsia="zh-CN"/>
        </w:rPr>
        <w:t>　　3.利用数轴表示两数大小</w:t>
      </w:r>
      <w:r>
        <w:rPr>
          <w:lang w:eastAsia="zh-CN"/>
        </w:rPr>
        <w:br/>
      </w:r>
      <w:r>
        <w:rPr>
          <w:lang w:eastAsia="zh-CN"/>
        </w:rPr>
        <w:t>　　⑴在数轴上数的大小比较，右边的数总比左边的数大;</w:t>
      </w:r>
      <w:r>
        <w:rPr>
          <w:lang w:eastAsia="zh-CN"/>
        </w:rPr>
        <w:br/>
      </w:r>
      <w:r>
        <w:rPr>
          <w:lang w:eastAsia="zh-CN"/>
        </w:rPr>
        <w:t>　　⑵正数都大于0，负数都小于0，正数大于负数;</w:t>
      </w:r>
      <w:r>
        <w:rPr>
          <w:lang w:eastAsia="zh-CN"/>
        </w:rPr>
        <w:br/>
      </w:r>
      <w:r>
        <w:rPr>
          <w:lang w:eastAsia="zh-CN"/>
        </w:rPr>
        <w:t>　　⑶两个负数比较，距离原点远的数比距离原点近的数小。</w:t>
      </w:r>
      <w:r>
        <w:rPr>
          <w:lang w:eastAsia="zh-CN"/>
        </w:rPr>
        <w:br/>
      </w:r>
      <w:r>
        <w:rPr>
          <w:lang w:eastAsia="zh-CN"/>
        </w:rPr>
        <w:t>　　4.数轴上特殊的(小)数</w:t>
      </w:r>
      <w:r>
        <w:rPr>
          <w:lang w:eastAsia="zh-CN"/>
        </w:rPr>
        <w:br/>
      </w:r>
      <w:r>
        <w:rPr>
          <w:lang w:eastAsia="zh-CN"/>
        </w:rPr>
        <w:t>　　⑴最小的自然数是0，无的自然数;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6"/>
          <w:cols w:space="425"/>
          <w:titlePg w:val="0"/>
          <w:docGrid w:type="lines" w:linePitch="312"/>
        </w:sectPr>
      </w:pPr>
      <w:r>
        <w:rPr>
          <w:lang w:eastAsia="zh-CN"/>
        </w:rPr>
        <w:t>　　⑵最小的正整数是1，无的正整数;</w:t>
      </w:r>
      <w:r>
        <w:rPr>
          <w:lang w:eastAsia="zh-CN"/>
        </w:rPr>
        <w:br/>
      </w:r>
      <w:r>
        <w:rPr>
          <w:lang w:eastAsia="zh-CN"/>
        </w:rPr>
        <w:t>　　⑶的负整数是-1，无最小的负整数</w:t>
      </w:r>
      <w:r>
        <w:rPr>
          <w:lang w:eastAsia="zh-CN"/>
        </w:rPr>
        <w:br/>
      </w:r>
      <w:r>
        <w:rPr>
          <w:lang w:eastAsia="zh-CN"/>
        </w:rPr>
        <w:t>　　5.a可以表示什么数</w:t>
      </w:r>
      <w:r>
        <w:rPr>
          <w:lang w:eastAsia="zh-CN"/>
        </w:rPr>
        <w:br/>
      </w:r>
      <w:r>
        <w:rPr>
          <w:lang w:eastAsia="zh-CN"/>
        </w:rPr>
        <w:t>　　⑴a&gt;0表示a是正数;反之，a是正数，则a&gt;0;</w:t>
      </w:r>
      <w:r>
        <w:rPr>
          <w:lang w:eastAsia="zh-CN"/>
        </w:rPr>
        <w:br/>
      </w:r>
      <w:r>
        <w:rPr>
          <w:lang w:eastAsia="zh-CN"/>
        </w:rPr>
        <w:t>　　⑵a0时，-a0(负数的相反数是正数)</w:t>
      </w:r>
      <w:r>
        <w:rPr>
          <w:lang w:eastAsia="zh-CN"/>
        </w:rPr>
        <w:br/>
      </w:r>
      <w:r>
        <w:rPr>
          <w:lang w:eastAsia="zh-CN"/>
        </w:rPr>
        <w:t>　　当a=0时，-a=0，(0的相反数是0)</w:t>
      </w:r>
      <w:r>
        <w:rPr>
          <w:lang w:eastAsia="zh-CN"/>
        </w:rPr>
        <w:br/>
      </w:r>
      <w:r>
        <w:rPr>
          <w:lang w:eastAsia="zh-CN"/>
        </w:rPr>
        <w:t xml:space="preserve">    2024年初中数学规范性培训总结 篇15 </w:t>
      </w:r>
      <w:r>
        <w:rPr>
          <w:lang w:eastAsia="zh-CN"/>
        </w:rPr>
        <w:br/>
      </w:r>
      <w:r>
        <w:rPr>
          <w:lang w:eastAsia="zh-CN"/>
        </w:rPr>
        <w:t>　　圆的知识：平面上一条线段，绕它的一端旋转360°，留下的轨迹叫圆。</w:t>
      </w:r>
      <w:r>
        <w:rPr>
          <w:lang w:eastAsia="zh-CN"/>
        </w:rPr>
        <w:br/>
      </w:r>
      <w:r>
        <w:rPr>
          <w:lang w:eastAsia="zh-CN"/>
        </w:rPr>
        <w:t>　　圆心：</w:t>
      </w:r>
      <w:r>
        <w:rPr>
          <w:lang w:eastAsia="zh-CN"/>
        </w:rPr>
        <w:br/>
      </w:r>
      <w:r>
        <w:rPr>
          <w:lang w:eastAsia="zh-CN"/>
        </w:rPr>
        <w:t>　　(1)如定义(1)中，该定点为圆心</w:t>
      </w:r>
      <w:r>
        <w:rPr>
          <w:lang w:eastAsia="zh-CN"/>
        </w:rPr>
        <w:br/>
      </w:r>
      <w:r>
        <w:rPr>
          <w:lang w:eastAsia="zh-CN"/>
        </w:rPr>
        <w:t>　　(2)如定义(2)中，绕的那一端的端点为圆心。</w:t>
      </w:r>
      <w:r>
        <w:rPr>
          <w:lang w:eastAsia="zh-CN"/>
        </w:rPr>
        <w:br/>
      </w:r>
      <w:r>
        <w:rPr>
          <w:lang w:eastAsia="zh-CN"/>
        </w:rPr>
        <w:t>　　(3)圆任意两条对称轴的交点为圆心。</w:t>
      </w:r>
      <w:r>
        <w:rPr>
          <w:lang w:eastAsia="zh-CN"/>
        </w:rPr>
        <w:br/>
      </w:r>
      <w:r>
        <w:rPr>
          <w:lang w:eastAsia="zh-CN"/>
        </w:rPr>
        <w:t>　　(4) 垂直于圆内任意一条弦且两个端点在圆上的线段的二分点为圆心。</w:t>
      </w:r>
      <w:r>
        <w:rPr>
          <w:lang w:eastAsia="zh-CN"/>
        </w:rPr>
        <w:br/>
      </w:r>
      <w:r>
        <w:rPr>
          <w:lang w:eastAsia="zh-CN"/>
        </w:rPr>
        <w:t>　　注：圆心一般用字母O表示</w:t>
      </w:r>
      <w:r>
        <w:rPr>
          <w:lang w:eastAsia="zh-CN"/>
        </w:rPr>
        <w:br/>
      </w:r>
      <w:r>
        <w:rPr>
          <w:lang w:eastAsia="zh-CN"/>
        </w:rPr>
        <w:t>　　直径：通过圆心，并且两端都在圆上的线段叫做圆的直径。直径一般用字母d表示。</w:t>
      </w:r>
      <w:r>
        <w:rPr>
          <w:lang w:eastAsia="zh-CN"/>
        </w:rPr>
        <w:br/>
      </w:r>
      <w:r>
        <w:rPr>
          <w:lang w:eastAsia="zh-CN"/>
        </w:rPr>
        <w:t>　　半径：连接圆心和圆上任意一点的线段，叫做圆的半径。半径一般用字母r表示。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7"/>
          <w:cols w:space="425"/>
          <w:titlePg w:val="0"/>
          <w:docGrid w:type="lines" w:linePitch="312"/>
        </w:sectPr>
      </w:pPr>
      <w:r>
        <w:rPr>
          <w:lang w:eastAsia="zh-CN"/>
        </w:rPr>
        <w:t>　　圆的直径和半径都有无数条。圆是轴对称图形，每条直径所在的直线是圆的对称轴。在同圆或等圆中：直径是半径的2倍，半径是直径的二分之一.d=2r或r=d/2。</w:t>
      </w:r>
      <w:r>
        <w:rPr>
          <w:lang w:eastAsia="zh-CN"/>
        </w:rPr>
        <w:br/>
      </w:r>
      <w:r>
        <w:rPr>
          <w:lang w:eastAsia="zh-CN"/>
        </w:rPr>
        <w:t>　　圆的半径或直径决定圆的大小，圆心决定圆的位置。</w:t>
      </w:r>
      <w:r>
        <w:rPr>
          <w:lang w:eastAsia="zh-CN"/>
        </w:rPr>
        <w:br/>
      </w:r>
      <w:r>
        <w:rPr>
          <w:lang w:eastAsia="zh-CN"/>
        </w:rPr>
        <w:t>　　圆的周长：围成圆的曲线的长度叫做圆的周长，用字母C表示。</w:t>
      </w:r>
      <w:r>
        <w:rPr>
          <w:lang w:eastAsia="zh-CN"/>
        </w:rPr>
        <w:br/>
      </w:r>
      <w:r>
        <w:rPr>
          <w:lang w:eastAsia="zh-CN"/>
        </w:rPr>
        <w:t>　　圆的周长与直径的比值叫做圆周率。</w:t>
      </w:r>
      <w:r>
        <w:rPr>
          <w:lang w:eastAsia="zh-CN"/>
        </w:rPr>
        <w:br/>
      </w:r>
      <w:r>
        <w:rPr>
          <w:lang w:eastAsia="zh-CN"/>
        </w:rPr>
        <w:t>　　圆的周长除以直径的商是一个固定的数，把它叫做圆周率，它是一个无限不循环小数(无理数)，用字母π表示。计算时，通常取它的近似值，π≈3.14。</w:t>
      </w:r>
      <w:r>
        <w:rPr>
          <w:lang w:eastAsia="zh-CN"/>
        </w:rPr>
        <w:br/>
      </w:r>
      <w:r>
        <w:rPr>
          <w:lang w:eastAsia="zh-CN"/>
        </w:rPr>
        <w:t>　　直径所对的圆周角是直角。90°的圆周角所对的弦是直径。</w:t>
      </w:r>
      <w:r>
        <w:rPr>
          <w:lang w:eastAsia="zh-CN"/>
        </w:rPr>
        <w:br/>
      </w:r>
      <w:r>
        <w:rPr>
          <w:lang w:eastAsia="zh-CN"/>
        </w:rPr>
        <w:t>　　圆的面积公式：圆所占平面的大小叫做圆的面积。πr，用字母S表示。</w:t>
      </w:r>
      <w:r>
        <w:rPr>
          <w:lang w:eastAsia="zh-CN"/>
        </w:rPr>
        <w:br/>
      </w:r>
      <w:r>
        <w:rPr>
          <w:lang w:eastAsia="zh-CN"/>
        </w:rPr>
        <w:t>　　一条弧所对的圆周角是圆心角的二分之一。</w:t>
      </w:r>
      <w:r>
        <w:rPr>
          <w:lang w:eastAsia="zh-CN"/>
        </w:rPr>
        <w:br/>
      </w:r>
      <w:r>
        <w:rPr>
          <w:lang w:eastAsia="zh-CN"/>
        </w:rPr>
        <w:t>　　在同圆或等圆中，相等的圆心角所对的弧相等，所对的弦相等，所对的弦心距也相等。</w:t>
      </w:r>
      <w:r>
        <w:rPr>
          <w:lang w:eastAsia="zh-CN"/>
        </w:rPr>
        <w:br/>
      </w:r>
      <w:r>
        <w:rPr>
          <w:lang w:eastAsia="zh-CN"/>
        </w:rPr>
        <w:t>　　在同圆或等圆中，如果两条弧相等，那么他们所对的圆心角相等，所对的弦相等，所对的弦心距也相等。</w:t>
      </w:r>
      <w:r>
        <w:rPr>
          <w:lang w:eastAsia="zh-CN"/>
        </w:rPr>
        <w:br/>
      </w:r>
      <w:r>
        <w:rPr>
          <w:lang w:eastAsia="zh-CN"/>
        </w:rPr>
        <w:t xml:space="preserve">    2024年初中数学规范性培训总结 篇16 </w:t>
      </w:r>
      <w:r>
        <w:rPr>
          <w:lang w:eastAsia="zh-CN"/>
        </w:rPr>
        <w:br/>
      </w:r>
      <w:r>
        <w:rPr>
          <w:lang w:eastAsia="zh-CN"/>
        </w:rPr>
        <w:t>　　1、正数和负数的有关概念</w:t>
      </w:r>
      <w:r>
        <w:rPr>
          <w:lang w:eastAsia="zh-CN"/>
        </w:rPr>
        <w:br/>
      </w:r>
      <w:r>
        <w:rPr>
          <w:lang w:eastAsia="zh-CN"/>
        </w:rPr>
        <w:t>　　(1)正数：比0大的数叫做正数;</w:t>
      </w:r>
      <w:r>
        <w:rPr>
          <w:lang w:eastAsia="zh-CN"/>
        </w:rPr>
        <w:br/>
      </w:r>
      <w:r>
        <w:rPr>
          <w:lang w:eastAsia="zh-CN"/>
        </w:rPr>
        <w:t>　　负数：比0小的数叫做负数;</w:t>
      </w:r>
      <w:r>
        <w:rPr>
          <w:lang w:eastAsia="zh-CN"/>
        </w:rPr>
        <w:br/>
      </w:r>
      <w:r>
        <w:rPr>
          <w:lang w:eastAsia="zh-CN"/>
        </w:rPr>
        <w:t>　　0既不是正数，也不是负数。</w:t>
      </w:r>
      <w:r>
        <w:rPr>
          <w:lang w:eastAsia="zh-CN"/>
        </w:rPr>
        <w:br/>
      </w:r>
      <w:r>
        <w:rPr>
          <w:lang w:eastAsia="zh-CN"/>
        </w:rPr>
        <w:t>　　(2)正数和负数表示相反意义的量。</w:t>
      </w:r>
      <w:r>
        <w:rPr>
          <w:lang w:eastAsia="zh-CN"/>
        </w:rPr>
        <w:br/>
      </w:r>
      <w:r>
        <w:rPr>
          <w:lang w:eastAsia="zh-CN"/>
        </w:rPr>
        <w:t>　　2、有理数的概念及分类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8"/>
          <w:cols w:space="425"/>
          <w:titlePg w:val="0"/>
          <w:docGrid w:type="lines" w:linePitch="312"/>
        </w:sectPr>
      </w:pPr>
      <w:r>
        <w:rPr>
          <w:lang w:eastAsia="zh-CN"/>
        </w:rPr>
        <w:t>　　3、有关数轴</w:t>
      </w:r>
      <w:r>
        <w:rPr>
          <w:lang w:eastAsia="zh-CN"/>
        </w:rPr>
        <w:br/>
      </w:r>
      <w:r>
        <w:rPr>
          <w:lang w:eastAsia="zh-CN"/>
        </w:rPr>
        <w:t>　　(1)数轴的三要素：原点、正方向、单位长度。数轴是一条直线。</w:t>
      </w:r>
      <w:r>
        <w:rPr>
          <w:lang w:eastAsia="zh-CN"/>
        </w:rPr>
        <w:br/>
      </w:r>
      <w:r>
        <w:rPr>
          <w:lang w:eastAsia="zh-CN"/>
        </w:rPr>
        <w:t>　　(2)所有有理数都可以用数轴上的点来表示，但数轴上的点不一定都是有理数。</w:t>
      </w:r>
      <w:r>
        <w:rPr>
          <w:lang w:eastAsia="zh-CN"/>
        </w:rPr>
        <w:br/>
      </w:r>
      <w:r>
        <w:rPr>
          <w:lang w:eastAsia="zh-CN"/>
        </w:rPr>
        <w:t>　　(3)数轴上，右边的数总比左边的数大;表示正数的点在原点的右侧，表示负数的点在原点的左侧。</w:t>
      </w:r>
      <w:r>
        <w:rPr>
          <w:lang w:eastAsia="zh-CN"/>
        </w:rPr>
        <w:br/>
      </w:r>
      <w:r>
        <w:rPr>
          <w:lang w:eastAsia="zh-CN"/>
        </w:rPr>
        <w:t>　　(2)相反数：符号不同、绝对值相等的两个数互为相反数。</w:t>
      </w:r>
      <w:r>
        <w:rPr>
          <w:lang w:eastAsia="zh-CN"/>
        </w:rPr>
        <w:br/>
      </w:r>
      <w:r>
        <w:rPr>
          <w:lang w:eastAsia="zh-CN"/>
        </w:rPr>
        <w:t>　　若a、b互为相反数，则a+b=0;</w:t>
      </w:r>
      <w:r>
        <w:rPr>
          <w:lang w:eastAsia="zh-CN"/>
        </w:rPr>
        <w:br/>
      </w:r>
      <w:r>
        <w:rPr>
          <w:lang w:eastAsia="zh-CN"/>
        </w:rPr>
        <w:t>　　相反数是本身的是0，正数的相反数是负数，负数的相反数是正数。</w:t>
      </w:r>
      <w:r>
        <w:rPr>
          <w:lang w:eastAsia="zh-CN"/>
        </w:rPr>
        <w:br/>
      </w:r>
      <w:r>
        <w:rPr>
          <w:lang w:eastAsia="zh-CN"/>
        </w:rPr>
        <w:t>　　(3)绝对值最小的数是0;绝对值是本身的数是非负数。</w:t>
      </w:r>
      <w:r>
        <w:rPr>
          <w:lang w:eastAsia="zh-CN"/>
        </w:rPr>
        <w:br/>
      </w:r>
      <w:r>
        <w:rPr>
          <w:lang w:eastAsia="zh-CN"/>
        </w:rPr>
        <w:t>　　4、任何数的绝对值是非负数。</w:t>
      </w:r>
      <w:r>
        <w:rPr>
          <w:lang w:eastAsia="zh-CN"/>
        </w:rPr>
        <w:br/>
      </w:r>
      <w:r>
        <w:rPr>
          <w:lang w:eastAsia="zh-CN"/>
        </w:rPr>
        <w:t>　　最小的正整数是1，最大的负整数是-1。</w:t>
      </w:r>
      <w:r>
        <w:rPr>
          <w:lang w:eastAsia="zh-CN"/>
        </w:rPr>
        <w:br/>
      </w:r>
      <w:r>
        <w:rPr>
          <w:lang w:eastAsia="zh-CN"/>
        </w:rPr>
        <w:t>　　5、利用绝对值比较大小</w:t>
      </w:r>
      <w:r>
        <w:rPr>
          <w:lang w:eastAsia="zh-CN"/>
        </w:rPr>
        <w:br/>
      </w:r>
      <w:r>
        <w:rPr>
          <w:lang w:eastAsia="zh-CN"/>
        </w:rPr>
        <w:t>　　两个正数比较：绝对值大的那个数大;</w:t>
      </w:r>
      <w:r>
        <w:rPr>
          <w:lang w:eastAsia="zh-CN"/>
        </w:rPr>
        <w:br/>
      </w:r>
      <w:r>
        <w:rPr>
          <w:lang w:eastAsia="zh-CN"/>
        </w:rPr>
        <w:t>　　两个负数比较：先算出它们的绝对值，绝对值大的反而小。</w:t>
      </w:r>
      <w:r>
        <w:rPr>
          <w:lang w:eastAsia="zh-CN"/>
        </w:rPr>
        <w:br/>
      </w:r>
      <w:r>
        <w:rPr>
          <w:lang w:eastAsia="zh-CN"/>
        </w:rPr>
        <w:t>　　6、有理数加法</w:t>
      </w:r>
      <w:r>
        <w:rPr>
          <w:lang w:eastAsia="zh-CN"/>
        </w:rPr>
        <w:br/>
      </w:r>
      <w:r>
        <w:rPr>
          <w:lang w:eastAsia="zh-CN"/>
        </w:rPr>
        <w:t>　　(1)符号相同的两数相加：和的符号与两个加数的符号一致，和的绝对值等于两个加数绝对值之和.</w:t>
      </w:r>
      <w:r>
        <w:rPr>
          <w:lang w:eastAsia="zh-CN"/>
        </w:rPr>
        <w:br/>
      </w:r>
    </w:p>
    <w:p w:rsidR="001B1F19" w14:textId="27C3F48A">
      <w:pPr>
        <w:rPr>
          <w:rFonts w:hint="eastAsia"/>
          <w:lang w:eastAsia="zh-CN"/>
        </w:rPr>
      </w:pPr>
      <w:r>
        <w:rPr>
          <w:lang w:eastAsia="zh-CN"/>
        </w:rPr>
        <w:t>　　(2)符号相反的两数相加：当两个加数绝对值不等时，和的符号与绝对值较大的加数的符号相同，和的绝对值等于加数中较大的绝对值减去较小的绝对值;当两个加数绝对值相等时，两个加数互为相反数，和为零.</w:t>
      </w:r>
      <w:r>
        <w:rPr>
          <w:lang w:eastAsia="zh-CN"/>
        </w:rPr>
        <w:br/>
      </w:r>
      <w:r>
        <w:rPr>
          <w:lang w:eastAsia="zh-CN"/>
        </w:rPr>
        <w:t>　　(3)一个数同零相加，仍得这个数.</w:t>
      </w:r>
      <w:r>
        <w:rPr>
          <w:lang w:eastAsia="zh-CN"/>
        </w:rPr>
        <w:br/>
      </w:r>
      <w:r>
        <w:rPr>
          <w:lang w:eastAsia="zh-CN"/>
        </w:rPr>
        <w:t>　　加法的交换律：a+b=b+a</w:t>
      </w:r>
      <w:r>
        <w:rPr>
          <w:lang w:eastAsia="zh-CN"/>
        </w:rPr>
        <w:br/>
      </w:r>
      <w:r>
        <w:rPr>
          <w:lang w:eastAsia="zh-CN"/>
        </w:rPr>
        <w:t>　　加法的结合律：(a+b)+c=a+(b+c)</w:t>
      </w:r>
      <w:r>
        <w:rPr>
          <w:lang w:eastAsia="zh-CN"/>
        </w:rPr>
        <w:br/>
      </w:r>
      <w:r>
        <w:rPr>
          <w:lang w:eastAsia="zh-CN"/>
        </w:rPr>
        <w:t>　　7、有理数减法：减去一个数，等于加上这个数的相反数。</w:t>
      </w:r>
      <w:r>
        <w:rPr>
          <w:lang w:eastAsia="zh-CN"/>
        </w:rPr>
        <w:br/>
      </w:r>
      <w:r>
        <w:rPr>
          <w:lang w:eastAsia="zh-CN"/>
        </w:rPr>
        <w:t>　　8、在把有理数加减混合运算统一为最简的形式，负数前面的加号可以省略不写.</w:t>
      </w:r>
      <w:r>
        <w:rPr>
          <w:lang w:eastAsia="zh-CN"/>
        </w:rPr>
        <w:br/>
      </w:r>
      <w:r>
        <w:rPr>
          <w:lang w:eastAsia="zh-CN"/>
        </w:rPr>
        <w:t>　　例如：14+12+(-25)+(-17)可以写成省略括号的形式：14+12-25-17，可以读作“正14加12减25减17”，也可以读作“正14、正12、负25、负17的和.”</w:t>
      </w:r>
      <w:r>
        <w:rPr>
          <w:lang w:eastAsia="zh-CN"/>
        </w:rPr>
        <w:br/>
      </w:r>
      <w:r>
        <w:rPr>
          <w:lang w:eastAsia="zh-CN"/>
        </w:rPr>
        <w:t>　　9、有理数的乘法</w:t>
      </w:r>
      <w:r>
        <w:rPr>
          <w:lang w:eastAsia="zh-CN"/>
        </w:rPr>
        <w:br/>
      </w:r>
      <w:r>
        <w:rPr>
          <w:lang w:eastAsia="zh-CN"/>
        </w:rPr>
        <w:t>　　两个数相乘，同号得正，异号得负，再把绝对值相乘;任何数与0相乘都得0。</w:t>
      </w:r>
      <w:r>
        <w:rPr>
          <w:lang w:eastAsia="zh-CN"/>
        </w:rPr>
        <w:br/>
      </w:r>
      <w:r>
        <w:rPr>
          <w:lang w:eastAsia="zh-CN"/>
        </w:rPr>
        <w:t>　　第一步：确定积的符号第二步：绝对值相乘</w:t>
      </w:r>
      <w:r>
        <w:rPr>
          <w:lang w:eastAsia="zh-CN"/>
        </w:rPr>
        <w:br/>
      </w:r>
      <w:r>
        <w:rPr>
          <w:lang w:eastAsia="zh-CN"/>
        </w:rPr>
        <w:t>　　10、乘积的符号的确定</w:t>
      </w:r>
      <w:r>
        <w:rPr>
          <w:lang w:eastAsia="zh-CN"/>
        </w:rPr>
        <w:br/>
      </w:r>
      <w:r>
        <w:rPr>
          <w:lang w:eastAsia="zh-CN"/>
        </w:rPr>
        <w:t>　　几个有理数相乘，因数都不为0时，积的符号由负因数的个数确定：当负因数有奇数个时，积为负;</w:t>
      </w:r>
      <w:r>
        <w:rPr>
          <w:lang w:eastAsia="zh-CN"/>
        </w:rPr>
        <w:br/>
      </w:r>
      <w:r>
        <w:rPr>
          <w:lang w:eastAsia="zh-CN"/>
        </w:rPr>
        <w:t>　　当负因数有偶数个时，积为正。几个有理数相乘,有一个因数为零,积就为零。</w:t>
      </w:r>
      <w:r>
        <w:rPr>
          <w:lang w:eastAsia="zh-CN"/>
        </w:rPr>
        <w:br/>
      </w:r>
      <w:r>
        <w:rPr>
          <w:lang w:eastAsia="zh-CN"/>
        </w:rPr>
        <w:t>　　11、倒数：乘积为1的两个数互为倒数，0没有倒数。</w:t>
      </w:r>
      <w:r>
        <w:rPr>
          <w:lang w:eastAsia="zh-CN"/>
        </w:rPr>
        <w:br/>
      </w:r>
      <w:r>
        <w:rPr>
          <w:lang w:eastAsia="zh-CN"/>
        </w:rPr>
        <w:t>　　正数的倒数是正数，负数的倒数是负数。(互为倒数的两个数符号一定相同)</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https://d.book118.com/116025102201010043</w:t>
        </w:r>
      </w:hyperlink>
    </w:p>
    <w:p w:rsidR="001B1F19">
      <w:pPr>
        <w:rPr>
          <w:rFonts w:hint="eastAsia"/>
          <w:lang w:eastAsia="zh-CN"/>
        </w:rPr>
      </w:pPr>
    </w:p>
    <w:sectPr>
      <w:type w:val="nextPage"/>
      <w:pgSz w:w="11906" w:h="16838"/>
      <w:pgMar w:top="1440" w:right="1800" w:bottom="1440" w:left="1800" w:header="851" w:footer="992" w:gutter="0"/>
      <w:pgNumType w:start="3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16025102201010043"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50</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