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销售经理年度工作总结范文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销售经理年度工作总结范文1</w:t>
      </w:r>
      <w:r>
        <w:rPr>
          <w:lang w:eastAsia="zh-CN"/>
        </w:rPr>
        <w:br/>
      </w:r>
      <w:r>
        <w:rPr>
          <w:lang w:eastAsia="zh-CN"/>
        </w:rPr>
        <w:t xml:space="preserve">    在过去的一年里，新安·邻里中心经历了开盘前积累期、开盘期、后续稳销期；在项目组全体工作人员的共同努力下，项目客户经历了从无到有，从少到多的积累，逐步实现了预期销售进度值，实现为开发公司回笼资金1000万，上客320组，现将本公司进驻新安·邻里中心项目部以来截至20__年1月15日主要营销活动及销售工作总结如下： </w:t>
      </w:r>
      <w:r>
        <w:rPr>
          <w:lang w:eastAsia="zh-CN"/>
        </w:rPr>
        <w:br/>
      </w:r>
      <w:r>
        <w:rPr>
          <w:lang w:eastAsia="zh-CN"/>
        </w:rPr>
        <w:t>　　一、营销总结</w:t>
      </w:r>
      <w:r>
        <w:rPr>
          <w:lang w:eastAsia="zh-CN"/>
        </w:rPr>
        <w:br/>
      </w:r>
      <w:r>
        <w:rPr>
          <w:lang w:eastAsia="zh-CN"/>
        </w:rPr>
        <w:t>　　1、20__年10月3日：本公司进驻新安·邻里中心</w:t>
      </w:r>
      <w:r>
        <w:rPr>
          <w:lang w:eastAsia="zh-CN"/>
        </w:rPr>
        <w:br/>
      </w:r>
      <w:r>
        <w:rPr>
          <w:lang w:eastAsia="zh-CN"/>
        </w:rPr>
        <w:t>　　注：进场之前已完成售楼部物料准备、人员及车辆配备等工作</w:t>
      </w:r>
      <w:r>
        <w:rPr>
          <w:lang w:eastAsia="zh-CN"/>
        </w:rPr>
        <w:br/>
      </w:r>
      <w:r>
        <w:rPr>
          <w:lang w:eastAsia="zh-CN"/>
        </w:rPr>
        <w:t>　　2、20__年10月6日：新安·邻里中心售楼部盛情开放注：活动当天来客14组，并在10月6日前完成各媒体、媒介推广工作。通过此次活动，将新安·邻里中心售楼部开放信息有效传达，并引起一定的市场关注度。为后期一系列的营销推广活动奠定了坚实的基础。</w:t>
      </w:r>
      <w:r>
        <w:rPr>
          <w:lang w:eastAsia="zh-CN"/>
        </w:rPr>
        <w:br/>
      </w:r>
      <w:r>
        <w:rPr>
          <w:lang w:eastAsia="zh-CN"/>
        </w:rPr>
        <w:t>　　3、20__年12月9日—20__年1月9日：新安·邻里中心开盘前系列活动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注：活动期间客户积累达150余组，为开盘工作顺利的推进起到关键的作用。期间主要采取以售楼部</w:t>
      </w:r>
      <w:r>
        <w:rPr>
          <w:lang w:eastAsia="zh-CN"/>
        </w:rPr>
        <w:br/>
      </w:r>
      <w:r>
        <w:rPr>
          <w:lang w:eastAsia="zh-CN"/>
        </w:rPr>
        <w:t>　　门前演出活动及单页发放并重的营销方式，取得了良好的效果。并在此期间完成保安及周边乡镇同类项目的调研工作，并写出详细的调研报告</w:t>
      </w:r>
      <w:r>
        <w:rPr>
          <w:lang w:eastAsia="zh-CN"/>
        </w:rPr>
        <w:br/>
      </w:r>
      <w:r>
        <w:rPr>
          <w:lang w:eastAsia="zh-CN"/>
        </w:rPr>
        <w:t>　　4、20__年1月10日：新安·邻里中心一期首批房源正式开盘</w:t>
      </w:r>
      <w:r>
        <w:rPr>
          <w:lang w:eastAsia="zh-CN"/>
        </w:rPr>
        <w:br/>
      </w:r>
      <w:r>
        <w:rPr>
          <w:lang w:eastAsia="zh-CN"/>
        </w:rPr>
        <w:t>　　注：新安·邻里中心正式打开销售的序幕，开盘当天定出房源17套。在此之前完成开盘前所有的广告及准备工作。开盘达到预期效果，为后期资金的回笼及项目能够很好地延续打下坚实的基础，也为新安·邻里中心在保安地产界奠定龙头老大的口碑。</w:t>
      </w:r>
      <w:r>
        <w:rPr>
          <w:lang w:eastAsia="zh-CN"/>
        </w:rPr>
        <w:br/>
      </w:r>
      <w:r>
        <w:rPr>
          <w:lang w:eastAsia="zh-CN"/>
        </w:rPr>
        <w:t>　　5、20__年1月25日：启动新安·邻里中心春节营销计划</w:t>
      </w:r>
      <w:r>
        <w:rPr>
          <w:lang w:eastAsia="zh-CN"/>
        </w:rPr>
        <w:br/>
      </w:r>
      <w:r>
        <w:rPr>
          <w:lang w:eastAsia="zh-CN"/>
        </w:rPr>
        <w:t>　　注：此期间主要推出针对保安当地各村有影响力（各村村支书）的人物发放优惠卡活动并为他们带去油、酒等新春礼品，并鼓励其为本项目介绍客户，若介绍成功奖励其20__元/套。事实证明此种推广方式效果还是有一点的，但作用不是太大，还有一点点的负面影响，就是有的客户先到售楼部交过定金后才找的他们。</w:t>
      </w:r>
      <w:r>
        <w:rPr>
          <w:lang w:eastAsia="zh-CN"/>
        </w:rPr>
        <w:br/>
      </w:r>
      <w:r>
        <w:rPr>
          <w:lang w:eastAsia="zh-CN"/>
        </w:rPr>
        <w:t>　　6、20__年4月20日—20__年五一期间：推出“首批商铺完美售罄，房源应急加推”活动</w:t>
      </w:r>
      <w:r>
        <w:rPr>
          <w:lang w:eastAsia="zh-CN"/>
        </w:rPr>
        <w:br/>
      </w:r>
      <w:r>
        <w:rPr>
          <w:lang w:eastAsia="zh-CN"/>
        </w:rPr>
        <w:t>　　注：将7#号楼正式推向市场并接受预定，但由于7号楼的工期一再延期，导致销售工作没有很好地</w:t>
      </w:r>
      <w:r>
        <w:rPr>
          <w:lang w:eastAsia="zh-CN"/>
        </w:rPr>
        <w:br/>
      </w:r>
      <w:r>
        <w:rPr>
          <w:lang w:eastAsia="zh-CN"/>
        </w:rPr>
        <w:t>　　推进。此期间前期房源的价格首次调整，8号楼上调20元/㎡。此次活动首次采用短信的推广方式，可能是由于对号段的`掌握并不准确，短信的效果并不明显。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7、20__年7月16日—8月30日：推出“清凉一夏”买房送空调活动。</w:t>
      </w:r>
      <w:r>
        <w:rPr>
          <w:lang w:eastAsia="zh-CN"/>
        </w:rPr>
        <w:br/>
      </w:r>
      <w:r>
        <w:rPr>
          <w:lang w:eastAsia="zh-CN"/>
        </w:rPr>
        <w:t>　　注：因7、8月份是房地产销售的淡季，且新安·邻里中心销售进度缓慢，适时推出“清凉一夏”买房送空调、看房送凉扇活动，并配合农村村口电影放映等营销方式，打破市场僵局。此期间的7月31日也是首批房源的合同约定交房日期，但由于8号楼刚刚封顶，水电及道路迟迟不到位，交房延期，也对销售工作产生一些负面影响。</w:t>
      </w:r>
      <w:r>
        <w:rPr>
          <w:lang w:eastAsia="zh-CN"/>
        </w:rPr>
        <w:br/>
      </w:r>
      <w:r>
        <w:rPr>
          <w:lang w:eastAsia="zh-CN"/>
        </w:rPr>
        <w:t>　　8、20__年9月10日—10月7日：推出“庆中秋，迎国庆”活动</w:t>
      </w:r>
      <w:r>
        <w:rPr>
          <w:lang w:eastAsia="zh-CN"/>
        </w:rPr>
        <w:br/>
      </w:r>
      <w:r>
        <w:rPr>
          <w:lang w:eastAsia="zh-CN"/>
        </w:rPr>
        <w:t>　　注：期间推出看房送月饼及凭新安·邻里中心宣传单页购房可在其他优惠基础上再优惠1000元活动。中秋国庆假期相连，推出的活动也很顺应市场，但由于开发公司与施工方关系处理不当，导致10月12日施工人员对售楼部打砸，此次影响恶劣。致本项目前期精心、努力所建立的良好口碑毁于一旦，楼盘形象一落千丈，而且此恶劣影响也没有在短期内有所好转。保安地方不大，百姓人云亦云，而且夸大其辞，事实证明此影响在短期内是无法根除的，也为后期的销售推进带来一定的难度。且在此期间国家推出整治小产权，对本项目也有一定的影响</w:t>
      </w:r>
      <w:r>
        <w:rPr>
          <w:lang w:eastAsia="zh-CN"/>
        </w:rPr>
        <w:br/>
      </w:r>
      <w:r>
        <w:rPr>
          <w:lang w:eastAsia="zh-CN"/>
        </w:rPr>
        <w:t>　　9、20__年11月2日：新安·邻里中心一期二批商铺房源盛大公开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注：将D区、E区新建商铺房源推向市场，推出商铺交1000抵3万活动，市场反应强烈。当月售出商铺6套，住宅3套。此月为新安·邻里中心除开盘外单月销售量最多的一个月。但当月由于开发公司的张总与丁总在安置房源等方面问题互不沟通，致可销售房源较少，也导致后期释放房源失去销售时机。</w:t>
      </w:r>
      <w:r>
        <w:rPr>
          <w:lang w:eastAsia="zh-CN"/>
        </w:rPr>
        <w:br/>
      </w:r>
      <w:r>
        <w:rPr>
          <w:lang w:eastAsia="zh-CN"/>
        </w:rPr>
        <w:t>　　10、20__年12月27日：新安·邻里中心正式启动针对返乡置业潮营销计划</w:t>
      </w:r>
      <w:r>
        <w:rPr>
          <w:lang w:eastAsia="zh-CN"/>
        </w:rPr>
        <w:br/>
      </w:r>
      <w:r>
        <w:rPr>
          <w:lang w:eastAsia="zh-CN"/>
        </w:rPr>
        <w:t>　　注：因私家小院销售进度缓慢，主要推出购私家小院送10件品牌电器活动：液晶电视、空调、洗衣机、太阳能、抽油烟机、燃气灶、高压锅、电动车、微波炉、豆浆机。并降低购房门槛，将私家小院的首付定为5万元，但由于本项目的私家小院楼距较近，只有5米，且价格相对较高，市场反应一般。</w:t>
      </w:r>
      <w:r>
        <w:rPr>
          <w:lang w:eastAsia="zh-CN"/>
        </w:rPr>
        <w:br/>
      </w:r>
      <w:r>
        <w:rPr>
          <w:lang w:eastAsia="zh-CN"/>
        </w:rPr>
        <w:t>　　11、20__年元月6日：农贸市场正式搬迁至新安·邻里中心，农贸大街正式启用。</w:t>
      </w:r>
      <w:r>
        <w:rPr>
          <w:lang w:eastAsia="zh-CN"/>
        </w:rPr>
        <w:br/>
      </w:r>
      <w:r>
        <w:rPr>
          <w:lang w:eastAsia="zh-CN"/>
        </w:rPr>
        <w:t>　　注：农贸市场正式搬迁至本项目的菜市场内，市场摊位正式搬迁至农贸大街，为本项目的繁华奠定了坚实的基础，将新安·邻里中心又推向另一个高度。</w:t>
      </w:r>
      <w:r>
        <w:rPr>
          <w:lang w:eastAsia="zh-CN"/>
        </w:rPr>
        <w:br/>
      </w:r>
      <w:r>
        <w:rPr>
          <w:lang w:eastAsia="zh-CN"/>
        </w:rPr>
        <w:t>　　小结：新安·邻里中心整体营销活动能够整体连贯及很好地衔接，能够根据市场情况适时做出调整，顺应节点，做出不同的有针对性的营销计划，并能够很好地实施执行到位。</w:t>
      </w:r>
      <w:r>
        <w:rPr>
          <w:lang w:eastAsia="zh-CN"/>
        </w:rPr>
        <w:br/>
      </w:r>
      <w:r>
        <w:rPr>
          <w:lang w:eastAsia="zh-CN"/>
        </w:rPr>
        <w:t>　　二、销售总结</w:t>
      </w:r>
      <w:r>
        <w:rPr>
          <w:lang w:eastAsia="zh-CN"/>
        </w:rPr>
        <w:br/>
      </w:r>
      <w:r>
        <w:rPr>
          <w:lang w:eastAsia="zh-CN"/>
        </w:rPr>
        <w:t>　　1、新安邻里中心多层住宅房源共4栋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注：从已售住宅来看，8号楼销售最多，因为8号楼的户型是本公司根据当地市场为开发公司精挑细选的户型，面积为97。1㎡及120。93㎡的三室房源，事实证明本公司给予开发公司的建议是正确及非常明智的。14、15号楼是开发公司在本公司进驻之前就确定的，由于开发公司的丁总盲目自信，对本公司的建议有所保留，不能够完全采纳，导致14、15号楼的两室房源一直滞销。</w:t>
      </w:r>
      <w:r>
        <w:rPr>
          <w:lang w:eastAsia="zh-CN"/>
        </w:rPr>
        <w:br/>
      </w:r>
      <w:r>
        <w:rPr>
          <w:lang w:eastAsia="zh-CN"/>
        </w:rPr>
        <w:t>　　2、新安邻里中心私家小院房源共2栋</w:t>
      </w:r>
      <w:r>
        <w:rPr>
          <w:lang w:eastAsia="zh-CN"/>
        </w:rPr>
        <w:br/>
      </w:r>
      <w:r>
        <w:rPr>
          <w:lang w:eastAsia="zh-CN"/>
        </w:rPr>
        <w:t>　　注：本项目的私家小院在原有规划上并没有此房源，开发公司的丁总不顾本公司的建议只考虑项目的容积率，认为增加房源，就是为项目增加利润。事实证明此决定并不成熟，因为此两栋楼是后加房源，在楼间距、阳光照射的采光度及舒适度等问题上并没有过多的考虑，导致此两栋楼采光受影响且视觉压抑，所以销售进度一直缓慢。3、新安邻里中心商铺房源150套注：本项目的商铺可售房源较少共40套，此40套房源大多为位置稍差的房源，除菜市场门口的9套外，其余大多为拆迁户挑剩下的房源，未售的17套房源其中有7套为转角且面积多为200㎡以上，面积较大，另有2套为通道房源，市场接受度较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小结：本项目虽拥有专业的营销建议及培训有素的销售人员，但也并不意味着可以不顾市场需求，与市场背道而驰。保安市场竞争激烈，地产项目较多，大大小小地产公司总共8家，市场存量房较多，永胜人家二期、贾墩小区二期及府东小区的二期都将在20__年春节之前集中推向市场，推出房源较多，而且价格相对较低。在保安，经济基础较好人员都已经选择在市区购房，而留守人口经济基础差，百姓投资意识更差，大部分人由于经济原因，暂无购房计划或延缓购房计划。后期新安·邻里中心面临的竞争威胁依然激烈，新安邻里中心如何在竞争日益激烈的市场中站稳脚跟，并能够持续稳定的发展都将是后期要面临及要解决的问题。</w:t>
      </w:r>
      <w:r>
        <w:rPr>
          <w:lang w:eastAsia="zh-CN"/>
        </w:rPr>
        <w:br/>
      </w:r>
      <w:r>
        <w:rPr>
          <w:lang w:eastAsia="zh-CN"/>
        </w:rPr>
        <w:t>　　三、后期计划</w:t>
      </w:r>
      <w:r>
        <w:rPr>
          <w:lang w:eastAsia="zh-CN"/>
        </w:rPr>
        <w:br/>
      </w:r>
      <w:r>
        <w:rPr>
          <w:lang w:eastAsia="zh-CN"/>
        </w:rPr>
        <w:t>　　1、案场管理方面</w:t>
      </w:r>
      <w:r>
        <w:rPr>
          <w:lang w:eastAsia="zh-CN"/>
        </w:rPr>
        <w:br/>
      </w:r>
      <w:r>
        <w:rPr>
          <w:lang w:eastAsia="zh-CN"/>
        </w:rPr>
        <w:t>　　一个科学、系统而简约的管理制度和管理方式是凝聚团队走向成功的基石，作为销售部门尤为重要，为了打造更优秀的销售团队，计划将从绩效、激励、行为、心态、奖惩等销售人员最困惑的问题及因素出发，制定更为完善的销售管理制度。</w:t>
      </w:r>
      <w:r>
        <w:rPr>
          <w:lang w:eastAsia="zh-CN"/>
        </w:rPr>
        <w:br/>
      </w:r>
      <w:r>
        <w:rPr>
          <w:lang w:eastAsia="zh-CN"/>
        </w:rPr>
        <w:t>　　2、销售培训方面</w:t>
      </w:r>
      <w:r>
        <w:rPr>
          <w:lang w:eastAsia="zh-CN"/>
        </w:rPr>
        <w:br/>
      </w:r>
      <w:r>
        <w:rPr>
          <w:lang w:eastAsia="zh-CN"/>
        </w:rPr>
        <w:t>　　一个地产项目的成功与否，离不开硬件建设（地段、资金、户型、配套、建筑品质），也离不开软件塑造（物业、推广、销售），作为软件环节中直接面对客户的先锋，销售人员综合素质的优劣在一定程度上成为客户订房签约的关键因素，为此，塑造一流的销售团队尤为重要，针对20__年的销售计划和市场情况，将在培训中添加针对性的培训内容，同时更加细化，培训涵盖市场调研、房地产基础知识、项目知识、销售技巧、销售基本流程与特例操作方案等7大项，以循序渐进、优胜劣汰的培训方法提高置业顾问的专业水准。</w:t>
      </w:r>
      <w:r>
        <w:rPr>
          <w:lang w:eastAsia="zh-CN"/>
        </w:rPr>
        <w:br/>
      </w:r>
      <w:r>
        <w:rPr>
          <w:lang w:eastAsia="zh-CN"/>
        </w:rPr>
        <w:t>　　3、营销策划方面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市场竞争日益激烈，对产品的包装及计划性的经营，显得尤为重要。针对新安·邻里中心的营销方式要更好的“闰土”及“接地气”，适应当地市场，将新安邻里中心的销售工作在平稳中更好的推进，适时利用节点推出适合当地市场的营销活动，把新安·邻里中心在现有基础上再推向另一个高度。</w:t>
      </w:r>
      <w:r>
        <w:rPr>
          <w:lang w:eastAsia="zh-CN"/>
        </w:rPr>
        <w:br/>
      </w:r>
      <w:r>
        <w:rPr>
          <w:lang w:eastAsia="zh-CN"/>
        </w:rPr>
        <w:t>　　四、个人总结</w:t>
      </w:r>
      <w:r>
        <w:rPr>
          <w:lang w:eastAsia="zh-CN"/>
        </w:rPr>
        <w:br/>
      </w:r>
      <w:r>
        <w:rPr>
          <w:lang w:eastAsia="zh-CN"/>
        </w:rPr>
        <w:t>　　回顾20__，一切历历在目，时间在不知不觉中飘然而过。在公司领导的带领帮助下，严格要求自己，按照公司的要求，较好的完成了自己的本职及其他工作，通过近一年兢兢业业的工作和切身反思，工作模式有了新的突破，工作方式有了较大的改观，人生最可怕的就是虚度光阴，20__年过去了，在这一年里，我看到了公司的进步，公司的成长，我自己也渴望成长，我希望公司能够向中国大地产企业看齐，我也希望自己成为一位名副其实的地产精英。20__，我要和公司一起努力，一起成长。在公司领导的带领下，迎接挑战，创造辉煌。销售经理年度工作总结范文2</w:t>
      </w:r>
      <w:r>
        <w:rPr>
          <w:lang w:eastAsia="zh-CN"/>
        </w:rPr>
        <w:br/>
      </w:r>
      <w:r>
        <w:rPr>
          <w:lang w:eastAsia="zh-CN"/>
        </w:rPr>
        <w:t>　　20__年销售经理年终工作总结一：</w:t>
      </w:r>
      <w:r>
        <w:rPr>
          <w:lang w:eastAsia="zh-CN"/>
        </w:rPr>
        <w:br/>
      </w:r>
      <w:r>
        <w:rPr>
          <w:lang w:eastAsia="zh-CN"/>
        </w:rPr>
        <w:t>　　20__年即将过去，在这将近一年的时间中我通过努力的工作，也有了一点收获，临近年终，我感觉有必要对自己的工作做一下总结。目的在于吸取教训，提高自己，以至于把工作做的更好，自己有信心也有决心把明年的工作做的更好。下面我对一年的工作进行简要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是今年十月份到公司工作的，同时开始组建销售部，进入公司之后我通过不断的学习产品知识，收取同行业之间的信息和积累市场经验，现在对预付费储值卡市场有了一个深入的认识和了解。可以清晰、流利的应对客户所提到的各种问题，准确的把握客户的需要，良好的与客户沟通，逐渐取得客户的信任。所以经过努力，也取得了几个成功的客户资源，一些优质客户也逐渐积累到了一定程度，对市场的认识也有一个比较透明的掌握。在不断的学习产品知识和积累经验的同时，自己的能力，业务水平都比以前有了一个较大幅度的提高。</w:t>
      </w:r>
      <w:r>
        <w:rPr>
          <w:lang w:eastAsia="zh-CN"/>
        </w:rPr>
        <w:br/>
      </w:r>
      <w:r>
        <w:rPr>
          <w:lang w:eastAsia="zh-CN"/>
        </w:rPr>
        <w:t>　　虽然之前一直在从事销售的相关工作，有一定的销售知识与经验，但比较优秀的成功的销售管理人才，还是有一定距离的。本职的工作做得不好，感觉自己还停留在一个销售人员的位置上，对销售人员的培训，指导力度不够，影响销售部的销售业绩。</w:t>
      </w:r>
      <w:r>
        <w:rPr>
          <w:lang w:eastAsia="zh-CN"/>
        </w:rPr>
        <w:br/>
      </w:r>
      <w:r>
        <w:rPr>
          <w:lang w:eastAsia="zh-CN"/>
        </w:rPr>
        <w:t>　　部门工作总结</w:t>
      </w:r>
      <w:r>
        <w:rPr>
          <w:lang w:eastAsia="zh-CN"/>
        </w:rPr>
        <w:br/>
      </w:r>
      <w:r>
        <w:rPr>
          <w:lang w:eastAsia="zh-CN"/>
        </w:rPr>
        <w:t>　　在将近三个月的时间中，经过销售部全体员工共同的努力，讨论制定销售各环节话术，公司产品的核心竞争优势，公司宣传资料《至客户的一封信》，为各媒体广告出谋划策，提出“万事无忧德行天下”的核心语句，使我们公司的产品知名度在太原市场上渐渐被客户所认识。部门全体员工累计整理黄页资料五千余条，寄出公司宣传资料三千余封，不畏严寒，在税务大厅，高新区各个写字楼进行陌生拜访，为即将到来的疯狂销售旺季打好了基础做好了准备。团队建设方面，制定了详细的销售人员考核标准，与销售部运行制度，工作流程，团队文化等。这是我认为我们做的比较好的方面，但在其他方面在工作中我们做法还是存在很大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从销售部门销售业绩上看，我们的工作做的.是不好的，可以说是销售做的十分的失败。</w:t>
      </w:r>
      <w:r>
        <w:rPr>
          <w:lang w:eastAsia="zh-CN"/>
        </w:rPr>
        <w:br/>
      </w:r>
      <w:r>
        <w:rPr>
          <w:lang w:eastAsia="zh-CN"/>
        </w:rPr>
        <w:t>　　客观上的一些因素虽然存在，在工作中其他的一些做法也有很大的问题，主要表现在</w:t>
      </w:r>
      <w:r>
        <w:rPr>
          <w:lang w:eastAsia="zh-CN"/>
        </w:rPr>
        <w:br/>
      </w:r>
      <w:r>
        <w:rPr>
          <w:lang w:eastAsia="zh-CN"/>
        </w:rPr>
        <w:t>　　2)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在被拒绝之后没有二次追踪是一个致命的失误。</w:t>
      </w:r>
      <w:r>
        <w:rPr>
          <w:lang w:eastAsia="zh-CN"/>
        </w:rPr>
        <w:br/>
      </w:r>
      <w:r>
        <w:rPr>
          <w:lang w:eastAsia="zh-CN"/>
        </w:rPr>
        <w:t>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lang w:eastAsia="zh-CN"/>
        </w:rPr>
        <w:br/>
      </w:r>
      <w:r>
        <w:rPr>
          <w:lang w:eastAsia="zh-CN"/>
        </w:rPr>
        <w:t>　　4)新业务的开拓不够，业务增长小，个别业务员的工作责任心和工作计划性不强，业务能力还有待提高。</w:t>
      </w:r>
      <w:r>
        <w:rPr>
          <w:lang w:eastAsia="zh-CN"/>
        </w:rPr>
        <w:br/>
      </w:r>
      <w:r>
        <w:rPr>
          <w:lang w:eastAsia="zh-CN"/>
        </w:rPr>
        <w:t>　　市场分析</w:t>
      </w:r>
      <w:r>
        <w:rPr>
          <w:lang w:eastAsia="zh-CN"/>
        </w:rPr>
        <w:br/>
      </w:r>
      <w:r>
        <w:rPr>
          <w:lang w:eastAsia="zh-CN"/>
        </w:rPr>
        <w:t>　　现在太原消费卡市场品牌很多，但主要也就是那几家公司，现在我们公司的产品从产品质量，功能上属于上等的产品。表面上各家公司之间竞争是激烈的，我公司的出现更是加剧了这一场竞争战。但冷静下来仔细分析，我公司的核心竞争力，例如发卡资金的监管，山西省境外商户的数量与质量，以及我公司雄厚的资金实力与优质的客户资源，都是其他公司无法比拟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太原市场上，消费卡产品品牌众多，但以我公司雄厚的实力为平台，加以铺天盖地的宣传态势，以及员工锲而不舍的工作劲头，在明年的消费卡市场取得大比例的市场占有率已成定局，打造山西省业内的第一品牌指日可待。</w:t>
      </w:r>
      <w:r>
        <w:rPr>
          <w:lang w:eastAsia="zh-CN"/>
        </w:rPr>
        <w:br/>
      </w:r>
      <w:r>
        <w:rPr>
          <w:lang w:eastAsia="zh-CN"/>
        </w:rPr>
        <w:t>　　市场是良好的，形势是严峻的。在太原消费卡市场可以用这一句话来概括，在技术发展飞快地今天，明年是大有作为的一年，假如在明年一年内没有把销售做好，没有抓住这个机遇，我们很可能失去这个蓬勃发展的机会。销售经理年度工作总结范文3</w:t>
      </w:r>
      <w:r>
        <w:rPr>
          <w:lang w:eastAsia="zh-CN"/>
        </w:rPr>
        <w:br/>
      </w:r>
      <w:r>
        <w:rPr>
          <w:lang w:eastAsia="zh-CN"/>
        </w:rPr>
        <w:t xml:space="preserve">    20__年即将过去，在这将近一年的时间中我通过努力的销售经理工作，也有了一点收获，临近年终，我感觉有必要对自己的销售经理工作做一下总结。目的在于吸取教训，提高自己，以至于把销售经理工作做的更好，自己有信心也有决心把明年的销售经理工作做的更好。下面我对一年的销售经理工作进行简要的总结。 </w:t>
      </w:r>
      <w:r>
        <w:rPr>
          <w:lang w:eastAsia="zh-CN"/>
        </w:rPr>
        <w:br/>
      </w:r>
      <w:r>
        <w:rPr>
          <w:lang w:eastAsia="zh-CN"/>
        </w:rPr>
        <w:t>　　我是今年三月份到公司销售经理工作的，四月份开始组建市场部，在没有负责市场部工作以前，我是没有__销售（阅历）的，仅凭对销售工作的热情，而缺乏__行业销售阅历和行业知识。为了迅速融入到这个行业中来，到公司之后，一切从零开始，一边学习产品知识，一边摸索市场，遇到销售和产品方面的难点和问题，我常常请教__经理和北京总公司几位领导和其他有阅历的同事，一起寻求解决问题的方案和对一些比较难缠的客户讨论针对性策略，取得了良好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通过不断的学习产品知识，收取同行业之间的`信息和积累市场阅历，现在对__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w:t>
      </w:r>
      <w:r>
        <w:rPr>
          <w:lang w:eastAsia="zh-CN"/>
        </w:rPr>
        <w:br/>
      </w:r>
      <w:r>
        <w:rPr>
          <w:lang w:eastAsia="zh-CN"/>
        </w:rPr>
        <w:t>　　在不断的学习产品知识和积累阅历的同时，自己的能力，业务水平都比以前有了一个较大幅度的提高，针对市场的一些变化和同行业之间的竞争，现在可以拿出一个比较完整的方案应付一些突发事件。对于一个项目可以全程的操作下来。销售经理年度工作总结范文4</w:t>
      </w:r>
      <w:r>
        <w:rPr>
          <w:lang w:eastAsia="zh-CN"/>
        </w:rPr>
        <w:br/>
      </w:r>
      <w:r>
        <w:rPr>
          <w:lang w:eastAsia="zh-CN"/>
        </w:rPr>
        <w:t xml:space="preserve">    我是今年_月份到公司销售经理工作的，_月份开始组建市场部，在没有负责市场部工作以前，我是没有__销售经验的，仅凭对销售工作的热情，而缺乏__行业销售经验和行业知识。为了迅速融入到这个行业中来，到公司之后，一切从零开始，一边学习产品知识，一边摸索市场，遇到销售和产品方面的难点和问题，我经常请教__经理和__总公司几位领导和其他有经验的同事，一起寻求解决问题的方案和对一些比较难缠的客户研究针对性策略，取得了良好的效果。 </w:t>
      </w:r>
      <w:r>
        <w:rPr>
          <w:lang w:eastAsia="zh-CN"/>
        </w:rPr>
        <w:br/>
      </w:r>
      <w:r>
        <w:rPr>
          <w:lang w:eastAsia="zh-CN"/>
        </w:rPr>
        <w:t>　　通过不断的学习产品知识，收取同行业之间的信息和积累市场经验，现在对__市场有了一个大概的认识和了解。现在我逐渐可以清晰、流利的应对客户所提到的各种问题，准确的把握客户的需要，良好的与客户沟通，因此逐渐取得了客户的信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lang w:eastAsia="zh-CN"/>
        </w:rPr>
        <w:br/>
      </w:r>
      <w:r>
        <w:rPr>
          <w:lang w:eastAsia="zh-CN"/>
        </w:rPr>
        <w:t>　　一、存在的缺点</w:t>
      </w:r>
      <w:r>
        <w:rPr>
          <w:lang w:eastAsia="zh-CN"/>
        </w:rPr>
        <w:br/>
      </w:r>
      <w:r>
        <w:rPr>
          <w:lang w:eastAsia="zh-CN"/>
        </w:rPr>
        <w:t>　　对于__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lang w:eastAsia="zh-CN"/>
        </w:rPr>
        <w:br/>
      </w:r>
      <w:r>
        <w:rPr>
          <w:lang w:eastAsia="zh-CN"/>
        </w:rPr>
        <w:t>　　二、部门工作总结</w:t>
      </w:r>
      <w:r>
        <w:rPr>
          <w:lang w:eastAsia="zh-CN"/>
        </w:rPr>
        <w:br/>
      </w:r>
      <w:r>
        <w:rPr>
          <w:lang w:eastAsia="zh-CN"/>
        </w:rPr>
        <w:t>　　在将近一年的时间中，经过市场部全体员工共同的努力，使我们公司的产品知名度在__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lang w:eastAsia="zh-CN"/>
        </w:rPr>
        <w:br/>
      </w:r>
      <w:r>
        <w:rPr>
          <w:lang w:eastAsia="zh-CN"/>
        </w:rPr>
        <w:t>　　三、公司的销售情况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从上面的销售业绩上看，我们的工作做的是不好的，可以说是销售做的十分的失败。__产品价格混乱，这对于我们开展市场造成很大的压力。</w:t>
      </w:r>
      <w:r>
        <w:rPr>
          <w:lang w:eastAsia="zh-CN"/>
        </w:rPr>
        <w:br/>
      </w:r>
      <w:r>
        <w:rPr>
          <w:lang w:eastAsia="zh-CN"/>
        </w:rPr>
        <w:t>　　客观上的一些因素虽然存在，在销售经理工作中其他的一些做法也有很大的问题，主要表现在销售工作最基本的客户访问量太少。市场部是今年_月中旬开始工作的，在开始工作倒现在有记载的客户访问记录有__个，加上没有记录的概括为__个，_个月__天的时间，总体计算三个销售人员一天拜访的客户量__个。从上面的数字上看我们基本的访问客户工作没有做好。</w:t>
      </w:r>
      <w:r>
        <w:rPr>
          <w:lang w:eastAsia="zh-CN"/>
        </w:rPr>
        <w:br/>
      </w:r>
      <w:r>
        <w:rPr>
          <w:lang w:eastAsia="zh-CN"/>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__汽车运输有限公司就是一个明显的例子。</w:t>
      </w:r>
      <w:r>
        <w:rPr>
          <w:lang w:eastAsia="zh-CN"/>
        </w:rPr>
        <w:br/>
      </w:r>
      <w:r>
        <w:rPr>
          <w:lang w:eastAsia="zh-CN"/>
        </w:rPr>
        <w:t>　　工作没有一个明确的目标和详细的计划。销售人员没有养成一个写销售工作总结和计划的习惯，销售工作处于放任自流的状态，从而引发销售经理工作没有一个统一的管理，工作时间没有合理的分配，工作局面混乱等各种不良的后果。</w:t>
      </w:r>
      <w:r>
        <w:rPr>
          <w:lang w:eastAsia="zh-CN"/>
        </w:rPr>
        <w:br/>
      </w:r>
      <w:r>
        <w:rPr>
          <w:lang w:eastAsia="zh-CN"/>
        </w:rPr>
        <w:t>　　新业务的开拓不够，业务增长小，个别业务员的工作责任心和工作计划性不强，业务能力还有待提高。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现在_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w:t>
      </w:r>
      <w:r>
        <w:rPr>
          <w:lang w:eastAsia="zh-CN"/>
        </w:rPr>
        <w:br/>
      </w:r>
      <w:r>
        <w:rPr>
          <w:lang w:eastAsia="zh-CN"/>
        </w:rPr>
        <w:t>　　在明年的销售工作中我认为产品的价格做一下适当的浮动，这样可以促进销售人员去销售。在__区域，我们公司进入市场比较晚，产品的知名度与价格都没有什么优势，在__开拓市场压力很大，所以我们把主要的市场放在地区市上，那里的市场竞争相对的来说要比__小一点。外界因素减少了，加上我们的销售人员的灵活性，我相信我们做的比原来更好。</w:t>
      </w:r>
      <w:r>
        <w:rPr>
          <w:lang w:eastAsia="zh-CN"/>
        </w:rPr>
        <w:br/>
      </w:r>
      <w:r>
        <w:rPr>
          <w:lang w:eastAsia="zh-CN"/>
        </w:rPr>
        <w:t>　　市场是良好的，形势是严峻的。可以用这一句话来概括，在技术发展飞快地今天，明年是大有作为的一年，假如在明年一年内没有把市场做好，没有抓住这个机遇，我们很可能失去这个机会，永远没有机会在做这个市场。</w:t>
      </w:r>
      <w:r>
        <w:rPr>
          <w:lang w:eastAsia="zh-CN"/>
        </w:rPr>
        <w:br/>
      </w:r>
      <w:r>
        <w:rPr>
          <w:lang w:eastAsia="zh-CN"/>
        </w:rPr>
        <w:t>　　四、明年工作计划</w:t>
      </w:r>
      <w:r>
        <w:rPr>
          <w:lang w:eastAsia="zh-CN"/>
        </w:rPr>
        <w:br/>
      </w:r>
      <w:r>
        <w:rPr>
          <w:lang w:eastAsia="zh-CN"/>
        </w:rPr>
        <w:t>　　在明年的销售经理工作规划中下面的几项工作作为主要的工作来做：</w:t>
      </w:r>
      <w:r>
        <w:rPr>
          <w:lang w:eastAsia="zh-CN"/>
        </w:rPr>
        <w:br/>
      </w:r>
      <w:r>
        <w:rPr>
          <w:lang w:eastAsia="zh-CN"/>
        </w:rPr>
        <w:t>　　1、建立一支熟悉业务，而相对稳定的销售团队。</w:t>
      </w:r>
      <w:r>
        <w:rPr>
          <w:lang w:eastAsia="zh-CN"/>
        </w:rPr>
        <w:br/>
      </w:r>
      <w:r>
        <w:rPr>
          <w:lang w:eastAsia="zh-CN"/>
        </w:rPr>
        <w:t>　　人才是企业最宝贵的资源，一切销售业绩都起源于有一个好的销售人员，建立一支具有凝聚力，合作精神的销售团队是企业的根本。在明年的销售经理工作中建立一个__，具有杀伤力的团队作为一项主要的工作来抓。</w:t>
      </w:r>
      <w:r>
        <w:rPr>
          <w:lang w:eastAsia="zh-CN"/>
        </w:rPr>
        <w:br/>
      </w:r>
      <w:r>
        <w:rPr>
          <w:lang w:eastAsia="zh-CN"/>
        </w:rPr>
        <w:t>　　2、完善销售制度，建立一套明确系统的业务管理办法。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销售管理是企业的老大难问题，销售人员出差，见客户处于放任自流的状态。完善销售管理制度的目的是让销售人员在工作中发挥主观能动性，对销售经理工作有高度的责任心，提高销售人员的主人翁意识。</w:t>
      </w:r>
      <w:r>
        <w:rPr>
          <w:lang w:eastAsia="zh-CN"/>
        </w:rPr>
        <w:br/>
      </w:r>
      <w:r>
        <w:rPr>
          <w:lang w:eastAsia="zh-CN"/>
        </w:rPr>
        <w:t>　　3、培养销售人员发现问题，总结问题，不断自我提高的习惯。</w:t>
      </w:r>
      <w:r>
        <w:rPr>
          <w:lang w:eastAsia="zh-CN"/>
        </w:rPr>
        <w:br/>
      </w:r>
      <w:r>
        <w:rPr>
          <w:lang w:eastAsia="zh-CN"/>
        </w:rPr>
        <w:t>　　培养销售人员发现问题，总结问题目的在于提高销售人员综合素质，在销售经理工作中能发现问题总结问题并能提出自己的看法和建议，业务能力提高到一个新的档次。</w:t>
      </w:r>
      <w:r>
        <w:rPr>
          <w:lang w:eastAsia="zh-CN"/>
        </w:rPr>
        <w:br/>
      </w:r>
      <w:r>
        <w:rPr>
          <w:lang w:eastAsia="zh-CN"/>
        </w:rPr>
        <w:t>　　4、在地区市建立销售，服务网点。（建议试行）根据今年在出差过程中遇到的一系列的问题，约好的客户突然改变行程，毁约，车辆不在家的情况，使计划好的行程被打乱，不能顺利完成出差的目的。造成时间，资金上的浪费。</w:t>
      </w:r>
      <w:r>
        <w:rPr>
          <w:lang w:eastAsia="zh-CN"/>
        </w:rPr>
        <w:br/>
      </w:r>
      <w:r>
        <w:rPr>
          <w:lang w:eastAsia="zh-CN"/>
        </w:rPr>
        <w:t>　　5、销售目标，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w:t>
      </w:r>
      <w:r>
        <w:rPr>
          <w:lang w:eastAsia="zh-CN"/>
        </w:rPr>
        <w:br/>
      </w:r>
      <w:r>
        <w:rPr>
          <w:lang w:eastAsia="zh-CN"/>
        </w:rPr>
        <w:t>　　我认为公司明年的发展是与整个公司的员工综合素质，公司的指导方针，团队的建设是分不开的。提高执行力的标准，建立一个良好的销售团队和有一个好的销售经理工作模式与工作环境是工作的关键。销售经理年度工作总结范文5</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不知不觉，一年已悄然离去。时间的步伐带走了这一年的忙碌、烦恼、郁闷、挣扎、沉淀在心底的那份执着令我依然坚守岗位。以下是今年的房地产销售工作总结。</w:t>
      </w:r>
      <w:r>
        <w:rPr>
          <w:lang w:eastAsia="zh-CN"/>
        </w:rPr>
        <w:t xml:space="preserve"> </w:t>
      </w:r>
      <w:r>
        <w:rPr>
          <w:lang w:eastAsia="zh-CN"/>
        </w:rPr>
        <w:br/>
      </w:r>
      <w:r>
        <w:rPr>
          <w:lang w:eastAsia="zh-CN"/>
        </w:rPr>
        <w:t>　　一、工作成就</w:t>
      </w:r>
      <w:r>
        <w:rPr>
          <w:lang w:eastAsia="zh-CN"/>
        </w:rPr>
        <w:br/>
      </w:r>
      <w:r>
        <w:rPr>
          <w:lang w:eastAsia="zh-CN"/>
        </w:rPr>
        <w:t>　　年初接到公司新年度工作安排，做工作计划并准备_号楼的交房工作，并与策划部沟通项目尾房的销售方案，针对__的尾房及未售出的.车库、储藏间我也提出过自己的一些想法，在取得开发商同意后，通过开展各项活动提高__房产的美誉度，充实__的文化内涵，当然最终目的还是为销售起推波助澜的作用，遗憾的是在销售方面并没有实现预想中的效果，但值得欣慰的是活动本身还是受到了业主及社会各界的肯定。</w:t>
      </w:r>
      <w:r>
        <w:rPr>
          <w:lang w:eastAsia="zh-CN"/>
        </w:rPr>
        <w:br/>
      </w:r>
      <w:r>
        <w:rPr>
          <w:lang w:eastAsia="zh-CN"/>
        </w:rPr>
        <w:t>　　二、工作中存在的问题</w:t>
      </w:r>
      <w:r>
        <w:rPr>
          <w:lang w:eastAsia="zh-CN"/>
        </w:rPr>
        <w:br/>
      </w:r>
      <w:r>
        <w:rPr>
          <w:lang w:eastAsia="zh-CN"/>
        </w:rPr>
        <w:t>　　__一期产权证办理时间过长，延迟发放，致使业主不满；二期虽已提前交付，但部分业主因房屋质量问题一直拖延至今，与工程部的协调虽然很好，可就是接受反映不解决问题；年底的代理费拖欠情况严重；销售人员培训（专业知识、销售技巧和现场应变）不够到位；销售人员调动、更换过于频繁，对公司和销售人员双方都不利；在与开发商的沟通中存在不足，出现问题没能及时找开发商协商解决，尤其是与李总沟通较少，以致造成一度关系紧张。</w:t>
      </w:r>
      <w:r>
        <w:rPr>
          <w:lang w:eastAsia="zh-CN"/>
        </w:rPr>
        <w:br/>
      </w:r>
      <w:r>
        <w:rPr>
          <w:lang w:eastAsia="zh-CN"/>
        </w:rPr>
        <w:t>　　三、明年工作计划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新年的确有新的气象，公司在__的商业项目正在紧锣密鼓进行进场前的准备工作，我也在岁末年初之际接到了这个新的任务。因为前期一直是策划先行，而开发商也在先入为主的观点下更为信任策划师；这在我介入该项目时遇到了些许的麻烦，不过我相信通过我的真诚沟通将会改善这种状况。</w:t>
      </w:r>
      <w:r>
        <w:rPr>
          <w:lang w:eastAsia="zh-CN"/>
        </w:rPr>
        <w:br/>
      </w:r>
      <w:r>
        <w:rPr>
          <w:lang w:eastAsia="zh-CN"/>
        </w:rPr>
        <w:t>　　明年的销售工作中，希望__能顺利收盘并结清账目。收集__的数据，为__培训销售人员，在新年期间做好__的客户积累、分析工作。参与项目策划，在__这个项目打个漂亮的翻身仗。争取能通过经纪人执业资格考试。销售经理年度工作总结范文6</w:t>
      </w:r>
      <w:r>
        <w:rPr>
          <w:lang w:eastAsia="zh-CN"/>
        </w:rPr>
        <w:br/>
      </w:r>
      <w:r>
        <w:rPr>
          <w:lang w:eastAsia="zh-CN"/>
        </w:rPr>
        <w:t xml:space="preserve">    __年已经过去，新的一年又在展开。作为一名服装营业员，我现将我的工作总结及心得呈现如下，希望各位予在指导建议。 </w:t>
      </w:r>
      <w:r>
        <w:rPr>
          <w:lang w:eastAsia="zh-CN"/>
        </w:rPr>
        <w:br/>
      </w:r>
      <w:r>
        <w:rPr>
          <w:lang w:eastAsia="zh-CN"/>
        </w:rPr>
        <w:t>　　在服装销售过程中，营业员有着不可比拟的作用，营业员是否能掌握服装销售技巧很重要，首先要注意推荐购买的技巧。</w:t>
      </w:r>
      <w:r>
        <w:rPr>
          <w:lang w:eastAsia="zh-CN"/>
        </w:rPr>
        <w:br/>
      </w:r>
      <w:r>
        <w:rPr>
          <w:lang w:eastAsia="zh-CN"/>
        </w:rPr>
        <w:t>　　营业员除了将服装展示给顾客，并加以说明之外，还要向顾客推荐服装，以引起顾客的`购买的兴趣。推荐服装可运用下列方法</w:t>
      </w:r>
      <w:r>
        <w:rPr>
          <w:lang w:eastAsia="zh-CN"/>
        </w:rPr>
        <w:br/>
      </w:r>
      <w:r>
        <w:rPr>
          <w:lang w:eastAsia="zh-CN"/>
        </w:rPr>
        <w:t>　　1、推荐时要有信心，向顾客推荐服装时，营业员本身要有信心，才能让顾客对服装有信任感。</w:t>
      </w:r>
      <w:r>
        <w:rPr>
          <w:lang w:eastAsia="zh-CN"/>
        </w:rPr>
        <w:br/>
      </w:r>
      <w:r>
        <w:rPr>
          <w:lang w:eastAsia="zh-CN"/>
        </w:rPr>
        <w:t>　　2、适合于顾客的推荐。对顾客提示商品和进行说明时，应根据顾客的实际客观条件，推荐适合的服装。</w:t>
      </w:r>
      <w:r>
        <w:rPr>
          <w:lang w:eastAsia="zh-CN"/>
        </w:rPr>
        <w:br/>
      </w:r>
      <w:r>
        <w:rPr>
          <w:lang w:eastAsia="zh-CN"/>
        </w:rPr>
        <w:t>　　3、配合手势向顾客推荐。</w:t>
      </w:r>
      <w:r>
        <w:rPr>
          <w:lang w:eastAsia="zh-CN"/>
        </w:rPr>
        <w:br/>
      </w:r>
      <w:r>
        <w:rPr>
          <w:lang w:eastAsia="zh-CN"/>
        </w:rPr>
        <w:t>　　4、配合商品的特征。每类服装有不同的特征，如功能、设计、品质等方面的特征，向顾客推荐服装时，要着重强调服装的不同特征。</w:t>
      </w:r>
      <w:r>
        <w:rPr>
          <w:lang w:eastAsia="zh-CN"/>
        </w:rPr>
        <w:br/>
      </w:r>
      <w:r>
        <w:rPr>
          <w:lang w:eastAsia="zh-CN"/>
        </w:rPr>
        <w:t>　　5、把话题集中在商品上。向顾客推荐服装时，要想方设法把话题引到服装上，同时注意观察顾客对服装的反映，以便适时地促成销售。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6、准确地说出各类服装的优点。对顾客进行服装的说明与推荐时，要比较各类服装的不同，准确地说出各类服装的优点。销售经理年度工作总结范文7</w:t>
      </w:r>
      <w:r>
        <w:rPr>
          <w:lang w:eastAsia="zh-CN"/>
        </w:rPr>
        <w:br/>
      </w:r>
      <w:r>
        <w:rPr>
          <w:lang w:eastAsia="zh-CN"/>
        </w:rPr>
        <w:t xml:space="preserve">    不知不觉中，20__已接近尾声，加入__房地产发展有限公司公司已一年时间，这短短的一年学习工作中，我懂得了很多知识和经验。20__是房地产不平凡的一年，越是在这样艰难的市场环境下，越是能锻炼我们的业务能力，更让自己的人生经历了一份激动，一份喜悦，一份悲伤，最重要的是增加了一份人生的阅历。可以说从一个对房地产“一无所知”的门外人来说，这一年的时间里，收获额多，非常感谢公司的每一位领导和同仁的帮助和指导，现在已能独立完成本职工作，现将今年工作做以下几方面总结。 </w:t>
      </w:r>
      <w:r>
        <w:rPr>
          <w:lang w:eastAsia="zh-CN"/>
        </w:rPr>
        <w:br/>
      </w:r>
      <w:r>
        <w:rPr>
          <w:lang w:eastAsia="zh-CN"/>
        </w:rPr>
        <w:t>　　一、学习方面</w:t>
      </w:r>
      <w:r>
        <w:rPr>
          <w:lang w:eastAsia="zh-CN"/>
        </w:rPr>
        <w:br/>
      </w:r>
      <w:r>
        <w:rPr>
          <w:lang w:eastAsia="zh-CN"/>
        </w:rPr>
        <w:t>　　学习，永无止境，这是我的人生中的第一份正式工作，以前学生时代做过一些兼职销售工作，以为看似和房地产有关，其实我对房产方面的知识不是很了解，甚至可以说是一无所知。来到这个项目的时候，对于新的环境，新的事物都比较陌生，在公司领导的帮助下，我很快了解到公司的性质及房地产市场，通过努力的学习明白了置业顾问的真正内涵以及职责，并且深深的喜欢上了这份工作，同时也意识到自己的选择是对的。</w:t>
      </w:r>
      <w:r>
        <w:rPr>
          <w:lang w:eastAsia="zh-CN"/>
        </w:rPr>
        <w:br/>
      </w:r>
      <w:r>
        <w:rPr>
          <w:lang w:eastAsia="zh-CN"/>
        </w:rPr>
        <w:t>　　二、心态方面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刚进公司的时候，我们开始了半个月的系统培训，开始觉得有点无聊甚至枯燥。但一段时间之后，回头再来看这些内容真的有不一样的感触。感觉我们的真的是收获颇丰。心境也越来越平静，更加趋于成熟。在公司领导的耐心指导和帮助下，我渐渐懂得了心态决定一切的道理。想想工作在销售一线，感触最深的就是，保持一颗良好的心态很重要，因为我们每天面对形形色色的人和物，要学会控制好自己的情绪，要以一颗平稳的、宽容的、积极的心态去面对工作和生活。</w:t>
      </w:r>
      <w:r>
        <w:rPr>
          <w:lang w:eastAsia="zh-CN"/>
        </w:rPr>
        <w:br/>
      </w:r>
      <w:r>
        <w:rPr>
          <w:lang w:eastAsia="zh-CN"/>
        </w:rPr>
        <w:t>　　三、专业知识和技巧</w:t>
      </w:r>
      <w:r>
        <w:rPr>
          <w:lang w:eastAsia="zh-CN"/>
        </w:rPr>
        <w:br/>
      </w:r>
      <w:r>
        <w:rPr>
          <w:lang w:eastAsia="zh-CN"/>
        </w:rPr>
        <w:t>　　在培训专业知识和销售技巧的那段时间，由于初次接触这类知识，如建筑知识，所以觉的非常乏味，每天都会不停的背诵，相互演练，由于面对考核，我可是下足了功夫。终于功夫不负有心人，我从接电话接客户的措手不及到现在的得心应手，都充分证明了这些是何等的重要性。当时确实感觉到苦过累过，现在回过头来想一下，进步要克服最大的困难就是自己，虽然当时苦累，我们不照样坚持下来了吗？当然这份成长与公司领导的帮助关心是息息相关的，这样的工作氛围也是我进步的重要原因。在工作之余我还会去学习一些实时房地产专业知识和技巧，这样才能与时俱进，才不会被时代所淘汰。</w:t>
      </w:r>
      <w:r>
        <w:rPr>
          <w:lang w:eastAsia="zh-CN"/>
        </w:rPr>
        <w:br/>
      </w:r>
      <w:r>
        <w:rPr>
          <w:lang w:eastAsia="zh-CN"/>
        </w:rPr>
        <w:t>　　四、细节决定成败</w:t>
      </w:r>
      <w:r>
        <w:rPr>
          <w:lang w:eastAsia="zh-CN"/>
        </w:rPr>
        <w:br/>
      </w:r>
    </w:p>
    <w:p w:rsidR="001B1F19" w14:textId="27C3F48A">
      <w:pPr>
        <w:rPr>
          <w:rFonts w:hint="eastAsia"/>
          <w:lang w:eastAsia="zh-CN"/>
        </w:rPr>
      </w:pPr>
      <w:r>
        <w:rPr>
          <w:lang w:eastAsia="zh-CN"/>
        </w:rPr>
        <w:t>　　从接客户的第一个电话起，所有的称呼，电话礼仪都要做到位。来访客户，从一不起眼的动作到最基本的礼貌，无处不透露出公司的形象，都在于细节。看似简单的工作，其实更需要细心和耐心，在整个工作当中，不管是主管强调还是提供各类资料，总之让我们从生疏到熟练。在平时的工作当中，两位专案也给了我很多建议和帮助，及时的化解了一个个问题，从一切的措手不及到得心应手，都是一个一个脚印走出来的，这些进步的前提涵盖了我们的努力与心酸。</w:t>
      </w:r>
      <w:r>
        <w:rPr>
          <w:lang w:eastAsia="zh-CN"/>
        </w:rPr>
        <w:br/>
      </w:r>
      <w:r>
        <w:rPr>
          <w:lang w:eastAsia="zh-CN"/>
        </w:rPr>
        <w:t>　　有时缺乏耐心，对于一些问题较多或说话比较冲的客户往往会针锋相对。其实，对于这种客户可能采用迂回、或以柔克刚的方式更加有效，所以，今后要收敛脾气，增加耐心，使客户感觉更加贴心，才会有更多信任。对客户关切不够。有一些客户，需要销售人员的`时时关切，否则，他们有问题可能不会找你询问，而是自己去找别人打听或自己瞎琢磨，这样，我们就会对他的成交丧失主动权。所以，以后我要加强与客户的联络，时时关切，通过询问引出他们心中的问题，再委婉解决，这样不但可以掌握先机，操控全局，而且还可以增加与客户之间的感情，增加客带的机率。</w:t>
      </w:r>
      <w:r>
        <w:rPr>
          <w:lang w:eastAsia="zh-CN"/>
        </w:rPr>
        <w:br/>
      </w:r>
      <w:r>
        <w:rPr>
          <w:lang w:eastAsia="zh-CN"/>
        </w:rPr>
        <w:t>　　五、展望未来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https://d.book118.com/116221023015010055</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6221023015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