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新教师美术公开课总结（33篇）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新教师美术公开课总结（精选33篇）</w:t>
      </w:r>
      <w:r>
        <w:rPr>
          <w:lang w:eastAsia="zh-CN"/>
        </w:rPr>
        <w:br/>
      </w:r>
      <w:r>
        <w:rPr>
          <w:lang w:eastAsia="zh-CN"/>
        </w:rPr>
        <w:t xml:space="preserve">    新教师美术公开课总结 篇1 </w:t>
      </w:r>
      <w:r>
        <w:rPr>
          <w:lang w:eastAsia="zh-CN"/>
        </w:rPr>
        <w:br/>
      </w:r>
      <w:r>
        <w:rPr>
          <w:lang w:eastAsia="zh-CN"/>
        </w:rPr>
        <w:t>　　20__年6月2日，重庆市涪陵创新计算机学校举行了教师公开课活动，本次公开课是由我校美术教研组夏媛媛老师执教。</w:t>
      </w:r>
      <w:r>
        <w:rPr>
          <w:lang w:eastAsia="zh-CN"/>
        </w:rPr>
        <w:br/>
      </w:r>
      <w:r>
        <w:rPr>
          <w:lang w:eastAsia="zh-CN"/>
        </w:rPr>
        <w:t>　　在上课前，夏媛媛老师积极选好课题，认真备课；在上课时，夏老师做到了让学生始终处于课堂的主体地位，教师在其中起到了引导、过渡等作用。在夏老师的引导下，学生进行了积极参与、体验、合作、讨论和交流，每个学生都获得了探索和成功的体验，充分提现了全面育人的新课改精神。</w:t>
      </w:r>
      <w:r>
        <w:rPr>
          <w:lang w:eastAsia="zh-CN"/>
        </w:rPr>
        <w:br/>
      </w:r>
      <w:r>
        <w:rPr>
          <w:lang w:eastAsia="zh-CN"/>
        </w:rPr>
        <w:t>　　公开课结束后，常务副校长胡本瑜发表了自己的意见和建议，教师们也各抒己见，纷纷指出本堂课教学的亮点与其有待改善的地方，并针对每一个细节都做了很好的剖析与概括，相信授课教师也能在其中学到更多，做得更好。这次活动促进了课堂教学研究的深入开展，提高了教师的业务素质。此次活动，使我校教师形成了人人做课、人人议课的浓厚教研氛围。</w:t>
      </w:r>
      <w:r>
        <w:rPr>
          <w:lang w:eastAsia="zh-CN"/>
        </w:rPr>
        <w:br/>
      </w:r>
      <w:r>
        <w:rPr>
          <w:lang w:eastAsia="zh-CN"/>
        </w:rPr>
        <w:t xml:space="preserve">    新教师美术公开课总结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为进一步提高新教师的专业素养和教学能力，夯实新教师驾驭课堂教学的基本功，展示新教师风采，12月17日，环翠区教研中心在翠竹小学举行20__年环翠区美术学科新教师课堂教学展示活动。</w:t>
      </w:r>
      <w:r>
        <w:rPr>
          <w:lang w:eastAsia="zh-CN"/>
        </w:rPr>
        <w:br/>
      </w:r>
      <w:r>
        <w:rPr>
          <w:lang w:eastAsia="zh-CN"/>
        </w:rPr>
        <w:t>　　活动中首先由两位新教师进行课堂展示，杨爱娣老师和朱倩雯老师分别执教《鱼儿游游》和《我设计的自行车》一课，两位授课教师精心设计教学过程，充分利用多种教学方法激发学生学习兴趣，呈现异彩纷呈的课堂。课堂教学展示后，美术教研员董宇老师对这两节课进行详细点评，耐心细致地分析每节课的优点以及存在的不足，她重点强调作为美术教师,特别是新教师,要认真研读课程标准、详细备课、认真反思，从而不断改变思维方式和教学方法,让美术教学真正的以人为本，让核心素养在课堂落地生根。</w:t>
      </w:r>
      <w:r>
        <w:rPr>
          <w:lang w:eastAsia="zh-CN"/>
        </w:rPr>
        <w:br/>
      </w:r>
      <w:r>
        <w:rPr>
          <w:lang w:eastAsia="zh-CN"/>
        </w:rPr>
        <w:t>　　此次活动为新教师们搭建了一个实践教学理念和展示交流的平台，推动了新教师教学水平的提高。</w:t>
      </w:r>
      <w:r>
        <w:rPr>
          <w:lang w:eastAsia="zh-CN"/>
        </w:rPr>
        <w:br/>
      </w:r>
      <w:r>
        <w:rPr>
          <w:lang w:eastAsia="zh-CN"/>
        </w:rPr>
        <w:t xml:space="preserve">    新教师美术公开课总结 篇3 </w:t>
      </w:r>
      <w:r>
        <w:rPr>
          <w:lang w:eastAsia="zh-CN"/>
        </w:rPr>
        <w:br/>
      </w:r>
      <w:r>
        <w:rPr>
          <w:lang w:eastAsia="zh-CN"/>
        </w:rPr>
        <w:t>　　为了进一步提高美术组老师之间的沟通、学习和合作，切实推进学习的课堂，提高教师教学效益的新思路、新途径和新方法，我校于近日举行了校美术教师公开课教研活动。</w:t>
      </w:r>
      <w:r>
        <w:rPr>
          <w:lang w:eastAsia="zh-CN"/>
        </w:rPr>
        <w:br/>
      </w:r>
      <w:r>
        <w:rPr>
          <w:lang w:eastAsia="zh-CN"/>
        </w:rPr>
        <w:t>　　此次教研活动分为听课、评课、讨论总结三部分。美术组黄佳音老师执教的《找果子的刺猬》，美术组全体老师参加并且学校领导进教室现场观摩。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黄老师上课教态自然，沉着大方，本节课通过抖音闪字视频导入，视频效果精彩夺目，一下子吸引孩子们的眼球。课堂上黄老师通过一步步的循序渐进，让孩子们从了解刺猬的生活习性到外形特征，使得孩子们充分了解刺猬这种动物。从而引导孩子在捏的过程更加了解刺猬的外形特征--水滴形。接着孩子们通过观看黄老师制作的微课视频从中了解刺猬的制作步骤。最后引导学生欣赏不同刺猬造型的姿态，启发学生的创新和想象力，充分尊重了学生的个性和自主性。</w:t>
      </w:r>
      <w:r>
        <w:rPr>
          <w:lang w:eastAsia="zh-CN"/>
        </w:rPr>
        <w:br/>
      </w:r>
      <w:r>
        <w:rPr>
          <w:lang w:eastAsia="zh-CN"/>
        </w:rPr>
        <w:t>　　课后美术组老师以及学校领导对黄佳音老师的课进行点评。</w:t>
      </w:r>
      <w:r>
        <w:rPr>
          <w:lang w:eastAsia="zh-CN"/>
        </w:rPr>
        <w:br/>
      </w:r>
      <w:r>
        <w:rPr>
          <w:lang w:eastAsia="zh-CN"/>
        </w:rPr>
        <w:t>　　整堂课行云流水，一气呵成。别具一格的课堂教学和精美独特的自制教具，让人耳目一新，受益匪浅。</w:t>
      </w:r>
      <w:r>
        <w:rPr>
          <w:lang w:eastAsia="zh-CN"/>
        </w:rPr>
        <w:br/>
      </w:r>
      <w:r>
        <w:rPr>
          <w:lang w:eastAsia="zh-CN"/>
        </w:rPr>
        <w:t>　　课后，老师们迅速开始研讨活动。大家从课程环节设计到教学中的亮点都进行了一一解析。老师们各抒己见，对黄老师的专业能力给予了高度评价，同时也提出了一些中肯的意见。</w:t>
      </w:r>
      <w:r>
        <w:rPr>
          <w:lang w:eastAsia="zh-CN"/>
        </w:rPr>
        <w:br/>
      </w:r>
      <w:r>
        <w:rPr>
          <w:lang w:eastAsia="zh-CN"/>
        </w:rPr>
        <w:t>　　研讨的过程是一种体验，更是一种积累，相信由本次教研引发的对课堂教学深层次的思考，一定会给今后美术教育教学工作注入新的生机和活力。</w:t>
      </w:r>
      <w:r>
        <w:rPr>
          <w:lang w:eastAsia="zh-CN"/>
        </w:rPr>
        <w:br/>
      </w:r>
      <w:r>
        <w:rPr>
          <w:lang w:eastAsia="zh-CN"/>
        </w:rPr>
        <w:t xml:space="preserve">    新教师美术公开课总结 篇4 </w:t>
      </w:r>
      <w:r>
        <w:rPr>
          <w:lang w:eastAsia="zh-CN"/>
        </w:rPr>
        <w:br/>
      </w:r>
      <w:r>
        <w:rPr>
          <w:lang w:eastAsia="zh-CN"/>
        </w:rPr>
        <w:t>　　为深化幼儿园阅读特色，锻炼新教师的教学能力，提升老师的教学水平，清江园区的新教师齐聚一堂，开展“绘本+美术”公开课展示活动。</w:t>
      </w:r>
      <w:r>
        <w:rPr>
          <w:lang w:eastAsia="zh-CN"/>
        </w:rPr>
        <w:br/>
      </w:r>
      <w:r>
        <w:rPr>
          <w:lang w:eastAsia="zh-CN"/>
        </w:rPr>
        <w:t>　　亮风采</w:t>
      </w:r>
      <w:r>
        <w:rPr>
          <w:lang w:eastAsia="zh-CN"/>
        </w:rPr>
        <w:br/>
      </w:r>
      <w:r>
        <w:rPr>
          <w:lang w:eastAsia="zh-CN"/>
        </w:rPr>
        <w:t>　　梅梦婷老师执教的中班语言活动《亮晶晶的泡泡》，教师结合情景使用不同的语气、语调，让幼儿感受语气、语调在与同伴交往中的重要性。活动中教师语言丰富，回应精炼，帮助幼儿提升语言经验。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金婉妍老师执教的中班美术活动《亮晶晶的泡泡》，幼儿用自己吹出的彩色泡泡作画，并借形想象、为泡泡添画，激发幼儿用自己喜爱的方式表现与创作。</w:t>
      </w:r>
      <w:r>
        <w:rPr>
          <w:lang w:eastAsia="zh-CN"/>
        </w:rPr>
        <w:br/>
      </w:r>
      <w:r>
        <w:rPr>
          <w:lang w:eastAsia="zh-CN"/>
        </w:rPr>
        <w:t>　　鲍雅露老师执教的小班语言活动《花格子大象艾玛》。老师抑扬顿挫的语言、丰富的表情满足小班教学的特点，牢牢抓住了幼儿的兴趣点。活动设计巧妙，通过启发性提问，引导幼儿仔细观察画面、猜测故事情节。</w:t>
      </w:r>
      <w:r>
        <w:rPr>
          <w:lang w:eastAsia="zh-CN"/>
        </w:rPr>
        <w:br/>
      </w:r>
      <w:r>
        <w:rPr>
          <w:lang w:eastAsia="zh-CN"/>
        </w:rPr>
        <w:t>　　何莉老师执教的小班美术活动《花格子大象艾玛》，结合幼儿前期绘本阅读活动，以大象艾玛身上的花格子为切入点，提供水汽球、海绵等丰富的材料，幼儿自主操作，体验创作表达的乐趣。</w:t>
      </w:r>
      <w:r>
        <w:rPr>
          <w:lang w:eastAsia="zh-CN"/>
        </w:rPr>
        <w:br/>
      </w:r>
      <w:r>
        <w:rPr>
          <w:lang w:eastAsia="zh-CN"/>
        </w:rPr>
        <w:t>　　沈杏明老师执教小班语言活动《想吃苹果的鼠小弟》。沈老师通过引导幼儿观察画面，鼓励幼儿学说＂要是我也有......就好了＂，体会鼠小弟想吃苹果的心情，感受与好朋友合作的快乐。</w:t>
      </w:r>
      <w:r>
        <w:rPr>
          <w:lang w:eastAsia="zh-CN"/>
        </w:rPr>
        <w:br/>
      </w:r>
      <w:r>
        <w:rPr>
          <w:lang w:eastAsia="zh-CN"/>
        </w:rPr>
        <w:t>　　促成长</w:t>
      </w:r>
      <w:r>
        <w:rPr>
          <w:lang w:eastAsia="zh-CN"/>
        </w:rPr>
        <w:br/>
      </w:r>
      <w:r>
        <w:rPr>
          <w:lang w:eastAsia="zh-CN"/>
        </w:rPr>
        <w:t>　　观摩活动后，园区主任陈艳老师组织执教老师和听课教师进行评课交流。执教老师对活动的设计意图、目标及环节进行了自我评价。陈老师对于公开课中的亮点和有待改善的地方以及每一个细节做了很好的剖析，在前期准备、活动目标等方面进行了深入的探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通过公开课、评课、自我反思、教学研讨的互动教研方式，有效促使老师们相互学习、取长补短。本次教学展评活动为教师们搭建了一个实践教学理念、锻炼自己、交流学习的平台，使老师们在教学方面得到了磨炼和提高，同时推进了幼儿园整体教学水平的提高。</w:t>
      </w:r>
      <w:r>
        <w:rPr>
          <w:lang w:eastAsia="zh-CN"/>
        </w:rPr>
        <w:br/>
      </w:r>
      <w:r>
        <w:rPr>
          <w:lang w:eastAsia="zh-CN"/>
        </w:rPr>
        <w:t xml:space="preserve">    新教师美术公开课总结 篇5 </w:t>
      </w:r>
      <w:r>
        <w:rPr>
          <w:lang w:eastAsia="zh-CN"/>
        </w:rPr>
        <w:br/>
      </w:r>
      <w:r>
        <w:rPr>
          <w:lang w:eastAsia="zh-CN"/>
        </w:rPr>
        <w:t>　　10月19日上午，鳌江镇第十五小学任子涵老师正带领着孩子们学习《好看的装饰画》一课。</w:t>
      </w:r>
      <w:r>
        <w:rPr>
          <w:lang w:eastAsia="zh-CN"/>
        </w:rPr>
        <w:br/>
      </w:r>
      <w:r>
        <w:rPr>
          <w:lang w:eastAsia="zh-CN"/>
        </w:rPr>
        <w:t>　　20__年平阳县新入职美术老师亮相课在鳌江镇第十五小学举行，新入职的美术教师们精心备课，呈现出极具个人独特风采的美术课。平阳县美术教研员叶志杰老师到现场指导。</w:t>
      </w:r>
      <w:r>
        <w:rPr>
          <w:lang w:eastAsia="zh-CN"/>
        </w:rPr>
        <w:br/>
      </w:r>
      <w:r>
        <w:rPr>
          <w:lang w:eastAsia="zh-CN"/>
        </w:rPr>
        <w:t>　　10月19日上午，由尤婉儿、林玮倩、任子涵三位美术老师以同课异构方式拉开序幕，尤婉儿老师在教学《好看的装饰画》中，渗透人文性，让学生感受马蒂斯的作画风格，变做“小马蒂斯”们进行创作，以剪贴的方式创作了一幅幅装饰画作品。接着腾蛟镇凤巢小学的林玮倩老师在教学拓展部分以剪影的方式呈现，将一张张装饰画作品与生活中的物品相联系，设计感极强。鳌江镇第十五小学的任子涵老师从生活出发，让学生们感受色调的变化，依据场景色调进行装饰画设计，“小小设计师”们根据自己的喜好风格，精心装饰自己的“客厅”，当任老师把学生们作品集中展现时，孩子们无不发出赞叹声，“我喜欢这个风格！”“他跟我设计的很像，我们都爱大自然”……教室里充满着孩子们认真的点评，整堂课精彩纷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当天下午，水头三小的张杨扬老师以《四季歌》为主题展开教学。她的'课堂优美生动，将美术与语文科学之间进行联系，带学生认识美术与自然、文化之间的关系，感受诗情画意的四季。萧江镇实验小学的黄慧蕾老师教师在示范的环节灵活运用教具，带着学生创造出心中的四季。</w:t>
      </w:r>
      <w:r>
        <w:rPr>
          <w:lang w:eastAsia="zh-CN"/>
        </w:rPr>
        <w:br/>
      </w:r>
      <w:r>
        <w:rPr>
          <w:lang w:eastAsia="zh-CN"/>
        </w:rPr>
        <w:t>　　10月20日上午，水头四小的宋沁沁老师、萧江一小的周春晓老师、昆阳六小的许婷婷老师又以生动、幽默的方式带学生们学习《给同学画漫画一课》。学生们在老师们的指导下，积极热情的作画，面带笑容的画出心目中的“同学漫画”，整堂课程笑容满面，孩子们创作积极性高，教学效果突出。</w:t>
      </w:r>
      <w:r>
        <w:rPr>
          <w:lang w:eastAsia="zh-CN"/>
        </w:rPr>
        <w:br/>
      </w:r>
      <w:r>
        <w:rPr>
          <w:lang w:eastAsia="zh-CN"/>
        </w:rPr>
        <w:t>　　在课后交流中，每位教师都分享了自己的教学心得。平阳县美术教研员叶志杰老师围绕美术的基本素养为中心对各位新教师进行点评，他指出美育也应结合时代特点，让学生在美育的过程中学习判断的能力，还要在广泛的文化情境中熏陶美育，在日常教学中要做到“三让助学”——让看、让做、让评，多利用启发式的方式进行教学，既要让学生掌握知识，也要及时进行巩固，这才是有效的教学。</w:t>
      </w:r>
      <w:r>
        <w:rPr>
          <w:lang w:eastAsia="zh-CN"/>
        </w:rPr>
        <w:br/>
      </w:r>
      <w:r>
        <w:rPr>
          <w:lang w:eastAsia="zh-CN"/>
        </w:rPr>
        <w:t xml:space="preserve">    新教师美术公开课总结 篇6 </w:t>
      </w:r>
      <w:r>
        <w:rPr>
          <w:lang w:eastAsia="zh-CN"/>
        </w:rPr>
        <w:br/>
      </w:r>
      <w:r>
        <w:rPr>
          <w:lang w:eastAsia="zh-CN"/>
        </w:rPr>
        <w:t>　　20__年10月20日，成都市建设路小学两校区美术组教师进行新青年教师公开课讲课、评课。本次教研活动由美术组长纪晓露组织开展，沈默漪作为本节公开课的主讲人。</w:t>
      </w:r>
      <w:r>
        <w:rPr>
          <w:lang w:eastAsia="zh-CN"/>
        </w:rPr>
        <w:br/>
      </w:r>
      <w:r>
        <w:rPr>
          <w:lang w:eastAsia="zh-CN"/>
        </w:rPr>
        <w:t>　　一、讲课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茂密的花》属于“造型表现”学习领域，教材选择自然界中花的图片引导学生进一步体验、感受自然界中花的美感。本课教学通过观察、对比、讨论、欣赏等活动引导学生感受前后遮挡在画面中的作用，在美术欣赏和创作中感受饱满的构图给人的美感，同时感受大自然繁茂旺盛、充满生命力的健康美。</w:t>
      </w:r>
      <w:r>
        <w:rPr>
          <w:lang w:eastAsia="zh-CN"/>
        </w:rPr>
        <w:br/>
      </w:r>
      <w:r>
        <w:rPr>
          <w:lang w:eastAsia="zh-CN"/>
        </w:rPr>
        <w:t>　　沈默漪老师通过用视频带领学生逛花园的方式导入，激发了学生的兴趣，再带着学生一起了解不同种类花的外形特点，接着用对比的方式讲解怎样才能表现出花的茂密，在讲解的时候提出花的遮挡、大小、疏密关系。随后，沈老师带学生欣赏大师克林姆特的作品《葵花园》，提高学生的审美能力，并欣赏学生的作品。接下来，沈老师播放提前录制好的微课让学生学习如何表现茂密的花，学生进行创作。最后，沈老师把学生完成的作品剪下来并贴在提前准备好的背景花园上，并请学生互评。</w:t>
      </w:r>
      <w:r>
        <w:rPr>
          <w:lang w:eastAsia="zh-CN"/>
        </w:rPr>
        <w:br/>
      </w:r>
      <w:r>
        <w:rPr>
          <w:lang w:eastAsia="zh-CN"/>
        </w:rPr>
        <w:t>　　二、评课</w:t>
      </w:r>
      <w:r>
        <w:rPr>
          <w:lang w:eastAsia="zh-CN"/>
        </w:rPr>
        <w:br/>
      </w:r>
      <w:r>
        <w:rPr>
          <w:lang w:eastAsia="zh-CN"/>
        </w:rPr>
        <w:t>　　美术组长纪晓露评价道，本堂课沈老师准备得很充分，语言设计很适合二年级的小朋友，教学设计的层次也比较丰富。纪晓露建议，欣赏完大师的色彩作品接着欣赏学生的线描作品，差别很大，可以有一个过渡，提出彩色的画和线描的差别，还可用学生作品解决重难点中的构图、疏密关系；学生作品的图片较小，可一张张放大给学生观察。</w:t>
      </w:r>
      <w:r>
        <w:rPr>
          <w:lang w:eastAsia="zh-CN"/>
        </w:rPr>
        <w:br/>
      </w:r>
      <w:r>
        <w:rPr>
          <w:lang w:eastAsia="zh-CN"/>
        </w:rPr>
        <w:t>　　汤钰老师评价，沈老师作为刚工作一年的新老师进步很大，学校的新老师进入自己的角色很快，沈老师在讲大师作品的时候又梳理了本课的重难点，这点很好；讲花型的时候可放大图片，重点提出特殊花型。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通过组内献课，青年教师在一次次磨课、上课、评课中学到了很多，希望学校的青年教师能找到自己的风格，并一天比一天进步。</w:t>
      </w:r>
      <w:r>
        <w:rPr>
          <w:lang w:eastAsia="zh-CN"/>
        </w:rPr>
        <w:br/>
      </w:r>
      <w:r>
        <w:rPr>
          <w:lang w:eastAsia="zh-CN"/>
        </w:rPr>
        <w:t xml:space="preserve">    新教师美术公开课总结 篇7 </w:t>
      </w:r>
      <w:r>
        <w:rPr>
          <w:lang w:eastAsia="zh-CN"/>
        </w:rPr>
        <w:br/>
      </w:r>
      <w:r>
        <w:rPr>
          <w:lang w:eastAsia="zh-CN"/>
        </w:rPr>
        <w:t>　　转眼间，短暂的一学期时光又即将过去。为了以后能在工作中扬长避短，取得更好的成绩，现将本学期的教学工作总结如下:</w:t>
      </w:r>
      <w:r>
        <w:rPr>
          <w:lang w:eastAsia="zh-CN"/>
        </w:rPr>
        <w:br/>
      </w:r>
      <w:r>
        <w:rPr>
          <w:lang w:eastAsia="zh-CN"/>
        </w:rPr>
        <w:t>　　一、认真备课，不但备学生而且备教材备教法，根据教材内容及学生的实际，设计课的类型，拟定采用的教学方法，认真写好备课教案。为了做到这点，我常常到网上搜集资料，吸收别人优秀教案的长处，并对例题进行筛选，每一课都做到"有备而来"，每堂课都在课前做好充分的准备，认真钻研教材，对教材的基本思想、基本概念，每句话、每个字都弄清楚，了解教材的结构，重点与难点，掌握知识的逻辑，能运用自如。能根据我们学校学生的实际，对学生因材施教。</w:t>
      </w:r>
      <w:r>
        <w:rPr>
          <w:lang w:eastAsia="zh-CN"/>
        </w:rPr>
        <w:br/>
      </w:r>
      <w:r>
        <w:rPr>
          <w:lang w:eastAsia="zh-CN"/>
        </w:rPr>
        <w:t>　　二、增强上课技能，提高教学质量，使讲解清晰化，条理化，准确化，生动化，做到线索清晰，层次分明，深入浅出。在课堂上特别注意调动学生的积极性，加强师生交流，充分体现学生的主作用，让学生学得容易，学得轻松，学得愉快;同时在每一堂课上都充分考虑每一个层次的学生学习需求和学习能力，让各个层次的学生都得到提高。</w:t>
      </w:r>
      <w:r>
        <w:rPr>
          <w:lang w:eastAsia="zh-CN"/>
        </w:rPr>
        <w:br/>
      </w:r>
      <w:r>
        <w:rPr>
          <w:lang w:eastAsia="zh-CN"/>
        </w:rPr>
        <w:t>　　三、虚心请教其他老师。在各个章节的教学上都积极征求其他老师的意见，学习他们的方法，同时，多听老师的课，做到边听边讲，学习别人的优点，克服自己的不足，并利用参加培训学习的机会，学习其他培训专家的经验，改进工作，提高教学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四、认真批改作业:布置作业做到精读精练。有针对性，有层次性。力求每一次练习都起到最大的效果。同时对学生的作业批改及时、认真分析学生的作业情况，将他们在作业过程出现的问题作出分类总结，进行透彻的评讲，并针对有关情况及时改进教学方法，做到有的放矢。</w:t>
      </w:r>
      <w:r>
        <w:rPr>
          <w:lang w:eastAsia="zh-CN"/>
        </w:rPr>
        <w:br/>
      </w:r>
      <w:r>
        <w:rPr>
          <w:lang w:eastAsia="zh-CN"/>
        </w:rPr>
        <w:t>　　五、做好课后辅导工作，注意分层教学。在课后以及晚自习时间，对不同层次的学生进行单独的辅导，以满足不同层次的学生的需求，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w:t>
      </w:r>
      <w:r>
        <w:rPr>
          <w:lang w:eastAsia="zh-CN"/>
        </w:rPr>
        <w:br/>
      </w:r>
      <w:r>
        <w:rPr>
          <w:lang w:eastAsia="zh-CN"/>
        </w:rPr>
        <w:t>　　一份耕耘，一份收获。通过我这半年来踏实认真的工作，教学工作取得了较好成绩，但这都离不开领导的支持和全体老师的帮助，教学工作苦乐相伴。同时，我也有许多不足之处，今后，我将本着认真负责的教学原则，一如既往，再接再厉，把工作搞得更好。</w:t>
      </w:r>
      <w:r>
        <w:rPr>
          <w:lang w:eastAsia="zh-CN"/>
        </w:rPr>
        <w:br/>
      </w:r>
      <w:r>
        <w:rPr>
          <w:lang w:eastAsia="zh-CN"/>
        </w:rPr>
        <w:t xml:space="preserve">    新教师美术公开课总结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作为正式踏上教育行业的新教师，我对这份工作充满期待和向往,虽然有过在私立学校有过几年的执教经验,但在全新的环境,对自己要求也进一步提高,我也害怕自己能力有限不能很好的胜任这份工作。很感谢教育局在我彷徨的时候给了我及时地帮助&amp;新教师上岗培训。</w:t>
      </w:r>
      <w:r>
        <w:rPr>
          <w:lang w:eastAsia="zh-CN"/>
        </w:rPr>
        <w:br/>
      </w:r>
      <w:r>
        <w:rPr>
          <w:lang w:eastAsia="zh-CN"/>
        </w:rPr>
        <w:t>　　教育局的领导站在较高的角度从宏观上分析了全县教育概况和特点，对我们加入苍山教育队伍寄予了高度重视和期待。同时也提高对我们教师队伍建设的要求。让我在上岗前提前了解了我们苍山县教育的基本情况，明白了我们教师在学校安全中的作用，以及我们自己在专业化发展道路上应该遵循的要求等等，为我顺利上岗适应职业提供非常重要的作用。</w:t>
      </w:r>
      <w:r>
        <w:rPr>
          <w:lang w:eastAsia="zh-CN"/>
        </w:rPr>
        <w:br/>
      </w:r>
      <w:r>
        <w:rPr>
          <w:lang w:eastAsia="zh-CN"/>
        </w:rPr>
        <w:t>　　做讲座的专家很多，他们是教育战线上的专家，但是又各有所长，他们都从自己所擅长的某一方面为我们新教师指名了方向，从他们的讲座中我受益很多。</w:t>
      </w:r>
      <w:r>
        <w:rPr>
          <w:lang w:eastAsia="zh-CN"/>
        </w:rPr>
        <w:br/>
      </w:r>
      <w:r>
        <w:rPr>
          <w:lang w:eastAsia="zh-CN"/>
        </w:rPr>
        <w:t>　　在用心听了各位领导专家的讲座后，我明白了：要成为一名优秀的教师要有好习惯---主动求助、管理好自己的情绪、协作沟通、勇于认错、勤读书、助人为乐、字斟句酌等好习惯。上岗后，我发现身边的好老师确实就是这样的，而自己还欠缺很多，帮助我及时调整自己的路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名师、名校长的点拨受益更深。在讲座中，我们特别欢迎成功老教师分享她们自身成功的经历，他们的教育经历心得体会，为我们这些新人打开了眼界。他们就是我们的榜样和目标，鼓励我们不断前进。我们学习的是他们不断进取的精神，因为他们的成功不是随便就得来的，而是付出了比别人更多的努力。</w:t>
      </w:r>
      <w:r>
        <w:rPr>
          <w:lang w:eastAsia="zh-CN"/>
        </w:rPr>
        <w:br/>
      </w:r>
      <w:r>
        <w:rPr>
          <w:lang w:eastAsia="zh-CN"/>
        </w:rPr>
        <w:t>　　通过集中培训，我对自己做了如下几点要求：</w:t>
      </w:r>
      <w:r>
        <w:rPr>
          <w:lang w:eastAsia="zh-CN"/>
        </w:rPr>
        <w:br/>
      </w:r>
      <w:r>
        <w:rPr>
          <w:lang w:eastAsia="zh-CN"/>
        </w:rPr>
        <w:t>　　1、掌握基本的教育教学技能：学生教育、班级管理和课堂教学的准备、实施、评价和研究的基本技能。这些是新上岗教师必须具备的基本功，成为专业成长的基础，并在实践中积累实践性知识。</w:t>
      </w:r>
      <w:r>
        <w:rPr>
          <w:lang w:eastAsia="zh-CN"/>
        </w:rPr>
        <w:br/>
      </w:r>
      <w:r>
        <w:rPr>
          <w:lang w:eastAsia="zh-CN"/>
        </w:rPr>
        <w:t>　　2、掌握基本的教育教学常规：学校教育和教学活动的基本内容、一般过程及其要求。这些是新上岗教师实向教师角色转变、逐步胜任工作的关键，还是让我们顺应学校、适应群体的必然要求。</w:t>
      </w:r>
      <w:r>
        <w:rPr>
          <w:lang w:eastAsia="zh-CN"/>
        </w:rPr>
        <w:br/>
      </w:r>
      <w:r>
        <w:rPr>
          <w:lang w:eastAsia="zh-CN"/>
        </w:rPr>
        <w:t>　　3、熟悉学校的基本情况：学校的规章制度，学校的特色和文化，以及本校的学生和家长等。这些是我们适应校园文化和工作环境的必修课，其意义在于帮助我们通过对学校、学生和家长的熟悉，定位自我角色和价值。</w:t>
      </w:r>
      <w:r>
        <w:rPr>
          <w:lang w:eastAsia="zh-CN"/>
        </w:rPr>
        <w:br/>
      </w:r>
      <w:r>
        <w:rPr>
          <w:lang w:eastAsia="zh-CN"/>
        </w:rPr>
        <w:t>　　4、取得群体的基本认同：参加学校的主题教育活动和教育教学研究活动等。通过参加这些活动，在交往中被他人逐步了解、主动接受，在活动中表现自我、建立自信，在过程中寻找到归属和位置，从而调适心理、缓解压力。</w:t>
      </w:r>
      <w:r>
        <w:rPr>
          <w:lang w:eastAsia="zh-CN"/>
        </w:rPr>
        <w:br/>
      </w:r>
      <w:r>
        <w:rPr>
          <w:lang w:eastAsia="zh-CN"/>
        </w:rPr>
        <w:t>　　在新的工作岗位上我们未来的路还很长，我们需要学习的东西还很多， 我们总是在不断的实践中逐步成长，而短短两天的培训，给我的却是终生受用的知识。让我更加明确了自己的定位，坚定了自己信念，提高了责任心。最后，感谢为我们辛勤付出的老师们。</w:t>
      </w:r>
      <w:r>
        <w:rPr>
          <w:lang w:eastAsia="zh-CN"/>
        </w:rPr>
        <w:br/>
      </w:r>
      <w:r>
        <w:rPr>
          <w:lang w:eastAsia="zh-CN"/>
        </w:rPr>
        <w:t xml:space="preserve">    新教师美术公开课总结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20__年9月，我有幸地参加了我区举办的新教师规范化培训，作为一名刚踏出大学校门的新教师，我对新的社会角色、新的工作任务、新的生活充满了热情和期待，由于在工作方法及工作技巧方面缺少经验，迫切地希望能通过这次的教师培训找到答案。这一年来培训的内容十分丰富，让我们获益颇多。</w:t>
      </w:r>
      <w:r>
        <w:rPr>
          <w:lang w:eastAsia="zh-CN"/>
        </w:rPr>
        <w:br/>
      </w:r>
      <w:r>
        <w:rPr>
          <w:lang w:eastAsia="zh-CN"/>
        </w:rPr>
        <w:t>　　首先，我想感谢为我们上过课的每一位老师，因为每一次上课，我都感到：给我们上课的每位老师都是有着扎实的教学功底、先进的教育理念的优秀指导老师，让我对班主任和教科研等方面工作有了新的认识。在每一次的培训中，我都认真地聆听，及时地做好笔记，现在回头看看刚开学时的我，感觉自己收获颇多，更加深刻感受到教师责任的重大和使命的光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基地学校，为我们安排了丰富多样的培训内容。20__年12月，我们每位学员作了师德征文的交流。作为教师，只有具备了全面的素质要求，才能培养出适合社会发展需要的人才，才能培养出推动社会进步的人才。而其中教师职业道德是我们首先应该学习提升的'，因为它是我们教师素质的核心，并且它将直接影响我们教书育人的整个过程和质量。师德，顾名思义，是教师的职业道德，也是教育工作者长期教育实践的结晶。师德有着一般职业道德的共同特征即共性，爱岗敬业。也有着与其他职业道德区别的特征即特性，关爱学生。师德应契合这个时代的现状，不要把教师捧为圣人，但也不能将师德等同于一般的职业道德。教师，这份职业决定了师德有着它的特性。教师不仅要爱岗敬业，更要关爱学生。20__年3月，我们每位学员参与了案例撰写的培训。通过这次培训让我对何为案例，有何特征，如何撰写案例有了一定的认识。案例能使我们停下脚步对我们的教学历程进行回顾，伟大的教育家苏霍姆林斯基也十分推崇撰写教学案例，他一生中撰写过上千份案例。主讲的老师从自身经历出发为我们讲述了教学案例撰写的重要性。积累案例可以使我们学会反思，积累案例可以使我们不断提高教学技能。案例撰写时需要关注什么？案例撰写时需要关注教与学的重点与难点，案例撰写时需要养成积累教学心得的习惯，案例撰写时需要深入浅出的分析。20__年5月，我们每位学员参与了青年教师职业生涯规划的培训。通过这次培训，让我认识到做职业生涯规划的必要性。教师的职业生涯规划：是对有关教师职业发展的各个方面进行的设想和规划，具体包括：对教师职业的选择，对教师职业目标与预期成就的设想，对工作单位和岗位的设计，对成长阶段步骤以及环境条件的考虑等。制定职业生涯规划，是终身教育的需要，是教师自身发展的需要，有助于教师确立发展目标，有助于教师适应未来的竞争与社会需求。</w:t>
      </w:r>
      <w:r>
        <w:rPr>
          <w:lang w:eastAsia="zh-CN"/>
        </w:rPr>
        <w:br/>
      </w:r>
      <w:r>
        <w:rPr>
          <w:lang w:eastAsia="zh-CN"/>
        </w:rPr>
        <w:t>　　基地学校、聘任学校对我们的发展十分关心，而我们的导师更是倾囊相授，希望能帮助我们快速成长。在这一年的培训中在各方的帮助下，我在各方面都有了许多收获，在教学能力上也有了较大的进步。下面，我就将我这一年来所学习到的内容以及收获做简要小结。</w:t>
      </w:r>
      <w:r>
        <w:rPr>
          <w:lang w:eastAsia="zh-CN"/>
        </w:rPr>
        <w:br/>
      </w:r>
      <w:r>
        <w:rPr>
          <w:lang w:eastAsia="zh-CN"/>
        </w:rPr>
        <w:t>　　一、教育思想方面的收获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去年九月，我刚踏上教师这个岗位，对于，教学的真谛并不了解。作为一名教师，改以怎样的精神投入到工作之中也是懵懵懂懂。如今，我已明白，作为一名教师，首先要学会育人其次便是教书。教师这个职业，不同于其他任何行业，不是沉浸在自我的世界中埋头苦干就可以实现的；作为教师，要学会交流，学会与学生交流，与同仁交流。作为教师，除了要有吃苦耐劳，积极与他人合作交流的精神外，最重要的就是要有爱岗敬业的精神，要热爱学生，始终用爱来浇灌我们的学生，这样，我们的工作才能快乐，我们的学生也才能体会到学习的兴趣。</w:t>
      </w:r>
      <w:r>
        <w:rPr>
          <w:lang w:eastAsia="zh-CN"/>
        </w:rPr>
        <w:br/>
      </w:r>
      <w:r>
        <w:rPr>
          <w:lang w:eastAsia="zh-CN"/>
        </w:rPr>
        <w:t>　　在这一年中，我看了许多与教育相关的书籍，听了一些讲座，与此同时，也时刻关注网络、电视等媒体上的教育新闻。一年来，我秉持着谦虚好学的精神，以各种渠道学习新的教育理念，完善自身的教育思想，以便将来将此落实到实践中去。</w:t>
      </w:r>
      <w:r>
        <w:rPr>
          <w:lang w:eastAsia="zh-CN"/>
        </w:rPr>
        <w:br/>
      </w:r>
      <w:r>
        <w:rPr>
          <w:lang w:eastAsia="zh-CN"/>
        </w:rPr>
        <w:t>　　二、数学教学方面的收获</w:t>
      </w:r>
      <w:r>
        <w:rPr>
          <w:lang w:eastAsia="zh-CN"/>
        </w:rPr>
        <w:br/>
      </w:r>
      <w:r>
        <w:rPr>
          <w:lang w:eastAsia="zh-CN"/>
        </w:rPr>
        <w:t>　　这一年间，我上了多次公开课</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每一次的公开课，对我而言都是一次学习的机会。因此，我总能把握住机会，认真备课，向带教老师以及同一备课组的老师请教。每一次上课前，教案总是一改再改，上完课又会一次接一次的修改。尽管如此，每一次改动都让我对教学多一层思考，也让我的课堂多了一些优点。这一次次的公开课让我明白了什么样的教案才是真正规范的，同时也让我深刻地体会到要上一堂生动有效的数学课是多么不容易。于我而言，只有继续不断地探索、学习、实践方能继续提高。在这一年中，我已从一个上课思路不清晰的大学毕业生蜕变成了一个思路清晰、有着一定应变能力的新教师。</w:t>
      </w:r>
      <w:r>
        <w:rPr>
          <w:lang w:eastAsia="zh-CN"/>
        </w:rPr>
        <w:br/>
      </w:r>
      <w:r>
        <w:rPr>
          <w:lang w:eastAsia="zh-CN"/>
        </w:rPr>
        <w:t>　　三、班主任工作方面的收获</w:t>
      </w:r>
      <w:r>
        <w:rPr>
          <w:lang w:eastAsia="zh-CN"/>
        </w:rPr>
        <w:br/>
      </w:r>
      <w:r>
        <w:rPr>
          <w:lang w:eastAsia="zh-CN"/>
        </w:rPr>
        <w:t>　　这一年，在名义上我只是一位副班主任，但我承担了许多班主任的工作。我跟着基地学校以及聘任学校的导师学习如何开家长会、如何设计一堂有效的主题班会、如何与学生谈心等等。通过这一系列的工作，让我深刻地领会到班主任工作的不易，作为一名教师其德育工作的重要性。这一年，我明白了与家长交流的重要性，同时只有恰当的语气、合理的方式才能让家长信任你，从而实现家校合作，共同教育学生。对于学生的思想教育，更要注意方式方法，每一位学生都有其独特的个性。作为教师既要抓住一个班学生的共性，进行集体教育，又要善于观察学生，了解每一位学生的个性。碰到问题时，作为教师首先就要怀着耐心，根据不同学生的性格进行谈心，让他们亲近自己，从而走进他们的内心，帮助他们解决问题。</w:t>
      </w:r>
      <w:r>
        <w:rPr>
          <w:lang w:eastAsia="zh-CN"/>
        </w:rPr>
        <w:br/>
      </w:r>
      <w:r>
        <w:rPr>
          <w:lang w:eastAsia="zh-CN"/>
        </w:rPr>
        <w:t>　　总之，在这一年中无论在思想、学科教学还是班主任工作方面，我都学习了许多，也付出了诸多努力，同时也有了不小的收获。这一年，于我是收获的一年。回顾这见习的一年，心中所怀皆是感恩之情。</w:t>
      </w:r>
      <w:r>
        <w:rPr>
          <w:lang w:eastAsia="zh-CN"/>
        </w:rPr>
        <w:br/>
      </w:r>
      <w:r>
        <w:rPr>
          <w:lang w:eastAsia="zh-CN"/>
        </w:rPr>
        <w:t xml:space="preserve">    新教师美术公开课总结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时间过得很快。时间也过得很慢。该做个总结，是给自己，也是给我教过的所有学生。20__-20__学年第一学期，我主要担任一（3）班的语文教学工作。做为一个刚刚大学毕业参加工作的新手，一学期以来，我在学校的领导下，在学科组的统一部署下，在办公室所有老师的帮助下，完成了语文的教学工作。有收获，也有遗憾。收获本学期，我一直以高昂的热情去工作，时刻铭记自己的责任，认真去做每一件事，并从开学坚持到了期末，我也因此而获得学生的尊敬和喜爱。我想这应该是很大的收获，以后的工作里，我仍然会保持这种责任心和工作热情。心里有学生，学生心里就会有你。关爱学生，我想我做到了。在以后的生活中我更应该一如既往！在日常的教学中，以一个新老师拥有的激情，做到备课充分、授课认真，批改作业仔细，基本完成语文教学任务。课下常常和学生交流，关心他们，帮助他们，尽到一个班主任的职责。而且，学生都真心与我交流，也给我的教学和管理起到了一定的帮助。遗憾收获有，遗憾更有。虽然我一直在努力地去做好工作，认真向有经验的老师请教和学习教学、管理的方法，但是，由于能力有限、经验不足，我在教学和班级管理中还存在不少的问题：</w:t>
      </w:r>
      <w:r>
        <w:rPr>
          <w:lang w:eastAsia="zh-CN"/>
        </w:rPr>
        <w:br/>
      </w:r>
      <w:r>
        <w:rPr>
          <w:lang w:eastAsia="zh-CN"/>
        </w:rPr>
        <w:t>　　1、我讲课时语速快，也没有多少语调变化，不能抑扬顿挫，尽管在努力克服，但是还是需要很大改进。上课的效果，容易受学生反应的影响，学生要是不听话，我很拘谨，思维也打不开，常常不能很好的表达自己的感受，教学达不到了自己设定的效果的。这在以后的教学中，我会努力改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刚开始对学生很严厉，但是与学生相处时间长了，慢慢对他们不够严厉，导致课堂秩序有时比较混乱。导致后来在管理班级的纪律时常常力不从心。这是学生和我自身都意识到的问题，就这个问题我自己也进行了反思，以后一定尽力改正。真正做到成为学生的“良师益友”。既做学生的朋友，更要认识自己教师这个角色，不与他们走得太近。</w:t>
      </w:r>
      <w:r>
        <w:rPr>
          <w:lang w:eastAsia="zh-CN"/>
        </w:rPr>
        <w:br/>
      </w:r>
      <w:r>
        <w:rPr>
          <w:lang w:eastAsia="zh-CN"/>
        </w:rPr>
        <w:t>　　3、没有空出足够的课外时间为自己充实教学理论知识，没有给自己留出自我提升的时间。由于一切都在摸索阶段，更需要理论知识来指导自己，但花在备课和批改作业上的时间太多，在教学上遇到问题没有及时找出根源，因此不能快速地在教学方面提升自己。</w:t>
      </w:r>
      <w:r>
        <w:rPr>
          <w:lang w:eastAsia="zh-CN"/>
        </w:rPr>
        <w:br/>
      </w:r>
      <w:r>
        <w:rPr>
          <w:lang w:eastAsia="zh-CN"/>
        </w:rPr>
        <w:t>　　总之，这个学期的每一个日子都是那样平凡，又那样的不平凡。初为人师，已近半年时光，真正是酸甜苦辣俱全。我更加钦佩那些一日复一日关爱着学生，宽容着学生的老师了！现在，自己努力地在这个岗位上劳动着，我体会到这平凡工作中的不平凡。在这里，没有个人的喜好，不允许个人的偏见，不能有自己的懒惰，不能随意发泄自己的愁情。在这里，老师是真心的希望学生能记得一点点有用的东西，能给他们一点点好的影响。没有老师希望自己的学生过得压抑过得不快乐，没有老师希望自己的学生虚度光阴，没有老师真正跟学生计较，没有老师不希望自己的学生有一个好的前程，有一个积极的人生态度！而老师自己，只是那摆渡的人，三年一靠岸，周而复始地舞动着那划船的动作。我希望自己能当好当老那一个摆渡人。如果缺少天分，那么就多点勤劳和锻炼吧！如果少点幽默，就多点关爱和真诚吧！让每一个乘船的人都能顺利过河，去寻找他的远方。尽管，有时候我会怀疑自己的能力，我会不会自己就沉船了？只是，更多的，还是信心！梦还没有破。希望还是有的！坚持，这需要勇气！改进，摸索，真心，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新教师美术公开课总结 篇11 </w:t>
      </w:r>
      <w:r>
        <w:rPr>
          <w:lang w:eastAsia="zh-CN"/>
        </w:rPr>
        <w:br/>
      </w:r>
      <w:r>
        <w:rPr>
          <w:lang w:eastAsia="zh-CN"/>
        </w:rPr>
        <w:t>　　本学期我担任了_个班的地理教学工作，并担任高_地理备课组长的工作，任务艰巨，在与诸位地理教师的协同合作下，明确职责，脚踏实地的工作，各项教学活动开展的井井有条，现将_学期的具体工作总结如下：</w:t>
      </w:r>
      <w:r>
        <w:rPr>
          <w:lang w:eastAsia="zh-CN"/>
        </w:rPr>
        <w:br/>
      </w:r>
      <w:r>
        <w:rPr>
          <w:lang w:eastAsia="zh-CN"/>
        </w:rPr>
        <w:t>　　一、积极参加课改培训，加强理论学习、促进观念转变</w:t>
      </w:r>
      <w:r>
        <w:rPr>
          <w:lang w:eastAsia="zh-CN"/>
        </w:rPr>
        <w:br/>
      </w:r>
      <w:r>
        <w:rPr>
          <w:lang w:eastAsia="zh-CN"/>
        </w:rPr>
        <w:t>　　根据学校的统一安排，我与备课组其他老师顶高温冒酷暑在暑期_月_日至_月_日奔赴__市__大酒店参加了高_地理学科新课改培训。_天培训期间，通识培训，对《普通高中课程方案（实验）》进行了解读；人民教育出版社、课程教材研究所的专家从教材编写方面对人教版普通高中地理课程标准实验教科书必修《地理_》、《海洋地理》《自然灾害与防治》的设计思想和教材内容作了介绍；__省的一线教师介绍了课改实验区的教学经验和教训；省地理教研员对普通高中新课程实验地理学科的开设时间、方式、课时安排、教学和教研等提出了指导意见；科学的培训使我们对国家新一轮高中课程改革的背景、理论、目标、策略、步骤等方面有了一定的认识，理论学习的加强是走进新课程的第一重要关口。</w:t>
      </w:r>
      <w:r>
        <w:rPr>
          <w:lang w:eastAsia="zh-CN"/>
        </w:rPr>
        <w:br/>
      </w:r>
      <w:r>
        <w:rPr>
          <w:lang w:eastAsia="zh-CN"/>
        </w:rPr>
        <w:t>　　二、认真做好本职工作及高一地理备课组长的工作</w:t>
      </w:r>
      <w:r>
        <w:rPr>
          <w:lang w:eastAsia="zh-CN"/>
        </w:rPr>
        <w:br/>
      </w:r>
      <w:r>
        <w:rPr>
          <w:lang w:eastAsia="zh-CN"/>
        </w:rPr>
        <w:t>　　本学期切切实实做好高中地理会考工作，力争全部学生达标，重点做学习困难学生的工作。注重对高_文科班打好基础及培优，组织高_备课组成员做好下列工作：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1、学习地理课程标准，做好新课程培训工作认真学习和钻研学科课程标准新教材，对实践中出现的一些问题进行研究反思与调整，力求实现突破课改中的重点和难点。</w:t>
      </w:r>
      <w:r>
        <w:rPr>
          <w:lang w:eastAsia="zh-CN"/>
        </w:rPr>
        <w:br/>
      </w:r>
      <w:r>
        <w:rPr>
          <w:lang w:eastAsia="zh-CN"/>
        </w:rPr>
        <w:t>　　2、安排每_个星期的教学进度、课时安排，每堂课的大致上法，从而保证_个班级的教学进度一致。高_备课组内，每位科任老师上俩次公开课，取长补短，教学相长。</w:t>
      </w:r>
      <w:r>
        <w:rPr>
          <w:lang w:eastAsia="zh-CN"/>
        </w:rPr>
        <w:br/>
      </w:r>
      <w:r>
        <w:rPr>
          <w:lang w:eastAsia="zh-CN"/>
        </w:rPr>
        <w:t>　　3、做好期中、期末复习工作、认真学习考试说明，探讨复习教学策略，做好期中、期末考试的组织、阅卷、分数统计和阅卷分析等有关工作。</w:t>
      </w:r>
      <w:r>
        <w:rPr>
          <w:lang w:eastAsia="zh-CN"/>
        </w:rPr>
        <w:br/>
      </w:r>
      <w:r>
        <w:rPr>
          <w:lang w:eastAsia="zh-CN"/>
        </w:rPr>
        <w:t>　　4、抓教学常规组织有关学习活动，多研究探索教法，不断提高课堂效益，研究学法，将如何引导学生改善学习方式，促进学习方式多元化，为研究重点促进学生学习方式的转变。</w:t>
      </w:r>
      <w:r>
        <w:rPr>
          <w:lang w:eastAsia="zh-CN"/>
        </w:rPr>
        <w:br/>
      </w:r>
      <w:r>
        <w:rPr>
          <w:lang w:eastAsia="zh-CN"/>
        </w:rPr>
        <w:t>　　主要措施：培养良好的道德规范和学习习惯，在教学中多采用启发式创造性的教学方式。鼓励学生动脑思考、大胆想象、主动参与。课堂上精心设计各种丰富多彩“任务性”活动，设计各种真实的活动，通过各种实践，达到有利于学生综合能力提高的目的。</w:t>
      </w:r>
      <w:r>
        <w:rPr>
          <w:lang w:eastAsia="zh-CN"/>
        </w:rPr>
        <w:br/>
      </w:r>
      <w:r>
        <w:rPr>
          <w:lang w:eastAsia="zh-CN"/>
        </w:rPr>
        <w:t>　　三、投身单元备课活动，研究新课标、把握新教材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为了更快更好的适应新课改的要求，早在暑期培训期间高_地理备课组就拟订了针对必修《地理_》的备课畅想，开学后及时制定了周密详细的计划并已把任务落实。安排我承担第_章_节与第_章的集体备课主讲任务。备课组采用“个人精备—集体研讨—个人修改”的备课新模式，发挥了个人的优势和特色，整体提高了备课效率。通过举办组内备课活动，老师之间的交流、研讨、相互借鉴的机会增多，对更好的把握、驾驭新教材起到了较大的促进作用。通过几次集体备课活动不仅积累了宝贵的经验，教师的研究视野也开阔了，目光更明亮了，把握新课程的能力增强了。此外还积累搜集了大量的可共享交流的课程资源。</w:t>
      </w:r>
      <w:r>
        <w:rPr>
          <w:lang w:eastAsia="zh-CN"/>
        </w:rPr>
        <w:br/>
      </w:r>
      <w:r>
        <w:rPr>
          <w:lang w:eastAsia="zh-CN"/>
        </w:rPr>
        <w:t>　　四、寻求理念与课堂的最佳契合</w:t>
      </w:r>
      <w:r>
        <w:rPr>
          <w:lang w:eastAsia="zh-CN"/>
        </w:rPr>
        <w:br/>
      </w:r>
      <w:r>
        <w:rPr>
          <w:lang w:eastAsia="zh-CN"/>
        </w:rPr>
        <w:t>　　发现问题、找出困惑新课改实施各种各样的问题不断涌现，经过多次认真分析总结，本学期主要在以下几个方面存在明显问题：</w:t>
      </w:r>
      <w:r>
        <w:rPr>
          <w:lang w:eastAsia="zh-CN"/>
        </w:rPr>
        <w:br/>
      </w:r>
      <w:r>
        <w:rPr>
          <w:lang w:eastAsia="zh-CN"/>
        </w:rPr>
        <w:t>　　1、课时紧张与教学任务繁重的矛盾</w:t>
      </w:r>
      <w:r>
        <w:rPr>
          <w:lang w:eastAsia="zh-CN"/>
        </w:rPr>
        <w:br/>
      </w:r>
      <w:r>
        <w:rPr>
          <w:lang w:eastAsia="zh-CN"/>
        </w:rPr>
        <w:t>　　2、理念与现实之间的落差较大，“一言堂”“满堂灌”仍然存在</w:t>
      </w:r>
      <w:r>
        <w:rPr>
          <w:lang w:eastAsia="zh-CN"/>
        </w:rPr>
        <w:br/>
      </w:r>
      <w:r>
        <w:rPr>
          <w:lang w:eastAsia="zh-CN"/>
        </w:rPr>
        <w:t>　　3、初高中地理衔接问题和矛盾突出</w:t>
      </w:r>
      <w:r>
        <w:rPr>
          <w:lang w:eastAsia="zh-CN"/>
        </w:rPr>
        <w:br/>
      </w:r>
      <w:r>
        <w:rPr>
          <w:lang w:eastAsia="zh-CN"/>
        </w:rPr>
        <w:t>　　4、配套习题难度较大，与教学进度不统一问题</w:t>
      </w:r>
      <w:r>
        <w:rPr>
          <w:lang w:eastAsia="zh-CN"/>
        </w:rPr>
        <w:br/>
      </w:r>
      <w:r>
        <w:rPr>
          <w:lang w:eastAsia="zh-CN"/>
        </w:rPr>
        <w:t>　　回首这即将过去的_学期，各项工作扎扎实实、井井有条，这让我略感欣慰；展望即将到来的下学期，新课改尚处于不成熟的探索阶段，却又颇感任重道远。要正确引领并促进自己教育教学技能的专业成长，必须不断突破旧的思维方式和个人时间管理方式，逐步树立正确的教学观、质量观等素质教育新观念，加强日常工作的归纳、总结与反思。</w:t>
      </w:r>
      <w:r>
        <w:rPr>
          <w:lang w:eastAsia="zh-CN"/>
        </w:rPr>
        <w:br/>
      </w:r>
      <w:r>
        <w:rPr>
          <w:lang w:eastAsia="zh-CN"/>
        </w:rPr>
        <w:t xml:space="preserve">    新教师美术公开课总结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语文教育需要激情，需要全身心的投入;语文教育需要诗意，需要洋溢浪漫主义情怀，致力于语文教学的我们，要付出更多的思考和探索，让我们在语文教学的道路上不断自主发展;有学者说过：语文是字词句篇，是听说读写;是生活中的艺术，是艺术中的生活;是月上柳梢情，是清泉石上流;是李清照的人比黄花瘦，是苏东坡的千里共婵娟;是余光中的乡愁，是李太白的杯中酒;是珠落玉盘的琵琶，是高山流水的琴瑟热爱语文教学的我们，更应徜徉于语文这条博大的河流中，汲取营养，收获快乐!</w:t>
      </w:r>
      <w:r>
        <w:rPr>
          <w:lang w:eastAsia="zh-CN"/>
        </w:rPr>
        <w:br/>
      </w:r>
      <w:r>
        <w:rPr>
          <w:lang w:eastAsia="zh-CN"/>
        </w:rPr>
        <w:t>　　教师是一个神圣的职业，肩负着为祖国培养下一代的历史重任。当一名教师容易，但是要当一名好教师却是不易的，通过这次培训，我有几点总结：</w:t>
      </w:r>
      <w:r>
        <w:rPr>
          <w:lang w:eastAsia="zh-CN"/>
        </w:rPr>
        <w:br/>
      </w:r>
      <w:r>
        <w:rPr>
          <w:lang w:eastAsia="zh-CN"/>
        </w:rPr>
        <w:t>　　一、教师必须具备创新观念与创新思想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教育的本质是培养人的社会属性，教育的价值在于促进人的发展和社会统一，这就是新的教育观。创新教师教育观的基本包括：转变以教师为中心、以传授知识为主要目的的传统教育观，形成以培养学生能力为主要教学目标的新教育观;改变严守纪律死气沉沉的课堂氛围，营造主动探索、生动活泼的课堂氛围;鼓励创新性学习，发挥学生的主体能动性;要敢于打破常规，激发学生创造性解决问题的欲望;尊重学生个性，善于发现和保护学生的创新意识，使每个学生都能发挥自身潜能;建立新型师生关系，尊重学生人格，以宽容、保护、积极的态度对待学生;注重实践，打破封闭式教学。传统教育中之所以出现高分低能的现象，就是教师思想上重知识轻实践造成的。一个大学物理教师不会修简单的收音机就是一例。要把教学活动延伸到相关联的现实生活中去，改变封闭的教学形式，让学生通过实践活动亲身感受具体而丰富的客观世界，从而激发其好奇心和求知欲，使其在实践过程中发现问题、解决问题。</w:t>
      </w:r>
      <w:r>
        <w:rPr>
          <w:lang w:eastAsia="zh-CN"/>
        </w:rPr>
        <w:br/>
      </w:r>
      <w:r>
        <w:rPr>
          <w:lang w:eastAsia="zh-CN"/>
        </w:rPr>
        <w:t>　　二、教师必须具备较高的业务素质</w:t>
      </w:r>
      <w:r>
        <w:rPr>
          <w:lang w:eastAsia="zh-CN"/>
        </w:rPr>
        <w:br/>
      </w:r>
      <w:r>
        <w:rPr>
          <w:lang w:eastAsia="zh-CN"/>
        </w:rPr>
        <w:t>　　要实施创新教育理念，创新型教师必须具备以下几种业务素质：(1)有丰富的知识结构，这是教师发挥创造性的基本保证。(2)有较高的管理艺术。管理包括两方面，一是班级的整体管理，二是针对每个学生的个别指导。(3)有丰富的情感。教师声情并茂的朗诵，热情洋溢的赞赏以及在与学生接触时的仪态、表情和举止所表现出的积极情感能随时地激发、调动学生的热情，激发学生的学习动机，学生因亲其师而信其教，变苦学为乐学，单纯的知识传授变成了双向的情感交流，使教者亦乐、学者亦乐。</w:t>
      </w:r>
      <w:r>
        <w:rPr>
          <w:lang w:eastAsia="zh-CN"/>
        </w:rPr>
        <w:br/>
      </w:r>
      <w:r>
        <w:rPr>
          <w:lang w:eastAsia="zh-CN"/>
        </w:rPr>
        <w:t>　　三、教师要有敬业精神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能否成为一个好教师,首先在于有无敬业精神,是否喈叹这项职业。要有捧着一颗心来，不代办根草去精神，陶行知先生献身教育无怨无悔，关键在于有一种精神。从一个人心理角度看这是一种自我超越的境界。我们每个人都有本我、自我和超我三个心理层次，培养教师的敬业精神，弘扬好的风气，鼓励教师为神圣的教育事业奉献自己，会使每个人通过自我的修养，约束本我的不正当欲念，达到超我的境界。倘若不抓住教师敬业精神的培养，素质教育就可能是空中楼阁，只有培养出良好的教师敬业精神才能把素质教育落到实处。因此，欲兴事，先兴人，铸造爱岗敬业的高尚形象，并努力提供一切所必需的条件，使每个教师忠诚于党的教育事业。有了这个基础，教师的教育观、质量关、人生观等就比较容易调整到位，跟上时代的步伐，他们才会自觉地站到素质教育的前列，成为合格教师。</w:t>
      </w:r>
      <w:r>
        <w:rPr>
          <w:lang w:eastAsia="zh-CN"/>
        </w:rPr>
        <w:br/>
      </w:r>
      <w:r>
        <w:rPr>
          <w:lang w:eastAsia="zh-CN"/>
        </w:rPr>
        <w:t>　　四、力求成功教育</w:t>
      </w:r>
      <w:r>
        <w:rPr>
          <w:lang w:eastAsia="zh-CN"/>
        </w:rPr>
        <w:br/>
      </w:r>
      <w:r>
        <w:rPr>
          <w:lang w:eastAsia="zh-CN"/>
        </w:rPr>
        <w:t>　　成功教育认为,教育面向的是人,培养的是社会需要的人。每一个学生都有成功的潜能，都有成功的愿望和需要。通过教育，每个学生都可以在原有的基础上获得成功，取得发展。成功教育强调，通过教育的改善，促使学生获得多方面的成功，激发其形成自我学习、自我教育的内部学习动力机制，自我开发潜能，成为学习的成功者，从额为其成为社会的成功者做好基础素质的准备。</w:t>
      </w:r>
      <w:r>
        <w:rPr>
          <w:lang w:eastAsia="zh-CN"/>
        </w:rPr>
        <w:br/>
      </w:r>
      <w:r>
        <w:rPr>
          <w:lang w:eastAsia="zh-CN"/>
        </w:rPr>
        <w:t>　　成功教育既有改革教育目标的意义，又有改革教育方法的意义。改革教育目标的意义在于：教育的本职任务、教师的本职任务原本就应该为社会培养成功者，使每一个学生在各个方面都能得到主动发展。成功教育把激发、形成学生的内部学习动力机制作为培养目标，强调为学生修身发展的长远需要服务。改革教育方法的意义在于：改变传统的外压式的强制教育，通过教师创造成功机会，学生主动参与的活动方式，使学生产生成功体验，改变消极的自我概念，主动内化教育要求，自我开发内在潜能，主动发展个性。</w:t>
      </w:r>
      <w:r>
        <w:rPr>
          <w:lang w:eastAsia="zh-CN"/>
        </w:rPr>
        <w:br/>
      </w:r>
      <w:r>
        <w:rPr>
          <w:lang w:eastAsia="zh-CN"/>
        </w:rPr>
        <w:t>　　作为一名新教师，为期一年的培训活动快要结束了，但是这一年的培训活动带给我的收获却是无限的。整个培训过程中内容丰富，形式多样，有各级专家的专题报告，有特级教师的教学展示，有名师与新教师的同备、同课、同研，有学员围绕专题进行的说课、专家评课。也有学员的互动讨论，更有专家的指导、引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通过理论的培训学习，现场的教学观摩。因此，这一年的学习，对我既有观念上的洗礼，也有理论上的提高，既有知识上的积淀，也有教学技艺的增长。对于我来说这是收获丰厚的一年，也是促进我教学上不断成长的一年。教师培训的开设与参与学习是我能更稳健地踏上神圣的三尺讲台的起始点。</w:t>
      </w:r>
      <w:r>
        <w:rPr>
          <w:lang w:eastAsia="zh-CN"/>
        </w:rPr>
        <w:br/>
      </w:r>
      <w:r>
        <w:rPr>
          <w:lang w:eastAsia="zh-CN"/>
        </w:rPr>
        <w:t xml:space="preserve">    新教师美术公开课总结 篇13 </w:t>
      </w:r>
      <w:r>
        <w:rPr>
          <w:lang w:eastAsia="zh-CN"/>
        </w:rPr>
        <w:br/>
      </w:r>
      <w:r>
        <w:rPr>
          <w:lang w:eastAsia="zh-CN"/>
        </w:rPr>
        <w:t>　　转眼间，从20__年9月份参加工作至今已近一年，.经过这一年的努力工作和不断学习，我获益良多。在这里感觉有必要总结一下近一年的得与失，发扬好的地方改进不足的地方，回顾走过的路可以更好的看清前面的路。</w:t>
      </w:r>
      <w:r>
        <w:rPr>
          <w:lang w:eastAsia="zh-CN"/>
        </w:rPr>
        <w:br/>
      </w:r>
      <w:r>
        <w:rPr>
          <w:lang w:eastAsia="zh-CN"/>
        </w:rPr>
        <w:t>　　品德是决定一个人价值的先决条件。没有良好的思想品德，其它的一切都是空谈。因此这一年来我坚持定期学习马列主义毛泽东思想，提高自身的思想觉悟。形成自身正确的人生观价值观。同时也积极参加学校组织的各种各样的活动，这对我很有帮助，我本身也崇拜有巨大人格魅力的人，并一直努力自己能做到。</w:t>
      </w:r>
      <w:r>
        <w:rPr>
          <w:lang w:eastAsia="zh-CN"/>
        </w:rPr>
        <w:br/>
      </w:r>
      <w:r>
        <w:rPr>
          <w:lang w:eastAsia="zh-CN"/>
        </w:rPr>
        <w:t>　　无论在什么情况下，我都没忘记学为人师，行为世范，并以品德至上来要求自己。平时我虚心向学校老师学习教学经验，共同工作，共同学习，共同进步。</w:t>
      </w:r>
      <w:r>
        <w:rPr>
          <w:lang w:eastAsia="zh-CN"/>
        </w:rPr>
        <w:br/>
      </w:r>
      <w:r>
        <w:rPr>
          <w:lang w:eastAsia="zh-CN"/>
        </w:rPr>
        <w:t>　　这一年来，我很注意自身的品德行为，努力给学生树立一个良好的榜样。我们学校是九年一贯制学校，因此学生也有其特殊性，小学生与中学生在各个方面都存在着很大的差异。而我兼顾小学初中两门完全不同的功课，在处理师生关系时就要注意区别对待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现在的中学生正处在一个特殊的学习阶段:即对社会开始有所接触，这个时候的学生很容易模仿成人的一些行为习惯，很多坏习惯也有很多好习惯都是在这个阶段养成的，是好是坏跟教师的言传身授有很大的关系。而这个时候老师是学生最直接最容易的学习对象，因此，我尽量的在中学生面前以高标准要求自己，不管在课堂里还是在课外我都努力塑造一个良好的形象。</w:t>
      </w:r>
      <w:r>
        <w:rPr>
          <w:lang w:eastAsia="zh-CN"/>
        </w:rPr>
        <w:br/>
      </w:r>
      <w:r>
        <w:rPr>
          <w:lang w:eastAsia="zh-CN"/>
        </w:rPr>
        <w:t>　　而面对小学生时则有所不同，课堂上我严格要求自己也严格要求学生，但在课外我努力与学生做朋友，用心与他玫通，希望能真正了解他们的所想所爱。总得来说，我做的一切目的是一样的，就是希望能帮助学生健康成长。.</w:t>
      </w:r>
      <w:r>
        <w:rPr>
          <w:lang w:eastAsia="zh-CN"/>
        </w:rPr>
        <w:br/>
      </w:r>
      <w:r>
        <w:rPr>
          <w:lang w:eastAsia="zh-CN"/>
        </w:rPr>
        <w:t>　　而作为一名新老师，在如今信息技术日新月异，发展很快的年代，自身的学识相当重要，一天不学习，就会落后一截，所以工作以来，我仍然不断学习，丝毫不敢松懈。因此，继续学习成为我工作学习中重要的一部分。我不仅参加新教师培训，农村教师提升工程，还考取了英语本科深造的机会。尽管刚刚走上岗位，工作中的活动与任务让我颇感压力，但只要一有空闲时间，我便争取出来小学英语相关的教学方法，学习先进的技术。</w:t>
      </w:r>
      <w:r>
        <w:rPr>
          <w:lang w:eastAsia="zh-CN"/>
        </w:rPr>
        <w:br/>
      </w:r>
      <w:r>
        <w:rPr>
          <w:lang w:eastAsia="zh-CN"/>
        </w:rPr>
        <w:t>　　在如今的时代环境里，一个人的知识犹如一粒浮尘，要想更好的立足于社会，必须不断的增加知识的深度和广度。这一年里，我努力扩展自身的知识面，自感收获很多。当然，这一些是远远不够的，学海无涯，在下一年里，还有更多的知识和经验是需要学习和借鉴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当了快一年的教师了，虽然教学方法还不是很成熟，但我已在教学中学到了很多。在这一年里，我担任小学英语四年级和五年级的教学工作，同时担任学校九年级的体育课任务，工作充实而不乏挑战。尽管九年级的体育中考任务非常沉重，但小学英语的教学工作仍然是我的工作中心。</w:t>
      </w:r>
      <w:r>
        <w:rPr>
          <w:lang w:eastAsia="zh-CN"/>
        </w:rPr>
        <w:br/>
      </w:r>
      <w:r>
        <w:rPr>
          <w:lang w:eastAsia="zh-CN"/>
        </w:rPr>
        <w:t>　　我经常思考小学英语的教学方法，学习教学设计，以及组织与我们农村学校相符合的教学活动。我也明白自身的学识不代表教学的好坏，教学是一项细致的工作，也是注重技巧的工作，于是我常常想把教学当成一门艺术来研究。所以我积极参与每次的教研活动，吸取前辈的教训和专家的指导，总结出自己的想法。非常让我高兴的是我的教育论文得到了县论文评比二等奖，这既是对我的肯定也是对我的一种鼓励。今后我将一直花比较多的时间在教学研究上，我相信那将使我受益良多。</w:t>
      </w:r>
      <w:r>
        <w:rPr>
          <w:lang w:eastAsia="zh-CN"/>
        </w:rPr>
        <w:br/>
      </w:r>
      <w:r>
        <w:rPr>
          <w:lang w:eastAsia="zh-CN"/>
        </w:rPr>
        <w:t>　　经过一年的工作与学习，我自感收获颇丰但还是有很多不足的地方等待我去提高。首先我觉得我的教学设计能力还待高，其次，可能是年轻气盛吧，在处理教学中有些事情时还过于急噪，需要有更多的耐心。我相信在今后的工作和学习中，经过磨练，我会改善自己的不足，越做越好，全面而不失风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眨眼功夫，一年见习期满了。在这初为人师的一年里，我庆幸自己能走上向往已久的三尺讲台，实现了由学生向教师过度的角色转变，真正适应了学校正常的教育教学生活，融入了侨心小学这个小学教师集体的大家庭中，从中感悟到了师风师德的重要，体会到了做教师的滋味，懂得了教师的责任，同时也促使我无论是学习能力、教学能力还是专业水平都得到较明显的提升。</w:t>
      </w:r>
      <w:r>
        <w:rPr>
          <w:lang w:eastAsia="zh-CN"/>
        </w:rPr>
        <w:br/>
      </w:r>
      <w:r>
        <w:rPr>
          <w:lang w:eastAsia="zh-CN"/>
        </w:rPr>
        <w:t xml:space="preserve">    新教师美术公开课总结 篇14 </w:t>
      </w:r>
      <w:r>
        <w:rPr>
          <w:lang w:eastAsia="zh-CN"/>
        </w:rPr>
        <w:br/>
      </w:r>
      <w:r>
        <w:rPr>
          <w:lang w:eastAsia="zh-CN"/>
        </w:rPr>
        <w:t>　　怀着对教育的梦想，我有幸成为了二中一名教师。一个学期已过去，新的学期即将来临，在这半年里我深刻体会到了做老师的艰辛和快乐，倾注于每一个学生身上很多时间和精力。一个学期的工作已经结束，收获不少，下面我对上学期的工作作一总结，为新学期的工作确立新的目标。</w:t>
      </w:r>
      <w:r>
        <w:rPr>
          <w:lang w:eastAsia="zh-CN"/>
        </w:rPr>
        <w:br/>
      </w:r>
      <w:r>
        <w:rPr>
          <w:lang w:eastAsia="zh-CN"/>
        </w:rPr>
        <w:t>　　一、思想认识</w:t>
      </w:r>
      <w:r>
        <w:rPr>
          <w:lang w:eastAsia="zh-CN"/>
        </w:rPr>
        <w:br/>
      </w:r>
      <w:r>
        <w:rPr>
          <w:lang w:eastAsia="zh-CN"/>
        </w:rPr>
        <w:t>　　在上一学期里，我在思想上严于律己，热爱教育事业，时常鞭策自己，力争思想上和工作上在同事、学生的心目中都树立起榜样的作用。积极参加学校组织的各项教育竞赛活动。一学期来，我服从学校的工作安排，配合领导和老师们做好校内外的各项工作。我相信在以后的工作学习中，我会在领导们的关怀下，在同事们的帮助下，通过自己的努力，克服缺点，取得更大的进步。新学期即将来临，我将更加努力工作，勤学苦练，使自己真正成为一个经受得起任何考验的合格教师。</w:t>
      </w:r>
      <w:r>
        <w:rPr>
          <w:lang w:eastAsia="zh-CN"/>
        </w:rPr>
        <w:br/>
      </w:r>
      <w:r>
        <w:rPr>
          <w:lang w:eastAsia="zh-CN"/>
        </w:rPr>
        <w:t>　　二、教学工作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教学工作方面，整学期的教学任务都非常重，担任初一五班和六班的英语教学工作，但不管怎样，为了把自己的教学水平提高，我坚持经常看英文报，优秀课视频及优秀教学范文等，还经常网上找一些优秀的教案课件学习，还争取机会多出外听课，从中学习别人的长处，领悟其中的教学艺术。平时还虚心请教有经验的老师。在备课过程中认真分析教材，根据教材的特点及学生的实际情况设计教案。一学期来，认真备课、上课、听课、评课，及时批改作业、讲评作业，做好课后辅导工作，广泛涉猎各种知识，形成比较完整的知识结构，严格要求学生，尊重学生，发扬教学民主，使学生学有所得，不断提高，从而不断提高自己的教学水平和思想觉悟，并顺利完成教育教学任务。</w:t>
      </w:r>
      <w:r>
        <w:rPr>
          <w:lang w:eastAsia="zh-CN"/>
        </w:rPr>
        <w:br/>
      </w:r>
      <w:r>
        <w:rPr>
          <w:lang w:eastAsia="zh-CN"/>
        </w:rPr>
        <w:t>　　在教学中，为了激发学生学习的兴趣，我作了充分的准备，每堂课上之前我常查找各种资料和图片，或者找一些学校老的电脑配件给学生们看，尽可能地让课堂气氛活跃，树立起他们学习的信心和激发他们学习英文的兴趣。在整个教学过程中，指导部分偏科的学生做好复习工作，避免他们掉队的现象。也收到了很好的效果，这些辅导，使自己的辅导经验增加了，学生也学到了东西，增强了他们学习的兴趣和学习的信心。</w:t>
      </w:r>
      <w:r>
        <w:rPr>
          <w:lang w:eastAsia="zh-CN"/>
        </w:rPr>
        <w:br/>
      </w:r>
      <w:r>
        <w:rPr>
          <w:lang w:eastAsia="zh-CN"/>
        </w:rPr>
        <w:t>　　作为教师，应该明白任何学生都会同时存在优点和缺点两方面，对优生的优点是显而易见的，对后进生则易于发现其缺点，尤其是在学习上后进的学生，往往得不到老师的肯定，而后进生转化成功与否，直接影响着全班学生的整体成绩。所以，对于下个学期的目标，注重抓好后进生转化工作，用发展的观点看学生，因势利导，化消极因素为积极因素，帮助后进生找到优、缺点，以发扬优点，克服缺点。以平常的心态对待每一位学生，真正做到晓之以理，动之以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三、学校工作</w:t>
      </w:r>
      <w:r>
        <w:rPr>
          <w:lang w:eastAsia="zh-CN"/>
        </w:rPr>
        <w:br/>
      </w:r>
      <w:r>
        <w:rPr>
          <w:lang w:eastAsia="zh-CN"/>
        </w:rPr>
        <w:t>　　我严格要求自己，工作实干，并能完成学校给予的各项任务。在以后的工作，我将一如既往，脚踏实地，我会更加积极地配合学校领导完成各项任务，为学校的美好明天更加努力。</w:t>
      </w:r>
      <w:r>
        <w:rPr>
          <w:lang w:eastAsia="zh-CN"/>
        </w:rPr>
        <w:br/>
      </w:r>
      <w:r>
        <w:rPr>
          <w:lang w:eastAsia="zh-CN"/>
        </w:rPr>
        <w:t>　　四、考勤方面</w:t>
      </w:r>
      <w:r>
        <w:rPr>
          <w:lang w:eastAsia="zh-CN"/>
        </w:rPr>
        <w:br/>
      </w:r>
      <w:r>
        <w:rPr>
          <w:lang w:eastAsia="zh-CN"/>
        </w:rPr>
        <w:t>　　我在做好各项教育教学工作的同时，严格遵守学校的`各项规章制度。处理好学校工作与个人之间的关系，一个学期里没有缺席过一次，一边完成学校的各项任务，一边准备教材和学习自己的专业知识。在新学期中，我应更加勤恳，为学校作更多的事，自己更加努力学习专业知识，使自己的业务水平更上一层楼。</w:t>
      </w:r>
      <w:r>
        <w:rPr>
          <w:lang w:eastAsia="zh-CN"/>
        </w:rPr>
        <w:br/>
      </w:r>
      <w:r>
        <w:rPr>
          <w:lang w:eastAsia="zh-CN"/>
        </w:rPr>
        <w:t xml:space="preserve">    新教师美术公开课总结 篇15 </w:t>
      </w:r>
      <w:r>
        <w:rPr>
          <w:lang w:eastAsia="zh-CN"/>
        </w:rPr>
        <w:br/>
      </w:r>
      <w:r>
        <w:rPr>
          <w:lang w:eastAsia="zh-CN"/>
        </w:rPr>
        <w:t>　　从师范学院毕业，到如今踏上了我梦寐以求的舞台三尺讲台，已有一年多了，在这一年中，我学到了作为一名教师应具备的基本素质及技能，体会到了什么是辛勤的园丁，也收获到了作为教师的快乐和成功。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这一年中，我担任了一年级的语数包班班主任，工作量应该是比较饱满的，每一节课，我都备好课走入教师，从不上无教案的课，备课中除了备教材，还要备学生，由于两个班的性质不一样，也就决定了教学目的，教学手段和方法的不一样。课堂中多次采用谈话式促进师生间的沟通，同时，也培养了学生的动手能力和语言交际能力。我比较注重基础知识的巩固及知识点的综合运用，在备课时参考一些课外资料，增加一些题型，扩充学生的知识面。平时，我还鼓励学生多提问，平时抓基础比较差的学生。现在，提问的学生也越来越多了。在这学期一次又一次的考试中，学生都取得了好成绩！</w:t>
      </w:r>
      <w:r>
        <w:rPr>
          <w:lang w:eastAsia="zh-CN"/>
        </w:rPr>
        <w:br/>
      </w:r>
      <w:r>
        <w:rPr>
          <w:lang w:eastAsia="zh-CN"/>
        </w:rPr>
        <w:t>　　在有经验的师傅的指导下，我学到了很多。特别是针对我们班的班级管理。如：</w:t>
      </w:r>
      <w:r>
        <w:rPr>
          <w:lang w:eastAsia="zh-CN"/>
        </w:rPr>
        <w:br/>
      </w:r>
      <w:r>
        <w:rPr>
          <w:lang w:eastAsia="zh-CN"/>
        </w:rPr>
        <w:t>　　（1）多民主少强制。对学生违反课堂纪律，违反常规管理规定的处理，往往轻则批评重则处分的话就容易使学生站到教师的对立面，增加教育阻力。</w:t>
      </w:r>
      <w:r>
        <w:rPr>
          <w:lang w:eastAsia="zh-CN"/>
        </w:rPr>
        <w:br/>
      </w:r>
      <w:r>
        <w:rPr>
          <w:lang w:eastAsia="zh-CN"/>
        </w:rPr>
        <w:t>　　（2）多鼓励少批评。激励和批评都能对学生起到一定的教育作用，但是批评很容易激发他们的逆反心理，而鼓励能使他们对教师产生亲近感，乐于接受教师的建议。</w:t>
      </w:r>
      <w:r>
        <w:rPr>
          <w:lang w:eastAsia="zh-CN"/>
        </w:rPr>
        <w:br/>
      </w:r>
      <w:r>
        <w:rPr>
          <w:lang w:eastAsia="zh-CN"/>
        </w:rPr>
        <w:t>　　（3）多引导少说教。我们要让学生懂得自己的行为和他本人的关系，班主任不但要告诉学生什么是对什么是错，还要告诉学生为什么，并具体知道学生怎么样去做。当然更多的是让学生自己去悟，去思考。</w:t>
      </w:r>
      <w:r>
        <w:rPr>
          <w:lang w:eastAsia="zh-CN"/>
        </w:rPr>
        <w:br/>
      </w:r>
      <w:r>
        <w:rPr>
          <w:lang w:eastAsia="zh-CN"/>
        </w:rPr>
        <w:t>　　（4）多用情少用气。当学生有了过错，作为班主任应该时时提醒自己冷静，不能对他们横加训斥，我们要站在学生的角度想想，去了解他们的内心，可以采用多谈心，多观察，以情感人的方法。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虽然这一年中工作蛮辛苦的，但是从中我也尝到了快乐和幸福。记得有一位哲人：从事一项工作比如喜欢这项工作，喜欢这项工作不如享受这项工作。我常常告诉自己，只有有用的人才会忙，只有忙才会让我有成就感，应该忙的开心。看着学生一天天的进步成长，就像园丁看着花朵含苞待放，我会获得一种满足感，这种幸福感能转化为巨大的工作动力，促使我去取得更大的成功。</w:t>
      </w:r>
      <w:r>
        <w:rPr>
          <w:lang w:eastAsia="zh-CN"/>
        </w:rPr>
        <w:br/>
      </w:r>
      <w:r>
        <w:rPr>
          <w:lang w:eastAsia="zh-CN"/>
        </w:rPr>
        <w:t>　　在未来两年中，我要让自己的四肢五体更勤奋，我会让我的头脑高速运转认真备课，认真上课，认真反思。我会在对事业的追求中，留一份执着，在对心境的追求中，留一份宁静，完善自己，善待自己，欣赏自己，在普通的事业中成就自己的完美!</w:t>
      </w:r>
      <w:r>
        <w:rPr>
          <w:lang w:eastAsia="zh-CN"/>
        </w:rPr>
        <w:br/>
      </w:r>
      <w:r>
        <w:rPr>
          <w:lang w:eastAsia="zh-CN"/>
        </w:rPr>
        <w:t xml:space="preserve">    新教师美术公开课总结 篇16 </w:t>
      </w:r>
      <w:r>
        <w:rPr>
          <w:lang w:eastAsia="zh-CN"/>
        </w:rPr>
        <w:br/>
      </w:r>
      <w:r>
        <w:rPr>
          <w:lang w:eastAsia="zh-CN"/>
        </w:rPr>
        <w:t>　　老教师：</w:t>
      </w:r>
      <w:r>
        <w:rPr>
          <w:lang w:eastAsia="zh-CN"/>
        </w:rPr>
        <w:br/>
      </w:r>
      <w:r>
        <w:rPr>
          <w:lang w:eastAsia="zh-CN"/>
        </w:rPr>
        <w:t>　　新教师：</w:t>
      </w:r>
      <w:r>
        <w:rPr>
          <w:lang w:eastAsia="zh-CN"/>
        </w:rPr>
        <w:br/>
      </w:r>
      <w:r>
        <w:rPr>
          <w:lang w:eastAsia="zh-CN"/>
        </w:rPr>
        <w:t>　　人的成长需要一个环境，作为一名年轻的教师，最大的优点是富有激情和创新的意识，而最大的缺点则是教育教学经验明显不足。学校举行的这项“师徒结队”活动给了我们这些年轻教师一次非常珍贵的学习与锻炼的机会；让我们得以用新教师的激情和创造力，发挥老教师丰富的教育教学经验，推动我们的教育教学水平不断上新的台阶。在这一个过程中，我获得了很多的启发和教育教学、管理经验。现简单做几点总结：</w:t>
      </w:r>
      <w:r>
        <w:rPr>
          <w:lang w:eastAsia="zh-CN"/>
        </w:rPr>
        <w:br/>
      </w:r>
      <w:r>
        <w:rPr>
          <w:lang w:eastAsia="zh-CN"/>
        </w:rPr>
        <w:t>　　一、理论学习方面：</w:t>
      </w:r>
      <w:r>
        <w:rPr>
          <w:lang w:eastAsia="zh-CN"/>
        </w:rPr>
        <w:br/>
      </w:r>
      <w:r>
        <w:rPr>
          <w:lang w:eastAsia="zh-CN"/>
        </w:rPr>
        <w:t>　　在_老师的指导下，我积极阅读学习，积累平时理论知识和教学心得。同时认真领会新课程的理念，充分熟悉教材、灵活运用新教材。一名优秀的教师首先必须掌握过硬的专业知识，熟悉本学科（课程）的基本内容，在此基础上才能利用好的方法去教授给学生新的更多的知识。可以说，熟悉新课标、熟悉教材，方能对症下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二、教学研究方面：</w:t>
      </w:r>
      <w:r>
        <w:rPr>
          <w:lang w:eastAsia="zh-CN"/>
        </w:rPr>
        <w:br/>
      </w:r>
      <w:r>
        <w:rPr>
          <w:lang w:eastAsia="zh-CN"/>
        </w:rPr>
        <w:t>　　努力探索教学方法，不断累积教育教学的方法，做到教学得心应手。不同的方法有不同的效果。平时的教学过程中应注意累积教学方法，形成自己独立的教学风格，使今后的教学做到灵活、顺畅、“信手拈来”。为了提高自身的业务能力，这一学期我也更加积极主动听课,做好听课记录。通过不断的学习观摩，我不仅仅学习到了有经验的老师的各种不同的教学方法，而且还深深感受到有很多东西是需要交流积累的。</w:t>
      </w:r>
      <w:r>
        <w:rPr>
          <w:lang w:eastAsia="zh-CN"/>
        </w:rPr>
        <w:br/>
      </w:r>
      <w:r>
        <w:rPr>
          <w:lang w:eastAsia="zh-CN"/>
        </w:rPr>
        <w:t>　　_老师也给我答疑解难，与我交流如何更好地将理论与实践相结合，不厌其烦地一次又一次给我分析教学的重难点和细节。为了不断积极学习新的东西，不断提高自己的业务水平，我也总是主动地虚心地向张桐老师请教，努力工作、积极创新，不断努力地提高自己。</w:t>
      </w:r>
      <w:r>
        <w:rPr>
          <w:lang w:eastAsia="zh-CN"/>
        </w:rPr>
        <w:br/>
      </w:r>
      <w:r>
        <w:rPr>
          <w:lang w:eastAsia="zh-CN"/>
        </w:rPr>
        <w:t>　　关心学生，了解学生心理，做到关心教学与关心学生生活双管齐下。我想，</w:t>
      </w:r>
      <w:r>
        <w:rPr>
          <w:lang w:eastAsia="zh-CN"/>
        </w:rPr>
        <w:br/>
      </w:r>
      <w:r>
        <w:rPr>
          <w:lang w:eastAsia="zh-CN"/>
        </w:rPr>
        <w:t>　　从这些经验中获得的启发将对我今后的教育教学实践大有裨益，思想汇报专题而我也将以这些启发作为下一步工作的指导方法，并在教育教学实践中不断总结经验，积累教育教学新方法。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总之，教育工作是一项常做常新、永无止境的工作。老教师们通过他们自身丰富的教学经历，让我觉得我们年轻教师应该不断努力，让自己从实践型转换成科研型教师，在平时的教学中注意多写些教学反思。我想，我今后应在这方面下更多功夫。这一学期的学习、观摩，我获得了更多的教学经验和自我提升。今后，我还会一如既往地相互学习，并将定下一个更高的学习目标，争取在实践中使课堂教学得到更好的效果。</w:t>
      </w:r>
      <w:r>
        <w:rPr>
          <w:lang w:eastAsia="zh-CN"/>
        </w:rPr>
        <w:br/>
      </w:r>
      <w:r>
        <w:rPr>
          <w:lang w:eastAsia="zh-CN"/>
        </w:rPr>
        <w:t xml:space="preserve">    新教师美术公开课总结 篇17 </w:t>
      </w:r>
      <w:r>
        <w:rPr>
          <w:lang w:eastAsia="zh-CN"/>
        </w:rPr>
        <w:br/>
      </w:r>
      <w:r>
        <w:rPr>
          <w:lang w:eastAsia="zh-CN"/>
        </w:rPr>
        <w:t>　　20__年，是我终身难忘的日子，经党组织的批准，我实现了梦寐以求的愿望，成为一名光荣的中国共产党预备党员。一年来，我在这个团结务实、温暖友爱的集体里，亲身感受到了组织的关怀，团结奋斗的快乐。在组织的培养教育下，我认真按照党员的标准去做，加强政治思想学习、对工作和学习精益求精。为了便于党组织对自己的考察，我将自己今年的情况向组织作以下总结：</w:t>
      </w:r>
      <w:r>
        <w:rPr>
          <w:lang w:eastAsia="zh-CN"/>
        </w:rPr>
        <w:br/>
      </w:r>
      <w:r>
        <w:rPr>
          <w:lang w:eastAsia="zh-CN"/>
        </w:rPr>
        <w:t>　　一、在思想方面：</w:t>
      </w:r>
      <w:r>
        <w:rPr>
          <w:lang w:eastAsia="zh-CN"/>
        </w:rPr>
        <w:br/>
      </w:r>
      <w:r>
        <w:rPr>
          <w:lang w:eastAsia="zh-CN"/>
        </w:rPr>
        <w:t>　　平常利用电视、电脑、报纸、杂志等媒体关注国内国际形势，学习有关党的政策文件、书籍，并把它作为思想的纲领，行动的指南；积极参加党支部组织的各种政治学习及科学发展观实践学习教育活动；时刻牢记为人民服务的'宗旨，明白自己所肩负的责任；积极参加各项党的活动会议，在工作中起到模范带头作用，努力做教师的表率。</w:t>
      </w:r>
      <w:r>
        <w:rPr>
          <w:lang w:eastAsia="zh-CN"/>
        </w:rPr>
        <w:br/>
      </w:r>
      <w:r>
        <w:rPr>
          <w:lang w:eastAsia="zh-CN"/>
        </w:rPr>
        <w:t>　　二、在教学方面：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本学期担任三门课的教学任务。一是计算机基础文化课，不仅仅是让学生学会几种基本操作，更重要的是要提高学生对计算机的学习兴趣。打好基础为以后进一步学习计算机知识作好铺垫。还有计算机网络技术，及网页设计与制作，是计算机专业课，上起来要枯燥些，不够生动。但知道有一点是不变的，要让学生学好，作为老师关键是上好课。为了上好课，我坚持经常看电脑报，经常网上找一些优秀的教案课件学习，积极参加学校里的教研活动，还争取机会多出外听课，从中学习别人的长处，领悟其中的教学艺术。一学期来，认真备课、上课、听课、评课，及时批改作业、讲评作业，做好课后辅导工作，严格要求学生，尊重学生，使学生学有所得，不断提高，从而不断提高自己的教学水平和思想觉悟，顺利完成教育教学任务。</w:t>
      </w:r>
      <w:r>
        <w:rPr>
          <w:lang w:eastAsia="zh-CN"/>
        </w:rPr>
        <w:br/>
      </w:r>
      <w:r>
        <w:rPr>
          <w:lang w:eastAsia="zh-CN"/>
        </w:rPr>
        <w:t>　　三、在学校工作方面</w:t>
      </w:r>
      <w:r>
        <w:rPr>
          <w:lang w:eastAsia="zh-CN"/>
        </w:rPr>
        <w:br/>
      </w:r>
      <w:r>
        <w:rPr>
          <w:lang w:eastAsia="zh-CN"/>
        </w:rPr>
        <w:t>　　除教学工作外我在学院总院担任信息中心技术员工作，维护学院的网站，以及一些技术支持，协助其他同事的工作。同时我还担任总院相关摄像与宣传工作。我严格要求自己，工作实干，并能完成学校给予的各项任务。</w:t>
      </w:r>
      <w:r>
        <w:rPr>
          <w:lang w:eastAsia="zh-CN"/>
        </w:rPr>
        <w:br/>
      </w:r>
      <w:r>
        <w:rPr>
          <w:lang w:eastAsia="zh-CN"/>
        </w:rPr>
        <w:t>　　四、在考勤方面。</w:t>
      </w:r>
      <w:r>
        <w:rPr>
          <w:lang w:eastAsia="zh-CN"/>
        </w:rPr>
        <w:br/>
      </w:r>
      <w:r>
        <w:rPr>
          <w:lang w:eastAsia="zh-CN"/>
        </w:rPr>
        <w:t>　　我在做好各项教育教学工作的同时，严格遵守学校的各项规章制度。处理好学校工作与个人生活之间的关系，一个学期里没有缺席过一次，一边完成学校的各项任务，一边准备教材和学习自己的专业知识。</w:t>
      </w:r>
      <w:r>
        <w:rPr>
          <w:lang w:eastAsia="zh-CN"/>
        </w:rPr>
        <w:br/>
      </w:r>
      <w:r>
        <w:rPr>
          <w:lang w:eastAsia="zh-CN"/>
        </w:rPr>
        <w:t>　　五、学习生活方面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学习上，认真学习先进的教育教学理论，不断提高自己的教育教学理论水平和综合素质。我放弃了周末和暑假的休息，实现了我的浙大梦，目前在浙江大学计算机学院攻读硕士学位。在生活上，我尊敬领导，团结同事，热心帮助别人；关心学生，爱护学生，为人师表，有奉献精神，能够尽自己的力量帮助别人。努力和大家处在一个和谐的生活氛围之中。</w:t>
      </w:r>
      <w:r>
        <w:rPr>
          <w:lang w:eastAsia="zh-CN"/>
        </w:rPr>
        <w:br/>
      </w:r>
      <w:r>
        <w:rPr>
          <w:lang w:eastAsia="zh-CN"/>
        </w:rPr>
        <w:t>　　一年来，尽管自己在学习和工作方面做了许多工作，但和一个优秀共产党员相比，也不免存在着一些不足，在今后的学习和工作中，我要更进一步地严格要求自己，虚心向先进党员学习，克服不足，争取早日在各个方面更上一层楼。</w:t>
      </w:r>
      <w:r>
        <w:rPr>
          <w:lang w:eastAsia="zh-CN"/>
        </w:rPr>
        <w:br/>
      </w:r>
      <w:r>
        <w:rPr>
          <w:lang w:eastAsia="zh-CN"/>
        </w:rPr>
        <w:t xml:space="preserve">    新教师美术公开课总结 篇18 </w:t>
      </w:r>
      <w:r>
        <w:rPr>
          <w:lang w:eastAsia="zh-CN"/>
        </w:rPr>
        <w:br/>
      </w:r>
      <w:r>
        <w:rPr>
          <w:lang w:eastAsia="zh-CN"/>
        </w:rPr>
        <w:t>　　今年九月，当我走上讲台从一个知识的接受者摇身一变成为传授者的时候，心情是既激动又忐忑。因为正确处理好这一角色的转换不是易事，需要时间来实践和检验。经过这次新教师上岗培训，我所感悟到的角色转变，使我真正体会到了当老师的乐趣。虽然培训已结束，但回顾本次培训过程中的种种，依旧感触良多。</w:t>
      </w:r>
      <w:r>
        <w:rPr>
          <w:lang w:eastAsia="zh-CN"/>
        </w:rPr>
        <w:br/>
      </w:r>
      <w:r>
        <w:rPr>
          <w:lang w:eastAsia="zh-CN"/>
        </w:rPr>
        <w:t>　　这次培训内容丰富、形式多样，有学员代表发言表态，有各级专家领导的专题报告，有优秀教师的教育教学报告，也有学员的互动讨论，更有专家名师的引领指导。因此，这次培训学习对我来说有观念的洗礼也有理论的提高，有知识的积淀也有教学技艺的增长。古语有云：独学而无友，则孤陋而寡闻。培训老师们闪光的理念和思想给了我很多启示，让我受益匪浅。现将我的体会总结如下：</w:t>
      </w:r>
      <w:r>
        <w:rPr>
          <w:lang w:eastAsia="zh-CN"/>
        </w:rPr>
        <w:br/>
      </w:r>
      <w:r>
        <w:rPr>
          <w:lang w:eastAsia="zh-CN"/>
        </w:rPr>
        <w:t>　　一、更清楚的认识教师这一职业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教师是文化的传递者，师者，所以传道、授业、解惑也，这是从知识传递的角度来反映教师的重要性。学高为师，身正为范这里主要涉及做人的问题，学生都有向师性，实际上是做人的一种认同感。同时学生受教育的过程是人格完善的过程，教师的人格力量是无形的、不可估量的，教师要真正成为学生的引路人。教师是管理者，教师要有较强的组织领导、管理协调能力，才能使教学更有效率，更能促进学生的发展。教师是父母，作为一名教师，要富有爱心，教师对学生的爱应是无私的、平等的，就像父母对待孩子。教师是朋友，所谓良师益友，就是强调教师和学生要交心，师生之间的融洽度、亲和力要达到知心朋友一样。最后，教师是学生的心理辅导者，教师必须要懂教育学、心理学、健康心理学等，以给予及时的帮助和排解，培养学生健康的心理品质。</w:t>
      </w:r>
      <w:r>
        <w:rPr>
          <w:lang w:eastAsia="zh-CN"/>
        </w:rPr>
        <w:br/>
      </w:r>
      <w:r>
        <w:rPr>
          <w:lang w:eastAsia="zh-CN"/>
        </w:rPr>
        <w:t>　　二、对课堂教学行为的重新认识与思考</w:t>
      </w:r>
      <w:r>
        <w:rPr>
          <w:lang w:eastAsia="zh-CN"/>
        </w:rPr>
        <w:br/>
      </w:r>
      <w:r>
        <w:rPr>
          <w:lang w:eastAsia="zh-CN"/>
        </w:rPr>
        <w:t>　　(一)学会欣赏学生</w:t>
      </w:r>
      <w:r>
        <w:rPr>
          <w:lang w:eastAsia="zh-CN"/>
        </w:rPr>
        <w:br/>
      </w:r>
      <w:r>
        <w:rPr>
          <w:lang w:eastAsia="zh-CN"/>
        </w:rPr>
        <w:t>　　教师要在教学中树立以学生为本的现代教育观念，给每个学生提供思考、创造、表现及获得成功体验的机会。做到这一点，教师要学会欣赏每一位学生，发现每一位学生的闪光点。学生在老师的关注中，不仅会喜欢老师，喜欢上课，产生融洽和谐的师生情感，还会在课堂上积极表现，愉快地去学习。</w:t>
      </w:r>
      <w:r>
        <w:rPr>
          <w:lang w:eastAsia="zh-CN"/>
        </w:rPr>
        <w:br/>
      </w:r>
      <w:r>
        <w:rPr>
          <w:lang w:eastAsia="zh-CN"/>
        </w:rPr>
        <w:t>　　(二)及时反思自己的教学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传统意义上的课堂，就是教师讲，学生听，老师很少审视自己的教学是否引起了学生的兴趣，也不够关注学生的参与度是否与自己有关。当学生出现与课堂教学不一致的行为时，只是一味埋怨学生，很少反思自己的教学行为是否适应了学生心理特点，激发了学生的求知欲。优秀教师之所以优秀，其特点之一，就是每节课后及时反思自己的教学，不断改进教学，以增加课堂教学的魅力，达到及时调控学生的情绪，引导学生积极参与课堂教学的目的，使学生获得更好的发展。</w:t>
      </w:r>
      <w:r>
        <w:rPr>
          <w:lang w:eastAsia="zh-CN"/>
        </w:rPr>
        <w:br/>
      </w:r>
      <w:r>
        <w:rPr>
          <w:lang w:eastAsia="zh-CN"/>
        </w:rPr>
        <w:t>　　三、认识到继续教育的重要性，树立了终身学习的目标</w:t>
      </w:r>
      <w:r>
        <w:rPr>
          <w:lang w:eastAsia="zh-CN"/>
        </w:rPr>
        <w:br/>
      </w:r>
      <w:r>
        <w:rPr>
          <w:lang w:eastAsia="zh-CN"/>
        </w:rPr>
        <w:t>　　这次培训，就我自身而言，让我树立了终身学习，终身教育的思想。感受到教师职业的光荣与艰辛，通过新教师培训的学习，我的人生目标更加明确了，学，然后知不足，教，然后知困说的很有道理。通过培训，我觉得肩头背负的不仅仅是教学的重任，还有育人的责任。以前总以为搞继续教育没有学到什么新知识，所以总觉着耽误时间，不如读读书，备备课。这次，经过资深教师给我们的培训，我真正认识到了继续教育的重要性，树立了终身学习的目标，提高了对继续教育的认识。过去，我们常说：要给学生一杯水，教师就得有一桶水。但是，经过培训后，我觉得教师绝对不是一桶水这么简单，它应该是一条有源头的溪流。我认为，教师只有树立活到老，学到老的终身教育思想，才能跟上时代前进和知识发展的步伐，才能胜任复杂而又富有创造性的教育工作。问渠那得清如许，唯有源头活水来。只有不断学习，不断充实自己的知识，不断更新自己的教育观念，不断否定自己，才能不断进步，拥有的知识才能像泉水般沽沽涌出，而不只是可怜的 一桶水了。培训虽然已经结束了，但是我真正的教师历程才刚刚启程，学无止境，我会在探索学习的道路上不断完善自身素养，争取实现人生价值!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总之，新的起点需要新的奋斗，新的奋斗需要旗帜作为引导，这次培训就是引领我们新教师的一面很好的旗帜。在思想、行动和实践工作上给了我切实的指导和鼓励。作为一名新教师，自我学习和奋斗历程才刚刚开始，在今后的工作学习中我会一直把自己当成新教师去看待，努力学习专业知识，积极提高自身素质，在平日的工作中虚心向有经验的老师请教，勇于实践，锐意进取，默默耕耘，在今后的工作中以本次培训精神作为指导，以自己的实际行动来为教育事业做贡献，实现自身价值，在自己的岗位上贡献自己的微薄之力!</w:t>
      </w:r>
      <w:r>
        <w:rPr>
          <w:lang w:eastAsia="zh-CN"/>
        </w:rPr>
        <w:br/>
      </w:r>
      <w:r>
        <w:rPr>
          <w:lang w:eastAsia="zh-CN"/>
        </w:rPr>
        <w:t xml:space="preserve">    新教师美术公开课总结 篇19 </w:t>
      </w:r>
      <w:r>
        <w:rPr>
          <w:lang w:eastAsia="zh-CN"/>
        </w:rPr>
        <w:br/>
      </w:r>
      <w:r>
        <w:rPr>
          <w:lang w:eastAsia="zh-CN"/>
        </w:rPr>
        <w:t>　　本学期，我校积极开展青年教师教育教学能力的提高培训工作，有效提高了青年教师的各种教育教学实际能力，为我校取得良好的办学成效起了重要的作用，青年教师们在各种基本功中有了很大的长进。回顾我们的工作，主要有下面几点做法和体会：</w:t>
      </w:r>
      <w:r>
        <w:rPr>
          <w:lang w:eastAsia="zh-CN"/>
        </w:rPr>
        <w:br/>
      </w:r>
      <w:r>
        <w:rPr>
          <w:lang w:eastAsia="zh-CN"/>
        </w:rPr>
        <w:t>　　一、高度重视，形成共识</w:t>
      </w:r>
      <w:r>
        <w:rPr>
          <w:lang w:eastAsia="zh-CN"/>
        </w:rPr>
        <w:br/>
      </w:r>
      <w:r>
        <w:rPr>
          <w:lang w:eastAsia="zh-CN"/>
        </w:rPr>
        <w:t>　　随着教育改革的不断深化，时代和形势的需求，对学校教育提出了更新的要求和挑战，为此，我校领导班子在校长的领导下，调整办学思路，提出了新的目标。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学校领导班子成员深刻体会到：教师的不断优化是一所学校提高教学质量的保证，必须全面提高教师队伍的素质，才能保证我校教学目标的顺利实现，我们认为，加强教师队伍的建设是教育事业永久的根本课题，也是学校工作的重要内容之一，从一定意义上讲，教师素质的高低决定了学校的生存、发展与否。这不仅是我校领导班子成员的共识，同时我们也把这种思想灌输给教师们。大家都认为只有学习和掌握先进的教育教学思想和方法才能为当今社会所接纳，因此，爱校善教，广博进取成了教师的座右铭。</w:t>
      </w:r>
      <w:r>
        <w:rPr>
          <w:lang w:eastAsia="zh-CN"/>
        </w:rPr>
        <w:br/>
      </w:r>
      <w:r>
        <w:rPr>
          <w:lang w:eastAsia="zh-CN"/>
        </w:rPr>
        <w:t>　　二、周详计划，常抓不懈</w:t>
      </w:r>
      <w:r>
        <w:rPr>
          <w:lang w:eastAsia="zh-CN"/>
        </w:rPr>
        <w:br/>
      </w:r>
      <w:r>
        <w:rPr>
          <w:lang w:eastAsia="zh-CN"/>
        </w:rPr>
        <w:t>　　我校青年教师多，35岁以下的青年教师占全体教师的70%，他们大都经过专业的培训，有较扎实的专业基础，可塑性大，教学热情高，但实际教育教学经验不足，针对这一情况，我校采取了以下措施：</w:t>
      </w:r>
      <w:r>
        <w:rPr>
          <w:lang w:eastAsia="zh-CN"/>
        </w:rPr>
        <w:br/>
      </w:r>
      <w:r>
        <w:rPr>
          <w:lang w:eastAsia="zh-CN"/>
        </w:rPr>
        <w:t>　　(一)抓青年，促上进。</w:t>
      </w:r>
      <w:r>
        <w:rPr>
          <w:lang w:eastAsia="zh-CN"/>
        </w:rPr>
        <w:br/>
      </w:r>
      <w:r>
        <w:rPr>
          <w:lang w:eastAsia="zh-CN"/>
        </w:rPr>
        <w:t>　　青年教师是学校教学工作发展的希望，随着一大批老教师的退休，一批又一批青年教师的充实，迅速提高青年教师的教学技能已成了学校教学工作的重点。</w:t>
      </w:r>
      <w:r>
        <w:rPr>
          <w:lang w:eastAsia="zh-CN"/>
        </w:rPr>
        <w:br/>
      </w:r>
      <w:r>
        <w:rPr>
          <w:lang w:eastAsia="zh-CN"/>
        </w:rPr>
        <w:t>　　1、师德教育。由于学校教育发展的需要，我校大量新进了一批新教师。如何让这一批优秀的学生迅速地成长为合格的、优秀的教师成了学校教育教学工作中面临的重大问题。为此，我校对新教师、年轻教师坚持不间断、多方面、多渠道加强师德规范教育，以《教师职业道德规范》、《公民道德建设发展纲要》、《教育法》、《教师法》为依据，坚持理论与实践相结合，教育全体青年教师树立世界观、人生观、价值观的正确观念，树立正确的教育教学观念、态度和远大理想，从而提高了我校教师职业道德的整体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2、师徒结对。青年教师在教学上应该说是像一张白纸。如何在这张白纸上绘出灿烂的图来，这就需要给他们在走上讲台时有一个好的引导，好的榜样，好的导师。师徒结对无疑能起到这样的作用，达到这样的目的。我们每年都召开两次的青年教师师德暨教学教学工作。抓好骨干，也就推动了全校教学工作的发展。在这方面，我校采取立足当前、统筹安排、采取了一系列行之有效的措施。</w:t>
      </w:r>
      <w:r>
        <w:rPr>
          <w:lang w:eastAsia="zh-CN"/>
        </w:rPr>
        <w:br/>
      </w:r>
      <w:r>
        <w:rPr>
          <w:lang w:eastAsia="zh-CN"/>
        </w:rPr>
        <w:t>　　3、放手挑担。青年教师充满朝气，充满活力。经过一年的师傅指导和自身努力，他们不仅在教育思想成熟起来，而且在教学业务上也形成了自己的特点，在这基础上，我们让一部分青年教师独立挑起工作重担，有的承担高年级教学工作，有的承担科研工作。在工作中，我们坚持信而用之，用之不疑的原则，这样，青年教师在完全放松的精神状态下尽力工作，努力工作，显示出他们思维敏捷，具有独创精神的特点。</w:t>
      </w:r>
      <w:r>
        <w:rPr>
          <w:lang w:eastAsia="zh-CN"/>
        </w:rPr>
        <w:br/>
      </w:r>
      <w:r>
        <w:rPr>
          <w:lang w:eastAsia="zh-CN"/>
        </w:rPr>
        <w:t>　　4、跟踪指导。青年教师具有一定的不稳定性，这不仅反映在处事待人上，也反映在教学工作中。我们掌握青年教师这一特点，除了加强思想教育外，在教学业务上采用跟踪指导的方法，对其备课、上课、批改作业等作定期跟踪。在跟踪中，及时帮他们寻找规律;在跟踪中，我们坚持激励上进的原则，促进青年教师不断完善自身的教学方法，不断提高驾驭教材和课堂教学、作业指导等技能。在跟踪中，尽量挖掘青年教师的潜在能力，使其在教学中发挥自己的长处，以期形成自己的教学特色。</w:t>
      </w:r>
      <w:r>
        <w:rPr>
          <w:lang w:eastAsia="zh-CN"/>
        </w:rPr>
        <w:br/>
      </w:r>
      <w:r>
        <w:rPr>
          <w:lang w:eastAsia="zh-CN"/>
        </w:rPr>
        <w:t>　　(二)抓典型，促竞争。</w:t>
      </w:r>
      <w:r>
        <w:rPr>
          <w:lang w:eastAsia="zh-CN"/>
        </w:rPr>
        <w:br/>
      </w:r>
    </w:p>
    <w:p w:rsidR="001B1F19" w14:textId="27C3F48A">
      <w:pPr>
        <w:rPr>
          <w:rFonts w:hint="eastAsia"/>
          <w:lang w:eastAsia="zh-CN"/>
        </w:rPr>
      </w:pPr>
      <w:r>
        <w:rPr>
          <w:lang w:eastAsia="zh-CN"/>
        </w:rPr>
        <w:t>　　教学工作需要具备很强的工作责任心。如何促使教师主观上不断地增强工作责任心，迅速提高自己的技能呢?这就需要学校为他们创设一定的竞争气氛围，我们的做法是：</w:t>
      </w:r>
      <w:r>
        <w:rPr>
          <w:lang w:eastAsia="zh-CN"/>
        </w:rPr>
        <w:br/>
      </w:r>
      <w:r>
        <w:rPr>
          <w:lang w:eastAsia="zh-CN"/>
        </w:rPr>
        <w:t>　　1、特色展示。每一位教师在多年的教学积累中形成自己的教学经验或特色，就是青年教师也有自己的长处或特点。我们通过教学评比，让每一位教师展示自己的特色，如有的教师善于指导朗读;提高。有的善于引导激发学生发言的兴趣等等。通过特色展示，不仅达到了互相学习的目的，也促使教师在教学技能上不断完善。同时，这也给一些教学无专长、方法老一套的教师上了一堂生动的课。</w:t>
      </w:r>
      <w:r>
        <w:rPr>
          <w:lang w:eastAsia="zh-CN"/>
        </w:rPr>
        <w:br/>
      </w:r>
      <w:r>
        <w:rPr>
          <w:lang w:eastAsia="zh-CN"/>
        </w:rPr>
        <w:t>　　2、重点扶植。俗话说，五个手指伸出来有长短。在教师中，能力高低应该说是客观存在的。如何做到齐头并进，这就需要对两头进行关心、帮助。对教学能力强的教师或教研组，我们采用大力支持、放手自主，让这些教师或教研组自己管理自己，创造机会让他们露面，展示才能，创造机会让他们去获奖，去争取更大、更多的奖励。对一些在教学上有困难的教师，我们对他们多一些指导，少一些指责;多一份耐心，少一些急躁;多一些希望，少一些失望，使他们树立信心,使他们一点一点提高教学技能。</w:t>
      </w:r>
      <w:r>
        <w:rPr>
          <w:lang w:eastAsia="zh-CN"/>
        </w:rPr>
        <w:br/>
      </w:r>
      <w:r>
        <w:rPr>
          <w:lang w:eastAsia="zh-CN"/>
        </w:rPr>
        <w:t>　　(三)抓基本，促技能。</w:t>
      </w:r>
      <w:r>
        <w:rPr>
          <w:lang w:eastAsia="zh-CN"/>
        </w:rPr>
        <w:br/>
      </w:r>
      <w:r>
        <w:rPr>
          <w:lang w:eastAsia="zh-CN"/>
        </w:rPr>
        <w:t>　　为进一步深化对新课程理念的学习与思考，全面推进新课程改革的进程，切实提高广大教师的课堂教学水平，促进广大教师业务素质的不断提高。</w:t>
      </w:r>
      <w:r>
        <w:rPr>
          <w:lang w:eastAsia="zh-CN"/>
        </w:rPr>
        <w:br/>
      </w:r>
      <w:r>
        <w:rPr>
          <w:lang w:eastAsia="zh-CN"/>
        </w:rPr>
        <w:t>　　三、明确方向，仍须努力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https://d.book118.com/117104033042006046</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7104033042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