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生产车间活动总结范文（30篇）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最新生产车间活动总结范文（精选30篇）</w:t>
      </w:r>
      <w:r>
        <w:rPr>
          <w:lang w:eastAsia="zh-CN"/>
        </w:rPr>
        <w:br/>
      </w:r>
      <w:r>
        <w:rPr>
          <w:lang w:eastAsia="zh-CN"/>
        </w:rPr>
        <w:t xml:space="preserve">    最新生产车间活动总结范文 篇1 </w:t>
      </w:r>
      <w:r>
        <w:rPr>
          <w:lang w:eastAsia="zh-CN"/>
        </w:rPr>
        <w:br/>
      </w:r>
      <w:r>
        <w:rPr>
          <w:lang w:eastAsia="zh-CN"/>
        </w:rPr>
        <w:t>　　一、安全宣传周（6月1日6月7日）</w:t>
      </w:r>
      <w:r>
        <w:rPr>
          <w:lang w:eastAsia="zh-CN"/>
        </w:rPr>
        <w:br/>
      </w:r>
      <w:r>
        <w:rPr>
          <w:lang w:eastAsia="zh-CN"/>
        </w:rPr>
        <w:t>　　1、安全生产月宣传板报</w:t>
      </w:r>
      <w:r>
        <w:rPr>
          <w:lang w:eastAsia="zh-CN"/>
        </w:rPr>
        <w:br/>
      </w:r>
      <w:r>
        <w:rPr>
          <w:lang w:eastAsia="zh-CN"/>
        </w:rPr>
        <w:t>　　车间办理一期主体为：“强化安全基础，推动安全发展”的专题板报，板报以安全生产月活动主体、公司指导思想、活动时间、活动目标等进行了宣传。</w:t>
      </w:r>
      <w:r>
        <w:rPr>
          <w:lang w:eastAsia="zh-CN"/>
        </w:rPr>
        <w:br/>
      </w:r>
      <w:r>
        <w:rPr>
          <w:lang w:eastAsia="zh-CN"/>
        </w:rPr>
        <w:t>　　2、安全漫画展评</w:t>
      </w:r>
      <w:r>
        <w:rPr>
          <w:lang w:eastAsia="zh-CN"/>
        </w:rPr>
        <w:br/>
      </w:r>
      <w:r>
        <w:rPr>
          <w:lang w:eastAsia="zh-CN"/>
        </w:rPr>
        <w:t>　　车间调动广大职工，积极开展我画安全漫画我宣传活动，每个人上交一副安全漫画，车间收集后于会议室进行了展评。并给予优秀的安全漫画进行了评奖鼓励。</w:t>
      </w:r>
      <w:r>
        <w:rPr>
          <w:lang w:eastAsia="zh-CN"/>
        </w:rPr>
        <w:br/>
      </w:r>
      <w:r>
        <w:rPr>
          <w:lang w:eastAsia="zh-CN"/>
        </w:rPr>
        <w:t>　　3、安全专题会议</w:t>
      </w:r>
      <w:r>
        <w:rPr>
          <w:lang w:eastAsia="zh-CN"/>
        </w:rPr>
        <w:br/>
      </w:r>
      <w:r>
        <w:rPr>
          <w:lang w:eastAsia="zh-CN"/>
        </w:rPr>
        <w:t>　　车间6月2日召开了安全生产月专题会议，会议上了车间领导对公司、车间安全生产月活动方案进行了贯彻学习和部署，并明确了活动组织开展的个人和各班组需要完成的任务及个人需要参加的安全活动。</w:t>
      </w:r>
      <w:r>
        <w:rPr>
          <w:lang w:eastAsia="zh-CN"/>
        </w:rPr>
        <w:br/>
      </w:r>
      <w:r>
        <w:rPr>
          <w:lang w:eastAsia="zh-CN"/>
        </w:rPr>
        <w:t>　　二、安全文化周（6月8日6月14日）</w:t>
      </w:r>
      <w:r>
        <w:rPr>
          <w:lang w:eastAsia="zh-CN"/>
        </w:rPr>
        <w:br/>
      </w:r>
      <w:r>
        <w:rPr>
          <w:lang w:eastAsia="zh-CN"/>
        </w:rPr>
        <w:t>　　1、安全事故剖析讨论会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6月8日车间开展了安全事故再现教育活动，车间利用20__年3月的车间发生的停电事故，汇编成题材，利用月度双基安全会议时间进行了学习和讨论，讨论期间车间职工积极踊跃发言各抒己见，说出了感想和认识，车间领导进行了分析和总结，增强了事故处理的应急能力，提高了广大职工的安全意识。</w:t>
      </w:r>
      <w:r>
        <w:rPr>
          <w:lang w:eastAsia="zh-CN"/>
        </w:rPr>
        <w:br/>
      </w:r>
      <w:r>
        <w:rPr>
          <w:lang w:eastAsia="zh-CN"/>
        </w:rPr>
        <w:t>　　2、安全演讲比赛</w:t>
      </w:r>
      <w:r>
        <w:rPr>
          <w:lang w:eastAsia="zh-CN"/>
        </w:rPr>
        <w:br/>
      </w:r>
      <w:r>
        <w:rPr>
          <w:lang w:eastAsia="zh-CN"/>
        </w:rPr>
        <w:t>　　车间6月10日开展了安全演讲比赛，参加6人，经过演讲打分评比，最终确定李海洋、白轮普两人参加公司级安全演讲比赛。在6月17日晚上生活区广场开展的演讲比赛中，李海洋取得了第一名的好成绩。</w:t>
      </w:r>
      <w:r>
        <w:rPr>
          <w:lang w:eastAsia="zh-CN"/>
        </w:rPr>
        <w:br/>
      </w:r>
      <w:r>
        <w:rPr>
          <w:lang w:eastAsia="zh-CN"/>
        </w:rPr>
        <w:t>　　三、安全生产应急演练周（6月15日6月21日）</w:t>
      </w:r>
      <w:r>
        <w:rPr>
          <w:lang w:eastAsia="zh-CN"/>
        </w:rPr>
        <w:br/>
      </w:r>
      <w:r>
        <w:rPr>
          <w:lang w:eastAsia="zh-CN"/>
        </w:rPr>
        <w:t>　　1、事故应急预案演练</w:t>
      </w:r>
      <w:r>
        <w:rPr>
          <w:lang w:eastAsia="zh-CN"/>
        </w:rPr>
        <w:br/>
      </w:r>
      <w:r>
        <w:rPr>
          <w:lang w:eastAsia="zh-CN"/>
        </w:rPr>
        <w:t>　　6月19日上午08:25分，车间在中心站进行了禅美线失压应急预案演练，演练由车间副主任闫冠宇主持，演练开始时间为08:25，结束时间为08:39分，共用时0小时14分。通过演练提高了中心站值班人员的事故应急处置能力，车间领导进行了演练总结，并对演练中存在不足的地方提出了整改意见和要求，限期6月22日之前整改完毕。</w:t>
      </w:r>
      <w:r>
        <w:rPr>
          <w:lang w:eastAsia="zh-CN"/>
        </w:rPr>
        <w:br/>
      </w:r>
      <w:r>
        <w:rPr>
          <w:lang w:eastAsia="zh-CN"/>
        </w:rPr>
        <w:t>　　2、安全生产月专项安全检查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6月18日，车间开展了安全生产月专项安全检查活动，检查有车间主任闫冠宇带队，检查分仪表组、低压组和高压组三个组，每个组分别有自己的分管领导带队，并由另外两个组每个组至少1人参加，检查以拉网式进行全部覆盖，对检查存在的问题，车间已经明确责任人限期整改完毕。</w:t>
      </w:r>
      <w:r>
        <w:rPr>
          <w:lang w:eastAsia="zh-CN"/>
        </w:rPr>
        <w:br/>
      </w:r>
      <w:r>
        <w:rPr>
          <w:lang w:eastAsia="zh-CN"/>
        </w:rPr>
        <w:t>　　四、存在的问题</w:t>
      </w:r>
      <w:r>
        <w:rPr>
          <w:lang w:eastAsia="zh-CN"/>
        </w:rPr>
        <w:br/>
      </w:r>
      <w:r>
        <w:rPr>
          <w:lang w:eastAsia="zh-CN"/>
        </w:rPr>
        <w:t>　　通过6月份安全生产月活动的开展，车间认真分析总结后发现存在的问题有：</w:t>
      </w:r>
      <w:r>
        <w:rPr>
          <w:lang w:eastAsia="zh-CN"/>
        </w:rPr>
        <w:br/>
      </w:r>
      <w:r>
        <w:rPr>
          <w:lang w:eastAsia="zh-CN"/>
        </w:rPr>
        <w:t>　　1、活动开展的少并且形式不够多样化。</w:t>
      </w:r>
      <w:r>
        <w:rPr>
          <w:lang w:eastAsia="zh-CN"/>
        </w:rPr>
        <w:br/>
      </w:r>
      <w:r>
        <w:rPr>
          <w:lang w:eastAsia="zh-CN"/>
        </w:rPr>
        <w:t>　　2、公司举行的活动参加人员较少，有待进一步激励参加。</w:t>
      </w:r>
      <w:r>
        <w:rPr>
          <w:lang w:eastAsia="zh-CN"/>
        </w:rPr>
        <w:br/>
      </w:r>
      <w:r>
        <w:rPr>
          <w:lang w:eastAsia="zh-CN"/>
        </w:rPr>
        <w:t>　　3、安全生产事故知识教育方面有待强化和增加，通过多项安全事故教育增加职工的安全业务自保能力和安全自我防范意识。</w:t>
      </w:r>
      <w:r>
        <w:rPr>
          <w:lang w:eastAsia="zh-CN"/>
        </w:rPr>
        <w:br/>
      </w:r>
      <w:r>
        <w:rPr>
          <w:lang w:eastAsia="zh-CN"/>
        </w:rPr>
        <w:t>　　五、努力的方向</w:t>
      </w:r>
      <w:r>
        <w:rPr>
          <w:lang w:eastAsia="zh-CN"/>
        </w:rPr>
        <w:br/>
      </w:r>
      <w:r>
        <w:rPr>
          <w:lang w:eastAsia="zh-CN"/>
        </w:rPr>
        <w:t>　　6月份安全生产月即将结束，车间将会认真总结不足，对存在的问题进行明确责任人整改，在当前的雨季三防活动及接下来的百日安全无事故活动中吸取长处，竭尽发挥，通过扎实的活动开展，不断夯实车间安全基础管理，杜绝一切三违事故发生，为实现车间年度安全工作目标而努力奋斗。</w:t>
      </w:r>
      <w:r>
        <w:rPr>
          <w:lang w:eastAsia="zh-CN"/>
        </w:rPr>
        <w:br/>
      </w:r>
      <w:r>
        <w:rPr>
          <w:lang w:eastAsia="zh-CN"/>
        </w:rPr>
        <w:t xml:space="preserve">    最新生产车间活动总结范文 篇2 </w:t>
      </w:r>
      <w:r>
        <w:rPr>
          <w:lang w:eastAsia="zh-CN"/>
        </w:rPr>
        <w:br/>
      </w:r>
      <w:r>
        <w:rPr>
          <w:lang w:eastAsia="zh-CN"/>
        </w:rPr>
        <w:t>　　一、围绕“治理隐患，防范事故”的活动主题，大力开展“安全生产月”宣传教育活动</w:t>
      </w:r>
      <w:r>
        <w:rPr>
          <w:lang w:eastAsia="zh-CN"/>
        </w:rPr>
        <w:br/>
      </w:r>
      <w:r>
        <w:rPr>
          <w:lang w:eastAsia="zh-CN"/>
        </w:rPr>
        <w:t>　　1、“安全生产月”活动中，车间结合“安全生产月”的活动主题，积极参加“安全生产月”活动主题的黑板报展评，并且利用这次机会大力宣传安全生产理念，反违章六大禁令和车间的安全生产活动安排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安全生产月”活动中，各班组利用班组安全会的时间学习反违章六大禁令，做到车间员工熟知熟记。同时也认真学习各岗位作业指导卡，岗位作业指导书，设备操作规程、安全生产风险识别等文件。通过学习，使得员工们的安全意识得到提高，提升了安全风险识别能力，熟知了风险消减或控制措施。</w:t>
      </w:r>
      <w:r>
        <w:rPr>
          <w:lang w:eastAsia="zh-CN"/>
        </w:rPr>
        <w:br/>
      </w:r>
      <w:r>
        <w:rPr>
          <w:lang w:eastAsia="zh-CN"/>
        </w:rPr>
        <w:t>　　二、完善车间规章制度，严抓规章制度的执行</w:t>
      </w:r>
      <w:r>
        <w:rPr>
          <w:lang w:eastAsia="zh-CN"/>
        </w:rPr>
        <w:br/>
      </w:r>
      <w:r>
        <w:rPr>
          <w:lang w:eastAsia="zh-CN"/>
        </w:rPr>
        <w:t>　　1、为了适应车间安全生产，我们对车间不能适应现在需要的岗位责任制和各项制度进行了修订。在修订过程中遵守最新的法律法规，也大量征求了操作工的意见，从而做到了事事有章可循，条条都有可行性。</w:t>
      </w:r>
      <w:r>
        <w:rPr>
          <w:lang w:eastAsia="zh-CN"/>
        </w:rPr>
        <w:br/>
      </w:r>
      <w:r>
        <w:rPr>
          <w:lang w:eastAsia="zh-CN"/>
        </w:rPr>
        <w:t>　　2、车间负责人、班组负责人、安全员逐级落实现场安全管理和现场监督责任。班组负责人对本班组的员工进行班前安全教育，班中安全检查，班后安全点评。现场安全员现场监督车间员工严格执行规章制度，及时纠正违章行为，对违章人员进行批评教育。车间负责人对车间的安全工作负责，对班组负责人和现场安全员进行领导，对车间安全生产现场进行抽查。通过严格的逐级执行，确保车间的各项安全规章制度能被严格执行。</w:t>
      </w:r>
      <w:r>
        <w:rPr>
          <w:lang w:eastAsia="zh-CN"/>
        </w:rPr>
        <w:br/>
      </w:r>
      <w:r>
        <w:rPr>
          <w:lang w:eastAsia="zh-CN"/>
        </w:rPr>
        <w:t>　　三、开展车间自查自改，确保车间无隐患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结合车间的现场检查工作，车间开展自查自改工作。在此过程中对原有隐患进行了复查，车间南料场的废料已经进行了清理；原有氧乙炔瓶房已经拆除，正在着手新建氧乙炔瓶房；气包更换的申请等待审批；龙门吊的大修工作马上完毕；砂轮机的防护托架已经安装到位，原有的安全隐患已经得到了解决。在自查自改的过程中没有发现新的安全隐患。</w:t>
      </w:r>
      <w:r>
        <w:rPr>
          <w:lang w:eastAsia="zh-CN"/>
        </w:rPr>
        <w:br/>
      </w:r>
      <w:r>
        <w:rPr>
          <w:lang w:eastAsia="zh-CN"/>
        </w:rPr>
        <w:t>　　通过开展“安全生产月”的活动，车间的安全管理水平得到了长足进步，车间员工的安全意识大大提高，为全年实现“个人无违章、岗位无隐患、车间无事故”的安全工作目标奠定了坚实的基础。</w:t>
      </w:r>
      <w:r>
        <w:rPr>
          <w:lang w:eastAsia="zh-CN"/>
        </w:rPr>
        <w:br/>
      </w:r>
      <w:r>
        <w:rPr>
          <w:lang w:eastAsia="zh-CN"/>
        </w:rPr>
        <w:t xml:space="preserve">    最新生产车间活动总结范文 篇3 </w:t>
      </w:r>
      <w:r>
        <w:rPr>
          <w:lang w:eastAsia="zh-CN"/>
        </w:rPr>
        <w:br/>
      </w:r>
      <w:r>
        <w:rPr>
          <w:lang w:eastAsia="zh-CN"/>
        </w:rPr>
        <w:t>　　一、加强领导，提高认识，强化管理。</w:t>
      </w:r>
      <w:r>
        <w:rPr>
          <w:lang w:eastAsia="zh-CN"/>
        </w:rPr>
        <w:br/>
      </w:r>
      <w:r>
        <w:rPr>
          <w:lang w:eastAsia="zh-CN"/>
        </w:rPr>
        <w:t>　　常减压车间成立了四月安全活动领导小组，由主任任组长全面负责，生产主任和设备主任任副组长分别从工艺和设备上抓各项管理，车间科室人员和各班组长为成员，负责督导活动的开展。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人人的良好氛围。</w:t>
      </w:r>
      <w:r>
        <w:rPr>
          <w:lang w:eastAsia="zh-CN"/>
        </w:rPr>
        <w:br/>
      </w:r>
      <w:r>
        <w:rPr>
          <w:lang w:eastAsia="zh-CN"/>
        </w:rPr>
        <w:t>　　二、采取多形式、多样化、全方位宣传教育。</w:t>
      </w:r>
      <w:r>
        <w:rPr>
          <w:lang w:eastAsia="zh-CN"/>
        </w:rPr>
        <w:br/>
      </w:r>
      <w:r>
        <w:rPr>
          <w:lang w:eastAsia="zh-CN"/>
        </w:rPr>
        <w:t>　　活动期间，车间根据实际情况，广泛利用班前会大力宣传各种安全规章制度，并在四月中旬进行了一次全员性的“安全意识”事故案例专题片的学习，班组长以上都写了观后感。此外，对于公司下发的“中央企业安全生产九大禁令”车间也组织班组进行了学习，经过这些学习对车间人员的触动很大，从而进一步提高了全员的安全生产素质，保证了安全生产宣传的针对性和实效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三、开展“反三违”，提高全员安全意识，创建无隐患岗位活动。</w:t>
      </w:r>
      <w:r>
        <w:rPr>
          <w:lang w:eastAsia="zh-CN"/>
        </w:rPr>
        <w:br/>
      </w:r>
      <w:r>
        <w:rPr>
          <w:lang w:eastAsia="zh-CN"/>
        </w:rPr>
        <w:t>　　车间从加大动火管理力度、细致巡检路线、提高巡检频次几个方面着手，深挖细查，同时还开展反违章活动；人人参与事故隐患和安全问题大排查，对查出的隐患及时进行了整改，彻底消除了安全死角和盲区，使全员的安全意识得到了极大的提高，从而杜绝了违章操作、违章指挥、违反劳动纪律现象的发生。四、根据活动实施方案的要求，认真完善各项规章制度。</w:t>
      </w:r>
      <w:r>
        <w:rPr>
          <w:lang w:eastAsia="zh-CN"/>
        </w:rPr>
        <w:br/>
      </w:r>
      <w:r>
        <w:rPr>
          <w:lang w:eastAsia="zh-CN"/>
        </w:rPr>
        <w:t>　　根据方案要求进一步建立健全安全管理的各项规章制度。从车间各岗位职责到安全生产的操作规程，从安全生产会议制度到安全隐患排查和整改制度，以及安全教育培训制度的健全下大力度完善，从而形成了一整套完善的规章制度体系。</w:t>
      </w:r>
      <w:r>
        <w:rPr>
          <w:lang w:eastAsia="zh-CN"/>
        </w:rPr>
        <w:br/>
      </w:r>
      <w:r>
        <w:rPr>
          <w:lang w:eastAsia="zh-CN"/>
        </w:rPr>
        <w:t>　　五、存在的问题。</w:t>
      </w:r>
      <w:r>
        <w:rPr>
          <w:lang w:eastAsia="zh-CN"/>
        </w:rPr>
        <w:br/>
      </w:r>
      <w:r>
        <w:rPr>
          <w:lang w:eastAsia="zh-CN"/>
        </w:rPr>
        <w:t>　　尽管车间四月份安全活动开展的卓有成效，但还是存在着一定的问题。一是全员参与活动的积极性还有待于进一步提高。二是基层人员对于车间的`各项安全规章制度以及上级下发的文件精神掌握和了解的还不够。</w:t>
      </w:r>
      <w:r>
        <w:rPr>
          <w:lang w:eastAsia="zh-CN"/>
        </w:rPr>
        <w:br/>
      </w:r>
      <w:r>
        <w:rPr>
          <w:lang w:eastAsia="zh-CN"/>
        </w:rPr>
        <w:t>　　总之，通过本次活动的开展，在车间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r>
        <w:rPr>
          <w:lang w:eastAsia="zh-CN"/>
        </w:rPr>
        <w:br/>
      </w:r>
      <w:r>
        <w:rPr>
          <w:lang w:eastAsia="zh-CN"/>
        </w:rPr>
        <w:t xml:space="preserve">    最新生产车间活动总结范文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一、过去一年的工作表现</w:t>
      </w:r>
      <w:r>
        <w:rPr>
          <w:lang w:eastAsia="zh-CN"/>
        </w:rPr>
        <w:br/>
      </w:r>
      <w:r>
        <w:rPr>
          <w:lang w:eastAsia="zh-CN"/>
        </w:rPr>
        <w:t>　　(一)强化形象，提高自身素质。为了做好本职工作，我坚持严格要求，注重以身作则，以诚待人。首先，我热爱我的工作和奉献精神。班长的工作大部分是协调小事情，保证好。所以我对自己的工作和价值有一个正确的认识，正确处理苦乐得失、个人利益和集体利益的关系，坚持敬业和诚信，第二，磨炼自己，努力提高自己的专业水平。经过半年的学习和锻炼，我的工作取得了一些进展。在学习自己积极工作的同时，认真研究了别人的长处，改变了自己的不足，虚心向领导和同事求教，让自己通过不断的学习和探索，提高团队领导的管理水平。</w:t>
      </w:r>
      <w:r>
        <w:rPr>
          <w:lang w:eastAsia="zh-CN"/>
        </w:rPr>
        <w:br/>
      </w:r>
      <w:r>
        <w:rPr>
          <w:lang w:eastAsia="zh-CN"/>
        </w:rPr>
        <w:t>　　(二)严格依法办事，不断强化作风。一年来，我对自己提出了严格的要求，始终以平实的包容、愿意付出、默默无闻为自己的标准，始终专注于严谨、细致、踏实、踏实、努力。在工作中，用制度和纪律规范自己的.一切言行，严格遵守公司的规章制度，尊重领导，团结同志，谦虚谨慎，主动接受各方意见，不断改进工作方法。</w:t>
      </w:r>
      <w:r>
        <w:rPr>
          <w:lang w:eastAsia="zh-CN"/>
        </w:rPr>
        <w:br/>
      </w:r>
      <w:r>
        <w:rPr>
          <w:lang w:eastAsia="zh-CN"/>
        </w:rPr>
        <w:t>　　(三)强化职能，搞好服务。工作中注重把握基本面，努力提高服务水平。团里人多，工作量大，需要我们团结协作。在这一年里，无论遇到什么困难，我都积极配合做好。同事的心可以在一个地方思考，所有的努力都可以在一个地方做出，不计得失，只希望能圆满完成工作。</w:t>
      </w:r>
      <w:r>
        <w:rPr>
          <w:lang w:eastAsia="zh-CN"/>
        </w:rPr>
        <w:br/>
      </w:r>
      <w:r>
        <w:rPr>
          <w:lang w:eastAsia="zh-CN"/>
        </w:rPr>
        <w:t>　　二、工作中的不足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一)情感观念太重。在工作过程中，有许多操作没有严格按照操作规程进行，但当时没有发生直接经济损失和安全事故，以至于大多数只是口头批评，没有采取认真的态度。现在想来，安全隐患和非法操作才是重中之重;比如前段时间发生的人员伤害、机器故障、模具损坏，都是违章操作造成的。所以在今后的工作中，任何违规操作都必须严肃处理。</w:t>
      </w:r>
      <w:r>
        <w:rPr>
          <w:lang w:eastAsia="zh-CN"/>
        </w:rPr>
        <w:br/>
      </w:r>
      <w:r>
        <w:rPr>
          <w:lang w:eastAsia="zh-CN"/>
        </w:rPr>
        <w:t>　　(二)基于现有条件，创新理念有待提高。以前工作中一旦遇到困难，总想着让上级先帮忙解决，却没有意识到理解公司和领导的困难。现在工作环境和条件都挺优越的，公司也在逐步成长完善的过程中。今后一定要立足现有优势，发挥集体智慧，帮助做好。</w:t>
      </w:r>
      <w:r>
        <w:rPr>
          <w:lang w:eastAsia="zh-CN"/>
        </w:rPr>
        <w:br/>
      </w:r>
      <w:r>
        <w:rPr>
          <w:lang w:eastAsia="zh-CN"/>
        </w:rPr>
        <w:t>　　(三)传达贯彻公司精神任务，态度不够坚决。总是兼顾个人利益和自己的小计划，分配给公司和上级的任务没有执行到底。在今后的工作中，我们将坚决提高执行力，增强对理念和概念的理解。</w:t>
      </w:r>
      <w:r>
        <w:rPr>
          <w:lang w:eastAsia="zh-CN"/>
        </w:rPr>
        <w:br/>
      </w:r>
      <w:r>
        <w:rPr>
          <w:lang w:eastAsia="zh-CN"/>
        </w:rPr>
        <w:t>　　三、未来努力的方向</w:t>
      </w:r>
      <w:r>
        <w:rPr>
          <w:lang w:eastAsia="zh-CN"/>
        </w:rPr>
        <w:br/>
      </w:r>
      <w:r>
        <w:rPr>
          <w:lang w:eastAsia="zh-CN"/>
        </w:rPr>
        <w:t>　　(一)深入提炼。从小事做起，引导组员严格执行，坚决执行，带动团队从点到面全面开展工作;做好车间主任的助理，配合生产部门。</w:t>
      </w:r>
      <w:r>
        <w:rPr>
          <w:lang w:eastAsia="zh-CN"/>
        </w:rPr>
        <w:br/>
      </w:r>
      <w:r>
        <w:rPr>
          <w:lang w:eastAsia="zh-CN"/>
        </w:rPr>
        <w:t>　　(二)用“5S"标准是基础，这是车间主任在会上多次提倡和强调的。标准是一项长期而艰巨的任务，也是公司建立和完善的基本文化。我们将努力以此为指导，狠抓落实，逐一落实，逐步完善。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三)以人为本的理性管理。团队成员多，年龄差距大，性格差异特别明显;以后要结合班前会和班后会，引导组员思考，提高思想觉悟;以正确的工作态度为中心线，以多元化的个性特征为创新理念，共同努力，共同提高，携手共建美好家园。</w:t>
      </w:r>
      <w:r>
        <w:rPr>
          <w:lang w:eastAsia="zh-CN"/>
        </w:rPr>
        <w:br/>
      </w:r>
      <w:r>
        <w:rPr>
          <w:lang w:eastAsia="zh-CN"/>
        </w:rPr>
        <w:t>　　(四)借鉴六西格玛量化工具。参照现行工作清单和量化工具，制定可行性管理制度和方案，形成强有力的规范章程;让软管理有据可查，有章可循。</w:t>
      </w:r>
      <w:r>
        <w:rPr>
          <w:lang w:eastAsia="zh-CN"/>
        </w:rPr>
        <w:br/>
      </w:r>
      <w:r>
        <w:rPr>
          <w:lang w:eastAsia="zh-CN"/>
        </w:rPr>
        <w:t>　　(五)以节流为导向。作为一个__人，要尽一切努力为公司的成长和发展做出贡献，建立“以公司为家”我们会尽力为大家庭节约成本，协助领导努力提高生产力。</w:t>
      </w:r>
      <w:r>
        <w:rPr>
          <w:lang w:eastAsia="zh-CN"/>
        </w:rPr>
        <w:br/>
      </w:r>
      <w:r>
        <w:rPr>
          <w:lang w:eastAsia="zh-CN"/>
        </w:rPr>
        <w:t>　　在未来的工作中，我仍然需要再接再厉，继续履行我的职责，不怕苦，不计得失，密切合作，积极进取，为我们部门的建设贡献我微薄的力量。</w:t>
      </w:r>
      <w:r>
        <w:rPr>
          <w:lang w:eastAsia="zh-CN"/>
        </w:rPr>
        <w:br/>
      </w:r>
      <w:r>
        <w:rPr>
          <w:lang w:eastAsia="zh-CN"/>
        </w:rPr>
        <w:t xml:space="preserve">    最新生产车间活动总结范文 篇5 </w:t>
      </w:r>
      <w:r>
        <w:rPr>
          <w:lang w:eastAsia="zh-CN"/>
        </w:rPr>
        <w:br/>
      </w:r>
      <w:r>
        <w:rPr>
          <w:lang w:eastAsia="zh-CN"/>
        </w:rPr>
        <w:t>　　回顾这场实习经历，我的内心有许多的体会。有感叹辛苦，但又为自己能在这次的经历中收获成长而感到欣慰。作为一名大学生，我也曾积极利用假期却社会尝试过工作的体会。为此在这次的实习经历对我而言并不陌生，但却有带来了许多更深刻，更细节的体会。</w:t>
      </w:r>
      <w:r>
        <w:rPr>
          <w:lang w:eastAsia="zh-CN"/>
        </w:rPr>
        <w:br/>
      </w:r>
      <w:r>
        <w:rPr>
          <w:lang w:eastAsia="zh-CN"/>
        </w:rPr>
        <w:t>　　一、初入工作车间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经历了一段时间的努力后，我最终加入了__车间。还记得我刚开始的时候，对这个车间有许多的不了解，那些不在工作范围内地方和身边陌生的同事们我甚至都不敢太多接触。但后来，工作中的一些机会，我慢慢的接触到了更多的东西，也和许多的同事有了接触，这不仅让我更加认识到这是一个多么出色的车间，更了解到在我的身边有多少热情的同事。这给我的实习带来了很大的扩展，让我更加清楚的看到了社会中的环境。</w:t>
      </w:r>
      <w:r>
        <w:rPr>
          <w:lang w:eastAsia="zh-CN"/>
        </w:rPr>
        <w:br/>
      </w:r>
      <w:r>
        <w:rPr>
          <w:lang w:eastAsia="zh-CN"/>
        </w:rPr>
        <w:t>　　二、学习车间规定</w:t>
      </w:r>
      <w:r>
        <w:rPr>
          <w:lang w:eastAsia="zh-CN"/>
        </w:rPr>
        <w:br/>
      </w:r>
      <w:r>
        <w:rPr>
          <w:lang w:eastAsia="zh-CN"/>
        </w:rPr>
        <w:t>　　在车间中有很多的规矩和要求，或者说应该每种工作都有自己的规定。在实习中我了慢慢了解到，这些规定都是有着非常重要的意义和责任的。如果不遵守规定，不仅仅会影响到我们自己的工作，甚至还会给集体带来麻烦！当然，如果是安全的规定，更会影响许多安全方面的问题！为此，在认识到规定的重要后，我在自我管理上也大大的提高了自己，并在工作中严格的遵守了车间规定，保证了工作的准确和安全。</w:t>
      </w:r>
      <w:r>
        <w:rPr>
          <w:lang w:eastAsia="zh-CN"/>
        </w:rPr>
        <w:br/>
      </w:r>
      <w:r>
        <w:rPr>
          <w:lang w:eastAsia="zh-CN"/>
        </w:rPr>
        <w:t>　　三、严谨对待工作</w:t>
      </w:r>
      <w:r>
        <w:rPr>
          <w:lang w:eastAsia="zh-CN"/>
        </w:rPr>
        <w:br/>
      </w:r>
      <w:r>
        <w:rPr>
          <w:lang w:eastAsia="zh-CN"/>
        </w:rPr>
        <w:t>　　在工作方面，我在师傅的带教下一边学习，一边协助工作。但最开始的时候，我有时会因为工作任务过于“简单”和繁琐，导致在工作中放松自己。但在一次工作后，我的工作却被发现了纰漏和问题，并被受到了领导的严格批评。</w:t>
      </w:r>
      <w:r>
        <w:rPr>
          <w:lang w:eastAsia="zh-CN"/>
        </w:rPr>
        <w:br/>
      </w:r>
      <w:r>
        <w:rPr>
          <w:lang w:eastAsia="zh-CN"/>
        </w:rPr>
        <w:t>　　在这次的经历后，我才真正认识到了工作的责任！认识到及时是最简单的工作，也要严格的去面对！</w:t>
      </w:r>
      <w:r>
        <w:rPr>
          <w:lang w:eastAsia="zh-CN"/>
        </w:rPr>
        <w:br/>
      </w:r>
      <w:r>
        <w:rPr>
          <w:lang w:eastAsia="zh-CN"/>
        </w:rPr>
        <w:t>　　四、回归集体生活</w:t>
      </w:r>
      <w:r>
        <w:rPr>
          <w:lang w:eastAsia="zh-CN"/>
        </w:rPr>
        <w:br/>
      </w:r>
      <w:r>
        <w:rPr>
          <w:lang w:eastAsia="zh-CN"/>
        </w:rPr>
        <w:t>　　为了方便实习，我搬入了公司的员工宿舍里。虽然同样是集体的生活，但在这里，我不仅要学会自主的做好自身生活的管理，也要学会适应新的人际环境。让我体会到了社会生活的不同。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这次的实习经历里，我在适应中深刻感受到了社会环境和校园环境的不同，也了解到了自己在工作中的不足之处，这些都是我还较为缺乏的方面！为此，我也会继续努力的提高自己，让自己能在今后的社会生活中取得更大的进步！</w:t>
      </w:r>
      <w:r>
        <w:rPr>
          <w:lang w:eastAsia="zh-CN"/>
        </w:rPr>
        <w:br/>
      </w:r>
      <w:r>
        <w:rPr>
          <w:lang w:eastAsia="zh-CN"/>
        </w:rPr>
        <w:t>　　转眼间，一个月的实习时间即将过去，这一个月是不同寻常的一个月，它是我们离开学校后正式走向社会的一个月，也是我们人生新起点的一个月。这一个月它不仅充满着对大学生活的美好回忆更充满着我们对未来独立生活的向往憧憬。</w:t>
      </w:r>
      <w:r>
        <w:rPr>
          <w:lang w:eastAsia="zh-CN"/>
        </w:rPr>
        <w:br/>
      </w:r>
      <w:r>
        <w:rPr>
          <w:lang w:eastAsia="zh-CN"/>
        </w:rPr>
        <w:t>　　首先非常感谢公司能够给予我们这样一个进入公司工作的机会，在螺母车间实习的这一个月，使我体会到了很多很多，也学到了很多很载了太多太多的内容，它承载着我们对过去的美好回忆，也承载着我们对未来生活的向往与多的知识，尤其是在和车间师傅们一块相处的这段日子里使我受益匪浅，他们不仅给我们传授相关的生产技术知识而且也教会了我们做人处事的方法，真的很感谢每一位师傅，因为他们是我们踏入社会的第一位老师。</w:t>
      </w:r>
      <w:r>
        <w:rPr>
          <w:lang w:eastAsia="zh-CN"/>
        </w:rPr>
        <w:br/>
      </w:r>
      <w:r>
        <w:rPr>
          <w:lang w:eastAsia="zh-CN"/>
        </w:rPr>
        <w:t>　　从__月号我们进入车间的第一天开始，也许就注定了我们与这些师傅们有一定的相识之缘，在车间的每一天他们不仅有一定的生产任务要去完成而且还是时刻刻的注意着我们的安全，他们原本可以为了自己的任务不理睬我们，但是他们却时时刻刻的关心我们，当我们向他们询问一些生产技术上的知识时他们总是在他们懂得了解的前提下给我们耐心的讲解，借这样一个实习总结的机会我想表达对那些在生产一线师傅们的感谢：谢谢师傅们，你们辛苦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车间实习的这一个月里看到师傅们那一滴滴的汗水使我想到了很多，也许在很多人的心目中认为能够待在办公室多好啊，但是我想说作为一个工科毕业的大学生没有在车间实习过对你以后的工作是不利的，尤其是设计方面，因为只有你了解了下面具体的情况才能做出优秀的设计，才能够符合实际的生产需要，虽然在车间的这一个月里天气很热，噪声很大，出了很多的汗，帮师傅卸载模具时划伤流了很多血，但是我适应下来了，因为别人都能适应我为什么不能适应呢？俗话说梅花香自苦寒来，宝剑锋从磨砺出。只有经历了磨练只有经历了痛苦的洗礼才能在以后的工作中做的更好。在车间的实习我认为这些都是有必要都是值得的，因为只有你亲自尝试了你才懂得如何去做，你才了解其工作原理，才能为以后的设计打下基础。</w:t>
      </w:r>
      <w:r>
        <w:rPr>
          <w:lang w:eastAsia="zh-CN"/>
        </w:rPr>
        <w:br/>
      </w:r>
      <w:r>
        <w:rPr>
          <w:lang w:eastAsia="zh-CN"/>
        </w:rPr>
        <w:t>　　记得在帮师傅们维修机床时，一位老工程师曾经对我说了这样一句话：像你们大学生刚开始只具有理论知识，在下面实习时一定要在安全的情况下多动手多实践才能熟悉机床才能了解冷镦过程的各个环节，同时在动手的过程中就能慢慢学会如何去调好每一个零件。听了老师傅对我说的话使我收获颇多，通过在螺母车间这一个月的锻炼，使我作为一个模具专业的毕业生对模具相关知识有了一个更深层次的理解，尤其是在设计模具的过程中需要考虑的众多因素它不仅包括模具的使用性更重要的是要考虑其在加工使用过程中的使用环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像螺母车间的螺母冷镦工艺加工在大部分机台上都是采用六道挤压成形工序，因此为了完成这六道成形工序必须要采用六套模具来加工，而这六套模具又有六套阳模和六套阴模组成，并且而每一套阳模和阴模又有不同的结构组成，因此在设计过程中需要考虑不同结构设计和所需成形形状，更重要的是这六套模具是在不同的工位上同时进行相关工序的成形，因此在设计时更要考虑在大批量生产时模具与模具之间及夹钳与夹钳之间是否相互碰撞以及夹钳中心与模具中心的对正问题。</w:t>
      </w:r>
      <w:r>
        <w:rPr>
          <w:lang w:eastAsia="zh-CN"/>
        </w:rPr>
        <w:br/>
      </w:r>
      <w:r>
        <w:rPr>
          <w:lang w:eastAsia="zh-CN"/>
        </w:rPr>
        <w:t xml:space="preserve">    最新生产车间活动总结范文 篇6 </w:t>
      </w:r>
      <w:r>
        <w:rPr>
          <w:lang w:eastAsia="zh-CN"/>
        </w:rPr>
        <w:br/>
      </w:r>
      <w:r>
        <w:rPr>
          <w:lang w:eastAsia="zh-CN"/>
        </w:rPr>
        <w:t>　　回顾20__全年的工作，我们车间以围绕安全生产、保质保量完成生产任务为前提主要做了以下几方面的工作：</w:t>
      </w:r>
      <w:r>
        <w:rPr>
          <w:lang w:eastAsia="zh-CN"/>
        </w:rPr>
        <w:br/>
      </w:r>
      <w:r>
        <w:rPr>
          <w:lang w:eastAsia="zh-CN"/>
        </w:rPr>
        <w:t>　　1、合理调整劳动组合确保完成生产任务</w:t>
      </w:r>
      <w:r>
        <w:rPr>
          <w:lang w:eastAsia="zh-CN"/>
        </w:rPr>
        <w:br/>
      </w:r>
      <w:r>
        <w:rPr>
          <w:lang w:eastAsia="zh-CN"/>
        </w:rPr>
        <w:t>　　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r>
        <w:rPr>
          <w:lang w:eastAsia="zh-CN"/>
        </w:rPr>
        <w:br/>
      </w:r>
      <w:r>
        <w:rPr>
          <w:lang w:eastAsia="zh-CN"/>
        </w:rPr>
        <w:t>　　2、严把质量关</w:t>
      </w:r>
      <w:r>
        <w:rPr>
          <w:lang w:eastAsia="zh-CN"/>
        </w:rPr>
        <w:br/>
      </w:r>
      <w:r>
        <w:rPr>
          <w:lang w:eastAsia="zh-CN"/>
        </w:rPr>
        <w:t>　　1.车间在生产过程中各班组对自己的产品负有主人翁的责任感，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r>
        <w:rPr>
          <w:lang w:eastAsia="zh-CN"/>
        </w:rPr>
        <w:br/>
      </w:r>
      <w:r>
        <w:rPr>
          <w:lang w:eastAsia="zh-CN"/>
        </w:rPr>
        <w:t>　　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r>
        <w:rPr>
          <w:lang w:eastAsia="zh-CN"/>
        </w:rPr>
        <w:br/>
      </w:r>
      <w:r>
        <w:rPr>
          <w:lang w:eastAsia="zh-CN"/>
        </w:rPr>
        <w:t>　　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r>
        <w:rPr>
          <w:lang w:eastAsia="zh-CN"/>
        </w:rPr>
        <w:br/>
      </w:r>
      <w:r>
        <w:rPr>
          <w:lang w:eastAsia="zh-CN"/>
        </w:rPr>
        <w:t>　　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r>
        <w:rPr>
          <w:lang w:eastAsia="zh-CN"/>
        </w:rPr>
        <w:br/>
      </w:r>
      <w:r>
        <w:rPr>
          <w:lang w:eastAsia="zh-CN"/>
        </w:rPr>
        <w:t>　　3、安全生产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r>
        <w:rPr>
          <w:lang w:eastAsia="zh-CN"/>
        </w:rPr>
        <w:br/>
      </w:r>
      <w:r>
        <w:rPr>
          <w:lang w:eastAsia="zh-CN"/>
        </w:rPr>
        <w:t>　　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r>
        <w:rPr>
          <w:lang w:eastAsia="zh-CN"/>
        </w:rPr>
        <w:br/>
      </w:r>
      <w:r>
        <w:rPr>
          <w:lang w:eastAsia="zh-CN"/>
        </w:rPr>
        <w:t>　　3.通过车间工段班组细致的工作，车间在本年度的安全生产基本达到了公司对车间的指标和要求。</w:t>
      </w:r>
      <w:r>
        <w:rPr>
          <w:lang w:eastAsia="zh-CN"/>
        </w:rPr>
        <w:br/>
      </w:r>
      <w:r>
        <w:rPr>
          <w:lang w:eastAsia="zh-CN"/>
        </w:rPr>
        <w:t>　　4、学习、提高</w:t>
      </w:r>
      <w:r>
        <w:rPr>
          <w:lang w:eastAsia="zh-CN"/>
        </w:rPr>
        <w:br/>
      </w:r>
      <w:r>
        <w:rPr>
          <w:lang w:eastAsia="zh-CN"/>
        </w:rPr>
        <w:t>　　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r>
        <w:rPr>
          <w:lang w:eastAsia="zh-CN"/>
        </w:rPr>
        <w:br/>
      </w:r>
      <w:r>
        <w:rPr>
          <w:lang w:eastAsia="zh-CN"/>
        </w:rPr>
        <w:t>　　5.发扬成绩找差距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r>
        <w:rPr>
          <w:lang w:eastAsia="zh-CN"/>
        </w:rPr>
        <w:br/>
      </w:r>
      <w:r>
        <w:rPr>
          <w:lang w:eastAsia="zh-CN"/>
        </w:rPr>
        <w:t>　　6.11年工作计划</w:t>
      </w:r>
      <w:r>
        <w:rPr>
          <w:lang w:eastAsia="zh-CN"/>
        </w:rPr>
        <w:br/>
      </w:r>
      <w:r>
        <w:rPr>
          <w:lang w:eastAsia="zh-CN"/>
        </w:rPr>
        <w:t>　　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gt; 和安全生产知识宣传栏,设立危险区域警示标志.</w:t>
      </w:r>
      <w:r>
        <w:rPr>
          <w:lang w:eastAsia="zh-CN"/>
        </w:rPr>
        <w:br/>
      </w:r>
      <w:r>
        <w:rPr>
          <w:lang w:eastAsia="zh-CN"/>
        </w:rPr>
        <w:t>　　(5)制定突发安全事故及时处理办法,及事后相关责任追究制度,把个人及公司损失降到最低.</w:t>
      </w:r>
      <w:r>
        <w:rPr>
          <w:lang w:eastAsia="zh-CN"/>
        </w:rPr>
        <w:br/>
      </w:r>
      <w:r>
        <w:rPr>
          <w:lang w:eastAsia="zh-CN"/>
        </w:rPr>
        <w:t>　　二,确保产品质量</w:t>
      </w:r>
      <w:r>
        <w:rPr>
          <w:lang w:eastAsia="zh-CN"/>
        </w:rPr>
        <w:br/>
      </w:r>
      <w:r>
        <w:rPr>
          <w:lang w:eastAsia="zh-CN"/>
        </w:rPr>
        <w:t>　　全年目标:</w:t>
      </w:r>
      <w:r>
        <w:rPr>
          <w:lang w:eastAsia="zh-CN"/>
        </w:rPr>
        <w:br/>
      </w:r>
      <w:r>
        <w:rPr>
          <w:lang w:eastAsia="zh-CN"/>
        </w:rPr>
        <w:t>　　全年实现无大批量枪体报废,无大批量降低产品质量的'加工不良,降低产品不良率和报废率,确保实现09年公司制定的产品一次交验合格率的总体目标.</w:t>
      </w:r>
      <w:r>
        <w:rPr>
          <w:lang w:eastAsia="zh-CN"/>
        </w:rPr>
        <w:br/>
      </w:r>
      <w:r>
        <w:rPr>
          <w:lang w:eastAsia="zh-CN"/>
        </w:rPr>
        <w:t>　　主要措施:</w:t>
      </w:r>
      <w:r>
        <w:rPr>
          <w:lang w:eastAsia="zh-CN"/>
        </w:rPr>
        <w:br/>
      </w:r>
      <w:r>
        <w:rPr>
          <w:lang w:eastAsia="zh-CN"/>
        </w:rPr>
        <w:t>　　(1)严格按照图纸设计要求进行加工.</w:t>
      </w:r>
      <w:r>
        <w:rPr>
          <w:lang w:eastAsia="zh-CN"/>
        </w:rPr>
        <w:br/>
      </w:r>
      <w:r>
        <w:rPr>
          <w:lang w:eastAsia="zh-CN"/>
        </w:rPr>
        <w:t>　　(2)所有调试工序均需写出书面调试数据 资料 经QC部门组装测试后由组长批准方可正式生产.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(3)加强对员工质量检查的培训,牢记枪体孔位检查的要点重点.</w:t>
      </w:r>
      <w:r>
        <w:rPr>
          <w:lang w:eastAsia="zh-CN"/>
        </w:rPr>
        <w:br/>
      </w:r>
      <w:r>
        <w:rPr>
          <w:lang w:eastAsia="zh-CN"/>
        </w:rPr>
        <w:t>　　(4)进一步规范线上检查表的填写,确保所有检查数据的真实性有效性.</w:t>
      </w:r>
      <w:r>
        <w:rPr>
          <w:lang w:eastAsia="zh-CN"/>
        </w:rPr>
        <w:br/>
      </w:r>
      <w:r>
        <w:rPr>
          <w:lang w:eastAsia="zh-CN"/>
        </w:rPr>
        <w:t>　　(5)建立机台操作人员 QC质量检查人员 副组长 组长的四级日检查制度.</w:t>
      </w:r>
      <w:r>
        <w:rPr>
          <w:lang w:eastAsia="zh-CN"/>
        </w:rPr>
        <w:br/>
      </w:r>
      <w:r>
        <w:rPr>
          <w:lang w:eastAsia="zh-CN"/>
        </w:rPr>
        <w:t>　　(6)定期检查机台 夹具 刀具 确保产品的加工精度和生产的稳定性.</w:t>
      </w:r>
      <w:r>
        <w:rPr>
          <w:lang w:eastAsia="zh-CN"/>
        </w:rPr>
        <w:br/>
      </w:r>
      <w:r>
        <w:rPr>
          <w:lang w:eastAsia="zh-CN"/>
        </w:rPr>
        <w:t>　　(7)增加产品入库前检查项,保证入库产品孔位无铜铝屑残留,工序无遗漏.</w:t>
      </w:r>
      <w:r>
        <w:rPr>
          <w:lang w:eastAsia="zh-CN"/>
        </w:rPr>
        <w:br/>
      </w:r>
      <w:r>
        <w:rPr>
          <w:lang w:eastAsia="zh-CN"/>
        </w:rPr>
        <w:t>　　(8)组织技术人员 副组长 组长定期进行学习和技术交流,提高机加工水平,改善加工工艺,优化加工程序,使产品质量再上一个新台阶.</w:t>
      </w:r>
      <w:r>
        <w:rPr>
          <w:lang w:eastAsia="zh-CN"/>
        </w:rPr>
        <w:br/>
      </w:r>
      <w:r>
        <w:rPr>
          <w:lang w:eastAsia="zh-CN"/>
        </w:rPr>
        <w:t>　　三,提高产品产量</w:t>
      </w:r>
      <w:r>
        <w:rPr>
          <w:lang w:eastAsia="zh-CN"/>
        </w:rPr>
        <w:br/>
      </w:r>
      <w:r>
        <w:rPr>
          <w:lang w:eastAsia="zh-CN"/>
        </w:rPr>
        <w:t>　　全年目标:</w:t>
      </w:r>
      <w:r>
        <w:rPr>
          <w:lang w:eastAsia="zh-CN"/>
        </w:rPr>
        <w:br/>
      </w:r>
      <w:r>
        <w:rPr>
          <w:lang w:eastAsia="zh-CN"/>
        </w:rPr>
        <w:t>　　全年按期交付生管部制定的产品产量计划,确保公司关于20__年产品产量计划的实现.</w:t>
      </w:r>
      <w:r>
        <w:rPr>
          <w:lang w:eastAsia="zh-CN"/>
        </w:rPr>
        <w:br/>
      </w:r>
      <w:r>
        <w:rPr>
          <w:lang w:eastAsia="zh-CN"/>
        </w:rPr>
        <w:t>　　主要措施:</w:t>
      </w:r>
      <w:r>
        <w:rPr>
          <w:lang w:eastAsia="zh-CN"/>
        </w:rPr>
        <w:br/>
      </w:r>
      <w:r>
        <w:rPr>
          <w:lang w:eastAsia="zh-CN"/>
        </w:rPr>
        <w:t>　　(1)加强对刀具 夹具 图纸 量具的管理,为产品生产调试的做好准备工作,</w:t>
      </w:r>
      <w:r>
        <w:rPr>
          <w:lang w:eastAsia="zh-CN"/>
        </w:rPr>
        <w:br/>
      </w:r>
      <w:r>
        <w:rPr>
          <w:lang w:eastAsia="zh-CN"/>
        </w:rPr>
        <w:t>　　(2)配合生管部合理安排机台和人员,确保生产的高效性和流畅性.</w:t>
      </w:r>
      <w:r>
        <w:rPr>
          <w:lang w:eastAsia="zh-CN"/>
        </w:rPr>
        <w:br/>
      </w:r>
      <w:r>
        <w:rPr>
          <w:lang w:eastAsia="zh-CN"/>
        </w:rPr>
        <w:t>　　(3)改善</w:t>
      </w:r>
      <w:r>
        <w:rPr>
          <w:lang w:eastAsia="zh-CN"/>
        </w:rPr>
        <w:t xml:space="preserve"> 改进加工方法,优化加工程序,最大限度地发挥机台</w:t>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刀具的加工能力,实现高效率加工.</w:t>
      </w:r>
      <w:r>
        <w:rPr>
          <w:lang w:eastAsia="zh-CN"/>
        </w:rPr>
        <w:br/>
      </w:r>
      <w:r>
        <w:rPr>
          <w:lang w:eastAsia="zh-CN"/>
        </w:rPr>
        <w:t>　　(4)进一步提高员的工机台操作技能和产品的装夹速度,调动员工工作积极性.</w:t>
      </w:r>
      <w:r>
        <w:rPr>
          <w:lang w:eastAsia="zh-CN"/>
        </w:rPr>
        <w:br/>
      </w:r>
      <w:r>
        <w:rPr>
          <w:lang w:eastAsia="zh-CN"/>
        </w:rPr>
        <w:t>　　(5)定期对机台进行维修和保养,检查相关生产设备,提高开机时间,降低机台故障率.</w:t>
      </w:r>
      <w:r>
        <w:rPr>
          <w:lang w:eastAsia="zh-CN"/>
        </w:rPr>
        <w:br/>
      </w:r>
      <w:r>
        <w:rPr>
          <w:lang w:eastAsia="zh-CN"/>
        </w:rPr>
        <w:t>　　(6)建立日产量公布制度,制定员工日工作绩效考核表以及相应的奖惩制度.</w:t>
      </w:r>
      <w:r>
        <w:rPr>
          <w:lang w:eastAsia="zh-CN"/>
        </w:rPr>
        <w:br/>
      </w:r>
      <w:r>
        <w:rPr>
          <w:lang w:eastAsia="zh-CN"/>
        </w:rPr>
        <w:t>　　(7)鼓励员工在工作中创新,培养团队协作精神.</w:t>
      </w:r>
      <w:r>
        <w:rPr>
          <w:lang w:eastAsia="zh-CN"/>
        </w:rPr>
        <w:br/>
      </w:r>
      <w:r>
        <w:rPr>
          <w:lang w:eastAsia="zh-CN"/>
        </w:rPr>
        <w:t xml:space="preserve">    最新生产车间活动总结范文 篇7 </w:t>
      </w:r>
      <w:r>
        <w:rPr>
          <w:lang w:eastAsia="zh-CN"/>
        </w:rPr>
        <w:br/>
      </w:r>
      <w:r>
        <w:rPr>
          <w:lang w:eastAsia="zh-CN"/>
        </w:rPr>
        <w:t>　　回顾20__全年的工作，我们车间以围绕安全生产、保质保量完成生产任务为前提主要做了以下几方面的工作：</w:t>
      </w:r>
      <w:r>
        <w:rPr>
          <w:lang w:eastAsia="zh-CN"/>
        </w:rPr>
        <w:br/>
      </w:r>
      <w:r>
        <w:rPr>
          <w:lang w:eastAsia="zh-CN"/>
        </w:rPr>
        <w:t>　　1、合理调整劳动组合确保完成生产任务</w:t>
      </w:r>
      <w:r>
        <w:rPr>
          <w:lang w:eastAsia="zh-CN"/>
        </w:rPr>
        <w:br/>
      </w:r>
      <w:r>
        <w:rPr>
          <w:lang w:eastAsia="zh-CN"/>
        </w:rPr>
        <w:t>　　在生产工作中为了确保生产计划的顺利完成 ，特别是在旺季生产的时期，在公司和各车间员工的积极支持下，另外合理的请了一些临时工，合理调整劳动力、有效利用工作时间，充分调动生产技术骨干和员工的积极性。各班组长的积极配合努力，本年度保证了销售的供货需求，车间完成了公司生产任务。</w:t>
      </w:r>
      <w:r>
        <w:rPr>
          <w:lang w:eastAsia="zh-CN"/>
        </w:rPr>
        <w:br/>
      </w:r>
      <w:r>
        <w:rPr>
          <w:lang w:eastAsia="zh-CN"/>
        </w:rPr>
        <w:t>　　2、安全生产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年生产过程中认真宣传贯彻公司的各项规章制度，严格执行安全生产条例，严格按操作规程进行操作。车间向员工进行安全教育、使员工清楚的认识到安全工作的重要性，提高员工的安全工作防范意识。同时车间加大了自检自查，车间在本年度的安全生产基本达到了公司对车间的指标和要求。</w:t>
      </w:r>
      <w:r>
        <w:rPr>
          <w:lang w:eastAsia="zh-CN"/>
        </w:rPr>
        <w:br/>
      </w:r>
      <w:r>
        <w:rPr>
          <w:lang w:eastAsia="zh-CN"/>
        </w:rPr>
        <w:t>　　3、学习、提高</w:t>
      </w:r>
      <w:r>
        <w:rPr>
          <w:lang w:eastAsia="zh-CN"/>
        </w:rPr>
        <w:br/>
      </w:r>
      <w:r>
        <w:rPr>
          <w:lang w:eastAsia="zh-CN"/>
        </w:rPr>
        <w:t>　　在公司的带领下，调整好心态，加强理论和技术方面的学习，提高自身的政治素质和管理水平带领全车间各班组员工，不断学习提高，重视产品质量，配合各部门保证安全生产不折不扣地完成公司下达的生产任务和各项指标。</w:t>
      </w:r>
      <w:r>
        <w:rPr>
          <w:lang w:eastAsia="zh-CN"/>
        </w:rPr>
        <w:br/>
      </w:r>
      <w:r>
        <w:rPr>
          <w:lang w:eastAsia="zh-CN"/>
        </w:rPr>
        <w:t>　　__年</w:t>
      </w:r>
      <w:r>
        <w:rPr>
          <w:lang w:eastAsia="zh-CN"/>
        </w:rPr>
        <w:br/>
      </w:r>
      <w:r>
        <w:rPr>
          <w:lang w:eastAsia="zh-CN"/>
        </w:rPr>
        <w:t>　　20__年就要到了，在即将开始的新的一年的工作，车间将继续带领员工加强自身的和业务学习，将继续调动生产技术骨干，班组人员的积极性，配合各部门保质保量的完成公司、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要求，高标准的完成20__年的各项工作。</w:t>
      </w:r>
      <w:r>
        <w:rPr>
          <w:lang w:eastAsia="zh-CN"/>
        </w:rPr>
        <w:br/>
      </w:r>
      <w:r>
        <w:rPr>
          <w:lang w:eastAsia="zh-CN"/>
        </w:rPr>
        <w:t xml:space="preserve">    最新生产车间活动总结范文 篇8 </w:t>
      </w:r>
      <w:r>
        <w:rPr>
          <w:lang w:eastAsia="zh-CN"/>
        </w:rPr>
        <w:br/>
      </w:r>
      <w:r>
        <w:rPr>
          <w:lang w:eastAsia="zh-CN"/>
        </w:rPr>
        <w:t>　　时光荏苒，20__年过去了大半年了，回首过去的这一年，内心不禁感慨万千，在平常的工作中，深谙到工作技能及知识的重要性，还有一点相对较为主要就是关系，正如史丹福研究中心所研究的结论：你赚的钱12.5%来自知识，97.5来自关系。</w:t>
      </w:r>
      <w:r>
        <w:rPr>
          <w:lang w:eastAsia="zh-CN"/>
        </w:rPr>
        <w:br/>
      </w:r>
      <w:r>
        <w:rPr>
          <w:lang w:eastAsia="zh-CN"/>
        </w:rPr>
        <w:t>　　一、 在工作上，围绕公司的逐步实行半自动化/自动化高效率的生产模式发展，以客为先，优质高效，持续改善为中心工作，按照相关标准，严以律己，较好的完成各项工作任务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这一年来主要工作总结如下：</w:t>
      </w:r>
      <w:r>
        <w:rPr>
          <w:lang w:eastAsia="zh-CN"/>
        </w:rPr>
        <w:br/>
      </w:r>
      <w:r>
        <w:rPr>
          <w:lang w:eastAsia="zh-CN"/>
        </w:rPr>
        <w:t>　　1、 提高自身综合素质，通过虚心地向相关同事请教学习，已能基本运用绘图软件，设计各种生产辅助夹具，以及通过上级领导的教导，基本能将、制计划的知识运用到实际生产工作中;</w:t>
      </w:r>
      <w:r>
        <w:rPr>
          <w:lang w:eastAsia="zh-CN"/>
        </w:rPr>
        <w:br/>
      </w:r>
      <w:r>
        <w:rPr>
          <w:lang w:eastAsia="zh-CN"/>
        </w:rPr>
        <w:t>　　2、 在负责生产一车间的相关生产事务中，能及时地完成各项生产工作任务，以及解决生产异常问题，保证生产的产品出货期，从未发生过质量事故以及生产投诉事项，当然，生产上一些细节问题总是会有发生的;</w:t>
      </w:r>
      <w:r>
        <w:rPr>
          <w:lang w:eastAsia="zh-CN"/>
        </w:rPr>
        <w:br/>
      </w:r>
      <w:r>
        <w:rPr>
          <w:lang w:eastAsia="zh-CN"/>
        </w:rPr>
        <w:t>　　3、 积极配合组人员调动，在一车间组人员的频繁调动与流失中，自认为很好地完成传帮带作用，使其能快速适应相关工作;</w:t>
      </w:r>
      <w:r>
        <w:rPr>
          <w:lang w:eastAsia="zh-CN"/>
        </w:rPr>
        <w:br/>
      </w:r>
      <w:r>
        <w:rPr>
          <w:lang w:eastAsia="zh-CN"/>
        </w:rPr>
        <w:t>　　4、 至于日常的工作态度，本人自认为尚属可以，虽处于不良的__大环境中，但尚未至于与人同流合污。</w:t>
      </w:r>
      <w:r>
        <w:rPr>
          <w:lang w:eastAsia="zh-CN"/>
        </w:rPr>
        <w:br/>
      </w:r>
      <w:r>
        <w:rPr>
          <w:lang w:eastAsia="zh-CN"/>
        </w:rPr>
        <w:t>　　5、 一车间的跟拉方式已由过去的跟产品方式转变为现时的真正意义上的跟拉方式，工作效率与工作主动性有所提高，生产与品管投诉率有所降低(虽然__人员只有_人)，__人员由过去_人削减为现时_人，在提高工作效率的同时亦为公司节约输出成本，沿着公司的既定目标精英制，缩减人员提高效率方向发展。</w:t>
      </w:r>
      <w:r>
        <w:rPr>
          <w:lang w:eastAsia="zh-CN"/>
        </w:rPr>
        <w:br/>
      </w:r>
      <w:r>
        <w:rPr>
          <w:lang w:eastAsia="zh-CN"/>
        </w:rPr>
        <w:t>　　二、工作中的不足与改正措施以及今后的努力方向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1、这一大半年来，虽然能及时完成各项工作，但也存在一些不足，在一些细节工作中，不够主动，生产产品的产能未能有效地在改善中得到质的提升，以及个别__人员的纪律未得到有效的控制，总之，这一大半年来，做了一定的工作，但距离上级领导的要求还有不少的差距;</w:t>
      </w:r>
      <w:r>
        <w:rPr>
          <w:lang w:eastAsia="zh-CN"/>
        </w:rPr>
        <w:br/>
      </w:r>
      <w:r>
        <w:rPr>
          <w:lang w:eastAsia="zh-CN"/>
        </w:rPr>
        <w:t>　　2、不定时地对生产现场进行流程优化分析，以寻求工艺流程及生产效率的改善，以使产品效率得到有效的提升; 由於上半年一车间__人员与流失，一度处于动荡之中，但随着人员的稳定及工作技能的提升，工作效率亦在不断地提高;</w:t>
      </w:r>
      <w:r>
        <w:rPr>
          <w:lang w:eastAsia="zh-CN"/>
        </w:rPr>
        <w:br/>
      </w:r>
      <w:r>
        <w:rPr>
          <w:lang w:eastAsia="zh-CN"/>
        </w:rPr>
        <w:t>　　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r>
        <w:rPr>
          <w:lang w:eastAsia="zh-CN"/>
        </w:rPr>
        <w:br/>
      </w:r>
      <w:r>
        <w:rPr>
          <w:lang w:eastAsia="zh-CN"/>
        </w:rPr>
        <w:t>　　4、对于工作心态及纪律，因一车间只有_个__人员，在纪律上未有过失，今后仍需加强，从细节上抓起，从每一件小事做起，从我做起，认真填写相关工作报告。</w:t>
      </w:r>
      <w:r>
        <w:rPr>
          <w:lang w:eastAsia="zh-CN"/>
        </w:rPr>
        <w:br/>
      </w:r>
      <w:r>
        <w:rPr>
          <w:lang w:eastAsia="zh-CN"/>
        </w:rPr>
        <w:t>　　三、结论</w:t>
      </w:r>
      <w:r>
        <w:rPr>
          <w:lang w:eastAsia="zh-CN"/>
        </w:rPr>
        <w:br/>
      </w:r>
      <w:r>
        <w:rPr>
          <w:lang w:eastAsia="zh-CN"/>
        </w:rPr>
        <w:t>　　随着公司的erp、t-misc、cell 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r>
        <w:rPr>
          <w:lang w:eastAsia="zh-CN"/>
        </w:rPr>
        <w:br/>
      </w:r>
      <w:r>
        <w:rPr>
          <w:lang w:eastAsia="zh-CN"/>
        </w:rPr>
        <w:t xml:space="preserve">    最新生产车间活动总结范文 篇9 </w:t>
      </w:r>
      <w:r>
        <w:rPr>
          <w:lang w:eastAsia="zh-CN"/>
        </w:rPr>
        <w:br/>
      </w:r>
      <w:r>
        <w:rPr>
          <w:lang w:eastAsia="zh-CN"/>
        </w:rPr>
        <w:t>　　回顾10全年的工作，我们车间以围绕安全生产、保质保量完成生产任务为前提主要做了以下几方面的工作：</w:t>
      </w:r>
      <w:r>
        <w:rPr>
          <w:lang w:eastAsia="zh-CN"/>
        </w:rPr>
        <w:br/>
      </w:r>
      <w:r>
        <w:rPr>
          <w:lang w:eastAsia="zh-CN"/>
        </w:rPr>
        <w:t>　　一、合理调整劳动组合确保完成生产任务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r>
        <w:rPr>
          <w:lang w:eastAsia="zh-CN"/>
        </w:rPr>
        <w:br/>
      </w:r>
      <w:r>
        <w:rPr>
          <w:lang w:eastAsia="zh-CN"/>
        </w:rPr>
        <w:t>　　二、严把质量关</w:t>
      </w:r>
      <w:r>
        <w:rPr>
          <w:lang w:eastAsia="zh-CN"/>
        </w:rPr>
        <w:br/>
      </w:r>
      <w:r>
        <w:rPr>
          <w:lang w:eastAsia="zh-CN"/>
        </w:rPr>
        <w:t>　　1、车间在生产过程中各班组对自己的产品负有主人翁的责任感，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r>
        <w:rPr>
          <w:lang w:eastAsia="zh-CN"/>
        </w:rPr>
        <w:br/>
      </w:r>
      <w:r>
        <w:rPr>
          <w:lang w:eastAsia="zh-CN"/>
        </w:rPr>
        <w:t>　　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r>
        <w:rPr>
          <w:lang w:eastAsia="zh-CN"/>
        </w:rPr>
        <w:br/>
      </w:r>
      <w:r>
        <w:rPr>
          <w:lang w:eastAsia="zh-CN"/>
        </w:rPr>
        <w:t>　　三、安全生产</w:t>
      </w:r>
      <w:r>
        <w:rPr>
          <w:lang w:eastAsia="zh-CN"/>
        </w:rPr>
        <w:br/>
      </w:r>
      <w:r>
        <w:rPr>
          <w:lang w:eastAsia="zh-CN"/>
        </w:rPr>
        <w:t>　　1、包装车间在08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r>
        <w:rPr>
          <w:lang w:eastAsia="zh-CN"/>
        </w:rPr>
        <w:br/>
      </w:r>
      <w:r>
        <w:rPr>
          <w:lang w:eastAsia="zh-CN"/>
        </w:rPr>
        <w:t>　　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r>
        <w:rPr>
          <w:lang w:eastAsia="zh-CN"/>
        </w:rPr>
        <w:br/>
      </w:r>
      <w:r>
        <w:rPr>
          <w:lang w:eastAsia="zh-CN"/>
        </w:rPr>
        <w:t>　　3、通过车间工段班组细致的工作，车间在本年度的安全生产基本达到了公司对车间的指标和要求。</w:t>
      </w:r>
      <w:r>
        <w:rPr>
          <w:lang w:eastAsia="zh-CN"/>
        </w:rPr>
        <w:br/>
      </w:r>
      <w:r>
        <w:rPr>
          <w:lang w:eastAsia="zh-CN"/>
        </w:rPr>
        <w:t>　　四、学习、提高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车间领导，工段长以及班组长在部门主管领导的带领下，发扬团结协作的精神，加强理论和技术方面的学习，提高自身的素质和管理水平带领全车间各班组员工，不断学习提高，重视产品质量，配合各部门保证安全生产不折不扣地完成公司下达的生产任务和各项指标。</w:t>
      </w:r>
      <w:r>
        <w:rPr>
          <w:lang w:eastAsia="zh-CN"/>
        </w:rPr>
        <w:br/>
      </w:r>
      <w:r>
        <w:rPr>
          <w:lang w:eastAsia="zh-CN"/>
        </w:rPr>
        <w:t>　　一、安全方面：</w:t>
      </w:r>
      <w:r>
        <w:rPr>
          <w:lang w:eastAsia="zh-CN"/>
        </w:rPr>
        <w:br/>
      </w:r>
      <w:r>
        <w:rPr>
          <w:lang w:eastAsia="zh-CN"/>
        </w:rPr>
        <w:t>　　安全管理有好多没有到位，这主要表现在以下几点：</w:t>
      </w:r>
      <w:r>
        <w:rPr>
          <w:lang w:eastAsia="zh-CN"/>
        </w:rPr>
        <w:br/>
      </w:r>
      <w:r>
        <w:rPr>
          <w:lang w:eastAsia="zh-CN"/>
        </w:rPr>
        <w:t>　　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r>
        <w:rPr>
          <w:lang w:eastAsia="zh-CN"/>
        </w:rPr>
        <w:br/>
      </w:r>
      <w:r>
        <w:rPr>
          <w:lang w:eastAsia="zh-CN"/>
        </w:rPr>
        <w:t>　　2、安全标志仍不够健全。到目前为止，东西两个厂子，我自己简单的找了找，发现像高空作业、高温作业、高压作业安全标志没有设立，准备限期解决。</w:t>
      </w:r>
      <w:r>
        <w:rPr>
          <w:lang w:eastAsia="zh-CN"/>
        </w:rPr>
        <w:br/>
      </w:r>
      <w:r>
        <w:rPr>
          <w:lang w:eastAsia="zh-CN"/>
        </w:rPr>
        <w:t>　　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4、违章操作的几乎没有处理过。在工作过程中，有好多操作没有严格按照操作规程操作，但是当时又没有发生安全事故，所以大多只是口头批评，而没有严肃处理。现在想来，这是安全隐患的重中之重，像前段时间一名操作工违章操作，作业完成后，直接从2米高的地方跳下，造成足跟撕裂。因此在今后的工作中，凡是出现的任何违章操作的，一律停工休息。</w:t>
      </w:r>
      <w:r>
        <w:rPr>
          <w:lang w:eastAsia="zh-CN"/>
        </w:rPr>
        <w:br/>
      </w:r>
      <w:r>
        <w:rPr>
          <w:lang w:eastAsia="zh-CN"/>
        </w:rPr>
        <w:t>　　二、生产、成本方面：</w:t>
      </w:r>
      <w:r>
        <w:rPr>
          <w:lang w:eastAsia="zh-CN"/>
        </w:rPr>
        <w:br/>
      </w:r>
      <w:r>
        <w:rPr>
          <w:lang w:eastAsia="zh-CN"/>
        </w:rPr>
        <w:t>　　因简单追求产量，使有时个别班组为了当班的自身的利益，出现了：</w:t>
      </w:r>
      <w:r>
        <w:rPr>
          <w:lang w:eastAsia="zh-CN"/>
        </w:rPr>
        <w:br/>
      </w:r>
      <w:r>
        <w:rPr>
          <w:lang w:eastAsia="zh-CN"/>
        </w:rPr>
        <w:t>　　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r>
        <w:rPr>
          <w:lang w:eastAsia="zh-CN"/>
        </w:rPr>
        <w:br/>
      </w:r>
      <w:r>
        <w:rPr>
          <w:lang w:eastAsia="zh-CN"/>
        </w:rPr>
        <w:t>　　2、管理不到位，有跑冒漏现象，成本考核制度不健全，落实责任不到位。加大管理力度，建立成本考核制度，量化考核。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r>
        <w:rPr>
          <w:lang w:eastAsia="zh-CN"/>
        </w:rPr>
        <w:br/>
      </w:r>
      <w:r>
        <w:rPr>
          <w:lang w:eastAsia="zh-CN"/>
        </w:rPr>
        <w:t>　　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w:t>
      </w:r>
      <w:r>
        <w:rPr>
          <w:lang w:eastAsia="zh-CN"/>
        </w:rPr>
        <w:br/>
      </w:r>
      <w:r>
        <w:rPr>
          <w:lang w:eastAsia="zh-CN"/>
        </w:rPr>
        <w:t>　　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r>
        <w:rPr>
          <w:lang w:eastAsia="zh-CN"/>
        </w:rPr>
        <w:br/>
      </w:r>
      <w:r>
        <w:rPr>
          <w:lang w:eastAsia="zh-CN"/>
        </w:rPr>
        <w:t>　　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r>
        <w:rPr>
          <w:lang w:eastAsia="zh-CN"/>
        </w:rPr>
        <w:br/>
      </w:r>
      <w:r>
        <w:rPr>
          <w:lang w:eastAsia="zh-CN"/>
        </w:rPr>
        <w:t>　　以后的生活就是这样了，我不求做到最好，也要做到尽善尽美，不求归来，但求无愧我心，我会做好的!</w:t>
      </w:r>
      <w:r>
        <w:rPr>
          <w:lang w:eastAsia="zh-CN"/>
        </w:rPr>
        <w:br/>
      </w:r>
      <w:r>
        <w:rPr>
          <w:lang w:eastAsia="zh-CN"/>
        </w:rPr>
        <w:t xml:space="preserve">    最新生产车间活动总结范文 篇10 </w:t>
      </w:r>
      <w:r>
        <w:rPr>
          <w:lang w:eastAsia="zh-CN"/>
        </w:rPr>
        <w:br/>
      </w:r>
      <w:r>
        <w:rPr>
          <w:lang w:eastAsia="zh-CN"/>
        </w:rPr>
        <w:t>　　今年支架车间在公司有关领导的正确带领下，全体工作人员克服困难，团结一心，进一步促进支架车间各项工作健康持续发展。全年完成公司下达的架液压支架的大修改造任务，为公司的经济发展作出了一定的贡献。现就支架车间年工作情况进行如下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一、加强思想，建立健全分配制度</w:t>
      </w:r>
      <w:r>
        <w:rPr>
          <w:lang w:eastAsia="zh-CN"/>
        </w:rPr>
        <w:br/>
      </w:r>
      <w:r>
        <w:rPr>
          <w:lang w:eastAsia="zh-CN"/>
        </w:rPr>
        <w:t>　　支架车间在分配制度上，根据目前青年员工工资低及员工奖金分配不合理等实际情况，并为下一步工作顺利开展和支架修理工作逐步走向正规化、合理化、制度化，合理分配员工的收入，充分调动广大员工工作的积极性，为更好地完成公司下达的生产任务这条主线。严格按劳取酬，坚持按规章制度落实奖金，加班费用。同时，每月公开分配收入的透明度，让员工享有知情权、参与权。为广大员工创造愉悦的工作氛围，全身心地投入到安全生产工作中去。</w:t>
      </w:r>
      <w:r>
        <w:rPr>
          <w:lang w:eastAsia="zh-CN"/>
        </w:rPr>
        <w:br/>
      </w:r>
      <w:r>
        <w:rPr>
          <w:lang w:eastAsia="zh-CN"/>
        </w:rPr>
        <w:t>　　二、统一思想，抢抓机遇</w:t>
      </w:r>
      <w:r>
        <w:rPr>
          <w:lang w:eastAsia="zh-CN"/>
        </w:rPr>
        <w:br/>
      </w:r>
      <w:r>
        <w:rPr>
          <w:lang w:eastAsia="zh-CN"/>
        </w:rPr>
        <w:t>　　支架车间根据实际情况，多次与班组长进行探讨研究，最终形成统一思想，在车间干活的一线员工严重不足和外委件不能到的情况下，车间决定进行两班工作，即白班和夜班，白班准备所有的零部件的组装准备工作，夜班进行整体组装成型。疲惫的身影总显现在每个员工的身上，但没有人要求一天的休息。这正是体现大家对集体的凝聚感，不怕牺牲自己，为集体就是为自己的团结一致的真实体现。</w:t>
      </w:r>
      <w:r>
        <w:rPr>
          <w:lang w:eastAsia="zh-CN"/>
        </w:rPr>
        <w:br/>
      </w:r>
      <w:r>
        <w:rPr>
          <w:lang w:eastAsia="zh-CN"/>
        </w:rPr>
        <w:t>　　三、加强教育，增强法制和安全意识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利用车间班前会、安全生产影碟录像和张贴标语等宣传工具等形式开展丰富多彩的安全教育。并通过报刊、座谈及会议等形式宣传和学习了有关法律法规，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车</w:t>
      </w:r>
      <w:r>
        <w:rPr>
          <w:lang w:eastAsia="zh-CN"/>
        </w:rPr>
        <w:br/>
      </w:r>
      <w:r>
        <w:rPr>
          <w:lang w:eastAsia="zh-CN"/>
        </w:rPr>
        <w:t>　　四、加强精神文明建设，提高广大员工队伍素质</w:t>
      </w:r>
      <w:r>
        <w:rPr>
          <w:lang w:eastAsia="zh-CN"/>
        </w:rPr>
        <w:br/>
      </w:r>
      <w:r>
        <w:rPr>
          <w:lang w:eastAsia="zh-CN"/>
        </w:rPr>
        <w:t>　　在精神文明创建活动中，充分发挥广大员工的基本道德素质，每年车间订阅各类报纸杂志供不同爱好的员工学习，以丰富多彩的载体吸引员工，丰富广大员工的工余时间。这些有益员工身心健康活动的开展，增强了广大员工的集体主义观念和集体荣誉感，使广大员工的思想统一起来，充分调动广大员工的积极性和创造性。</w:t>
      </w:r>
      <w:r>
        <w:rPr>
          <w:lang w:eastAsia="zh-CN"/>
        </w:rPr>
        <w:br/>
      </w:r>
      <w:r>
        <w:rPr>
          <w:lang w:eastAsia="zh-CN"/>
        </w:rPr>
        <w:t>　　在今后的工作中，我会充分调动一切积极因素，团结并带领车间全体员工，努力扎实的作好车间各项工作，为公司迈上一个新的台阶做出应有的贡献。</w:t>
      </w:r>
      <w:r>
        <w:rPr>
          <w:lang w:eastAsia="zh-CN"/>
        </w:rPr>
        <w:br/>
      </w:r>
      <w:r>
        <w:rPr>
          <w:lang w:eastAsia="zh-CN"/>
        </w:rPr>
        <w:t xml:space="preserve">    最新生产车间活动总结范文 篇11 </w:t>
      </w:r>
      <w:r>
        <w:rPr>
          <w:lang w:eastAsia="zh-CN"/>
        </w:rPr>
        <w:br/>
      </w:r>
      <w:r>
        <w:rPr>
          <w:lang w:eastAsia="zh-CN"/>
        </w:rPr>
        <w:t>　　时光似箭、岁月如梭。生产部在上级领导的大力支持和各部门的密切配合与部门全体员工的共同努力下顺利的完成了公司下达的各项任务，在此，我对生产部的工作做以下总结。</w:t>
      </w:r>
      <w:r>
        <w:rPr>
          <w:lang w:eastAsia="zh-CN"/>
        </w:rPr>
        <w:br/>
      </w:r>
      <w:r>
        <w:rPr>
          <w:lang w:eastAsia="zh-CN"/>
        </w:rPr>
        <w:t>　　一、工作回顾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为到达客户产量和质量的要求，我部门合理的调整生产计划，和利用有限的资源，及时满足客户的交期，为公司今后产品的多元化打下了基础。在确保生产任务的情况下两层结构产品入库良率达到98%，三四层产品入库良率达到96%。我坚信只要每个员工在提高产品意识情况下，全力的投入在生产每一个环节中，产品质量一定会稳步提高。各设备比较良好，并没有因为设备的问题影响到较大的工作，在定期的检修和保养下保证了设备的正常运转，进而确保了生产的稳定。</w:t>
      </w:r>
      <w:r>
        <w:rPr>
          <w:lang w:eastAsia="zh-CN"/>
        </w:rPr>
        <w:br/>
      </w:r>
      <w:r>
        <w:rPr>
          <w:lang w:eastAsia="zh-CN"/>
        </w:rPr>
        <w:t>　　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我部门将安全生产纳入生产日常管理工作之中，随时做到各车间员工的安全知识教育，监督和排除各车间存在的安全隐患。确保了生产车间的有序运行。未发生较大的人体伤害和设备损坏事故。</w:t>
      </w:r>
      <w:r>
        <w:rPr>
          <w:lang w:eastAsia="zh-CN"/>
        </w:rPr>
        <w:br/>
      </w:r>
      <w:r>
        <w:rPr>
          <w:lang w:eastAsia="zh-CN"/>
        </w:rPr>
        <w:t>　　二、存在的不足</w:t>
      </w:r>
      <w:r>
        <w:rPr>
          <w:lang w:eastAsia="zh-CN"/>
        </w:rPr>
        <w:br/>
      </w:r>
      <w:r>
        <w:rPr>
          <w:lang w:eastAsia="zh-CN"/>
        </w:rPr>
        <w:t>　　员工质量意识淡泊：目前在一部分员工身上还存在事不关己，漠然置之的态度。这与培养员工质量意识，树立质量危机感，落实产品质量责任制做得不够好，不到位有很大的关系。我们现在缺乏的就是全员参与质量意思，在我们计件和没有品管的巡检下，有时候会出现一个真空地带，班和班之间谁都管谁都不管的局面。而且有的时候在生产现场执行力不到位的现象。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三、对公司的建议</w:t>
      </w:r>
      <w:r>
        <w:rPr>
          <w:lang w:eastAsia="zh-CN"/>
        </w:rPr>
        <w:br/>
      </w:r>
      <w:r>
        <w:rPr>
          <w:lang w:eastAsia="zh-CN"/>
        </w:rPr>
        <w:t>　　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因公司员工的流动量大，个别的团队凝聚力和归属感补强，长期以来必将影响产品质量、工作效率，因此建议公司在企业文化和员工归属感和团队的凝聚力加强树立与培训。</w:t>
      </w:r>
      <w:r>
        <w:rPr>
          <w:lang w:eastAsia="zh-CN"/>
        </w:rPr>
        <w:br/>
      </w:r>
      <w:r>
        <w:rPr>
          <w:lang w:eastAsia="zh-CN"/>
        </w:rPr>
        <w:t>　　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r>
        <w:rPr>
          <w:lang w:eastAsia="zh-CN"/>
        </w:rPr>
        <w:br/>
      </w:r>
      <w:r>
        <w:rPr>
          <w:lang w:eastAsia="zh-CN"/>
        </w:rPr>
        <w:t>　　现将我这半年来的学习工作情况总结如下：</w:t>
      </w:r>
      <w:r>
        <w:rPr>
          <w:lang w:eastAsia="zh-CN"/>
        </w:rPr>
        <w:br/>
      </w:r>
      <w:r>
        <w:rPr>
          <w:lang w:eastAsia="zh-CN"/>
        </w:rPr>
        <w:t>　　（一）抓学习，不断提高自身素质</w:t>
      </w:r>
      <w:r>
        <w:rPr>
          <w:lang w:eastAsia="zh-CN"/>
        </w:rPr>
        <w:br/>
      </w:r>
      <w:r>
        <w:rPr>
          <w:lang w:eastAsia="zh-CN"/>
        </w:rPr>
        <w:t>　　1、加强专业知识学习，掌握公司产品信息。初入职场，前方的未知有许多，我只有不断加强自身的学习才能做好本职工作，为公司争取最大的效益。</w:t>
      </w:r>
      <w:r>
        <w:rPr>
          <w:lang w:eastAsia="zh-CN"/>
        </w:rPr>
        <w:br/>
      </w:r>
      <w:r>
        <w:rPr>
          <w:lang w:eastAsia="zh-CN"/>
        </w:rPr>
        <w:t>　　2、韩语快速入门，扫清工作障碍。基于我自身喜欢韩国文化，同时为了工作需要，我会利用有限时间，快速高效的掌握部分常用韩语，使工作更加有效率。</w:t>
      </w:r>
      <w:r>
        <w:rPr>
          <w:lang w:eastAsia="zh-CN"/>
        </w:rPr>
        <w:br/>
      </w:r>
      <w:r>
        <w:rPr>
          <w:lang w:eastAsia="zh-CN"/>
        </w:rPr>
        <w:t>　　（二）强化工作职能，做好备件管理。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1、积极协助车间生产。认真完成本职工作之后，积极协助车间高效率完成工作任务。</w:t>
      </w:r>
      <w:r>
        <w:rPr>
          <w:lang w:eastAsia="zh-CN"/>
        </w:rPr>
        <w:br/>
      </w:r>
      <w:r>
        <w:rPr>
          <w:lang w:eastAsia="zh-CN"/>
        </w:rPr>
        <w:t>　　2、在工作中能够严格要求自己，保证入库、出库、领料的数据准确，争取做到“百无一疏”。</w:t>
      </w:r>
      <w:r>
        <w:rPr>
          <w:lang w:eastAsia="zh-CN"/>
        </w:rPr>
        <w:br/>
      </w:r>
      <w:r>
        <w:rPr>
          <w:lang w:eastAsia="zh-CN"/>
        </w:rPr>
        <w:t>　　3、认真完成领导交付的任务。并积极反应备件情况，记录到档案里，便于统筹管理。</w:t>
      </w:r>
      <w:r>
        <w:rPr>
          <w:lang w:eastAsia="zh-CN"/>
        </w:rPr>
        <w:br/>
      </w:r>
      <w:r>
        <w:rPr>
          <w:lang w:eastAsia="zh-CN"/>
        </w:rPr>
        <w:t>　　4、做好仓库管理工作，将库内打扫整洁。</w:t>
      </w:r>
      <w:r>
        <w:rPr>
          <w:lang w:eastAsia="zh-CN"/>
        </w:rPr>
        <w:br/>
      </w:r>
      <w:r>
        <w:rPr>
          <w:lang w:eastAsia="zh-CN"/>
        </w:rPr>
        <w:t>　　（三）存在问题及今后工作计划</w:t>
      </w:r>
      <w:r>
        <w:rPr>
          <w:lang w:eastAsia="zh-CN"/>
        </w:rPr>
        <w:br/>
      </w:r>
      <w:r>
        <w:rPr>
          <w:lang w:eastAsia="zh-CN"/>
        </w:rPr>
        <w:t>　　在总结工作的同时，针对自己工作中存在的年轻气躁，不善讲究工作方式等问题也要端正态度、努力克服，做到脚踏实地，提高工作主动性。</w:t>
      </w:r>
      <w:r>
        <w:rPr>
          <w:lang w:eastAsia="zh-CN"/>
        </w:rPr>
        <w:br/>
      </w:r>
      <w:r>
        <w:rPr>
          <w:lang w:eastAsia="zh-CN"/>
        </w:rPr>
        <w:t>　　我对今后工作也提出了初步设想：一是继续加强业务学习，提高工作效率，使工作再上新台阶；二是加强计算机学习，为未来公司网络管理做好充分准备。</w:t>
      </w:r>
      <w:r>
        <w:rPr>
          <w:lang w:eastAsia="zh-CN"/>
        </w:rPr>
        <w:br/>
      </w:r>
      <w:r>
        <w:rPr>
          <w:lang w:eastAsia="zh-CN"/>
        </w:rPr>
        <w:t>　　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r>
        <w:rPr>
          <w:lang w:eastAsia="zh-CN"/>
        </w:rPr>
        <w:br/>
      </w:r>
      <w:r>
        <w:rPr>
          <w:lang w:eastAsia="zh-CN"/>
        </w:rPr>
        <w:t xml:space="preserve">    最新生产车间活动总结范文 篇12 </w:t>
      </w:r>
      <w:r>
        <w:rPr>
          <w:lang w:eastAsia="zh-CN"/>
        </w:rPr>
        <w:br/>
      </w:r>
      <w:r>
        <w:rPr>
          <w:lang w:eastAsia="zh-CN"/>
        </w:rPr>
        <w:t>　　今年以来，天隆公司公司为进一步规范管理，推进安全质量标准化，结合兵团开展的“工业企业管理年”活动，全面推行了“6S”管理，有力地促进了矿业管理水平和管理质量的提升。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6S管理，就是对生产现场各生产要素所处的状态不断进行整理、整顿、清扫、安全、清洁及提升人的素养。倡导员工从小事做起，养成事事“认真”的良好习惯，进而不断提升企业的安全控制能力、工作效率、形象力和竞争力，达到控制成本、改善工作环境、构建企业文化、培养员工科学的思考方式的目的。</w:t>
      </w:r>
      <w:r>
        <w:rPr>
          <w:lang w:eastAsia="zh-CN"/>
        </w:rPr>
        <w:br/>
      </w:r>
      <w:r>
        <w:rPr>
          <w:lang w:eastAsia="zh-CN"/>
        </w:rPr>
        <w:t>　　一、是进行全员培训。公司在20__年共举办6S培训班三期，通过在全体员工中广泛进行6S管理含义、目的和作用的宣传教育和培训，大力倡导“从小事做起，让我们更加自信”的理念，制作言简意赅的宣传板，给每个科室部门以及各生产班组下发6S活动推行手册，组织员工进行6S管理学习与实践，使广大员工对实行6S管理的意义，以及对加强生产经营管理和提升自己素养的作用有了深刻的认识，消除意识上的障碍。</w:t>
      </w:r>
      <w:r>
        <w:rPr>
          <w:lang w:eastAsia="zh-CN"/>
        </w:rPr>
        <w:br/>
      </w:r>
      <w:r>
        <w:rPr>
          <w:lang w:eastAsia="zh-CN"/>
        </w:rPr>
        <w:t>　　二、是利用定点摄影制作了“发现问题”和“改善以后”的对照看板。通过对照和横向比较，使员工从视觉的震撼和实际的感受中，增强做好工作的主动性，进而持续改进工作。</w:t>
      </w:r>
      <w:r>
        <w:rPr>
          <w:lang w:eastAsia="zh-CN"/>
        </w:rPr>
        <w:br/>
      </w:r>
      <w:r>
        <w:rPr>
          <w:lang w:eastAsia="zh-CN"/>
        </w:rPr>
        <w:t>　　三、是选树样板，典型引路，全面推进。结合井上与井下安全工作的实际和6S管理的要求，首先在选矿厂机修组和矿山提升组办公场所进行了试点，取得成效总结经验后，再在其他班组展开，进而减少了推行过程中的阻力，形成整体推进的良好态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四、是把6S管理和井下班组“安全质量标准化”及QC活动相结合。对工作质量、劳动纪律、班组管理、安全生产、成本核算、机具保养、业务学习等方面进行细化，制定考核标准，依照标准进行检查、评比、考核、奖惩，极大地调动了员工自我管理和班组自主管理的积极性，促进了员工素质的提高和班组管理的加强。</w:t>
      </w:r>
      <w:r>
        <w:rPr>
          <w:lang w:eastAsia="zh-CN"/>
        </w:rPr>
        <w:br/>
      </w:r>
      <w:r>
        <w:rPr>
          <w:lang w:eastAsia="zh-CN"/>
        </w:rPr>
        <w:t>　　推行6S一定要循序渐进、持之以恒，不断规范每个人的日常工作，促使6S活动向形式化--行事化--习惯化演变，从而使企业综合管理水平不断提高，让先进的管理方法成为企业发展的新动力，随着6S活动的全面推行，天隆公司的工作环境、基础管理、文明安全生产、员工的精神面貌焕然一新，设备的检修质量也得到了有效保证，生产效益也大大提高。</w:t>
      </w:r>
      <w:r>
        <w:rPr>
          <w:lang w:eastAsia="zh-CN"/>
        </w:rPr>
        <w:br/>
      </w:r>
      <w:r>
        <w:rPr>
          <w:lang w:eastAsia="zh-CN"/>
        </w:rPr>
        <w:t>　　但是，在全面推行“6S”管理工作过程中，我公司有个别生产班组和个别员工在落实上不到位，老毛病、旧习惯、坏作风依然存在，错误地认为，按照“6S”管理去操作很麻烦，存在反感情绪。</w:t>
      </w:r>
      <w:r>
        <w:rPr>
          <w:lang w:eastAsia="zh-CN"/>
        </w:rPr>
        <w:br/>
      </w:r>
      <w:r>
        <w:rPr>
          <w:lang w:eastAsia="zh-CN"/>
        </w:rPr>
        <w:t>　　20__年，我公司一定再加大“6S”管理力度，把此项工作深入持久地开展下去，并做细、做实。</w:t>
      </w:r>
      <w:r>
        <w:rPr>
          <w:lang w:eastAsia="zh-CN"/>
        </w:rPr>
        <w:br/>
      </w:r>
      <w:r>
        <w:rPr>
          <w:lang w:eastAsia="zh-CN"/>
        </w:rPr>
        <w:t>　　更多信息请查看工作总结</w:t>
      </w:r>
      <w:r>
        <w:rPr>
          <w:lang w:eastAsia="zh-CN"/>
        </w:rPr>
        <w:br/>
      </w:r>
      <w:r>
        <w:rPr>
          <w:lang w:eastAsia="zh-CN"/>
        </w:rPr>
        <w:t xml:space="preserve">    最新生产车间活动总结范文 篇13 </w:t>
      </w:r>
      <w:r>
        <w:rPr>
          <w:lang w:eastAsia="zh-CN"/>
        </w:rPr>
        <w:br/>
      </w:r>
      <w:r>
        <w:rPr>
          <w:lang w:eastAsia="zh-CN"/>
        </w:rPr>
        <w:t>　　时光荏苒，岁月穿梭。当我们还沉浸于十八大胜利闭幕的喜悦和集团公司百亿目标实现等一系列振奋人心的喜讯中时，彩印车间也圆满完成了2年各项任务指标和辅助指标。回顾一年里，我看到了公司干群思想统一、认识统一、团结协作、凝心聚力，为实现共同目标奋力拼搏。一年来，在公司领导班子正能量指引下，我看到了公司领导在未来发展愿景上的高瞻远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作为一名普通党员，我有信心、有决心，带领彩印车间全体员工，本着对企业的无限忠诚，对岗位的真挚热爱和对工作的高度负责，努力学习，恪尽职守，常怀进取之心，正确处理岗位与价值的关系，团结奋斗，凝心聚力，对自己严格要求，始终持续昂扬的精神状态，在以后时间里，干出一流工作成绩，在平凡岗位上用心践行着一名共产党员的先进本色。</w:t>
      </w:r>
      <w:r>
        <w:rPr>
          <w:lang w:eastAsia="zh-CN"/>
        </w:rPr>
        <w:br/>
      </w:r>
      <w:r>
        <w:rPr>
          <w:lang w:eastAsia="zh-CN"/>
        </w:rPr>
        <w:t>　　一、警钟长鸣，抓好安全工作</w:t>
      </w:r>
      <w:r>
        <w:rPr>
          <w:lang w:eastAsia="zh-CN"/>
        </w:rPr>
        <w:br/>
      </w:r>
      <w:r>
        <w:rPr>
          <w:lang w:eastAsia="zh-CN"/>
        </w:rPr>
        <w:t>　　一年来，在公司正确指导下，车间始终把安全工作作为重中之重，全年安全事故为。车间始终坚持以人为本，以树立安全生产职责意识，以强化落实提高班组安全生产，结合实际状况提出一些与安全生产密切相关的要求：</w:t>
      </w:r>
      <w:r>
        <w:rPr>
          <w:lang w:eastAsia="zh-CN"/>
        </w:rPr>
        <w:br/>
      </w:r>
      <w:r>
        <w:rPr>
          <w:lang w:eastAsia="zh-CN"/>
        </w:rPr>
        <w:t>　　1〉树立安全生产职责意识，把安全工作放在首位;</w:t>
      </w:r>
      <w:r>
        <w:rPr>
          <w:lang w:eastAsia="zh-CN"/>
        </w:rPr>
        <w:br/>
      </w:r>
      <w:r>
        <w:rPr>
          <w:lang w:eastAsia="zh-CN"/>
        </w:rPr>
        <w:t>　　2〉采取日常检查、综合检查以及全员工排查相结合对生产设备运行状况尤其是安全监控点运行状况，加大检查力度，及时发现异常状况，采取措施消除隐患，排除隐患，防止事故发生;彻底整顿车间劳动纪律，规范员工行为，统一着装，改善员工队伍作风建设，加大宣贯力度等......</w:t>
      </w:r>
      <w:r>
        <w:rPr>
          <w:lang w:eastAsia="zh-CN"/>
        </w:rPr>
        <w:br/>
      </w:r>
      <w:r>
        <w:rPr>
          <w:lang w:eastAsia="zh-CN"/>
        </w:rPr>
        <w:t>　　3〉定时对设备运行维护保养，随时检查设备运行。真正做到了管理到位、检查到位、整改到位、落实到位，生产现场消防器具齐全，始终将不安全因素控制在萌芽状态，确保安全生产。</w:t>
      </w:r>
      <w:r>
        <w:rPr>
          <w:lang w:eastAsia="zh-CN"/>
        </w:rPr>
        <w:br/>
      </w:r>
      <w:r>
        <w:rPr>
          <w:lang w:eastAsia="zh-CN"/>
        </w:rPr>
        <w:t>　　二、狠抓质量管理，确保降耗增效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一年来，在公司领导重视和QC小组指导下，车间彩箱色差不合格率由原先3.4%下降至.73%，产品损耗率也逐月下降，基本控制在3%到4%之间，都优于目标值。同时车间认真执行落实各项质量制度和质量过程控制程序，坚持质量第一的方针，正确处理好进度与质量关系，严肃工艺纪律，对本车间人员违反工艺纪律造成的质量问题负领导职责。</w:t>
      </w:r>
      <w:r>
        <w:rPr>
          <w:lang w:eastAsia="zh-CN"/>
        </w:rPr>
        <w:br/>
      </w:r>
      <w:r>
        <w:rPr>
          <w:lang w:eastAsia="zh-CN"/>
        </w:rPr>
        <w:t>　　1〉车间结合自身实际状况制定了《彩印车间过程质量控制》和《彩印重大质量预防措施》将目标分组到班组和个人，以完成车间质量目标;</w:t>
      </w:r>
      <w:r>
        <w:rPr>
          <w:lang w:eastAsia="zh-CN"/>
        </w:rPr>
        <w:br/>
      </w:r>
      <w:r>
        <w:rPr>
          <w:lang w:eastAsia="zh-CN"/>
        </w:rPr>
        <w:t>　　2〉定期召开质量分析会，及时组织不合格品的质量分析会，对质量事故及不合格品进行分析及时向上级领导反馈;</w:t>
      </w:r>
      <w:r>
        <w:rPr>
          <w:lang w:eastAsia="zh-CN"/>
        </w:rPr>
        <w:br/>
      </w:r>
      <w:r>
        <w:rPr>
          <w:lang w:eastAsia="zh-CN"/>
        </w:rPr>
        <w:t>　　3〉严格加大对原辅材料的源头监控力度，发现异常，立即停止使用，及时向有关部门反馈，避免造成大的质量事故和生产成本的浪费;</w:t>
      </w:r>
      <w:r>
        <w:rPr>
          <w:lang w:eastAsia="zh-CN"/>
        </w:rPr>
        <w:br/>
      </w:r>
      <w:r>
        <w:rPr>
          <w:lang w:eastAsia="zh-CN"/>
        </w:rPr>
        <w:t>　　三、向管理创新要效益，确保完成全年生产目标</w:t>
      </w:r>
      <w:r>
        <w:rPr>
          <w:lang w:eastAsia="zh-CN"/>
        </w:rPr>
        <w:br/>
      </w:r>
      <w:r>
        <w:rPr>
          <w:lang w:eastAsia="zh-CN"/>
        </w:rPr>
        <w:t>　　一年来，在公司领导、各部门大力支持帮忙下，透过车间不懈努力，在质量、安全、生产管理等方面都有了很大的改观。元月份至今完成各类彩箱18816个，品种29个，产品平均合格率达99.4%以上，估计到12月底完成215万左右，基本与去年持平。</w:t>
      </w:r>
      <w:r>
        <w:rPr>
          <w:lang w:eastAsia="zh-CN"/>
        </w:rPr>
        <w:br/>
      </w:r>
      <w:r>
        <w:rPr>
          <w:lang w:eastAsia="zh-CN"/>
        </w:rPr>
        <w:t>　　1〉进一步加强了生产现场管理，对生产计划，生产组织，人员，设备，物料调配、量化等严格按生产工艺执行，不断优化，持续生产现场的整洁有序，推进标准化生产，推进精细化管理制度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2〉车间发挥团结协作的精神，加强理论和技术方面的学习，利用淡季对车间员工进行专业知识和操作规程培训，努力提高员工自身技能，同时，车间还加强学习型班组的建立把开展班组管理工作同学习实践科学发展观结合起来，建立上下结合，有效沟通机制，完善考核与奖惩制度，在加强班组考核现场管理、提高质量、安全管理方面取得新的进展。此刻车间无论从横向再到纵向已交织成全方位立体式的管理模式。</w:t>
      </w:r>
      <w:r>
        <w:rPr>
          <w:lang w:eastAsia="zh-CN"/>
        </w:rPr>
        <w:br/>
      </w:r>
      <w:r>
        <w:rPr>
          <w:lang w:eastAsia="zh-CN"/>
        </w:rPr>
        <w:t>　　四、未来工作设想、计划</w:t>
      </w:r>
      <w:r>
        <w:rPr>
          <w:lang w:eastAsia="zh-CN"/>
        </w:rPr>
        <w:br/>
      </w:r>
      <w:r>
        <w:rPr>
          <w:lang w:eastAsia="zh-CN"/>
        </w:rPr>
        <w:t>　　1〉继续深入学习贯彻公司的各项方针政策和工作要求，努力完成好公司领导交给的各项工作任务，加强自身思想建设，用心为员工起模范带头作用;</w:t>
      </w:r>
      <w:r>
        <w:rPr>
          <w:lang w:eastAsia="zh-CN"/>
        </w:rPr>
        <w:br/>
      </w:r>
      <w:r>
        <w:rPr>
          <w:lang w:eastAsia="zh-CN"/>
        </w:rPr>
        <w:t>　　2〉继续加强车间安全管理工作，向管理创新要效益;</w:t>
      </w:r>
      <w:r>
        <w:rPr>
          <w:lang w:eastAsia="zh-CN"/>
        </w:rPr>
        <w:br/>
      </w:r>
      <w:r>
        <w:rPr>
          <w:lang w:eastAsia="zh-CN"/>
        </w:rPr>
        <w:t>　　3〉继续狠抓落实过程质量控制，加大质量力度，提高成品合格率;</w:t>
      </w:r>
      <w:r>
        <w:rPr>
          <w:lang w:eastAsia="zh-CN"/>
        </w:rPr>
        <w:br/>
      </w:r>
      <w:r>
        <w:rPr>
          <w:lang w:eastAsia="zh-CN"/>
        </w:rPr>
        <w:t>　　4〉继续抓好节能降耗，成本核算和设备检查保养工作;</w:t>
      </w:r>
      <w:r>
        <w:rPr>
          <w:lang w:eastAsia="zh-CN"/>
        </w:rPr>
        <w:br/>
      </w:r>
      <w:r>
        <w:rPr>
          <w:lang w:eastAsia="zh-CN"/>
        </w:rPr>
        <w:t>　　5〉继续加大加强员工思想教育、安全教育、安全操作规程工作;</w:t>
      </w:r>
      <w:r>
        <w:rPr>
          <w:lang w:eastAsia="zh-CN"/>
        </w:rPr>
        <w:br/>
      </w:r>
      <w:r>
        <w:rPr>
          <w:lang w:eastAsia="zh-CN"/>
        </w:rPr>
        <w:t>　　回首过去，我们无怨无悔，展望未来，机遇和挑战犹存，信心与勇气同在。我们要以时代为己任，以饱满的热情投身于汾酒事业，与企业共命运，用于承担职责，有任务不推诿，有困难不避让，以科学发展观为统领，将汾酒事业超百亿激动情绪和十八大提出的宏伟构想转化为拳拳之心，认认真真学习，踏踏实实工作，以实际行动，在平凡岗位上践行着对党对汾酒事业的忠诚!</w:t>
      </w:r>
      <w:r>
        <w:rPr>
          <w:lang w:eastAsia="zh-CN"/>
        </w:rPr>
        <w:br/>
      </w:r>
      <w:r>
        <w:rPr>
          <w:lang w:eastAsia="zh-CN"/>
        </w:rPr>
        <w:t xml:space="preserve">    最新生产车间活动总结范文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时间过得真快，也快过去了，回顾过去一年的机加车间工作，心里不禁感慨万千，在公司领导的带领下，在各部门的协助下，在全体员工的共同努力下，取得了可喜的成绩，在各方面的实践工作中，锻炼和提高了我们的生产队伍，总结过去，取长补短，挖掘潜力，为明年的工作作好充分的准备和计划。</w:t>
      </w:r>
      <w:r>
        <w:rPr>
          <w:lang w:eastAsia="zh-CN"/>
        </w:rPr>
        <w:br/>
      </w:r>
      <w:r>
        <w:rPr>
          <w:lang w:eastAsia="zh-CN"/>
        </w:rPr>
        <w:t>　　以下是生产报告：</w:t>
      </w:r>
      <w:r>
        <w:rPr>
          <w:lang w:eastAsia="zh-CN"/>
        </w:rPr>
        <w:br/>
      </w:r>
      <w:r>
        <w:rPr>
          <w:lang w:eastAsia="zh-CN"/>
        </w:rPr>
        <w:t>　　第一、生产管理：</w:t>
      </w:r>
      <w:r>
        <w:rPr>
          <w:lang w:eastAsia="zh-CN"/>
        </w:rPr>
        <w:br/>
      </w:r>
      <w:r>
        <w:rPr>
          <w:lang w:eastAsia="zh-CN"/>
        </w:rPr>
        <w:t>　　进行现场定位管理，设置现场管理看板;</w:t>
      </w:r>
      <w:r>
        <w:rPr>
          <w:lang w:eastAsia="zh-CN"/>
        </w:rPr>
        <w:br/>
      </w:r>
      <w:r>
        <w:rPr>
          <w:lang w:eastAsia="zh-CN"/>
        </w:rPr>
        <w:t>　　为增强公司员工的产品质量意识，提高产品质量和工作效率，杜绝产品不合格现象的发生，对所加工零件的质量实行严格的三检制;</w:t>
      </w:r>
      <w:r>
        <w:rPr>
          <w:lang w:eastAsia="zh-CN"/>
        </w:rPr>
        <w:br/>
      </w:r>
      <w:r>
        <w:rPr>
          <w:lang w:eastAsia="zh-CN"/>
        </w:rPr>
        <w:t>　　为节省能源，加强对物料领用的管理，坚持“以旧换新”原则;</w:t>
      </w:r>
      <w:r>
        <w:rPr>
          <w:lang w:eastAsia="zh-CN"/>
        </w:rPr>
        <w:br/>
      </w:r>
      <w:r>
        <w:rPr>
          <w:lang w:eastAsia="zh-CN"/>
        </w:rPr>
        <w:t>　　4、为配合协助三水新厂搬迁，车间(机加二、机加三)搬迁完毕，并进行了整修，清理了大部分没有处理的物料。</w:t>
      </w:r>
      <w:r>
        <w:rPr>
          <w:lang w:eastAsia="zh-CN"/>
        </w:rPr>
        <w:br/>
      </w:r>
      <w:r>
        <w:rPr>
          <w:lang w:eastAsia="zh-CN"/>
        </w:rPr>
        <w:t>　　第二，生产工作方面。</w:t>
      </w:r>
      <w:r>
        <w:rPr>
          <w:lang w:eastAsia="zh-CN"/>
        </w:rPr>
        <w:br/>
      </w:r>
      <w:r>
        <w:rPr>
          <w:lang w:eastAsia="zh-CN"/>
        </w:rPr>
        <w:t>　　一、随着品种增多，交货时间缩短，为充分发挥设备效率，减少频繁更换品种，尽可能做到全厂统一品种协调生产，集中力量完成统一品种，重新编号，提高生产效率;</w:t>
      </w:r>
      <w:r>
        <w:rPr>
          <w:lang w:eastAsia="zh-CN"/>
        </w:rPr>
        <w:br/>
      </w:r>
      <w:r>
        <w:rPr>
          <w:lang w:eastAsia="zh-CN"/>
        </w:rPr>
        <w:t>　　二是为了尽快实现生产能力，实施强化训练法，针对机加工组织集中强化理论、实操训练，通过短期学习和考核，使新员工及时有效地独立上岗，为生产任务争取宝贵的时间;</w:t>
      </w:r>
      <w:r>
        <w:rPr>
          <w:lang w:eastAsia="zh-CN"/>
        </w:rPr>
        <w:br/>
      </w:r>
      <w:r>
        <w:rPr>
          <w:lang w:eastAsia="zh-CN"/>
        </w:rPr>
        <w:t>　　为提高车间人员的工作效率和安全性，对车间内的设备工具使用和安全生产知识进行了培训;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四是为了降低轴头不合格率，组织机械加工进行了轴头加工工艺理论和现场实操培训学习，使员工对产品质量意识有了进一步的认识和提高;</w:t>
      </w:r>
      <w:r>
        <w:rPr>
          <w:lang w:eastAsia="zh-CN"/>
        </w:rPr>
        <w:br/>
      </w:r>
      <w:r>
        <w:rPr>
          <w:lang w:eastAsia="zh-CN"/>
        </w:rPr>
        <w:t>　　坚持每月安全检查工作，及时发现安全隐患，跟踪整改，无重大安全事故发生;配合工艺部对相关设备进行改造，增加安全防护设备，提高员工的安全性，如：机加三车床，增加电器箱漏电开关，防止铁屑飞溅造成不必要的伤害;</w:t>
      </w:r>
      <w:r>
        <w:rPr>
          <w:lang w:eastAsia="zh-CN"/>
        </w:rPr>
        <w:br/>
      </w:r>
      <w:r>
        <w:rPr>
          <w:lang w:eastAsia="zh-CN"/>
        </w:rPr>
        <w:t>　　为满足生产需要，落实机加工早晚班考勤制度，制定单班作业，互相制约，以提高员工的纪律性。</w:t>
      </w:r>
      <w:r>
        <w:rPr>
          <w:lang w:eastAsia="zh-CN"/>
        </w:rPr>
        <w:br/>
      </w:r>
      <w:r>
        <w:rPr>
          <w:lang w:eastAsia="zh-CN"/>
        </w:rPr>
        <w:t>　　3、新产品的研制和生产：</w:t>
      </w:r>
      <w:r>
        <w:rPr>
          <w:lang w:eastAsia="zh-CN"/>
        </w:rPr>
        <w:br/>
      </w:r>
      <w:r>
        <w:rPr>
          <w:lang w:eastAsia="zh-CN"/>
        </w:rPr>
        <w:t>　　1、轴类：加工一系列加长轴系，如美式及德式2t、9t、11t、12t、16t、18t、gs12t;</w:t>
      </w:r>
      <w:r>
        <w:rPr>
          <w:lang w:eastAsia="zh-CN"/>
        </w:rPr>
        <w:br/>
      </w:r>
      <w:r>
        <w:rPr>
          <w:lang w:eastAsia="zh-CN"/>
        </w:rPr>
        <w:t>　　悬挂类别：加工完成的新产品有：非洲的悬挂bc1411f、bcg1611和空气悬挂9t、11t、13t;机械悬挂8t、11t、13t、16t系列特种产品等。</w:t>
      </w:r>
      <w:r>
        <w:rPr>
          <w:lang w:eastAsia="zh-CN"/>
        </w:rPr>
        <w:br/>
      </w:r>
      <w:r>
        <w:rPr>
          <w:lang w:eastAsia="zh-CN"/>
        </w:rPr>
        <w:t>　　4、在生产过程中遇到并发生的事件：</w:t>
      </w:r>
      <w:r>
        <w:rPr>
          <w:lang w:eastAsia="zh-CN"/>
        </w:rPr>
        <w:br/>
      </w:r>
      <w:r>
        <w:rPr>
          <w:lang w:eastAsia="zh-CN"/>
        </w:rPr>
        <w:t>　　1、美式13t、14t、16t双头镗床的应用：</w:t>
      </w:r>
      <w:r>
        <w:rPr>
          <w:lang w:eastAsia="zh-CN"/>
        </w:rPr>
        <w:br/>
      </w:r>
      <w:r>
        <w:rPr>
          <w:lang w:eastAsia="zh-CN"/>
        </w:rPr>
        <w:t>　　(1)不对称性(2)椭圆大小(3)质量不稳定;</w:t>
      </w:r>
      <w:r>
        <w:rPr>
          <w:lang w:eastAsia="zh-CN"/>
        </w:rPr>
        <w:br/>
      </w:r>
      <w:r>
        <w:rPr>
          <w:lang w:eastAsia="zh-CN"/>
        </w:rPr>
        <w:t>　　二是德式12t、16t焊机底板工装不稳定，上下偏位将直接影响到下工序(德式轴双头镗)的加工效率和质量;</w:t>
      </w:r>
      <w:r>
        <w:rPr>
          <w:lang w:eastAsia="zh-CN"/>
        </w:rPr>
        <w:br/>
      </w:r>
      <w:r>
        <w:rPr>
          <w:lang w:eastAsia="zh-CN"/>
        </w:rPr>
        <w:t>　　更换ts1数镗机系统，对德式轴产量有影响;</w:t>
      </w:r>
      <w:r>
        <w:rPr>
          <w:lang w:eastAsia="zh-CN"/>
        </w:rPr>
        <w:br/>
      </w:r>
      <w:r>
        <w:rPr>
          <w:lang w:eastAsia="zh-CN"/>
        </w:rPr>
        <w:t>　　4、使用推方机推方：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(1)推方机本身的故障;</w:t>
      </w:r>
      <w:r>
        <w:rPr>
          <w:lang w:eastAsia="zh-CN"/>
        </w:rPr>
        <w:br/>
      </w:r>
      <w:r>
        <w:rPr>
          <w:lang w:eastAsia="zh-CN"/>
        </w:rPr>
        <w:t>　　(2)轴管壁厚问题;</w:t>
      </w:r>
      <w:r>
        <w:rPr>
          <w:lang w:eastAsia="zh-CN"/>
        </w:rPr>
        <w:br/>
      </w:r>
      <w:r>
        <w:rPr>
          <w:lang w:eastAsia="zh-CN"/>
        </w:rPr>
        <w:t xml:space="preserve">    最新生产车间活动总结范文 篇15 </w:t>
      </w:r>
      <w:r>
        <w:rPr>
          <w:lang w:eastAsia="zh-CN"/>
        </w:rPr>
        <w:br/>
      </w:r>
      <w:r>
        <w:rPr>
          <w:lang w:eastAsia="zh-CN"/>
        </w:rPr>
        <w:t>　　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r>
        <w:rPr>
          <w:lang w:eastAsia="zh-CN"/>
        </w:rPr>
        <w:br/>
      </w:r>
      <w:r>
        <w:rPr>
          <w:lang w:eastAsia="zh-CN"/>
        </w:rPr>
        <w:t>　　一. 安全工作</w:t>
      </w:r>
      <w:r>
        <w:rPr>
          <w:lang w:eastAsia="zh-CN"/>
        </w:rPr>
        <w:br/>
      </w:r>
      <w:r>
        <w:rPr>
          <w:lang w:eastAsia="zh-CN"/>
        </w:rPr>
        <w:t>　　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r>
        <w:rPr>
          <w:lang w:eastAsia="zh-CN"/>
        </w:rPr>
        <w:br/>
      </w:r>
    </w:p>
    <w:p w:rsidR="001B1F19" w14:textId="27C3F48A">
      <w:pPr>
        <w:rPr>
          <w:rFonts w:hint="eastAsia"/>
          <w:lang w:eastAsia="zh-CN"/>
        </w:rPr>
      </w:pPr>
      <w:r>
        <w:rPr>
          <w:lang w:eastAsia="zh-CN"/>
        </w:rPr>
        <w:t>　　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r>
        <w:rPr>
          <w:lang w:eastAsia="zh-CN"/>
        </w:rPr>
        <w:br/>
      </w:r>
      <w:r>
        <w:rPr>
          <w:lang w:eastAsia="zh-CN"/>
        </w:rPr>
        <w:t>　　二. 操作管理工作计划</w:t>
      </w:r>
      <w:r>
        <w:rPr>
          <w:lang w:eastAsia="zh-CN"/>
        </w:rPr>
        <w:br/>
      </w:r>
      <w:r>
        <w:rPr>
          <w:lang w:eastAsia="zh-CN"/>
        </w:rPr>
        <w:t>　　1、在车间加大巡检力度，对现场的各个危险点进行排查和消除保证班中安全有序的运行。</w:t>
      </w:r>
      <w:r>
        <w:rPr>
          <w:lang w:eastAsia="zh-CN"/>
        </w:rPr>
        <w:br/>
      </w:r>
      <w:r>
        <w:rPr>
          <w:lang w:eastAsia="zh-CN"/>
        </w:rPr>
        <w:t>　　2、要求各部门班组长对员工进行安全教育加大安全学习力度增强员工的安全意识!</w:t>
      </w:r>
      <w:r>
        <w:rPr>
          <w:lang w:eastAsia="zh-CN"/>
        </w:rPr>
        <w:br/>
      </w:r>
      <w:r>
        <w:rPr>
          <w:lang w:eastAsia="zh-CN"/>
        </w:rPr>
        <w:t>　　3、对员工出现问题及时解决及汇报，出现问题时严格按照厂规制度的原则处理。</w:t>
      </w:r>
      <w:r>
        <w:rPr>
          <w:lang w:eastAsia="zh-CN"/>
        </w:rPr>
        <w:br/>
      </w:r>
      <w:r>
        <w:rPr>
          <w:lang w:eastAsia="zh-CN"/>
        </w:rPr>
        <w:t>　　4、在特殊的时间段对特别的人员和设备进行跟踪并做好记录保证不出事故。</w:t>
      </w:r>
      <w:r>
        <w:rPr>
          <w:lang w:eastAsia="zh-CN"/>
        </w:rPr>
        <w:br/>
      </w:r>
      <w:r>
        <w:rPr>
          <w:lang w:eastAsia="zh-CN"/>
        </w:rPr>
        <w:t>　　5、规范员工的行为，严禁做不符合规定的事情和严禁有不遵守规章年度的行为，保证员工的人身安全。</w:t>
      </w:r>
      <w:r>
        <w:rPr>
          <w:lang w:eastAsia="zh-CN"/>
        </w:rPr>
        <w:br/>
      </w:r>
      <w:r>
        <w:rPr>
          <w:lang w:eastAsia="zh-CN"/>
        </w:rPr>
        <w:t>　　作为主管在以后的工作中我会带领各班组长及员工共同学习，提高和进步，把工作更上一层楼!!!</w:t>
      </w:r>
      <w:r>
        <w:rPr>
          <w:lang w:eastAsia="zh-CN"/>
        </w:rPr>
        <w:br/>
      </w:r>
      <w:r>
        <w:rPr>
          <w:lang w:eastAsia="zh-CN"/>
        </w:rPr>
        <w:t>　　生产车间班组长工作总结</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https://d.book118.com/117152040122006053</w:t>
        </w:r>
      </w:hyperlink>
    </w:p>
    <w:p w:rsidR="001B1F19">
      <w:pPr>
        <w:rPr>
          <w:rFonts w:hint="eastAsia"/>
          <w:lang w:eastAsia="zh-CN"/>
        </w:rPr>
      </w:pPr>
    </w:p>
    <w:sectPr>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1715204012200605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