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客服试用期的工作总结范文（33篇）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客服试用期的工作总结范文（通用33篇）</w:t>
      </w:r>
      <w:r>
        <w:rPr>
          <w:lang w:eastAsia="zh-CN"/>
        </w:rPr>
        <w:br/>
      </w:r>
      <w:r>
        <w:rPr>
          <w:lang w:eastAsia="zh-CN"/>
        </w:rPr>
        <w:t xml:space="preserve">    客服试用期的工作总结范文 篇1 </w:t>
      </w:r>
      <w:r>
        <w:rPr>
          <w:lang w:eastAsia="zh-CN"/>
        </w:rPr>
        <w:br/>
      </w:r>
      <w:r>
        <w:rPr>
          <w:lang w:eastAsia="zh-CN"/>
        </w:rPr>
        <w:t>　　我很高兴，自己顺利的度过了试用期，正式的成为了__公司的.一名客服。但是凡事都还是要总结的，有所总结才会有所进步，所以我决定，对我在实习期的工作做如下一个总结，也为我转正之后的工作积累下更多的经验。</w:t>
      </w:r>
      <w:r>
        <w:rPr>
          <w:lang w:eastAsia="zh-CN"/>
        </w:rPr>
        <w:br/>
      </w:r>
      <w:r>
        <w:rPr>
          <w:lang w:eastAsia="zh-CN"/>
        </w:rPr>
        <w:t>　　刚来公司的时候，我的内心里面是有些胆怯的，因为之前从来没有做过客服的工作，也不知道自己是不是能够做好，更不知道自己能否完成公司交给的任务。可是当我开始做的时候我才发现，很多事情真的就像是“小马过河”的故事中所指一样，需要自己亲自尝试才会知道结果。</w:t>
      </w:r>
      <w:r>
        <w:rPr>
          <w:lang w:eastAsia="zh-CN"/>
        </w:rPr>
        <w:br/>
      </w:r>
      <w:r>
        <w:rPr>
          <w:lang w:eastAsia="zh-CN"/>
        </w:rPr>
        <w:t>　　当我坐在我的工位上的时候，我默默地为自己加油，让自己相信自己一定可以的。就是这样的一个开始，我每天鼓励着自己去做好工作，也渐渐的能很好的完成工作了。其实很多事情都会是自己一开始没有想过的，就拿做客服这个工作来说，我自己一开始也是没有想过自己会成为一名客服的，更没有想过自己居然做的还是很顺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试用期的这一段时间中，使我对客服的工作也有了更深一些的了解，并且也觉得自己在做客服的这一段时间里面得到了很多的锻炼，还有一些是成长。</w:t>
      </w:r>
      <w:r>
        <w:rPr>
          <w:lang w:eastAsia="zh-CN"/>
        </w:rPr>
        <w:br/>
      </w:r>
      <w:r>
        <w:rPr>
          <w:lang w:eastAsia="zh-CN"/>
        </w:rPr>
        <w:t>　　我们客服是作为公司面向客户的服务岗位，我们的目的是要为客服们提供很好的服务，更是要把客户想要传递的东西传递给公司，同时也为公司与客户之间搭建一个很好的沟通桥梁。形成一个客户促进公司发展吧，公司为客户提供好的服务的场面。</w:t>
      </w:r>
      <w:r>
        <w:rPr>
          <w:lang w:eastAsia="zh-CN"/>
        </w:rPr>
        <w:br/>
      </w:r>
      <w:r>
        <w:rPr>
          <w:lang w:eastAsia="zh-CN"/>
        </w:rPr>
        <w:t>　　面对客户，我们很多的时候都是在电话里面接触到了，但是也存在面对面的接触，不过更多的还是在电话中，因为现在每个人的时间都是宝贵的，要是问题能够通过电话解决那也是好的。不过电话中沟通却也是需要很多的技巧的，我们不仅是要向客户很好的表达出我们的意思，更是要让客户明白我们的意思，还要让客户满意。这看起来并不是特别的难，可是却也并不简单，而且因为电话沟通有很多的局限性，所以也会出现和客户意向不同意，然后发生一些争执的时候，然而面对这种情况，我们不仅要想着约到客户见面详谈，还要尝试着平息客户的情绪。</w:t>
      </w:r>
      <w:r>
        <w:rPr>
          <w:lang w:eastAsia="zh-CN"/>
        </w:rPr>
        <w:br/>
      </w:r>
      <w:r>
        <w:rPr>
          <w:lang w:eastAsia="zh-CN"/>
        </w:rPr>
        <w:t>　　自从进入了客服工作，我开始体会到了“话不能乱说”了。我们因为大部分的时间是和客户们在电话里面交流的，所以我们说话的时候是要经过考虑的，不能够随口就说出来，因为万一说错了，不仅会对公司造成一定影响，还会让客户质疑的专业程度，这将会是让人很尴尬的一件事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所以在试用期中，我对说话的技巧是积累了不少，也对自身的一个说话能力得到了提升。也为之后在公司更好的发展打下了一个不错的基础。</w:t>
      </w:r>
      <w:r>
        <w:rPr>
          <w:lang w:eastAsia="zh-CN"/>
        </w:rPr>
        <w:br/>
      </w:r>
      <w:r>
        <w:rPr>
          <w:lang w:eastAsia="zh-CN"/>
        </w:rPr>
        <w:t xml:space="preserve">    客服试用期的工作总结范文 篇2 </w:t>
      </w:r>
      <w:r>
        <w:rPr>
          <w:lang w:eastAsia="zh-CN"/>
        </w:rPr>
        <w:br/>
      </w:r>
      <w:r>
        <w:rPr>
          <w:lang w:eastAsia="zh-CN"/>
        </w:rPr>
        <w:t>　　尊敬的：</w:t>
      </w:r>
      <w:r>
        <w:rPr>
          <w:lang w:eastAsia="zh-CN"/>
        </w:rPr>
        <w:br/>
      </w:r>
      <w:r>
        <w:rPr>
          <w:lang w:eastAsia="zh-CN"/>
        </w:rPr>
        <w:t>　　首先很感谢各位领导能在百忙之中抽出宝贵的时间看我的总结，也很荣幸地能够成为贵司的一员。</w:t>
      </w:r>
      <w:r>
        <w:rPr>
          <w:lang w:eastAsia="zh-CN"/>
        </w:rPr>
        <w:br/>
      </w:r>
      <w:r>
        <w:rPr>
          <w:lang w:eastAsia="zh-CN"/>
        </w:rPr>
        <w:t>　　我从入职至今已快三个月了，这几个月里，在领导和同事的匡助下，我对工作流程了解很多，后来又经由培训，又使我了解了以“以情服务、专心做事、务实高效、开拓进取”为核心的企业文化及各项规章轨制。</w:t>
      </w:r>
      <w:r>
        <w:rPr>
          <w:lang w:eastAsia="zh-CN"/>
        </w:rPr>
        <w:br/>
      </w:r>
      <w:r>
        <w:rPr>
          <w:lang w:eastAsia="zh-CN"/>
        </w:rPr>
        <w:t>　　一、以情服务、专心做事。</w:t>
      </w:r>
      <w:r>
        <w:rPr>
          <w:lang w:eastAsia="zh-CN"/>
        </w:rPr>
        <w:br/>
      </w:r>
      <w:r>
        <w:rPr>
          <w:lang w:eastAsia="zh-CN"/>
        </w:rPr>
        <w:t>　　工作中我对来访的客人以礼相待，保持着热情，耐心地匡助，对他们提出的题目不能回答时，我向领班、老队员请教后，给予解答;工作中时刻想着自己代表的是，对处理违规违纪的事情都是做到‘礼先到’，不摆架子，耐心地和他们沟通，于他们谈心，避免和他们矛盾，影响公司形象。</w:t>
      </w:r>
      <w:r>
        <w:rPr>
          <w:lang w:eastAsia="zh-CN"/>
        </w:rPr>
        <w:br/>
      </w:r>
      <w:r>
        <w:rPr>
          <w:lang w:eastAsia="zh-CN"/>
        </w:rPr>
        <w:t>　　二、遵守轨制、敢抓敢管。</w:t>
      </w:r>
      <w:r>
        <w:rPr>
          <w:lang w:eastAsia="zh-CN"/>
        </w:rPr>
        <w:br/>
      </w:r>
      <w:r>
        <w:rPr>
          <w:lang w:eastAsia="zh-CN"/>
        </w:rPr>
        <w:t>　　奥特莱斯、四楼影院施工期间，我按轨制、按程序对工人进行治理，天天对进出的职员、货物进行严格的检查，以免可疑职员进入、公司财物被盗;对于那些安全措施不到位的，好比：‘进入施工区域没戴安全帽;高空功课没系安全带;动火时没有灭火举措措施’等之类的现象，我都按照公司的轨制、程序进行整改处罚，把各项安全措施落实到位，以确保施工期间零事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三、任劳任怨、孜孜不倦。</w:t>
      </w:r>
      <w:r>
        <w:rPr>
          <w:lang w:eastAsia="zh-CN"/>
        </w:rPr>
        <w:br/>
      </w:r>
      <w:r>
        <w:rPr>
          <w:lang w:eastAsia="zh-CN"/>
        </w:rPr>
        <w:t>　　对领导的铺排是完全的听从，并不折不扣的执行;以坚持到‘最后一分钟’的心态去工作，一如既往地做好天天的职责;糊口中我也经常关心同事，常常于他们谈心、交流，他们不开心时，我就会去开导他们，给他们讲笑话，逗他们开心。我始终以一个学者的身份向他们请教工作中的经验。</w:t>
      </w:r>
      <w:r>
        <w:rPr>
          <w:lang w:eastAsia="zh-CN"/>
        </w:rPr>
        <w:br/>
      </w:r>
      <w:r>
        <w:rPr>
          <w:lang w:eastAsia="zh-CN"/>
        </w:rPr>
        <w:t>　　工作中我也有良多不足处，但我时刻以“合格金源人”的尺度来要求自己，以同事为榜样去提醒自己，争取能做一名合格的金源人，能在世纪金源这个大舞台上展示自己，能为世纪金源的灿烂奉献自己的一份气力。</w:t>
      </w:r>
      <w:r>
        <w:rPr>
          <w:lang w:eastAsia="zh-CN"/>
        </w:rPr>
        <w:br/>
      </w:r>
      <w:r>
        <w:rPr>
          <w:lang w:eastAsia="zh-CN"/>
        </w:rPr>
        <w:t>　　这是篇好范文参考内容，讲的是关于他们、自己、工作、公司、领导、金源、进行、施工等方面的内容，觉得好就按（CTRL+D）收藏下。</w:t>
      </w:r>
      <w:r>
        <w:rPr>
          <w:lang w:eastAsia="zh-CN"/>
        </w:rPr>
        <w:br/>
      </w:r>
      <w:r>
        <w:rPr>
          <w:lang w:eastAsia="zh-CN"/>
        </w:rPr>
        <w:t xml:space="preserve">    客服试用期的工作总结范文 篇3 </w:t>
      </w:r>
      <w:r>
        <w:rPr>
          <w:lang w:eastAsia="zh-CN"/>
        </w:rPr>
        <w:br/>
      </w:r>
      <w:r>
        <w:rPr>
          <w:lang w:eastAsia="zh-CN"/>
        </w:rPr>
        <w:t>　　尊敬的领导：</w:t>
      </w:r>
      <w:r>
        <w:rPr>
          <w:lang w:eastAsia="zh-CN"/>
        </w:rPr>
        <w:br/>
      </w:r>
      <w:r>
        <w:rPr>
          <w:lang w:eastAsia="zh-CN"/>
        </w:rPr>
        <w:t>　　您好!</w:t>
      </w:r>
      <w:r>
        <w:rPr>
          <w:lang w:eastAsia="zh-CN"/>
        </w:rPr>
        <w:br/>
      </w:r>
      <w:r>
        <w:rPr>
          <w:lang w:eastAsia="zh-CN"/>
        </w:rPr>
        <w:t>　　首先;非常感谢您给我到贵公司从事工作的机会，对此，感到无比的荣幸。</w:t>
      </w:r>
      <w:r>
        <w:rPr>
          <w:lang w:eastAsia="zh-CN"/>
        </w:rPr>
        <w:br/>
      </w:r>
      <w:r>
        <w:rPr>
          <w:lang w:eastAsia="zh-CN"/>
        </w:rPr>
        <w:t>　　我于__年2月22日来到公司实习工作;现如今三个月的试用期将满。根据公司规章制度，现郑重申请转为公司正式员工。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本人工作认真热情，细心且有较强的责任心和进取心，勤勉不懈，性格开朗，具有良好的团队意识;责任感强，确保完成本职工作，与同事相处融洽，配合同事与领导完成各项工作;积极学习新知识，技能，主动向同事学习;并利用下班时间充电，提高自身综合素质。</w:t>
      </w:r>
      <w:r>
        <w:rPr>
          <w:lang w:eastAsia="zh-CN"/>
        </w:rPr>
        <w:br/>
      </w:r>
      <w:r>
        <w:rPr>
          <w:lang w:eastAsia="zh-CN"/>
        </w:rPr>
        <w:t>　　最后;我相信在全体员工的共同努力下，我们的业绩会愈来愈好，我们的明天必将更加辉煌，在今后的工作中;作为客服部团队的一员，我将更加努力上进;实现自我;创造价值，因此，恳请上级领导能批准转正，让我成为一名正式员工。谢谢!</w:t>
      </w:r>
      <w:r>
        <w:rPr>
          <w:lang w:eastAsia="zh-CN"/>
        </w:rPr>
        <w:br/>
      </w:r>
      <w:r>
        <w:rPr>
          <w:lang w:eastAsia="zh-CN"/>
        </w:rPr>
        <w:t>　　申请人：</w:t>
      </w:r>
      <w:r>
        <w:rPr>
          <w:lang w:eastAsia="zh-CN"/>
        </w:rPr>
        <w:br/>
      </w:r>
      <w:r>
        <w:rPr>
          <w:lang w:eastAsia="zh-CN"/>
        </w:rPr>
        <w:t>　　时间：_年__月__日</w:t>
      </w:r>
      <w:r>
        <w:rPr>
          <w:lang w:eastAsia="zh-CN"/>
        </w:rPr>
        <w:br/>
      </w:r>
      <w:r>
        <w:rPr>
          <w:lang w:eastAsia="zh-CN"/>
        </w:rPr>
        <w:t xml:space="preserve">    客服试用期的工作总结范文 篇4 </w:t>
      </w:r>
      <w:r>
        <w:rPr>
          <w:lang w:eastAsia="zh-CN"/>
        </w:rPr>
        <w:br/>
      </w:r>
      <w:r>
        <w:rPr>
          <w:lang w:eastAsia="zh-CN"/>
        </w:rPr>
        <w:t>　　本人，毕业于大学，所学专业为，于20年月日开始在电商部工作，目前职位为客服专员。进入公司参加工作的几个月试用期经已接近尾声。工作以来，在单位领导的精心培育和教导下，通过自身的不断努力，无论是思想上、学习上还是工作上，都取得了长足的发展和巨大的收获。在这段的工作学习中，对公司有了一个比较完整的认识;对于公司的发展历程和管理以及个人岗位职责等都有了一个比较清晰的认识。在熟悉工作的过程中，我也慢慢领会了公司“诚信、勤奋、求实、创新”的核心价值观，为公司的稳步发展增添新的活力。下面就是我试用期自我鉴定，也是对自己的工作表现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工作上，我的主要岗位是客服专员。在工作中我努力做好本职工作，提高工作效率及工作质量。在本职工作做好之外，在天猫新店铺的准备期间和部门开发新产品的过程中，配合数据专员，利用自身优势，帮助其制定了一系列的表格，总结了相关数据;归纳了行业在电商领域(淘宝)的热销产品，并且结合自身产品，对标题进行第四次标题优化;在京东平台上，对产品进行了导入等等。作为售前客服，要做到以客户为先，尽量满足客户的要求。在学习产品知识和掌握客服相关技巧期间，严格要求自己，刻苦钻研业务，就是凭着这样一种坚定的信念，争当行家里手。为我以后的工作顺利开展打下了良好的基础。</w:t>
      </w:r>
      <w:r>
        <w:rPr>
          <w:lang w:eastAsia="zh-CN"/>
        </w:rPr>
        <w:br/>
      </w:r>
      <w:r>
        <w:rPr>
          <w:lang w:eastAsia="zh-CN"/>
        </w:rPr>
        <w:t>　　在学习上，严格要求自己，端正工作态度，作到了理论联理实际;从而提高了自身的一专多能的长处及思想文化素质，包括生活中也学到了养成良好的生活习惯，生活充实而有条理，有严谨的生活态度和良好的生活作风，为人热情大方，诚实守信，乐于助人，拥有自己的良好做事原则，能与同事们和睦相处。</w:t>
      </w:r>
      <w:r>
        <w:rPr>
          <w:lang w:eastAsia="zh-CN"/>
        </w:rPr>
        <w:br/>
      </w:r>
      <w:r>
        <w:rPr>
          <w:lang w:eastAsia="zh-CN"/>
        </w:rPr>
        <w:t>　　思想上，自觉遵守公司的的规章制度，坚持参加公司的每次的培训。要求积极上进，爱护公司的一砖一瓦，一直严谨的态度和积极的热情投身于学习和工作中，虽然有成功的泪水，也有失败的辛酸，然而日益激烈的社会竟争也使我充分地认识到成为一名德智体全面发展的优秀工作者的重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这段时间里我虽然是学校那学习了一些理论知识，但这一现状不能满足工作的需求。为了尽快掌握电商行业和卫浴行业，每天坚持来到公司学习公司制度及理论知识等等，到了工作时间，就和那些前辈们学习实际操作及帮忙做点小事情，到了晚上和前辈们探讨工作内容，聊聊工作的不便及心中的不满加上自身不足，前辈们给予工作上的支持和精神上鼓励，经过较长时间的锻炼、克服和努力,使我慢慢成为一名合格的员工。</w:t>
      </w:r>
      <w:r>
        <w:rPr>
          <w:lang w:eastAsia="zh-CN"/>
        </w:rPr>
        <w:br/>
      </w:r>
      <w:r>
        <w:rPr>
          <w:lang w:eastAsia="zh-CN"/>
        </w:rPr>
        <w:t>　　虽然只有短短的几个月，但中间的收获是不可磨灭的，这与单位的领导和同事们的帮助是分不开的。我始终坚信一句话“一根火柴再亮，也只有豆大的光。但倘若用一根火柴去点燃一堆火柴，则会熊熊燃烧”。我希望用我亮丽的青春，去点燃每一位客人，感召激励着同事们一起为我们的事业奉献、进取、创下美好明天。当然，我在工作中还在存在着缺点和做得不到位的地方，我会继续努力工作学习，今后一定尽力做到最好。工作中需要“超越”的精神，我相信经过努力，工作会越做越好。</w:t>
      </w:r>
      <w:r>
        <w:rPr>
          <w:lang w:eastAsia="zh-CN"/>
        </w:rPr>
        <w:br/>
      </w:r>
      <w:r>
        <w:rPr>
          <w:lang w:eastAsia="zh-CN"/>
        </w:rPr>
        <w:t>　　在此，在对试用期的工作及心得体会做一汇报后，我想借此机会，正式向公司领导提出转正请求。希望公司领导能对我的工作态度、工作能力和表现，以正式员工的要求做一个全面考量。我愿为公司的蓬勃发展贡献我全部的力量。</w:t>
      </w:r>
      <w:r>
        <w:rPr>
          <w:lang w:eastAsia="zh-CN"/>
        </w:rPr>
        <w:br/>
      </w:r>
      <w:r>
        <w:rPr>
          <w:lang w:eastAsia="zh-CN"/>
        </w:rPr>
        <w:t xml:space="preserve">    客服试用期的工作总结范文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客服试用期个人工作总结范文1在我试用期的两个月时间里，我主要的工作是环境、人员、制度流程的熟悉了解，通过学习，我熟悉了整个物业操作流程。工作中，我一直严格要求自己，认真及时做好领导交代的每一项任务，同时主动为领导分忧及提出好的建议。项目方面不了解的问题虚心向同事学习请教，不断提高充实自己，希望能尽早融入到工作中，为公司做出更大的贡献，在公司领导的帮助下和全体员工的协作下已工作了两个多月，对这段期间的工作汇报如下：</w:t>
      </w:r>
      <w:r>
        <w:rPr>
          <w:lang w:eastAsia="zh-CN"/>
        </w:rPr>
        <w:br/>
      </w:r>
      <w:r>
        <w:rPr>
          <w:lang w:eastAsia="zh-CN"/>
        </w:rPr>
        <w:t>　　一、全面熟悉公司、项目人员环境、制度流程，感悟公司企业文化</w:t>
      </w:r>
      <w:r>
        <w:rPr>
          <w:lang w:eastAsia="zh-CN"/>
        </w:rPr>
        <w:br/>
      </w:r>
      <w:r>
        <w:rPr>
          <w:lang w:eastAsia="zh-CN"/>
        </w:rPr>
        <w:t>　　本人加入公司时，全体公司员工在老总的带领下，满腔热情，积极进取，呈现出勃勃向上的公司氛围。在这种良好的公司文化感召下，我很快全身心地投入工作中。</w:t>
      </w:r>
      <w:r>
        <w:rPr>
          <w:lang w:eastAsia="zh-CN"/>
        </w:rPr>
        <w:br/>
      </w:r>
      <w:r>
        <w:rPr>
          <w:lang w:eastAsia="zh-CN"/>
        </w:rPr>
        <w:t>　　二、纠正错误、合理建议</w:t>
      </w:r>
      <w:r>
        <w:rPr>
          <w:lang w:eastAsia="zh-CN"/>
        </w:rPr>
        <w:br/>
      </w:r>
      <w:r>
        <w:rPr>
          <w:lang w:eastAsia="zh-CN"/>
        </w:rPr>
        <w:t>　　由于前期多种原因，造成物业管理服务中心工作滞后，特别是工程维修方面，通过努力逐一处理，充分调查研究，科学合理执行公司领导的交代的各种事宜。合理结合本小区物业管理的特殊性。在参考同行业操作规律的前提下，对客服和保洁、绿化工作进行了调整。</w:t>
      </w:r>
      <w:r>
        <w:rPr>
          <w:lang w:eastAsia="zh-CN"/>
        </w:rPr>
        <w:br/>
      </w:r>
      <w:r>
        <w:rPr>
          <w:lang w:eastAsia="zh-CN"/>
        </w:rPr>
        <w:t>　　三、规范管理制度、提高项目执行能力</w:t>
      </w:r>
      <w:r>
        <w:rPr>
          <w:lang w:eastAsia="zh-CN"/>
        </w:rPr>
        <w:br/>
      </w:r>
      <w:r>
        <w:rPr>
          <w:lang w:eastAsia="zh-CN"/>
        </w:rPr>
        <w:t>　　加大与本部门员工交谈，增进了解，利用例会、临时会议进行沟通。在工作中发现存在的问题隐患，及时的讲解学习消除，同时在利用好原有制度的基础上完善建立了一些规章制度：</w:t>
      </w:r>
      <w:r>
        <w:rPr>
          <w:lang w:eastAsia="zh-CN"/>
        </w:rPr>
        <w:br/>
      </w:r>
      <w:r>
        <w:rPr>
          <w:lang w:eastAsia="zh-CN"/>
        </w:rPr>
        <w:t>　　1、装修装饰巡查制度。</w:t>
      </w:r>
      <w:r>
        <w:rPr>
          <w:lang w:eastAsia="zh-CN"/>
        </w:rPr>
        <w:br/>
      </w:r>
      <w:r>
        <w:rPr>
          <w:lang w:eastAsia="zh-CN"/>
        </w:rPr>
        <w:t>　　2、绿化养护管理制度。</w:t>
      </w:r>
      <w:r>
        <w:rPr>
          <w:lang w:eastAsia="zh-CN"/>
        </w:rPr>
        <w:br/>
      </w:r>
      <w:r>
        <w:rPr>
          <w:lang w:eastAsia="zh-CN"/>
        </w:rPr>
        <w:t>　　3、保洁工作流程分配方案。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经过初步的规化调整，每个员工确实做到责任到人、奖罚到人。做到培训、考核经常化，有效提高员工专业服务知识与技能。现在员工的服务意识和对客户服务能力有较大进步。经过两个多月的工作，虽然取得了一些成绩，然而，仍存在不足，如个别工程维修方面未能完全及时的解决，现尽力逐个协调解决，本人相信在公司各级领导的带领支持下，物业服务中心的工作会更加进步。</w:t>
      </w:r>
      <w:r>
        <w:rPr>
          <w:lang w:eastAsia="zh-CN"/>
        </w:rPr>
        <w:br/>
      </w:r>
      <w:r>
        <w:rPr>
          <w:lang w:eastAsia="zh-CN"/>
        </w:rPr>
        <w:t xml:space="preserve">    客服试用期的工作总结范文 篇6 </w:t>
      </w:r>
      <w:r>
        <w:rPr>
          <w:lang w:eastAsia="zh-CN"/>
        </w:rPr>
        <w:br/>
      </w:r>
      <w:r>
        <w:rPr>
          <w:lang w:eastAsia="zh-CN"/>
        </w:rPr>
        <w:t>　　己在试用期的表现还算满意，但是我不确定我能够通过公司的考核，我不确定领导对我的表现是否满意。我能够确定的就是我想要热切加入公司的心，我从一进入到公司，我就喜欢上了我们公司积极向上的工作氛围，就喜欢上了我们公司努力奋进的企业精神。不仅如此，还有一群友善可爱的同事们也让我坚定了自己想要留在公司工作的信念。在这短短的三个月的试用期里，我已经爱上了自己的这份前台客服的岗位，也和公司同事建立了深厚的感情基础。我不想失去这个转正的机会，我要为这个转正努力争取机会，特此写了这篇试用期转正工作总结。</w:t>
      </w:r>
      <w:r>
        <w:rPr>
          <w:lang w:eastAsia="zh-CN"/>
        </w:rPr>
        <w:br/>
      </w:r>
      <w:r>
        <w:rPr>
          <w:lang w:eastAsia="zh-CN"/>
        </w:rPr>
        <w:t>　　在这个试用期里，我主要负责前台客服的工作。这个前台客服的工作说简单也不简单，说复杂也不复杂。主要是要维持好公司前台的脸面，要保持好自己形象气质佳的一面。所以为了能做好这一点，我这个试用期里，没少花心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在以前是一个不太爱打扮的性格，但是在来到公司担任这个前台客服的岗位以后，我就开始不得不注重自己的形象了。起先在妆容上，我每天都会提早一个小时，来用心画上我精致的妆容。这个妆容不能是艳丽的浓妆，也不能太过淡雅。一定既要让人眼前一亮，也要使人有如沐清风的感觉。然后在服装整理上，我会在出门之前，用心的在镜子前面检查两到三遍，觉得没问题后，保证仪容都达标后，再出门。这个服装的搭配和整理，既要符合公司的规定，又要有自己的小心机，所以也是很有学问的。最后在礼仪方面，我在网上学习了很多礼仪知识，向前辈讨教了很多礼仪技巧，并在回家以后自己一个人对着镜子，关于各种礼仪都练习了很多次。</w:t>
      </w:r>
      <w:r>
        <w:rPr>
          <w:lang w:eastAsia="zh-CN"/>
        </w:rPr>
        <w:br/>
      </w:r>
      <w:r>
        <w:rPr>
          <w:lang w:eastAsia="zh-CN"/>
        </w:rPr>
        <w:t>　　所以通过我三个月的努力学习，我各方面都取得了很大的.进步。我的形象越来越好，气质越来越来佳，在服装搭配上面，也有了自己的见解和心得体会。而且在礼仪上，不管是待人接客，我都能做到优雅大方。我的专业素养得到了提升，我的工作能力也得到了大幅度的进步。</w:t>
      </w:r>
      <w:r>
        <w:rPr>
          <w:lang w:eastAsia="zh-CN"/>
        </w:rPr>
        <w:br/>
      </w:r>
      <w:r>
        <w:rPr>
          <w:lang w:eastAsia="zh-CN"/>
        </w:rPr>
        <w:t xml:space="preserve">    客服试用期的工作总结范文 篇7 </w:t>
      </w:r>
      <w:r>
        <w:rPr>
          <w:lang w:eastAsia="zh-CN"/>
        </w:rPr>
        <w:br/>
      </w:r>
      <w:r>
        <w:rPr>
          <w:lang w:eastAsia="zh-CN"/>
        </w:rPr>
        <w:t>　　从__年__月__日入司已经__个月时间，在此期间公司领导和同事在工作和生活方面给予我很多帮助。公司客户服务中心刚上线阶段，通过日常工作学习自己对客户服务中心建设和客户服务有了更高的认知，同时积极与领导和同事进行沟通，尽快的融入了东兴证券这个集体。</w:t>
      </w:r>
      <w:r>
        <w:rPr>
          <w:lang w:eastAsia="zh-CN"/>
        </w:rPr>
        <w:br/>
      </w:r>
      <w:r>
        <w:rPr>
          <w:lang w:eastAsia="zh-CN"/>
        </w:rPr>
        <w:t>　　在试用期阶段自己主要负责完成以下工作：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由于公司客户服务中心的客户服务平台正处于开发阶段自己进入公司，利用之前的工作经验自己首先提出客户服务平台功能需求，在__年__月__日和__月__日组织总部和营业部客户服务中心工作人员对客户服务平台进行测试，同时将测试结果及时反馈给__公司工作人员，并且与__公司工作人员进行沟通商讨对客户服务平台的功能完善，并于__年__月__日完成功能完善建议提交工作人员;</w:t>
      </w:r>
      <w:r>
        <w:rPr>
          <w:lang w:eastAsia="zh-CN"/>
        </w:rPr>
        <w:br/>
      </w:r>
      <w:r>
        <w:rPr>
          <w:lang w:eastAsia="zh-CN"/>
        </w:rPr>
        <w:t>　　2、负责公司客户服务中心质检管理办法编辑，并且协助完成公司客户服务中心管理办法制定及公司客户服务中心规范用语编辑，完善公司客户服务中心制度体系建设;</w:t>
      </w:r>
      <w:r>
        <w:rPr>
          <w:lang w:eastAsia="zh-CN"/>
        </w:rPr>
        <w:br/>
      </w:r>
      <w:r>
        <w:rPr>
          <w:lang w:eastAsia="zh-CN"/>
        </w:rPr>
        <w:t>　　3、每月定时对总部和营业部客户服务中心话务进行抽查质检，并且将话务中存在的问题进行汇总发送给各相关工作人员，并对质检问题进行沟通，同时每月提交客户服务中心质检月报，通过此项工作来提高客户服务中心服务水平;</w:t>
      </w:r>
      <w:r>
        <w:rPr>
          <w:lang w:eastAsia="zh-CN"/>
        </w:rPr>
        <w:br/>
      </w:r>
      <w:r>
        <w:rPr>
          <w:lang w:eastAsia="zh-CN"/>
        </w:rPr>
        <w:t>　　4、从__年__月客户服务中心客户服务平台坐席系统上线之后，开始接听客户咨询电话，通过在接听客户电话过程中来促进业务知识的学习，同时提高自身客户服务意识;</w:t>
      </w:r>
      <w:r>
        <w:rPr>
          <w:lang w:eastAsia="zh-CN"/>
        </w:rPr>
        <w:br/>
      </w:r>
      <w:r>
        <w:rPr>
          <w:lang w:eastAsia="zh-CN"/>
        </w:rPr>
        <w:t>　　5、每日组织客户服务中心人员的晨会，通过晨会来了解当时市场资讯，共同学习每日疑难业务知识和新业务知识，同时学习公司近期工作任务与重点;</w:t>
      </w:r>
      <w:r>
        <w:rPr>
          <w:lang w:eastAsia="zh-CN"/>
        </w:rPr>
        <w:br/>
      </w:r>
      <w:r>
        <w:rPr>
          <w:lang w:eastAsia="zh-CN"/>
        </w:rPr>
        <w:t>　　6、针对客户服务中心工作流程和标准使用语及相关工作对营业部相关工作人员进行培训，通过培训学习了解客户服务中心工作流程和提高服务认知;</w:t>
      </w:r>
      <w:r>
        <w:rPr>
          <w:lang w:eastAsia="zh-CN"/>
        </w:rPr>
        <w:br/>
      </w:r>
      <w:r>
        <w:rPr>
          <w:lang w:eastAsia="zh-CN"/>
        </w:rPr>
        <w:t>　　7、在总部和营业部客户服务平台坐席系统上线之后，指导营业部通过坐席系统完成新客户回访工作，并且及时解决营业部外呼人员在外呼过程中出现的问题;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8、根据公司领导要求同时为了加强公司各部门业务相通，每日收市后负责当日疑难业务，并且每周将疑难业务汇总发送总部经纪业务部各位领导和各营业部客服主管。</w:t>
      </w:r>
      <w:r>
        <w:rPr>
          <w:lang w:eastAsia="zh-CN"/>
        </w:rPr>
        <w:br/>
      </w:r>
      <w:r>
        <w:rPr>
          <w:lang w:eastAsia="zh-CN"/>
        </w:rPr>
        <w:t>　　通过以上工作任务的完成自己发现在很多方面仍然需要改进：</w:t>
      </w:r>
      <w:r>
        <w:rPr>
          <w:lang w:eastAsia="zh-CN"/>
        </w:rPr>
        <w:br/>
      </w:r>
      <w:r>
        <w:rPr>
          <w:lang w:eastAsia="zh-CN"/>
        </w:rPr>
        <w:t>　　1、加强业务知识的学习，通过不断的接听客户咨询电话过程中发现对于公司很多业务知识方面自己仍然需要加强学习，从而才能提高对客户的服务水平;</w:t>
      </w:r>
      <w:r>
        <w:rPr>
          <w:lang w:eastAsia="zh-CN"/>
        </w:rPr>
        <w:br/>
      </w:r>
      <w:r>
        <w:rPr>
          <w:lang w:eastAsia="zh-CN"/>
        </w:rPr>
        <w:t>　　2、加强团队沟通协作，加入新的集体之后，并且在公司客户服务中心建设阶段必须很好与领导和同事沟通才能保证各项工作的开展与完成，尤其根据公司客户服务中心发展目标，积极加强与各营业部客服主管的沟通;</w:t>
      </w:r>
      <w:r>
        <w:rPr>
          <w:lang w:eastAsia="zh-CN"/>
        </w:rPr>
        <w:br/>
      </w:r>
      <w:r>
        <w:rPr>
          <w:lang w:eastAsia="zh-CN"/>
        </w:rPr>
        <w:t>　　3、对于公司客户服务中心建设阶段，应该利用自己之前的工作经验与客户服务中心运营管理的认知加强创新能力，寻找合适公司客户服务中心建设的方式方法。</w:t>
      </w:r>
      <w:r>
        <w:rPr>
          <w:lang w:eastAsia="zh-CN"/>
        </w:rPr>
        <w:br/>
      </w:r>
      <w:r>
        <w:rPr>
          <w:lang w:eastAsia="zh-CN"/>
        </w:rPr>
        <w:t xml:space="preserve">    客服试用期的工作总结范文 篇8 </w:t>
      </w:r>
      <w:r>
        <w:rPr>
          <w:lang w:eastAsia="zh-CN"/>
        </w:rPr>
        <w:br/>
      </w:r>
      <w:r>
        <w:rPr>
          <w:lang w:eastAsia="zh-CN"/>
        </w:rPr>
        <w:t>　　一、基本工作情况</w:t>
      </w:r>
      <w:r>
        <w:rPr>
          <w:lang w:eastAsia="zh-CN"/>
        </w:rPr>
        <w:br/>
      </w:r>
      <w:r>
        <w:rPr>
          <w:lang w:eastAsia="zh-CN"/>
        </w:rPr>
        <w:t>　　由于_公司成立较晚，加之人力、物力等方面的局限，使整个基础工作很薄弱，因此，首先抓好客服中心的基础工作。</w:t>
      </w:r>
      <w:r>
        <w:rPr>
          <w:lang w:eastAsia="zh-CN"/>
        </w:rPr>
        <w:br/>
      </w:r>
      <w:r>
        <w:rPr>
          <w:lang w:eastAsia="zh-CN"/>
        </w:rPr>
        <w:t>　　1、建立健全各项制度。如：内控制度、治理规定、实施细则及各种办法20多个，初步形成一套完整的治理制度，使整个客服工作和人的行为均在制度的管控范围之内，做到有法可依，有章可循。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招兵买马，强化培训。我们通过各种渠道，广泛招聘和吸纳理赔人才，从保险同业和应届大学毕业生中优中选优，采取现招现用、培训提高、和人才储备，保证短期和中长期的人力资源。一年来，参加公开招聘3次，组织达的培训2次，小的培训5次。受到良好的效果。</w:t>
      </w:r>
      <w:r>
        <w:rPr>
          <w:lang w:eastAsia="zh-CN"/>
        </w:rPr>
        <w:br/>
      </w:r>
      <w:r>
        <w:rPr>
          <w:lang w:eastAsia="zh-CN"/>
        </w:rPr>
        <w:t>　　4、协调关系，加强沟通。包括公安、交通队、公估公司、律师、修配厂等部门，为理赔工作打下良好基础。</w:t>
      </w:r>
      <w:r>
        <w:rPr>
          <w:lang w:eastAsia="zh-CN"/>
        </w:rPr>
        <w:br/>
      </w:r>
      <w:r>
        <w:rPr>
          <w:lang w:eastAsia="zh-CN"/>
        </w:rPr>
        <w:t>　　二、各项指标情况</w:t>
      </w:r>
      <w:r>
        <w:rPr>
          <w:lang w:eastAsia="zh-CN"/>
        </w:rPr>
        <w:br/>
      </w:r>
      <w:r>
        <w:rPr>
          <w:lang w:eastAsia="zh-CN"/>
        </w:rPr>
        <w:t>　　略</w:t>
      </w:r>
      <w:r>
        <w:rPr>
          <w:lang w:eastAsia="zh-CN"/>
        </w:rPr>
        <w:br/>
      </w:r>
      <w:r>
        <w:rPr>
          <w:lang w:eastAsia="zh-CN"/>
        </w:rPr>
        <w:t>　　三、主要工作综述</w:t>
      </w:r>
      <w:r>
        <w:rPr>
          <w:lang w:eastAsia="zh-CN"/>
        </w:rPr>
        <w:br/>
      </w:r>
      <w:r>
        <w:rPr>
          <w:lang w:eastAsia="zh-CN"/>
        </w:rPr>
        <w:t>　　1、抓治理。客服的治理工作，是非常重要的工作，它包括人的治理、业务的治理、和服务的治理。在对人的治理上，一是抓制度建设，建立健全各项规章制度，做到有章可循、有法可依;二是做好人的思想工作，提高理赔人员的积极性、责任心和责任感;在业务治理上，主要是规范理赔流程和监督检查，使理赔流程科学、合理和实用，同时加强对各个环节的监督检查，从而提高整个理赔水平。</w:t>
      </w:r>
      <w:r>
        <w:rPr>
          <w:lang w:eastAsia="zh-CN"/>
        </w:rPr>
        <w:br/>
      </w:r>
      <w:r>
        <w:rPr>
          <w:lang w:eastAsia="zh-CN"/>
        </w:rPr>
        <w:t>　　2、抓服务。服务是保险企业的宗旨，是缺课服中心工作的核心内容，服务主要是为员工服务、为公司服务、为客户服务。在为员工的服务上，为了公司业务的发展，我们力争做到方便、快捷和周到;在对客户服务上我们力争做到主动、迅速、合理、简捷、周到，急客户之所急、想客户之所想，做到该赔的一定赔到位，不该赔的决不滥赔，不该赔的也力争让客户满足，通过我们的思想工作和处事艺术，使理赔工作更拉近与客户的距离，更促进业务的发展，使员工满足、公司满足，客户也满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抓培训。为了提高理赔人员的服务水平，必须强化岗位培训。主要的培训内容是：有关法律法规、保险条款、公司规定、汽车专业知识、定损技术及有关的知识。培训的方式是：集中培训和个别培训相结合，理论培训和实际操作相结合，外请培训和自我培训相结合。每次培训都有测试，每次测试都和业绩挂钩，年终将进行综合评价。</w:t>
      </w:r>
      <w:r>
        <w:rPr>
          <w:lang w:eastAsia="zh-CN"/>
        </w:rPr>
        <w:br/>
      </w:r>
      <w:r>
        <w:rPr>
          <w:lang w:eastAsia="zh-CN"/>
        </w:rPr>
        <w:t>　　4、抓理赔质量。一年来，我们很抓理赔质量，首先把住定损关，做到既严又准;其次，把住核价关，做到准确、合理;最后，把住责任关，即准确界定保险责任，严格洞察骗赔案件，慎重处理拒赔案件，严格剔除不合理赔付。一年来，据上述统计，告破骗赔案件、拒赔案件、剔除不合理赔付，共为公司减少赔付万元，实际为公司创造利润万元。</w:t>
      </w:r>
      <w:r>
        <w:rPr>
          <w:lang w:eastAsia="zh-CN"/>
        </w:rPr>
        <w:br/>
      </w:r>
      <w:r>
        <w:rPr>
          <w:lang w:eastAsia="zh-CN"/>
        </w:rPr>
        <w:t xml:space="preserve">    客服试用期的工作总结范文 篇9 </w:t>
      </w:r>
      <w:r>
        <w:rPr>
          <w:lang w:eastAsia="zh-CN"/>
        </w:rPr>
        <w:br/>
      </w:r>
      <w:r>
        <w:rPr>
          <w:lang w:eastAsia="zh-CN"/>
        </w:rPr>
        <w:t>　　客服试用期个人工作总结范文1在我试用期的两个月时间里，我主要的工作是环境、人员、制度流程的熟悉了解，通过学习，我熟悉了___的整个物业操作流程。工作中，我一直严格要求自己，认真及时做好领导交代的每一项任务，同时主动为领导分忧及提出好的建议。项目方面不了解的问题虚心向同事学习请教，不断提高充实自己，希望能尽早融入到工作中，为公司做出更大的贡献，在公司领导的帮助下和全体员工的协作下已工作了两个多月，对这段期间的工作汇报如下：</w:t>
      </w:r>
      <w:r>
        <w:rPr>
          <w:lang w:eastAsia="zh-CN"/>
        </w:rPr>
        <w:br/>
      </w:r>
      <w:r>
        <w:rPr>
          <w:lang w:eastAsia="zh-CN"/>
        </w:rPr>
        <w:t>　　一、全面熟悉公司、项目人员环境、制度流程，感悟公司企业文化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本人加入公司时，全体公司员工在老总的带领下，满腔热情，积极进取，呈现出勃勃向上的公司氛围。在这种良好的公司文化感召下，我很快全身心地投入工作中。</w:t>
      </w:r>
      <w:r>
        <w:rPr>
          <w:lang w:eastAsia="zh-CN"/>
        </w:rPr>
        <w:br/>
      </w:r>
      <w:r>
        <w:rPr>
          <w:lang w:eastAsia="zh-CN"/>
        </w:rPr>
        <w:t>　　二、纠正错误、合理建议</w:t>
      </w:r>
      <w:r>
        <w:rPr>
          <w:lang w:eastAsia="zh-CN"/>
        </w:rPr>
        <w:br/>
      </w:r>
      <w:r>
        <w:rPr>
          <w:lang w:eastAsia="zh-CN"/>
        </w:rPr>
        <w:t>　　由于前期多种原因，造成物业管理服务中心工作滞后，特别是工程维修方面，通过努力逐一处理，充分调查研究，科学合理执行公司领导的交代的各种事宜。合理结合本小区物业管理的特殊性。在参考同行业操作规律的前提下，对客服和保洁、绿化工作进行了调整。</w:t>
      </w:r>
      <w:r>
        <w:rPr>
          <w:lang w:eastAsia="zh-CN"/>
        </w:rPr>
        <w:br/>
      </w:r>
      <w:r>
        <w:rPr>
          <w:lang w:eastAsia="zh-CN"/>
        </w:rPr>
        <w:t>　　三、规范管理制度、提高项目执行能力</w:t>
      </w:r>
      <w:r>
        <w:rPr>
          <w:lang w:eastAsia="zh-CN"/>
        </w:rPr>
        <w:br/>
      </w:r>
      <w:r>
        <w:rPr>
          <w:lang w:eastAsia="zh-CN"/>
        </w:rPr>
        <w:t>　　加大与本部门员工交谈，增进了解，利用例会、临时会议进行沟通。在工作中发现存在的问题隐患，及时的讲解学习消除，同时在利用好原有制度的基础上完善建立了一些规章制度：</w:t>
      </w:r>
      <w:r>
        <w:rPr>
          <w:lang w:eastAsia="zh-CN"/>
        </w:rPr>
        <w:br/>
      </w:r>
      <w:r>
        <w:rPr>
          <w:lang w:eastAsia="zh-CN"/>
        </w:rPr>
        <w:t>　　1、装修装饰巡查制度。</w:t>
      </w:r>
      <w:r>
        <w:rPr>
          <w:lang w:eastAsia="zh-CN"/>
        </w:rPr>
        <w:br/>
      </w:r>
      <w:r>
        <w:rPr>
          <w:lang w:eastAsia="zh-CN"/>
        </w:rPr>
        <w:t>　　2、绿化养护管理制度。</w:t>
      </w:r>
      <w:r>
        <w:rPr>
          <w:lang w:eastAsia="zh-CN"/>
        </w:rPr>
        <w:br/>
      </w:r>
      <w:r>
        <w:rPr>
          <w:lang w:eastAsia="zh-CN"/>
        </w:rPr>
        <w:t>　　3、保洁工作流程分配方案。</w:t>
      </w:r>
      <w:r>
        <w:rPr>
          <w:lang w:eastAsia="zh-CN"/>
        </w:rPr>
        <w:br/>
      </w:r>
      <w:r>
        <w:rPr>
          <w:lang w:eastAsia="zh-CN"/>
        </w:rPr>
        <w:t>　　经过初步的规化调整，每个员工确实做到责任到人、奖罚到人。做到培训、考核经常化，有效提高员工专业服务知识与技能。现在员工的服务意识和对客户服务能力有较大进步。经过两个多月的工作，虽然取得了一些成绩，然而，仍存在不足，如个别工程维修方面未能完全及时的解决，现尽力逐个协调解决，本人相信在公司各级领导的带领支持下，___物业服务中心的工作会更加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客服试用期的工作总结范文 篇10 </w:t>
      </w:r>
      <w:r>
        <w:rPr>
          <w:lang w:eastAsia="zh-CN"/>
        </w:rPr>
        <w:br/>
      </w:r>
      <w:r>
        <w:rPr>
          <w:lang w:eastAsia="zh-CN"/>
        </w:rPr>
        <w:t>　　本人于本月经行政部许部长和娄总分别面试后到岗试用三天。在这三天试岗期间我的工作是作为客服部主管管理客服部所有员工，处理客服部日常事务，协助楼层主管和值班经理维护商场正常运营。经过几天的工作与观察，我对客服部的日常工作有了一定的了解，并从中学习到很多原来从未接触过的实践经验。结合我的学习与工作经验，现将我所了解到的本商场客服部的实际运作状况做出如下汇报：</w:t>
      </w:r>
      <w:r>
        <w:rPr>
          <w:lang w:eastAsia="zh-CN"/>
        </w:rPr>
        <w:br/>
      </w:r>
      <w:r>
        <w:rPr>
          <w:lang w:eastAsia="zh-CN"/>
        </w:rPr>
        <w:t>　　一、目前客服部主要工作</w:t>
      </w:r>
      <w:r>
        <w:rPr>
          <w:lang w:eastAsia="zh-CN"/>
        </w:rPr>
        <w:br/>
      </w:r>
      <w:r>
        <w:rPr>
          <w:lang w:eastAsia="zh-CN"/>
        </w:rPr>
        <w:t>　　1、vip会员卡的办理、登记、发放、录入系统存档。</w:t>
      </w:r>
      <w:r>
        <w:rPr>
          <w:lang w:eastAsia="zh-CN"/>
        </w:rPr>
        <w:br/>
      </w:r>
      <w:r>
        <w:rPr>
          <w:lang w:eastAsia="zh-CN"/>
        </w:rPr>
        <w:t>　　2、接待客户投诉(前台投诉和电话投诉)。</w:t>
      </w:r>
      <w:r>
        <w:rPr>
          <w:lang w:eastAsia="zh-CN"/>
        </w:rPr>
        <w:br/>
      </w:r>
      <w:r>
        <w:rPr>
          <w:lang w:eastAsia="zh-CN"/>
        </w:rPr>
        <w:t>　　3、商场大门显示屏信息的录入与播放。</w:t>
      </w:r>
      <w:r>
        <w:rPr>
          <w:lang w:eastAsia="zh-CN"/>
        </w:rPr>
        <w:br/>
      </w:r>
      <w:r>
        <w:rPr>
          <w:lang w:eastAsia="zh-CN"/>
        </w:rPr>
        <w:t>　　4、每日邮件收发。</w:t>
      </w:r>
      <w:r>
        <w:rPr>
          <w:lang w:eastAsia="zh-CN"/>
        </w:rPr>
        <w:br/>
      </w:r>
      <w:r>
        <w:rPr>
          <w:lang w:eastAsia="zh-CN"/>
        </w:rPr>
        <w:t>　　5、商场内部其他事务处理。</w:t>
      </w:r>
      <w:r>
        <w:rPr>
          <w:lang w:eastAsia="zh-CN"/>
        </w:rPr>
        <w:br/>
      </w:r>
      <w:r>
        <w:rPr>
          <w:lang w:eastAsia="zh-CN"/>
        </w:rPr>
        <w:t>　　6、播音室日常工作。</w:t>
      </w:r>
      <w:r>
        <w:rPr>
          <w:lang w:eastAsia="zh-CN"/>
        </w:rPr>
        <w:br/>
      </w:r>
      <w:r>
        <w:rPr>
          <w:lang w:eastAsia="zh-CN"/>
        </w:rPr>
        <w:t>　　二、客服部现有工作状态</w:t>
      </w:r>
      <w:r>
        <w:rPr>
          <w:lang w:eastAsia="zh-CN"/>
        </w:rPr>
        <w:br/>
      </w:r>
      <w:r>
        <w:rPr>
          <w:lang w:eastAsia="zh-CN"/>
        </w:rPr>
        <w:t>　　我所接手的客服部经过前期招聘工作之后，人员编制正常，前台服务部4人，播音室2人，共6人，全部实行商场正常早晚班制度。目前客服部运作的优势特点如下：</w:t>
      </w:r>
      <w:r>
        <w:rPr>
          <w:lang w:eastAsia="zh-CN"/>
        </w:rPr>
        <w:br/>
      </w:r>
      <w:r>
        <w:rPr>
          <w:lang w:eastAsia="zh-CN"/>
        </w:rPr>
        <w:t>　　1、员工新老交接正常，没有业务不熟悉的员工独立上岗的状况，业务熟练。</w:t>
      </w:r>
      <w:r>
        <w:rPr>
          <w:lang w:eastAsia="zh-CN"/>
        </w:rPr>
        <w:br/>
      </w:r>
      <w:r>
        <w:rPr>
          <w:lang w:eastAsia="zh-CN"/>
        </w:rPr>
        <w:t>　　2、客服部员工与各楼层、各部门衔接顺畅，工作配合较默契。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3、楼层管理到位，有效地辅助管理了客服部前台。</w:t>
      </w:r>
      <w:r>
        <w:rPr>
          <w:lang w:eastAsia="zh-CN"/>
        </w:rPr>
        <w:br/>
      </w:r>
      <w:r>
        <w:rPr>
          <w:lang w:eastAsia="zh-CN"/>
        </w:rPr>
        <w:t>　　4、客服部前台工作细致周到，办事准确，例如每日邮件收发，员工订餐，商场故障维修处理等。</w:t>
      </w:r>
      <w:r>
        <w:rPr>
          <w:lang w:eastAsia="zh-CN"/>
        </w:rPr>
        <w:br/>
      </w:r>
      <w:r>
        <w:rPr>
          <w:lang w:eastAsia="zh-CN"/>
        </w:rPr>
        <w:t>　　5、播音室工作进展顺利。</w:t>
      </w:r>
      <w:r>
        <w:rPr>
          <w:lang w:eastAsia="zh-CN"/>
        </w:rPr>
        <w:br/>
      </w:r>
      <w:r>
        <w:rPr>
          <w:lang w:eastAsia="zh-CN"/>
        </w:rPr>
        <w:t>　　三、目前客服部主要工作中所发现的问题与不足</w:t>
      </w:r>
      <w:r>
        <w:rPr>
          <w:lang w:eastAsia="zh-CN"/>
        </w:rPr>
        <w:br/>
      </w:r>
      <w:r>
        <w:rPr>
          <w:lang w:eastAsia="zh-CN"/>
        </w:rPr>
        <w:t>　　1、前台简化接待客户投诉流程</w:t>
      </w:r>
      <w:r>
        <w:rPr>
          <w:lang w:eastAsia="zh-CN"/>
        </w:rPr>
        <w:br/>
      </w:r>
      <w:r>
        <w:rPr>
          <w:lang w:eastAsia="zh-CN"/>
        </w:rPr>
        <w:t>　　现有投诉流程：前台投诉电话投诉所属楼层主管直接将投诉转至楼层主管和各柜台自行处理。这样的处理方式容易造成楼层主管工作量过重，导致管理上的混乱，一方面客服主管无事可做，另一方面楼层主管应接不暇。以目前商场的客流量来说，这样的处理方式的确可以节省大量的人力物力资源，而且也可以提高投诉处理时间，但是，随着商场销售业绩的提高，客流量增加，势必会引起管理混乱继而引发各部门之间的权责划分不清的矛盾。特别是我商场即将新装开业，类似上述情况很有可能因此而产生。</w:t>
      </w:r>
      <w:r>
        <w:rPr>
          <w:lang w:eastAsia="zh-CN"/>
        </w:rPr>
        <w:br/>
      </w:r>
      <w:r>
        <w:rPr>
          <w:lang w:eastAsia="zh-CN"/>
        </w:rPr>
        <w:t>　　2、工作记录缺失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前台没有工作记录，前台员工所作工作无据可查，整个前台只有一本手写vip客户登记本用以将会员信息录入到计算机系统中和一本邮件领取登记本，没有客户投诉记录单，电话接待记录，失物、寻人等其他工作记录单，播音室只有日常播音记录一份，每日临时播报(广告、促销信息、寻人、移车、失物等)没有记录。这种工作方式导致员工工作积极性低，对于应做工作往往消极怠工能推就推，如果造成工作失误无据可查，员工间会互相推脱，无法追究责任。另外工作记录缺失导致客服主管无法正常管理员工工作职责，难以提高管理工作的质量，这也是造成我商场客服部主管流失严重，无法长期开展工作的一个原因。</w:t>
      </w:r>
      <w:r>
        <w:rPr>
          <w:lang w:eastAsia="zh-CN"/>
        </w:rPr>
        <w:br/>
      </w:r>
      <w:r>
        <w:rPr>
          <w:lang w:eastAsia="zh-CN"/>
        </w:rPr>
        <w:t>　　3、客服部员工考勤纪律差</w:t>
      </w:r>
      <w:r>
        <w:rPr>
          <w:lang w:eastAsia="zh-CN"/>
        </w:rPr>
        <w:br/>
      </w:r>
      <w:r>
        <w:rPr>
          <w:lang w:eastAsia="zh-CN"/>
        </w:rPr>
        <w:t>　　客服部员工考勤差，两天两人三次擅自脱岗超过半个小时，均以身体不适为借口，但都没有请病假，如不被主管查岗则不会如实上报，整个部门无排班表，员工间随意倒班不报主管批准，相互包庇。</w:t>
      </w:r>
      <w:r>
        <w:rPr>
          <w:lang w:eastAsia="zh-CN"/>
        </w:rPr>
        <w:br/>
      </w:r>
      <w:r>
        <w:rPr>
          <w:lang w:eastAsia="zh-CN"/>
        </w:rPr>
        <w:t>　　4、办公成本过高，办公用品消耗量超出了本部门的预损耗量。如播音室多次申领笔、纸，前台胶带消耗量大。</w:t>
      </w:r>
      <w:r>
        <w:rPr>
          <w:lang w:eastAsia="zh-CN"/>
        </w:rPr>
        <w:br/>
      </w:r>
      <w:r>
        <w:rPr>
          <w:lang w:eastAsia="zh-CN"/>
        </w:rPr>
        <w:t>　　5、客服部相关职能转移</w:t>
      </w:r>
      <w:r>
        <w:rPr>
          <w:lang w:eastAsia="zh-CN"/>
        </w:rPr>
        <w:br/>
      </w:r>
      <w:r>
        <w:rPr>
          <w:lang w:eastAsia="zh-CN"/>
        </w:rPr>
        <w:t>　　客服部的客户投诉处理权限，商品退换，发票开据，团购等职能被其他部门分散管理，造成客服部员工工作闲散，无所事事，思想懒散。</w:t>
      </w:r>
      <w:r>
        <w:rPr>
          <w:lang w:eastAsia="zh-CN"/>
        </w:rPr>
        <w:br/>
      </w:r>
      <w:r>
        <w:rPr>
          <w:lang w:eastAsia="zh-CN"/>
        </w:rPr>
        <w:t>　　6、无后期客户忠诚度培养</w:t>
      </w:r>
      <w:r>
        <w:rPr>
          <w:lang w:eastAsia="zh-CN"/>
        </w:rPr>
        <w:br/>
      </w:r>
      <w:r>
        <w:rPr>
          <w:lang w:eastAsia="zh-CN"/>
        </w:rPr>
        <w:t>　　客服部对于vip会员的后续服务根本没有，前台服务人员对会员权利不清楚，单纯建立客户档案后没有进行跟踪服务，客户维护、回访等工作。</w:t>
      </w:r>
      <w:r>
        <w:rPr>
          <w:lang w:eastAsia="zh-CN"/>
        </w:rPr>
        <w:br/>
      </w:r>
      <w:r>
        <w:rPr>
          <w:lang w:eastAsia="zh-CN"/>
        </w:rPr>
        <w:t>　　四、针对发现的问题提出一些建议</w:t>
      </w:r>
      <w:r>
        <w:rPr>
          <w:lang w:eastAsia="zh-CN"/>
        </w:rPr>
        <w:br/>
      </w:r>
      <w:r>
        <w:rPr>
          <w:lang w:eastAsia="zh-CN"/>
        </w:rPr>
        <w:t>　　1、要求客服部主管加强考勤管理，保证员工出勤，工作期间严格管理，严查员工在岗纪律，每周制定规范排班登记表，整顿部门工作纪律。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2、对员工进行小型部门内独立业务培训，如接待投诉流程，退换货流程，改变原有的简单流程，规范工作流程。目的是为今后客流量增加避免工作混乱权责不明的现象。</w:t>
      </w:r>
      <w:r>
        <w:rPr>
          <w:lang w:eastAsia="zh-CN"/>
        </w:rPr>
        <w:br/>
      </w:r>
      <w:r>
        <w:rPr>
          <w:lang w:eastAsia="zh-CN"/>
        </w:rPr>
        <w:t>　　3、制定工作记录本，投诉记录、电话投诉记录、邮件收发记录、临时播音稿件记录，前台其他服务记录等，便于领导检查工作和主管管理员工。</w:t>
      </w:r>
      <w:r>
        <w:rPr>
          <w:lang w:eastAsia="zh-CN"/>
        </w:rPr>
        <w:br/>
      </w:r>
      <w:r>
        <w:rPr>
          <w:lang w:eastAsia="zh-CN"/>
        </w:rPr>
        <w:t>　　4、建立客户后续跟踪服务制度，用以培养和维持商场的固定消费群，建立客户对商场的忠诚度，特别是对vip会员客户进行追踪服务，如定期客户电话回访、大型促销活动通知，积分换购温馨提醒等，来配合营销部、企划部工作。</w:t>
      </w:r>
      <w:r>
        <w:rPr>
          <w:lang w:eastAsia="zh-CN"/>
        </w:rPr>
        <w:br/>
      </w:r>
      <w:r>
        <w:rPr>
          <w:lang w:eastAsia="zh-CN"/>
        </w:rPr>
        <w:t>　　5、严格控制办公成本，如消耗量大的办公用品可以采取以旧换新法，填物品申领后用使用完的办公用品去换领新的，再如电话外线拨打要做登记等。</w:t>
      </w:r>
      <w:r>
        <w:rPr>
          <w:lang w:eastAsia="zh-CN"/>
        </w:rPr>
        <w:br/>
      </w:r>
      <w:r>
        <w:rPr>
          <w:lang w:eastAsia="zh-CN"/>
        </w:rPr>
        <w:t>　　6、客服部相关业务可以适度分担，如开发票、退换货等权责，前提是要保证客服部主管拥有具有良好的执行力，否则容易管理不力造成混乱。</w:t>
      </w:r>
      <w:r>
        <w:rPr>
          <w:lang w:eastAsia="zh-CN"/>
        </w:rPr>
        <w:br/>
      </w:r>
      <w:r>
        <w:rPr>
          <w:lang w:eastAsia="zh-CN"/>
        </w:rPr>
        <w:t>　　由于本人试岗时间有限，对整个商场的运营并不是非常熟悉，观察得还不够深入细致，看到的问题比较浮浅粗糙，对于一些措施的考虑并不周全，并不一定能够真正反映出整个客服部的全貌，希望领导能够批评指正，给出指导意见。在今后工作的日子里，我相信自己有这个能力当好客服部主管。我会尽我的全力来工作，我会为公司的发展做出我最大的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客服试用期的工作总结范文 篇11 </w:t>
      </w:r>
      <w:r>
        <w:rPr>
          <w:lang w:eastAsia="zh-CN"/>
        </w:rPr>
        <w:br/>
      </w:r>
      <w:r>
        <w:rPr>
          <w:lang w:eastAsia="zh-CN"/>
        </w:rPr>
        <w:t>　　时间过得真快，来公司已经三个月了，我在客服岗位上的试用，也已经三个月了。在这三个月里面，我学到了以前在学校里面从没学过的实践经验，也体会到了与学校生活截然不同的社会生活。我对我这段试用期的感触很多，无法一一详述，就先总结一下这段时间的工作吧！</w:t>
      </w:r>
      <w:r>
        <w:rPr>
          <w:lang w:eastAsia="zh-CN"/>
        </w:rPr>
        <w:br/>
      </w:r>
      <w:r>
        <w:rPr>
          <w:lang w:eastAsia="zh-CN"/>
        </w:rPr>
        <w:t>　　一、客服是干什么的</w:t>
      </w:r>
      <w:r>
        <w:rPr>
          <w:lang w:eastAsia="zh-CN"/>
        </w:rPr>
        <w:br/>
      </w:r>
      <w:r>
        <w:rPr>
          <w:lang w:eastAsia="zh-CN"/>
        </w:rPr>
        <w:t>　　通过三个月的试用，我终于完全搞明白客服的工作职责了。这对于一个学工科的人来说，这的确不是一个简单地事儿，因为机缘巧合走上客服岗位的我，了解怎么样与人沟通交流，了解怎么样让客户满意，进而了解怎么样让客户喜欢上我这个客服，我的确花了比别人更多的时间。好在我现在明白了，也不用把客服工作想得有多么复杂多么难，我就像做人一样，自自然然的与客户交流沟通，尽可能的为客户解决问题，客户最终都会认可我这个客服的。</w:t>
      </w:r>
      <w:r>
        <w:rPr>
          <w:lang w:eastAsia="zh-CN"/>
        </w:rPr>
        <w:br/>
      </w:r>
      <w:r>
        <w:rPr>
          <w:lang w:eastAsia="zh-CN"/>
        </w:rPr>
        <w:t>　　二、客服在公司形象</w:t>
      </w:r>
      <w:r>
        <w:rPr>
          <w:lang w:eastAsia="zh-CN"/>
        </w:rPr>
        <w:br/>
      </w:r>
      <w:r>
        <w:rPr>
          <w:lang w:eastAsia="zh-CN"/>
        </w:rPr>
        <w:t>　　这三个月的试用期，我每天都会接到各种各样的客户电话，有投诉的，也有咨询的，有打错了电话的，还有纯碎无聊打过来的，接到的电话越多，就越了解客户的需求，也就越明白客服的位置。作为公司的服务代表，我们就像是公司的形象一样，不管是打来投诉的客户还是纯粹无聊打过来的客户，只要电话接通了，我们客服就应该站在公司的角度去维护形象，维护公司的形象，也维护客户的形象，时时刻刻都要礼貌对待客户的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三、客服的发展空间</w:t>
      </w:r>
      <w:r>
        <w:rPr>
          <w:lang w:eastAsia="zh-CN"/>
        </w:rPr>
        <w:br/>
      </w:r>
      <w:r>
        <w:rPr>
          <w:lang w:eastAsia="zh-CN"/>
        </w:rPr>
        <w:t>　　前面也提到了我是因为机缘巧合走上了这个客服岗位，我不知道未来我会不会一直喜欢这个岗位，但现在我还是很喜欢这个岗位给我带来的挑战。我在客服的岗位上学到了很多做人的智慧，这是我所没有提前预想到的，我想客服的发展空间也会是我想象不到的充满挑战吧！只有在挑战中，我们才会不断地进步，不是吗？如果可以，我希望我的客服路可以往上攀登，让我们的客户都因为我们的服务而肯定我们整个公司。</w:t>
      </w:r>
      <w:r>
        <w:rPr>
          <w:lang w:eastAsia="zh-CN"/>
        </w:rPr>
        <w:br/>
      </w:r>
      <w:r>
        <w:rPr>
          <w:lang w:eastAsia="zh-CN"/>
        </w:rPr>
        <w:t>　　以上这些就是我在公司客服岗位上试用的工作总结了，没有很长，但是我认为还是总结的到位，不仅可以为我这段时间的努力画上一个完美的句号，也可以为我未来的客服工作指引方向。我相信未来我的工作会越来越成熟。</w:t>
      </w:r>
      <w:r>
        <w:rPr>
          <w:lang w:eastAsia="zh-CN"/>
        </w:rPr>
        <w:br/>
      </w:r>
      <w:r>
        <w:rPr>
          <w:lang w:eastAsia="zh-CN"/>
        </w:rPr>
        <w:t xml:space="preserve">    客服试用期的工作总结范文 篇12 </w:t>
      </w:r>
      <w:r>
        <w:rPr>
          <w:lang w:eastAsia="zh-CN"/>
        </w:rPr>
        <w:br/>
      </w:r>
      <w:r>
        <w:rPr>
          <w:lang w:eastAsia="zh-CN"/>
        </w:rPr>
        <w:t>　　本人于面试后到岗试用三个月。在这三个月试岗期间我的工作是作为客服部主管管理客服部所有员工，处理客服部日常事务，协助楼层主管和值班经理维护商场正常运营。经过三个月的工作与观察，我对客服部的日常工作有了一定的了解，并从中学习到很多原来从未接触过的实践经验。结合我的学习与工作经验，现将我工作实际运作状况做出如下总结：</w:t>
      </w:r>
      <w:r>
        <w:rPr>
          <w:lang w:eastAsia="zh-CN"/>
        </w:rPr>
        <w:br/>
      </w:r>
      <w:r>
        <w:rPr>
          <w:lang w:eastAsia="zh-CN"/>
        </w:rPr>
        <w:t>　　一、目前客服部主要工作</w:t>
      </w:r>
      <w:r>
        <w:rPr>
          <w:lang w:eastAsia="zh-CN"/>
        </w:rPr>
        <w:br/>
      </w:r>
      <w:r>
        <w:rPr>
          <w:lang w:eastAsia="zh-CN"/>
        </w:rPr>
        <w:t>　　1、vip会员卡的办理、登记、发放、录入系统存档。</w:t>
      </w:r>
      <w:r>
        <w:rPr>
          <w:lang w:eastAsia="zh-CN"/>
        </w:rPr>
        <w:br/>
      </w:r>
      <w:r>
        <w:rPr>
          <w:lang w:eastAsia="zh-CN"/>
        </w:rPr>
        <w:t>　　2、接待客户投诉(前台投诉和电话投诉)。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3、商场大门显示屏信息的录入与播放。</w:t>
      </w:r>
      <w:r>
        <w:rPr>
          <w:lang w:eastAsia="zh-CN"/>
        </w:rPr>
        <w:br/>
      </w:r>
      <w:r>
        <w:rPr>
          <w:lang w:eastAsia="zh-CN"/>
        </w:rPr>
        <w:t>　　4、每日邮件收发。</w:t>
      </w:r>
      <w:r>
        <w:rPr>
          <w:lang w:eastAsia="zh-CN"/>
        </w:rPr>
        <w:br/>
      </w:r>
      <w:r>
        <w:rPr>
          <w:lang w:eastAsia="zh-CN"/>
        </w:rPr>
        <w:t>　　5、商场内部其他事务处理。</w:t>
      </w:r>
      <w:r>
        <w:rPr>
          <w:lang w:eastAsia="zh-CN"/>
        </w:rPr>
        <w:br/>
      </w:r>
      <w:r>
        <w:rPr>
          <w:lang w:eastAsia="zh-CN"/>
        </w:rPr>
        <w:t>　　6、播音室日常工作。</w:t>
      </w:r>
      <w:r>
        <w:rPr>
          <w:lang w:eastAsia="zh-CN"/>
        </w:rPr>
        <w:br/>
      </w:r>
      <w:r>
        <w:rPr>
          <w:lang w:eastAsia="zh-CN"/>
        </w:rPr>
        <w:t>　　二、客服部现有工作状态</w:t>
      </w:r>
      <w:r>
        <w:rPr>
          <w:lang w:eastAsia="zh-CN"/>
        </w:rPr>
        <w:br/>
      </w:r>
      <w:r>
        <w:rPr>
          <w:lang w:eastAsia="zh-CN"/>
        </w:rPr>
        <w:t>　　我所接手的客服部经过前期招聘工作之后，人员编制正常，前台服务部_人，播音室_人，共_人，全部实行商场正常早晚班制度。目前客服部运作的优势特点如下：</w:t>
      </w:r>
      <w:r>
        <w:rPr>
          <w:lang w:eastAsia="zh-CN"/>
        </w:rPr>
        <w:br/>
      </w:r>
      <w:r>
        <w:rPr>
          <w:lang w:eastAsia="zh-CN"/>
        </w:rPr>
        <w:t>　　1、员工新老交接正常，没有业务不熟悉的员工独立上岗的状况，业务熟练。</w:t>
      </w:r>
      <w:r>
        <w:rPr>
          <w:lang w:eastAsia="zh-CN"/>
        </w:rPr>
        <w:br/>
      </w:r>
      <w:r>
        <w:rPr>
          <w:lang w:eastAsia="zh-CN"/>
        </w:rPr>
        <w:t>　　2、客服部员工与各楼层、各部门衔接顺畅，工作配合较默契。</w:t>
      </w:r>
      <w:r>
        <w:rPr>
          <w:lang w:eastAsia="zh-CN"/>
        </w:rPr>
        <w:br/>
      </w:r>
      <w:r>
        <w:rPr>
          <w:lang w:eastAsia="zh-CN"/>
        </w:rPr>
        <w:t>　　3、楼层管理到位，有效地辅助管理了客服部前台。</w:t>
      </w:r>
      <w:r>
        <w:rPr>
          <w:lang w:eastAsia="zh-CN"/>
        </w:rPr>
        <w:br/>
      </w:r>
      <w:r>
        <w:rPr>
          <w:lang w:eastAsia="zh-CN"/>
        </w:rPr>
        <w:t>　　4、客服部前台工作细致周到，办事准确，例如每日邮件收发，员工订餐，商场故障维修处理等。</w:t>
      </w:r>
      <w:r>
        <w:rPr>
          <w:lang w:eastAsia="zh-CN"/>
        </w:rPr>
        <w:br/>
      </w:r>
      <w:r>
        <w:rPr>
          <w:lang w:eastAsia="zh-CN"/>
        </w:rPr>
        <w:t>　　5、播音室工作进展顺利。</w:t>
      </w:r>
      <w:r>
        <w:rPr>
          <w:lang w:eastAsia="zh-CN"/>
        </w:rPr>
        <w:br/>
      </w:r>
      <w:r>
        <w:rPr>
          <w:lang w:eastAsia="zh-CN"/>
        </w:rPr>
        <w:t>　　三、目前客服部主要工作中所发现的问题与不足</w:t>
      </w:r>
      <w:r>
        <w:rPr>
          <w:lang w:eastAsia="zh-CN"/>
        </w:rPr>
        <w:br/>
      </w:r>
      <w:r>
        <w:rPr>
          <w:lang w:eastAsia="zh-CN"/>
        </w:rPr>
        <w:t>　　1、前台简化接待客户投诉流程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现有投诉流程：前台投诉&amp;rarr;电话投诉所属楼层主管&amp;rarr;直接将投诉转至楼层主管和各柜台自行处理。这样的处理方式容易造成楼层主管工作量过重，导致管理上的混乱，一方面客服主管无事可做，另一方面楼层主管应接不暇。以目前商场的客流量来说，这样的处理方式的确可以节省大量的人力物力资源，而且也可以提高投诉处理时间，但是，随着商场销售业绩的提高，客流量增加，势必会引起管理混乱继而引发各部门之间的权责划分不清的矛盾。特别是我商场即将新装开业，类似上述情况很有可能因此而产生。</w:t>
      </w:r>
      <w:r>
        <w:rPr>
          <w:lang w:eastAsia="zh-CN"/>
        </w:rPr>
        <w:br/>
      </w:r>
      <w:r>
        <w:rPr>
          <w:lang w:eastAsia="zh-CN"/>
        </w:rPr>
        <w:t>　　2、工作记录缺失</w:t>
      </w:r>
      <w:r>
        <w:rPr>
          <w:lang w:eastAsia="zh-CN"/>
        </w:rPr>
        <w:br/>
      </w:r>
      <w:r>
        <w:rPr>
          <w:lang w:eastAsia="zh-CN"/>
        </w:rPr>
        <w:t>　　前台没有工作记录，前台员工所作工作无据可查，整个前台只有一本手写vip客户登记本用以将会员信息录入到计算机系统中和一本邮件领取登记本，没有客户投诉记录单，电话接待记录，失物、寻人等其他工作记录单，播音室只有日常播音记录一份，每日临时播报(广告、促销信息、寻人、移车、失物等)没有记录。这种工作方式导致员工工作积极性低，对于应做工作往往消极怠工能推就推，如果造成工作失误无据可查，员工间会互相推脱，无法追究责任。另外工作记录缺失导致客服主管无法正常管理员工工作职责，难以提高管理工作的质量，这也是造成我商场客服部主管流失严重，无法长期开展工作的一个原因。</w:t>
      </w:r>
      <w:r>
        <w:rPr>
          <w:lang w:eastAsia="zh-CN"/>
        </w:rPr>
        <w:br/>
      </w:r>
      <w:r>
        <w:rPr>
          <w:lang w:eastAsia="zh-CN"/>
        </w:rPr>
        <w:t>　　3、客服部员工考勤纪律差</w:t>
      </w:r>
      <w:r>
        <w:rPr>
          <w:lang w:eastAsia="zh-CN"/>
        </w:rPr>
        <w:br/>
      </w:r>
      <w:r>
        <w:rPr>
          <w:lang w:eastAsia="zh-CN"/>
        </w:rPr>
        <w:t>　　客服部员工考勤差，两天两人三次擅自脱岗超过半个小时，均以身体不适为借口，但都没有请病假，如不被主管查岗则不会如实上报，整个部门无排班表，员工间随意倒班不报主管批准，相互包庇。</w:t>
      </w:r>
      <w:r>
        <w:rPr>
          <w:lang w:eastAsia="zh-CN"/>
        </w:rPr>
        <w:br/>
      </w:r>
      <w:r>
        <w:rPr>
          <w:lang w:eastAsia="zh-CN"/>
        </w:rPr>
        <w:t>　　4、办公成本过高，办公用品消耗量超出了本部门的预损耗量。如播音室多次申领笔、纸，前台胶带消耗量大。</w:t>
      </w:r>
      <w:r>
        <w:rPr>
          <w:lang w:eastAsia="zh-CN"/>
        </w:rPr>
        <w:br/>
      </w:r>
      <w:r>
        <w:rPr>
          <w:lang w:eastAsia="zh-CN"/>
        </w:rPr>
        <w:t>　　5、客服部相关职能转移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客服部的客户投诉处理权限，商品退换，发票开据，团购等职能被其他部门分散管理，造成客服部员工工作闲散，无所事事，思想懒散。</w:t>
      </w:r>
      <w:r>
        <w:rPr>
          <w:lang w:eastAsia="zh-CN"/>
        </w:rPr>
        <w:br/>
      </w:r>
      <w:r>
        <w:rPr>
          <w:lang w:eastAsia="zh-CN"/>
        </w:rPr>
        <w:t>　　6、无后期客户忠诚度培养</w:t>
      </w:r>
      <w:r>
        <w:rPr>
          <w:lang w:eastAsia="zh-CN"/>
        </w:rPr>
        <w:br/>
      </w:r>
      <w:r>
        <w:rPr>
          <w:lang w:eastAsia="zh-CN"/>
        </w:rPr>
        <w:t>　　客服部对于vip会员的后续服务根本没有，前台服务人员对会员权利不清楚，单纯建立客户档案后没有进行跟踪服务，客户维护、回访等工作。</w:t>
      </w:r>
      <w:r>
        <w:rPr>
          <w:lang w:eastAsia="zh-CN"/>
        </w:rPr>
        <w:br/>
      </w:r>
      <w:r>
        <w:rPr>
          <w:lang w:eastAsia="zh-CN"/>
        </w:rPr>
        <w:t>　　四、针对发现的问题提出一些建议</w:t>
      </w:r>
      <w:r>
        <w:rPr>
          <w:lang w:eastAsia="zh-CN"/>
        </w:rPr>
        <w:br/>
      </w:r>
      <w:r>
        <w:rPr>
          <w:lang w:eastAsia="zh-CN"/>
        </w:rPr>
        <w:t>　　1、要求客服部主管加强考勤管理，保证员工出勤，工作期间严格管理，严查员工在岗纪律，每周制定规范排班登记表，整顿部门工作纪律。</w:t>
      </w:r>
      <w:r>
        <w:rPr>
          <w:lang w:eastAsia="zh-CN"/>
        </w:rPr>
        <w:br/>
      </w:r>
      <w:r>
        <w:rPr>
          <w:lang w:eastAsia="zh-CN"/>
        </w:rPr>
        <w:t>　　2、对员工进行小型部门内独立业务培训，如接待投诉流程，退换货流程，改变原有的简单流程，规范工作流程。目的是为今后客流量增加避免工作混乱权责不明的现象。</w:t>
      </w:r>
      <w:r>
        <w:rPr>
          <w:lang w:eastAsia="zh-CN"/>
        </w:rPr>
        <w:br/>
      </w:r>
      <w:r>
        <w:rPr>
          <w:lang w:eastAsia="zh-CN"/>
        </w:rPr>
        <w:t>　　3、制定工作记录本，投诉记录、电话投诉记录、邮件收发记录、临时播音稿件记录，前台其他服务记录等，便于领导检查工作和主管管理员工。</w:t>
      </w:r>
      <w:r>
        <w:rPr>
          <w:lang w:eastAsia="zh-CN"/>
        </w:rPr>
        <w:br/>
      </w:r>
      <w:r>
        <w:rPr>
          <w:lang w:eastAsia="zh-CN"/>
        </w:rPr>
        <w:t>　　4、建立客户后续跟踪服务制度，用以培养和维持商场的固定消费群，建立客户对商场的忠诚度，特别是对vip会员客户进行追踪服务，如定期客户电话回访、大型促销活动通知，积分换购温馨提醒等，来配合营销部、企划部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5、严格控制办公成本，如消耗量大的办公用品可以采取以旧换新法，填物品申领后用使用完的办公用品去换领新的，再如电话外线拨打要做登记等。</w:t>
      </w:r>
      <w:r>
        <w:rPr>
          <w:lang w:eastAsia="zh-CN"/>
        </w:rPr>
        <w:br/>
      </w:r>
      <w:r>
        <w:rPr>
          <w:lang w:eastAsia="zh-CN"/>
        </w:rPr>
        <w:t>　　6、客服部相关业务可以适度分担，如开发票、退换货等权责，前提是要保证客服部主管拥有具有良好的执行力，否则容易管理不力造成混乱。</w:t>
      </w:r>
      <w:r>
        <w:rPr>
          <w:lang w:eastAsia="zh-CN"/>
        </w:rPr>
        <w:br/>
      </w:r>
      <w:r>
        <w:rPr>
          <w:lang w:eastAsia="zh-CN"/>
        </w:rPr>
        <w:t>　　由于本人试岗时间有限，对整个商场的运营并不是非常熟悉，观察得还不够深入细致，看到的问题比较浮浅粗糙，对于一些措施的考虑并不周全，并不一定能够真正反映出整个客服部的全貌，希望领导能够批评指正，给出指导意见。另外，以目前商场的客流量和管理制度而言，需要改进的地方并不是十分突出，考虑到我商场重装开业会扩大经营，现有的管理力度无法应付以后的商场规模，借此装修之际进行加强管理势在必行。</w:t>
      </w:r>
      <w:r>
        <w:rPr>
          <w:lang w:eastAsia="zh-CN"/>
        </w:rPr>
        <w:br/>
      </w:r>
      <w:r>
        <w:rPr>
          <w:lang w:eastAsia="zh-CN"/>
        </w:rPr>
        <w:t>　　我也不知道自己能否在试用期之后，继续留在这里担任客服部主管。不过我在三个月的试用期中，表现还是不错的，虽然对客服部的情况没有太大的了解，不过大概情况还是知道的。希望公司能够看到我的潜力，让我继续在现在的工作岗位工作下去，我相信自己有这个能力当好客服部主管。我会尽我的全力来工作，我会为公司的发展做出我最大的贡献!</w:t>
      </w:r>
      <w:r>
        <w:rPr>
          <w:lang w:eastAsia="zh-CN"/>
        </w:rPr>
        <w:br/>
      </w:r>
      <w:r>
        <w:rPr>
          <w:lang w:eastAsia="zh-CN"/>
        </w:rPr>
        <w:t xml:space="preserve">    客服试用期的工作总结范文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公司上级领导和主管的正确领导下，在同事们的团结合作与关心帮助下，较好得完成了这一年的各项工作任务，在业务水平素质和思想政治方面等都有了更进一步的提升。为了更好的促进本职位工作，我现将这一年多来我个人工作总结汇报如下：</w:t>
      </w:r>
      <w:r>
        <w:rPr>
          <w:lang w:eastAsia="zh-CN"/>
        </w:rPr>
        <w:br/>
      </w:r>
      <w:r>
        <w:rPr>
          <w:lang w:eastAsia="zh-CN"/>
        </w:rPr>
        <w:t>　　在刚进公司那时，一直都是在紧张的学习服务用语和普通话的加强练习。都说细节决定成败，很多人都会不以为然而去忽略它。可其实我们每天并不需要做多么多么大的事情，只要我们把自己工作上的每一个细节都坚持细心做好了，就是一件很了不起的事了。作为新来的我，我首先感谢我的同事对我的关心和照顾，使我对我的工作越来越有信心。</w:t>
      </w:r>
      <w:r>
        <w:rPr>
          <w:lang w:eastAsia="zh-CN"/>
        </w:rPr>
        <w:br/>
      </w:r>
      <w:r>
        <w:rPr>
          <w:lang w:eastAsia="zh-CN"/>
        </w:rPr>
        <w:t>　　可是，往往好多事情我们都以为一切只要开始了，只要什么都准备好了，一切就不会有问题了，可是结果&amp;&amp;&amp;却总不是我们想象中的那么好。平时几个同事一起工作的时候，都觉得可以了，不会有问题了。刚开始的时候，或多或少的有些紧张，而一紧张就会有时忘记了导语。还好自己及时调整过来。后面跟新来的同事们交流和老同事们请教时才知道，原来多数同事都有过这样的过渡期，或多或少都会有些紧张的。所以，我觉得，凡事只要调整好心态，没什么我们做不好的。我也绝对不会允许自己这么简单的事情都不能做好，相信自己一定能行!后来，我每次坐在电话前面的时候就深呼一口气，然后调整好心态，慢慢的次数多了，就感觉一切都习惯了，工作程序也就自然而然了。我相信这并不会影响我日后的工作，我相信我一定会一直坚持公司的原则在日后的工作里加强学习，并努力做好自己的本份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俗话说：没有规矩不成方圆。毋庸置疑，我们在日常工作中，首先必须遵守好公司的每一条规章制度，执行好每一个工作流程，牢记好每一个规范用语。除此之外，我认为还应该注意以下几点细节，要自己在实践中不断完善自我。</w:t>
      </w:r>
      <w:r>
        <w:rPr>
          <w:lang w:eastAsia="zh-CN"/>
        </w:rPr>
        <w:br/>
      </w:r>
      <w:r>
        <w:rPr>
          <w:lang w:eastAsia="zh-CN"/>
        </w:rPr>
        <w:t>　　一、积极打电话。在商品经济时代的今天，时间就是金钱，所以我们更应该为客户、为自己节省宝贵的时间。以尽可能的速度完成公司所规定的任务。</w:t>
      </w:r>
      <w:r>
        <w:rPr>
          <w:lang w:eastAsia="zh-CN"/>
        </w:rPr>
        <w:br/>
      </w:r>
      <w:r>
        <w:rPr>
          <w:lang w:eastAsia="zh-CN"/>
        </w:rPr>
        <w:t>　　二、表情、语气愉悦。我们工作的一个基本特点就是与客户互不相见，通过声音来传达讯息，所以我们的面部表情和说话语气、声调就更加重要。虽然我是一名普通的话务员，但我深知，我的一举一动、一言一行，代表着我们公司的形象。因此，在电话中，一个优秀的话务员必须做到面带微笑，语气平和，语调轻松，用词规范、得当，给客户愉悦的感受，让客户被我们的轻松愉悦所感染，让工作更好的开展。从走上岗位的那一刻起，我就下定决心：一定要做一名合格的、优秀的公司员工。说起来，做一名话务员容易，但要做一名优秀的话务员就难了。千里之行，始于足下。我会从小事学起，从点滴做起。</w:t>
      </w:r>
      <w:r>
        <w:rPr>
          <w:lang w:eastAsia="zh-CN"/>
        </w:rPr>
        <w:br/>
      </w:r>
      <w:r>
        <w:rPr>
          <w:lang w:eastAsia="zh-CN"/>
        </w:rPr>
        <w:t>　　我接触话务员的时间不长，跟老同事相比，我是一个新手。但这并不能成为我可以比别人差的理由，相反，越是因为这样，我就要付出比别人更多的精力和时间来学习，从而跟上大家的步伐，为公司创造更好的业绩。</w:t>
      </w:r>
      <w:r>
        <w:rPr>
          <w:lang w:eastAsia="zh-CN"/>
        </w:rPr>
        <w:br/>
      </w:r>
      <w:r>
        <w:rPr>
          <w:lang w:eastAsia="zh-CN"/>
        </w:rPr>
        <w:t>　　20__年上半年我将进一步发扬优点，改进不足，拓宽思路，求真务实，全力做好本职工作。为此我将上半年工作计划如下：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是加强工作统筹。根据公司领导的年度工作要求，对下半年工作进行具体谋划，明确内容、时限和需要达到的目标，加强部门与部门之间的协同配合，把各项工作有机地结合起来，理清工作思路，提高办事效率，增强工作实效。</w:t>
      </w:r>
      <w:r>
        <w:rPr>
          <w:lang w:eastAsia="zh-CN"/>
        </w:rPr>
        <w:br/>
      </w:r>
      <w:r>
        <w:rPr>
          <w:lang w:eastAsia="zh-CN"/>
        </w:rPr>
        <w:t>　　二、是加强工作作风培养。始终保持良好的精神状态，发扬吃苦耐劳、知难而进、精益求精、严谨细致、积极进取的工作作风。</w:t>
      </w:r>
      <w:r>
        <w:rPr>
          <w:lang w:eastAsia="zh-CN"/>
        </w:rPr>
        <w:br/>
      </w:r>
      <w:r>
        <w:rPr>
          <w:lang w:eastAsia="zh-CN"/>
        </w:rPr>
        <w:t>　　人人都说，想做好一份工作，一定要做到首先爱这份工作。在这一年半时间的工作中，我发现自己越来越喜欢这份工作了。在今后的工作里，我相信自己一定会遵守好公司的每一条规章制度，做好话务员工作计划，执行好每一个工作流程，牢记好每一个规范用语。严格要求自己：没有最好，只有更好。</w:t>
      </w:r>
      <w:r>
        <w:rPr>
          <w:lang w:eastAsia="zh-CN"/>
        </w:rPr>
        <w:br/>
      </w:r>
      <w:r>
        <w:rPr>
          <w:lang w:eastAsia="zh-CN"/>
        </w:rPr>
        <w:t>　　我清楚知道自己离一个优秀话务员还有很大的差距，但我相信我会在以后的日子里不断学习，总结经验教训，取长补短，做得更好!</w:t>
      </w:r>
      <w:r>
        <w:rPr>
          <w:lang w:eastAsia="zh-CN"/>
        </w:rPr>
        <w:br/>
      </w:r>
      <w:r>
        <w:rPr>
          <w:lang w:eastAsia="zh-CN"/>
        </w:rPr>
        <w:t xml:space="preserve">    客服试用期的工作总结范文 篇14 </w:t>
      </w:r>
      <w:r>
        <w:rPr>
          <w:lang w:eastAsia="zh-CN"/>
        </w:rPr>
        <w:br/>
      </w:r>
      <w:r>
        <w:rPr>
          <w:lang w:eastAsia="zh-CN"/>
        </w:rPr>
        <w:t>　　物业管理行业是一个法制不健全的行业，而且涉及范围广，专业知识对于搞物业管理者来说很重要。但物业管理理论尚不成熟，实践中缺乏经验。市场环境逐步形成，步入正轨还需一段很长的时间。这些客观条件都决定了我们从业人员需不断地学习，学习该行业的法律法规及动态，对于搞好我们的工作是很有益处的。</w:t>
      </w:r>
      <w:r>
        <w:rPr>
          <w:lang w:eastAsia="zh-CN"/>
        </w:rPr>
        <w:br/>
      </w:r>
      <w:r>
        <w:rPr>
          <w:lang w:eastAsia="zh-CN"/>
        </w:rPr>
        <w:t>　　客服部是与业主打交道最直接最频繁的部门，员工的素质高低代表着企业的形象，所以我们一直不断地搞好员工培训、提高我们的整体服务水平，我们培训的主要内容有：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良好的形象给人以赏心悦悦目的感觉，物业管理首先是一个服务行业，接待业主来访，我们做到热情周到、微笑服务、态度和蔼、这样即使业主带着情绪来，我们的周到服务也会让其消减一些，以使我们解决业主的问题这方面，陈经理专门给全部门员工做专业性的培训，完全是酒店式服务规范来要求员工。如前台接电话人员，必须在铃响三声之内接起电话，第一句话先报家门“您好”，天元物业_号_人为您服务“。前台服务人员必须站立服务，无论是公司领导不是业主从前台经过时要说”你好“，这样，即提升了客务部的形象，在一定程度也提升了整个物业公司的形象，更突出了物业公司的服务性质。</w:t>
      </w:r>
      <w:r>
        <w:rPr>
          <w:lang w:eastAsia="zh-CN"/>
        </w:rPr>
        <w:br/>
      </w:r>
      <w:r>
        <w:rPr>
          <w:lang w:eastAsia="zh-CN"/>
        </w:rPr>
        <w:t>　　偶然的机会我干了淘宝客服这个工作.不知不觉已有大半年了，感觉时间挺快的，一坐一天，一个星期，一个月就坐没了。有时感觉挺好的，不用干什么，但又感觉太枯燥了。但学的东西还真是不少的，碰到的人也是十分有趣的，因为买家来自五湖四海的。</w:t>
      </w:r>
      <w:r>
        <w:rPr>
          <w:lang w:eastAsia="zh-CN"/>
        </w:rPr>
        <w:br/>
      </w:r>
      <w:r>
        <w:rPr>
          <w:lang w:eastAsia="zh-CN"/>
        </w:rPr>
        <w:t>　　上班的第一天，旺旺挂着，可是没有人与我交谈，反复的翻阅资料，熟悉产品，可是好像没有办法记忆深刻，碰到问题的时候还是无从下手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做客服期间，我常常会遇到顾客说这个东西能不能优惠，可不可以包邮等等之类的问题，本身我自己也会从网上购物，买东西想买实惠，这个我可以理解，因此能够理解客户的心情，但是我现在的立场不同了，不再是一个购物者而是一个销售者，当然是能在不优惠的情况下成交，想在不优惠的情况下成交，对于这类问题当然不会同意，一旦退让，顾客会认为还有更大余地可以还价。</w:t>
      </w:r>
      <w:r>
        <w:rPr>
          <w:lang w:eastAsia="zh-CN"/>
        </w:rPr>
        <w:br/>
      </w:r>
      <w:r>
        <w:rPr>
          <w:lang w:eastAsia="zh-CN"/>
        </w:rPr>
        <w:t>　　所以，针对此类问题，我觉得态度要和善，委婉的告知对方不能够优惠的。要告诉对方我们所有的宝贝价格都是实价销售，敬请谅解，对于在发货中存在的问题，给顾客带来麻烦的，那就只有赔礼道歉，承认错误，在的客户面前装可怜，一般人都是会心软的，我也是亲身经历的，不过客户基本上都是蛮谅解的，收到货后就很满意的来告知了。客服专员试</w:t>
      </w:r>
      <w:r>
        <w:rPr>
          <w:lang w:eastAsia="zh-CN"/>
        </w:rPr>
        <w:br/>
      </w:r>
      <w:r>
        <w:rPr>
          <w:lang w:eastAsia="zh-CN"/>
        </w:rPr>
        <w:t>　　后来我们就慢慢开始熟悉了一些面料，第一次认识这么多的面料，以前买衣服从来都不知道面料这个词，看着哪样好看就买了，也不会去想为什么一样的衣服价格差这么多呢，现在终于知道了，什么面料好，什么面料透气，有弹性，面料不一样价格也不一眼，现在对店里的衣服都有了大致的了解，也知道了从哪家进的货偏小，哪家的偏大，按合适的尺寸给客人推荐衣服。</w:t>
      </w:r>
      <w:r>
        <w:rPr>
          <w:lang w:eastAsia="zh-CN"/>
        </w:rPr>
        <w:br/>
      </w:r>
      <w:r>
        <w:rPr>
          <w:lang w:eastAsia="zh-CN"/>
        </w:rPr>
        <w:t>　　刚做客服的时候推销出去一件衣服发现自己很有成就感，后来慢慢的用着熟练的语气和方法推销更多的衣服出去，和客人沟通是一个锻炼人的脑力，应变能力，说话的技巧，同时也锻炼人的耐心，要细心的对待每一个客户，让每一个客人兴致勃勃、满载而归。</w:t>
      </w:r>
      <w:r>
        <w:rPr>
          <w:lang w:eastAsia="zh-CN"/>
        </w:rPr>
        <w:br/>
      </w:r>
      <w:r>
        <w:rPr>
          <w:lang w:eastAsia="zh-CN"/>
        </w:rPr>
        <w:t xml:space="preserve">    客服试用期的工作总结范文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_年的暑假两个月时间我与本学院其他几位同学共同参加了_通讯科技有限公司开展的暑期实习活动。通过两个月的实习生活，深切的体会到了工作生活与生活的不同之处。虽然是一份实习工作，但也算得上是自己人生中的第一份正式性的工作。现在回想起来，当时的一系列情景仍旧历历在目。</w:t>
      </w:r>
      <w:r>
        <w:rPr>
          <w:lang w:eastAsia="zh-CN"/>
        </w:rPr>
        <w:br/>
      </w:r>
      <w:r>
        <w:rPr>
          <w:lang w:eastAsia="zh-CN"/>
        </w:rPr>
        <w:t>　　首先是我和其他几位同学在六月底的公司面试中获得了参加此次公司实习的机会，虽然，当时并不知道客服代表具体是个什么岗位，但是还是怀揣着一份期待和惊喜，毕竟是自己通过面试获得的第一份工作。接下来，与收到录用通知的同学一起于6月29日一同去了位于成都市高新区的天府新谷公司所在地，进行了实地参观和面谈。当大家知道，所谓的客服工作就是接电话、受理客户问题的时候，都显得有些失落。但后来，除了几位同学有特殊原因没能参加实习外，其余同学都参加了公司的实习工作。</w:t>
      </w:r>
      <w:r>
        <w:rPr>
          <w:lang w:eastAsia="zh-CN"/>
        </w:rPr>
        <w:br/>
      </w:r>
      <w:r>
        <w:rPr>
          <w:lang w:eastAsia="zh-CN"/>
        </w:rPr>
        <w:t>　　接下来，就是对我们进行了为期9天的业务知识培训，主要有关于_公司的公司基本发展历程、公司的价值观念以及公司的人才观等方面的介绍;有关客服工作的基本业务规范的要求的学习;公司业务知识的学习和了解，如：公司可收送范围、各种收寄物品的价格以及不同地址的收送时效性等;有关客服在接听电话中的有关规范用语以及专业术语的锻炼和运用;如何提高自身与客户沟通的技巧以及遇到一些自己难以处理的事情时，我们应该采取何种方式进行应对;了解快递行业的具体运作模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最后，在进行了几天的练习上岗后，我们便开始了正式上岗实习，与公司的正式员工一样，接听来自全国各地的客户电话。当然，我们只接听4008_热线的1号键下单和有关咨询方面的工作，如果遇见客户要求进行快件查询或是投诉业务，我们则帮其转至2号键，有查询同事对其进行跟进。当然，在正式实习上岗期间，我们还必须参加公司每天的早班例会或是公司的晚班例会，了解新的业务知识或是对自己一天中的工作进行小的总结。同时，我们也参与公司一系列有关新的业务知识的培训，如公司在七月下旬推行上线的新的下单系统。此外，公司为了让我们能够对速运行业有个全面的了解，在多方努力沟通下，参与实习的8位同学于8月7日来到公司位于武侯区簇桥的成都中转场进行参观了解，以增强自身对快递行业本身的理解。</w:t>
      </w:r>
      <w:r>
        <w:rPr>
          <w:lang w:eastAsia="zh-CN"/>
        </w:rPr>
        <w:br/>
      </w:r>
      <w:r>
        <w:rPr>
          <w:lang w:eastAsia="zh-CN"/>
        </w:rPr>
        <w:t>　　实习工作于8月27日结束，8月28日，公司的管理层特意为我们几位实习生召开了实习工作总结会议。会上，我们实习老师对我们在实习期间的数据进行了公布，同时，公司领导们也对我们在实习期间的优秀表现作出了很高的评价，并且表示希望我们能够留在公司继续做兼职。此外，公司也给我们颁发了一些小的纪念品和各自的实习证明材料。自此，为期两个月的实习工作正式结束。</w:t>
      </w:r>
      <w:r>
        <w:rPr>
          <w:lang w:eastAsia="zh-CN"/>
        </w:rPr>
        <w:br/>
      </w:r>
      <w:r>
        <w:rPr>
          <w:lang w:eastAsia="zh-CN"/>
        </w:rPr>
        <w:t xml:space="preserve">    客服试用期的工作总结范文 篇16 </w:t>
      </w:r>
      <w:r>
        <w:rPr>
          <w:lang w:eastAsia="zh-CN"/>
        </w:rPr>
        <w:br/>
      </w:r>
      <w:r>
        <w:rPr>
          <w:lang w:eastAsia="zh-CN"/>
        </w:rPr>
        <w:t>　　20__年移动公司巩固和提升竞争优势，保持行业区域主导地位，加快了移动的发展，提高了大客户服务的水平，克服了各种困难和不利因素，业务发展和业务收入保持稳步提升，各项工作取得了可喜的成绩。</w:t>
      </w:r>
      <w:r>
        <w:rPr>
          <w:lang w:eastAsia="zh-CN"/>
        </w:rPr>
        <w:br/>
      </w:r>
      <w:r>
        <w:rPr>
          <w:lang w:eastAsia="zh-CN"/>
        </w:rPr>
        <w:t>　　一、个人客户管理与服务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为彰显vip会员尊崇倍至、享我所想的尊贵体验。20__年度我中心本着沟通从心开始的服务理念，我们的每一位服务人员都从客户的利益出发，想客户所想，急客户所急，为客户提供各类通信服务以及慎重停机、免费补卡，免费更换stk大容量卡，帮助客户积分兑奖等业务我们尽心尽力为客户做到。</w:t>
      </w:r>
      <w:r>
        <w:rPr>
          <w:lang w:eastAsia="zh-CN"/>
        </w:rPr>
        <w:br/>
      </w:r>
      <w:r>
        <w:rPr>
          <w:lang w:eastAsia="zh-CN"/>
        </w:rPr>
        <w:t>　　结合我们移动公司的各项工作指标，本着服务“以人为本”的宗旨从年初的数据分割到年末的客户满意度，实行了针对大客户、重要客户的上门服务、亲情化服务等差异化服务。我们要求每一位客户经理耐心解答客户关于移动通信方面的疑问、圆满解决客户在使用移动电话方面的问题、提供形式多样的信息服务。客户经理会定期与客户联络，同时，客户也可以通过电话、短信、上门等方式与客户经理保持联系。客户还可以向提供服务的大客户经理预约时间，要求上门服务。上门服务内容包括：业务受理、设置新业务功能、进行新业务演示、解决投诉问题、代收移动电话费等。</w:t>
      </w:r>
      <w:r>
        <w:rPr>
          <w:lang w:eastAsia="zh-CN"/>
        </w:rPr>
        <w:br/>
      </w:r>
      <w:r>
        <w:rPr>
          <w:lang w:eastAsia="zh-CN"/>
        </w:rPr>
        <w:t>　　另外，结合“服务与业务”的战略目标，始终坚持“创无限通信世界做信息社会栋梁”的企业使命，不断增强员工的“危机感、紧迫感、使命感、责任感”在全面提高服务质量外，使我们中心在公司的文明建设上都取得了长足的进步。</w:t>
      </w:r>
      <w:r>
        <w:rPr>
          <w:lang w:eastAsia="zh-CN"/>
        </w:rPr>
        <w:br/>
      </w:r>
      <w:r>
        <w:rPr>
          <w:lang w:eastAsia="zh-CN"/>
        </w:rPr>
        <w:t>　　二、中高端客户保有率</w:t>
      </w:r>
      <w:r>
        <w:rPr>
          <w:lang w:eastAsia="zh-CN"/>
        </w:rPr>
        <w:br/>
      </w:r>
      <w:r>
        <w:rPr>
          <w:lang w:eastAsia="zh-CN"/>
        </w:rPr>
        <w:t>　　在当前激烈的市场竞争中，中高端客户将成为我们通信行业下一步争夺的市场目标。在中高端客户市场保有率“战争”中，只有不断深化人性化、亲情般的的优质服务，不断提高的业务技术的水平才能，被众多中高端客户所信赖。去年的中高端保有率我们中心圆满的完成公司下达的任务。</w:t>
      </w:r>
      <w:r>
        <w:rPr>
          <w:lang w:eastAsia="zh-CN"/>
        </w:rPr>
        <w:br/>
      </w:r>
      <w:r>
        <w:rPr>
          <w:lang w:eastAsia="zh-CN"/>
        </w:rPr>
        <w:t>　　三、外呼人员的管理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外呼人员在我中心完成的指标中占有一定的比率。电话营销的目标客户群选取针对性强，以及服务口径设计妥当和全体外呼人员的共同努力，__年外呼人员在新业务的推广，全面推动新业务的增量增收中起到了很大的作用。外呼队伍人员在做市场调查。社会调查、服务关怀、挖掘潜力客户时，她们的服务质量就代表着我们公司的服务形象，所以我们培训外呼人员：熟练掌握公司个指标及各项业务，规范服务用语，应答技巧专业灵活，团队之间密切配合协作。使他们能在第一时间内将信息清楚明确的传递给目标客户。移动公司工作总结是直接连接客户和公司的桥梁，所以对外呼人员的服务质量直接影响到客户外呼人员进一步培育潜力型和竞争型业务，重点加强潜力，服务管理、服务人员管理</w:t>
      </w:r>
      <w:r>
        <w:rPr>
          <w:lang w:eastAsia="zh-CN"/>
        </w:rPr>
        <w:br/>
      </w:r>
      <w:r>
        <w:rPr>
          <w:lang w:eastAsia="zh-CN"/>
        </w:rPr>
        <w:t>　　四、投诉处理</w:t>
      </w:r>
      <w:r>
        <w:rPr>
          <w:lang w:eastAsia="zh-CN"/>
        </w:rPr>
        <w:br/>
      </w:r>
      <w:r>
        <w:rPr>
          <w:lang w:eastAsia="zh-CN"/>
        </w:rPr>
        <w:t>　　为进一步提高客户满意度、保持服务持续，大客户中心在__年里以客户价值为尺度，从加强投诉管理入手，建立起客户投诉快速响应机制。</w:t>
      </w:r>
      <w:r>
        <w:rPr>
          <w:lang w:eastAsia="zh-CN"/>
        </w:rPr>
        <w:br/>
      </w:r>
      <w:r>
        <w:rPr>
          <w:lang w:eastAsia="zh-CN"/>
        </w:rPr>
        <w:t>　　首先，优化投诉处理流程，加强后台管理人员对前台客户经理投诉处理的支撑，设立投诉热线，建立管理层直接介入处理的应急响应机制，缩短投诉处理时限。其次，严格控制集团客户短信群发。再次，重要和重复投诉直接向公司专业部门或公司有关领导派单，管理人员及时支撑，处理解决方案。最后，完善客户跟进服务制度，提高移动公司的服务水平，从而达到投诉满意度100%。</w:t>
      </w:r>
      <w:r>
        <w:rPr>
          <w:lang w:eastAsia="zh-CN"/>
        </w:rPr>
        <w:br/>
      </w:r>
      <w:r>
        <w:rPr>
          <w:lang w:eastAsia="zh-CN"/>
        </w:rPr>
        <w:t>　　五、日常工作</w:t>
      </w:r>
      <w:r>
        <w:rPr>
          <w:lang w:eastAsia="zh-CN"/>
        </w:rPr>
        <w:br/>
      </w:r>
    </w:p>
    <w:p w:rsidR="001B1F19" w14:textId="27C3F48A">
      <w:pPr>
        <w:rPr>
          <w:rFonts w:hint="eastAsia"/>
          <w:lang w:eastAsia="zh-CN"/>
        </w:rPr>
      </w:pPr>
      <w:r>
        <w:rPr>
          <w:lang w:eastAsia="zh-CN"/>
        </w:rPr>
        <w:t>　　客户经理是集团客户和个人大客户服务的主要提供者，也是移动公司对外展示员工形象和工作风貌的重要载体，客户经理的职业形象和职业素质一直是公司领导和客户关注的焦点。在__年的日常工作中，我们着重系统培训客户经理的服务与业务双全面优化营销体系，实现客户经理规模化。大力推进新业务的规模发展，加快改进服务的步伐，全面优化营销体系，推动中心完成全年的营销指标。</w:t>
      </w:r>
      <w:r>
        <w:rPr>
          <w:lang w:eastAsia="zh-CN"/>
        </w:rPr>
        <w:br/>
      </w:r>
      <w:r>
        <w:rPr>
          <w:lang w:eastAsia="zh-CN"/>
        </w:rPr>
        <w:t>　　20__年我准备在工作中协助领导全面创新服务模式，提高新业务的市场占有率。协助领导全面提升客户服务，促进服务价值化。继续大力宣贯“正德厚生，臻于至善”的核心价值。</w:t>
      </w:r>
      <w:r>
        <w:rPr>
          <w:lang w:eastAsia="zh-CN"/>
        </w:rPr>
        <w:br/>
      </w:r>
      <w:r>
        <w:rPr>
          <w:lang w:eastAsia="zh-CN"/>
        </w:rPr>
        <w:t xml:space="preserve">    客服试用期的工作总结范文 篇17 </w:t>
      </w:r>
      <w:r>
        <w:rPr>
          <w:lang w:eastAsia="zh-CN"/>
        </w:rPr>
        <w:br/>
      </w:r>
      <w:r>
        <w:rPr>
          <w:lang w:eastAsia="zh-CN"/>
        </w:rPr>
        <w:t>　　时间过的真快，转眼之间本年度已经接近尾声，我是6月30来到，承蒙领导不嫌弃我是一个初出茅庐什么都不懂的混小子，并接纳了我在单位工作，这是我走出幼稚圆的第一份工作，当然也少不了我在这里工作的头衔&amp;&amp;市场专员，大专我学的是机电一体化专业，对于单位给我安排的市场营销工作，刚开始我对于这份来之不易的工作真是有心拿的起，无心做的好，因为我没有接触过市场营销这一块专业，我都不知道做一些什么，做起来就相当吃力。在我不解与困惑的同时，仅凭对市场工作的热情，单位的领导对我的成长倍感厚望，曾很多次找我谈心，提供我在工作精神上结实的信心和动力，伏案沉思这半年，简单归纳为下几点：</w:t>
      </w:r>
      <w:r>
        <w:rPr>
          <w:lang w:eastAsia="zh-CN"/>
        </w:rPr>
        <w:br/>
      </w:r>
      <w:r>
        <w:rPr>
          <w:lang w:eastAsia="zh-CN"/>
        </w:rPr>
        <w:t>　　1.一切从零开始，积极学习市场运作有关方面的专业知识，努力做到专业知识程度向市场这方面发展;</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https://d.book118.com/118065127006006047</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18065127006006047"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