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计划生育的工作总结</w:t>
      </w:r>
    </w:p>
    <w:p>
      <w:pPr>
        <w:spacing w:before="100" w:after="200" w:line="360" w:lineRule="auto"/>
        <w:jc w:val="left"/>
      </w:pPr>
      <w:r>
        <w:rPr>
          <w:rFonts w:ascii="宋体 (中文正文)" w:eastAsia="宋体" w:hAnsi="宋体 (中文正文)"/>
          <w:b/>
          <w:sz w:val="28"/>
        </w:rPr>
        <w:t>一、组织保障</w:t>
      </w:r>
    </w:p>
    <w:p>
      <w:pPr>
        <w:spacing w:before="100" w:after="200" w:line="360" w:lineRule="auto"/>
        <w:ind w:firstLine="576"/>
        <w:jc w:val="left"/>
      </w:pPr>
      <w:r>
        <w:rPr>
          <w:rFonts w:ascii="宋体" w:eastAsia="宋体" w:hAnsi="宋体"/>
          <w:sz w:val="28"/>
        </w:rPr>
        <w:t>为加强计划生育“三结合”工作的领导，调整充实了以县联社主任为组长的计划生育“三结合”领导小组，科技股具体承办，负责日常工作，各股室相互配合，通力协作，从组织领导上予以保障。</w:t>
      </w:r>
    </w:p>
    <w:p>
      <w:pPr>
        <w:spacing w:before="100" w:after="200" w:line="360" w:lineRule="auto"/>
        <w:jc w:val="left"/>
      </w:pPr>
      <w:r>
        <w:rPr>
          <w:rFonts w:ascii="宋体 (中文正文)" w:eastAsia="宋体" w:hAnsi="宋体 (中文正文)"/>
          <w:b/>
          <w:sz w:val="28"/>
        </w:rPr>
        <w:t>二、工作目标明确</w:t>
      </w:r>
    </w:p>
    <w:p>
      <w:pPr>
        <w:spacing w:before="100" w:after="200" w:line="360" w:lineRule="auto"/>
        <w:ind w:firstLine="576"/>
        <w:jc w:val="left"/>
      </w:pPr>
      <w:r>
        <w:rPr>
          <w:rFonts w:ascii="宋体" w:eastAsia="宋体" w:hAnsi="宋体"/>
          <w:sz w:val="28"/>
        </w:rPr>
        <w:t>2、制定了帮扶措施和办法，</w:t>
      </w:r>
    </w:p>
    <w:p>
      <w:pPr>
        <w:spacing w:before="100" w:after="200" w:line="360" w:lineRule="auto"/>
        <w:ind w:firstLine="576"/>
        <w:jc w:val="left"/>
      </w:pPr>
      <w:r>
        <w:rPr>
          <w:rFonts w:ascii="宋体" w:eastAsia="宋体" w:hAnsi="宋体"/>
          <w:sz w:val="28"/>
        </w:rPr>
        <w:t>一是结合农村产业结构调整，帮助帮扶户因地制宜地选择了投资的项目；</w:t>
      </w:r>
    </w:p>
    <w:p>
      <w:pPr>
        <w:spacing w:before="100" w:after="200" w:line="360" w:lineRule="auto"/>
        <w:ind w:firstLine="576"/>
        <w:jc w:val="left"/>
      </w:pPr>
      <w:r>
        <w:rPr>
          <w:rFonts w:ascii="宋体" w:eastAsia="宋体" w:hAnsi="宋体"/>
          <w:sz w:val="28"/>
        </w:rPr>
        <w:t>二是为帮扶户对象提供技术、信息等服务；</w:t>
      </w:r>
    </w:p>
    <w:p>
      <w:pPr>
        <w:spacing w:before="100" w:after="200" w:line="360" w:lineRule="auto"/>
        <w:jc w:val="left"/>
      </w:pPr>
      <w:r>
        <w:rPr>
          <w:rFonts w:ascii="宋体 (中文正文)" w:eastAsia="宋体" w:hAnsi="宋体 (中文正文)"/>
          <w:b/>
          <w:sz w:val="28"/>
        </w:rPr>
        <w:t>三、帮扶项目、物资、资金落实，切实做到真帮实扶</w:t>
      </w:r>
    </w:p>
    <w:p>
      <w:pPr>
        <w:spacing w:before="100" w:after="200" w:line="360" w:lineRule="auto"/>
        <w:ind w:firstLine="576"/>
        <w:jc w:val="left"/>
      </w:pPr>
      <w:r>
        <w:rPr>
          <w:rFonts w:ascii="宋体" w:eastAsia="宋体" w:hAnsi="宋体"/>
          <w:sz w:val="28"/>
        </w:rPr>
        <w:t>我社以供销[xxxx]xxx号文件确定镇村为计划生育“三结合”帮扶基地，帮扶项目为种、养殖，要求各专业合作社、公司要结合实际开展计生“三结合”工作，在业务范围内对计划生育户给予倾斜，落实优惠政策，切实帮助他们增产增收。</w:t>
      </w:r>
    </w:p>
    <w:p>
      <w:pPr>
        <w:spacing w:before="100" w:after="200" w:line="360" w:lineRule="auto"/>
        <w:jc w:val="left"/>
      </w:pPr>
      <w:r>
        <w:rPr>
          <w:rFonts w:ascii="宋体 (中文正文)" w:eastAsia="宋体" w:hAnsi="宋体 (中文正文)"/>
          <w:b/>
          <w:sz w:val="28"/>
        </w:rPr>
        <w:t>四、科学培训、政策宣传和工作落实</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我社今年在计划生育“三结合”工作中，坚持走村入户，出谋划策，认认真真按要求和计生“三结合”工作的目标开展工作，在下一步工作中，我们将认真总结经验，加大工作力度，切实抓好“三结合”工作的具体落实，对特困“三结合”户采取切实有力的帮扶措施，按照扶持与扶智相结合的工作目标，努力推进计生“三结合”工作再上新台阶。</w:t>
      </w:r>
    </w:p>
    <w:p>
      <w:pPr>
        <w:spacing w:before="100" w:after="200" w:line="360" w:lineRule="auto"/>
        <w:ind w:firstLine="576"/>
        <w:jc w:val="left"/>
      </w:pPr>
      <w:r>
        <w:rPr>
          <w:rFonts w:ascii="宋体" w:eastAsia="宋体" w:hAnsi="宋体"/>
          <w:sz w:val="28"/>
        </w:rPr>
        <w:t>今年以来，在市计生委的大力支持和精心指导下，xx县委、县政府面对新形势、新任务、新要求，紧紧围绕年初制定的“坚持一个统揽，突出三个重点，实施四大工程，实现八项目标”的总体工作思路，重心下移靠基层，扎实工作求突破，充分发挥基层组织的主观能动性，提高自主创新能力，稳步地推进了全县计划生育工作健康深入发展，全面完成了责任书指标要求，在巩固去年已取得的成绩的同时，全县人口计生工作取得了长足的发展。</w:t>
      </w:r>
    </w:p>
    <w:p>
      <w:pPr>
        <w:spacing w:before="100" w:after="200" w:line="360" w:lineRule="auto"/>
        <w:ind w:firstLine="576"/>
        <w:jc w:val="left"/>
      </w:pPr>
      <w:r>
        <w:rPr>
          <w:rFonts w:ascii="宋体" w:eastAsia="宋体" w:hAnsi="宋体"/>
          <w:sz w:val="28"/>
        </w:rPr>
        <w:t>截止9月底，全县总人口161345人，新生1666人，出生率为10.33‰，政策内生育1520人，符合政策生育率为91.24%，高于责任书指标要求1.24，长效措施落实率为89.09%，高于责任书指标要求4.09，近二年长效措施落实率84.18%，高于责任书指标要求4.18，当年社会抚养费征兑率完成91.41%，高于责任书指标要求5.21，历年社会抚养费征兑率达到95.21%，高于责任书指标要求5.21，流入人口育龄妇女服务率达到95%，全年无计划外多孩生育，其余指标均达责任书指标要求。年初提出的计划生育“八大目标”已全部完成。</w:t>
      </w:r>
    </w:p>
    <w:p>
      <w:pPr>
        <w:spacing w:before="100" w:after="200" w:line="360" w:lineRule="auto"/>
        <w:ind w:firstLine="576"/>
        <w:jc w:val="left"/>
      </w:pPr>
      <w:r>
        <w:rPr>
          <w:rFonts w:ascii="宋体" w:eastAsia="宋体" w:hAnsi="宋体"/>
          <w:sz w:val="28"/>
        </w:rPr>
        <w:t>我们的主要做法和措施体现在以下五个方面：</w:t>
      </w:r>
    </w:p>
    <w:p>
      <w:pPr>
        <w:spacing w:before="100" w:after="200" w:line="360" w:lineRule="auto"/>
        <w:jc w:val="left"/>
      </w:pPr>
      <w:r>
        <w:rPr>
          <w:rFonts w:ascii="宋体 (中文正文)" w:eastAsia="宋体" w:hAnsi="宋体 (中文正文)"/>
          <w:b/>
          <w:sz w:val="28"/>
        </w:rPr>
        <w:t>一、强基固本，进一步夯实基层基础工作。</w:t>
      </w:r>
    </w:p>
    <w:p>
      <w:pPr>
        <w:spacing w:before="100" w:after="200" w:line="360" w:lineRule="auto"/>
        <w:ind w:firstLine="576"/>
        <w:jc w:val="left"/>
      </w:pPr>
      <w:r>
        <w:rPr>
          <w:rFonts w:ascii="宋体" w:eastAsia="宋体" w:hAnsi="宋体"/>
          <w:sz w:val="28"/>
        </w:rPr>
        <w:t>去年在计生形势非常严峻的情况下，我们主要追求了各项计生指标的完成，今年，我们制定更长远的目标，立足常抓不懈，超前服务，服务前移，制定长效措施，从基层基础建设抓起。</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一是实行重点指标完成情况定期排名和通报制度。在去年建立起计生工作长效机制的基础上，今年全县实行月重点指标情况排名通报制度，根据“全员人口管理系统”信息，每月月初下达下月的各乡镇、社区征费、四术等硬性任务，对本月完成情况进行汇总分析。县计生局全体干部分片蹲点，督促指导，确保了各项指标的完成，有效地稳定了低生育水平。</w:t>
      </w:r>
    </w:p>
    <w:p>
      <w:pPr>
        <w:spacing w:before="100" w:after="200" w:line="360" w:lineRule="auto"/>
        <w:ind w:firstLine="576"/>
        <w:jc w:val="left"/>
      </w:pPr>
      <w:r>
        <w:rPr>
          <w:rFonts w:ascii="宋体" w:eastAsia="宋体" w:hAnsi="宋体"/>
          <w:sz w:val="28"/>
        </w:rPr>
        <w:t>二是对县计生指导站按照省优等级标准进行改造。目前，投资190万元、占地面积340平方米、建筑面积1340平方米的县指导站门诊大楼正在紧张施工，该项工程投入使用后，将会极大地改善县站的服务环境，增强服务能力，更好地为全县3万余名育龄妇女提供优良的技术服务。</w:t>
      </w:r>
    </w:p>
    <w:p>
      <w:pPr>
        <w:spacing w:before="100" w:after="200" w:line="360" w:lineRule="auto"/>
        <w:ind w:firstLine="576"/>
        <w:jc w:val="left"/>
      </w:pPr>
      <w:r>
        <w:rPr>
          <w:rFonts w:ascii="宋体" w:eastAsia="宋体" w:hAnsi="宋体"/>
          <w:sz w:val="28"/>
        </w:rPr>
        <w:t>三是加大对乡所村室的投入。今年我们把加强基层基础建设、改善优质服务条件作为全年工作的重点，从服务场所到医疗设备，严格按照省优县的标准为全县10个乡镇和社区的计生服务站添置了电脑、照相机、打印机、b超、妇检床、手术包等医疗器械，为204个行政村服务室统一配备药具箱、粉色窗帘和床单，对乡所村室统一标牌，对医疗器械统一装备，对服务人员统一着装。现在，各乡镇服务所服务设施齐全，面积达标，装修规范，真正做到了场所温馨化、操作规范化。截至目前，已向县、乡、村三级服务阵地累计投入达74万元。</w:t>
      </w:r>
    </w:p>
    <w:p>
      <w:pPr>
        <w:spacing w:before="100" w:after="200" w:line="360" w:lineRule="auto"/>
        <w:ind w:firstLine="576"/>
        <w:jc w:val="left"/>
      </w:pPr>
      <w:r>
        <w:rPr>
          <w:rFonts w:ascii="宋体" w:eastAsia="宋体" w:hAnsi="宋体"/>
          <w:sz w:val="28"/>
        </w:rPr>
        <w:t>四是优质服务长效机制初步形成。在加强硬件建设的同时，我们把为群众提供优质服务作为基层基础建设的主线，既强化站内管理，又注重下乡服务，充分发挥县站服务车作用，走活了全县优质服务一盘棋。今年从3月份开始，流动服务车坚持每月下乡20天以上。对乡所重点强化经常性服务工作，以宣传、技术为主的计划生育“双服务”活动实现经常化。我们要求乡镇社区将计划生育“双服务”活动作为经常性工作抓在手上，县里每季度对各乡镇社区开展计划生育“双服务”活动的进展情况进行汇总，全县通报，取得了良好的效果，县、乡优质服务的长效机制初步形成。</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二、强化队伍建设，全面提升优质服务能力。</w:t>
      </w:r>
    </w:p>
    <w:p>
      <w:pPr>
        <w:spacing w:before="100" w:after="200" w:line="360" w:lineRule="auto"/>
        <w:ind w:firstLine="576"/>
        <w:jc w:val="left"/>
      </w:pPr>
      <w:r>
        <w:rPr>
          <w:rFonts w:ascii="宋体" w:eastAsia="宋体" w:hAnsi="宋体"/>
          <w:sz w:val="28"/>
        </w:rPr>
        <w:t>一是不断充实计生队伍。在去年增加12名基层计生专干的基础上，今年，从强化技术力量的角度出发，县委、县政府根据需要，又为县计生指导站增添了8名医疗技术人员编制，目前笔试、面试工作已全部结束，近日即可对录用人员安排工作岗位。通过充实新鲜血液，将会彻底解决基层计生人员多年来存在的年龄结构老化、人员流动不畅、工作积极性不高等问题。</w:t>
      </w:r>
    </w:p>
    <w:p>
      <w:pPr>
        <w:spacing w:before="100" w:after="200" w:line="360" w:lineRule="auto"/>
        <w:ind w:firstLine="576"/>
        <w:jc w:val="left"/>
      </w:pPr>
      <w:r>
        <w:rPr>
          <w:rFonts w:ascii="宋体" w:eastAsia="宋体" w:hAnsi="宋体"/>
          <w:sz w:val="28"/>
        </w:rPr>
        <w:t>二是加大培训力度，提高计生干部的服务能力。3月14日，我们召开了全县计生干部贯彻省《实施意见》</w:t>
      </w:r>
    </w:p>
    <w:p>
      <w:pPr>
        <w:spacing w:before="100" w:after="200" w:line="360" w:lineRule="auto"/>
        <w:ind w:firstLine="576"/>
        <w:jc w:val="left"/>
      </w:pPr>
      <w:r>
        <w:rPr>
          <w:rFonts w:ascii="宋体" w:eastAsia="宋体" w:hAnsi="宋体"/>
          <w:sz w:val="28"/>
        </w:rPr>
        <w:t>暨计生干部业务培训会，专门邀请了市人口计生委领导对优质服务、宣传教育、流动人口管理等进行了授课，使全县计生干部找准了自身存在的差距、进一步明确了今后的工作重点和发展方向。培训结束后，立即组织局业务骨干用一个月的时间，对乡镇和社区的283名村（居）计生专干进行了一次轮训，这是近年来对基层计生人员进行的一次规模最大的培训，也是质量最高的一次培训，使一线人员在巧服务、会管理等方面收获颇多，大大提高了基层人员的业务素质和工作能力。</w:t>
      </w:r>
    </w:p>
    <w:p>
      <w:pPr>
        <w:spacing w:before="100" w:after="200" w:line="360" w:lineRule="auto"/>
        <w:ind w:firstLine="576"/>
        <w:jc w:val="left"/>
      </w:pPr>
      <w:r>
        <w:rPr>
          <w:rFonts w:ascii="宋体" w:eastAsia="宋体" w:hAnsi="宋体"/>
          <w:sz w:val="28"/>
        </w:rPr>
        <w:t>三是实施走出去引进来的工作方法，进一步解放思想、开拓视野。4月24日，组织全县计生业务骨干和部分村支部书记共50余人，在市计生委领导的带领下，专门到曾经荣获全国优质服务先进县的阳泉市郊区计生局进行了参观学习，对照先进找差距，吸收经验促发展。各乡镇的计生站站长在短时间内谋划出了人口文化、乡所村室的建设思路。</w:t>
      </w:r>
    </w:p>
    <w:p>
      <w:pPr>
        <w:spacing w:before="100" w:after="200" w:line="360" w:lineRule="auto"/>
        <w:jc w:val="left"/>
      </w:pPr>
      <w:r>
        <w:rPr>
          <w:rFonts w:ascii="宋体 (中文正文)" w:eastAsia="宋体" w:hAnsi="宋体 (中文正文)"/>
          <w:b/>
          <w:sz w:val="28"/>
        </w:rPr>
        <w:t>三、扩大宣传，人口文化宣传阵地不断巩固。</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为从根本上破解计生工作的难题，让群众变被动为主动、变强迫执行为自觉遵守，我们不断创新宣传教育的方式和方法，为群众营造出一个浓厚的生育文化氛围。</w:t>
      </w:r>
    </w:p>
    <w:p>
      <w:pPr>
        <w:spacing w:before="100" w:after="200" w:line="360" w:lineRule="auto"/>
        <w:ind w:firstLine="576"/>
        <w:jc w:val="left"/>
      </w:pPr>
      <w:r>
        <w:rPr>
          <w:rFonts w:ascii="宋体" w:eastAsia="宋体" w:hAnsi="宋体"/>
          <w:sz w:val="28"/>
        </w:rPr>
        <w:t>首先，以清理规范计生标语为契机，整肃全县计生宣传环境。从去年10月份开始，特别是结合当前的迎奥运环境整治工作，先后召开了3次专门会议就此项工作进行安排部署，成立了清理整顿领导组，明确职责，狠抓落实，对全县的计生标语进行了拉网式筛查，做到了“四清”，即数量清、位置清、内容清、责任清。通过“四清”达到了“四化”，即：宣传标语体规范化、内容标准化、管理制度化、形式靓丽化。</w:t>
      </w:r>
    </w:p>
    <w:p>
      <w:pPr>
        <w:spacing w:before="100" w:after="200" w:line="360" w:lineRule="auto"/>
        <w:ind w:firstLine="576"/>
        <w:jc w:val="left"/>
      </w:pPr>
      <w:r>
        <w:rPr>
          <w:rFonts w:ascii="宋体" w:eastAsia="宋体" w:hAnsi="宋体"/>
          <w:sz w:val="28"/>
        </w:rPr>
        <w:t>其次，实施精品工程，加强人口文化“三项建设”。按照省人口计生委宣传工作会议上“计生宣传教育工作要贴近实际、贴近生活、贴近群众，着力发挥宣传教育先导作用”的要求，今年，我们在宣传教育工作中重点开展人口文化“三项建设”工作。全县各乡镇根据各自经济条件，因地制宜、因势利导，把人口文化“三项建设”融入到新农村建设之中，使人们在休闲娱乐中感受到生育文化的宣传教育，真正让先进的生育文化进入了千家万户，并且建设规模、宣传形式各有特点，令人耳目一新。宣传文艺队文艺作品紧扣工作主题，教育意义深远，一部反映“关爱女孩”工作成果《老井女孩》被省计生委推荐到国家计生委，小花戏《太行山上新农家》代表晋中市参加了山西省开放三十周年人口文化建设文艺汇演。6月25日，我们成功地召开xx县人口文化“三项建设”现场会，省宣教中心、市计生委领导应邀出席并给予高度评价，县长及县四大班子分管领导全部参加现场会，充分肯定了计生工作“精神面貌好、工作作风正、宣传力度大、阵地建设水平高”。截至目前，全县人口文化“三项建设”累计投入207万元，建成36个人口文化大院（广场、一条街），18个人口文化活动室，11支人口文艺宣传队，形成了大联合、大宣传、出精品的人口计生宣传教育新格局。</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第三、注重对外宣传，扩大计生工作的知名度。一是开通计生网站面向全社会进行宣传。县人口计生局开通了自己的网站，成为晋中市第一家县级计划生育专网，设有“关爱女孩”、“奖励扶助”、“工作动态”等10个栏目，不仅丰富了宣传形式和内容，同时也大大提高了计划生育在全县人民心中的知晓率和影响力。二是通过计生网站加强对外宣传报道工作，让外界了解xx县计生工作。目前，xx县计生信息已被国家、省、市有关部门多次采用并宣传报道，其中中国人口网4次，山西人口网3次，“人与家”网23次，晋中人口网25次报道计生信息，《中国人口报》在“基层”版反映计生工作达2次。同时我们加强计划生育内部交流，不断地向计划生育各内部刊物传送计生动态，《山西人口》杂志登载计生动态5篇，省计生委《内部通报》报道计生信息4篇。</w:t>
      </w:r>
    </w:p>
    <w:p>
      <w:pPr>
        <w:spacing w:before="100" w:after="200" w:line="360" w:lineRule="auto"/>
        <w:jc w:val="left"/>
      </w:pPr>
      <w:r>
        <w:rPr>
          <w:rFonts w:ascii="宋体 (中文正文)" w:eastAsia="宋体" w:hAnsi="宋体 (中文正文)"/>
          <w:b/>
          <w:sz w:val="28"/>
        </w:rPr>
        <w:t>四、严格奖惩，有效构建和谐计生。</w:t>
      </w:r>
    </w:p>
    <w:p>
      <w:pPr>
        <w:spacing w:before="100" w:after="200" w:line="360" w:lineRule="auto"/>
        <w:ind w:firstLine="576"/>
        <w:jc w:val="left"/>
      </w:pPr>
      <w:r>
        <w:rPr>
          <w:rFonts w:ascii="宋体" w:eastAsia="宋体" w:hAnsi="宋体"/>
          <w:sz w:val="28"/>
        </w:rPr>
        <w:t>一是部门联动，扎实推进“关爱女孩”和“新农家创建”活动。年初，联合财政、民政、公安、卫生、扶贫等14个部门成立“关爱女孩”工作领导组，明确了各部门在产业结构调整、扶贫开发、移民搬迁、项目落实、双女户入学升学中，优先对贫困母亲和贫困女孩进行救助的相关规定。出台了关于综合治理出生人口性别比的文件和方案，下发到各乡镇（社区）和计生、卫生、公安等部门，与b超管理责任单位、责任人层层签订责任书。今年中考，县教育局对报考本县高中的112名独生子女家庭考生进行了加10分的优惠，真正实现了部门联动、群众参与。</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二是加大对城镇违法生育的查处力度。针对群众反映强烈的城镇干部职工偷生、抢生等违法生育现象，我县下大决心，动硬措施，通过全县摸底排查和群众举报并认真核实，重点对2022年5月1日以来有违法生育行为的26名干部职工进行了党纪、政纪、经济上的处理，目前，对5名干部职工进行了党纪处分，对21名干部职工进行了政纪处分，征收社会抚养费万元。有效遏制了城镇违法生育持续攀升的势头，县城社区计划生育工作渐入良性轨道。</w:t>
      </w:r>
    </w:p>
    <w:p>
      <w:pPr>
        <w:spacing w:before="100" w:after="200" w:line="360" w:lineRule="auto"/>
        <w:ind w:firstLine="576"/>
        <w:jc w:val="left"/>
      </w:pPr>
      <w:r>
        <w:rPr>
          <w:rFonts w:ascii="宋体" w:eastAsia="宋体" w:hAnsi="宋体"/>
          <w:sz w:val="28"/>
        </w:rPr>
        <w:t>三是强化依法行政，确保全县计划生育工作的稳定和谐。我们下发了有关强化依法行政的文件，从制度了保证了全县依法行政工作的开展。对各乡镇（社区）计生助理员进行了调整充实，一批年轻有为、有基层工作经验、具有行政执法能力的公务员加入到计生队伍行列，通过此举优化了计生干部队伍结构，强化了计生执法主体队伍建设，切实加大计生工作执法力度。同时我们对全县计划生育行政执法人员进行了依法行政专题培训，推行计划生育信访案件责任追究制和“一票否决制”，对信访老案进行深入调查，根据事实认真解决，及时化解矛盾，确保了全县计划生育工作的和谐稳定。</w:t>
      </w:r>
    </w:p>
    <w:p>
      <w:pPr>
        <w:spacing w:before="100" w:after="200" w:line="360" w:lineRule="auto"/>
        <w:jc w:val="left"/>
      </w:pPr>
      <w:r>
        <w:rPr>
          <w:rFonts w:ascii="宋体 (中文正文)" w:eastAsia="宋体" w:hAnsi="宋体 (中文正文)"/>
          <w:b/>
          <w:sz w:val="28"/>
        </w:rPr>
        <w:t>五、加强协调，形成有利于计划生育工作的长效机制。</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一）、坚持部门齐抓共管，确保流动人口管理经常化。近年来，随着我县工业化、城镇化的进程不断推进，流动人口逐年增加，流动人口计划生育管理与服务已经成为计划生育工作的重要组成部分。一是我们在年初出台了《xx县流动人口管理和信息通报办法》，明确了综治、公安、城建、劳动、工商、社区、卫生等部门的工作职责和各乡镇、社区对县内流动人口信息通报具体办法，确保工作职责到位，信息通报到位。并建立了现居住地为主的流动人口计生管理服务工作机制，按照“属地化管理、市民化服务”的原则，将流入人口与户籍人口同宣传、同管理、同服务。二是以创建省级先进示范社区为契机，加强县城社区流动人口管理。全县8个居委会全部配齐工作人员，统一装修办公场所，规范服务内容，使之成为外来我县务工人员的“计生之家”，县城万寿社区被评为先进示范社区参与了全市的经验交流。三是时及时开展县城范围内的流动人口清查工作。对新成立的滨河嘉园、滨河绿洲、西花苑等七个小区进行摸底登记，澄清了全县新城建设大动作下带来的人口流动问题。通过以上工作，目前全县的流动人口管理实现了党政负责、部门配合、群团参与、综合治理的流动人口计生管理服务新格局。流动人口计划生育工作真正有了新的突破。</w:t>
      </w:r>
    </w:p>
    <w:p>
      <w:pPr>
        <w:spacing w:before="100" w:after="200" w:line="360" w:lineRule="auto"/>
        <w:ind w:firstLine="576"/>
        <w:jc w:val="left"/>
      </w:pPr>
      <w:r>
        <w:rPr>
          <w:rFonts w:ascii="宋体" w:eastAsia="宋体" w:hAnsi="宋体"/>
          <w:sz w:val="28"/>
        </w:rPr>
        <w:t>（二）、适时开展计划生育综合治理工作的专项督查。为及时发现综合治理工作中的问题，以便科学梳理工作思路，9月16日到18日，县政府副县长带队，县计生领导组深入全县16个综合治理成员单位，对照《xx县人民政府2022年计划生育综合治理目标管理责任书》中具体任务要求，深入细致地逐项进行检查，采取“听、看、查、堵、找”的方法，对各单位计划生育目标管理责任落实情况进行了专项督查。检查结果将作为县委、县政府对各单位全年目标责任落实情况的主要考核依据，对落实情况好的单位，县委、县政府要在全县予以表彰奖励，对在规定时限内仍不能完成目标责任的单位，将严格落实“一票否决”，全县通报。通过专项督查行动，有效地推动了全县综合治理工作的健康发展。</w:t>
      </w:r>
    </w:p>
    <w:p>
      <w:pPr>
        <w:spacing w:before="100" w:after="200" w:line="360" w:lineRule="auto"/>
        <w:ind w:firstLine="576"/>
        <w:jc w:val="left"/>
      </w:pPr>
      <w:r>
        <w:rPr>
          <w:rFonts w:ascii="宋体" w:eastAsia="宋体" w:hAnsi="宋体"/>
          <w:sz w:val="28"/>
        </w:rPr>
        <w:t>通过以上五项措施的落实，我县的计划生育工作呈现出稳定的发展态势，但是面对新形势对计划生育工作的新要求，我们仍然存在许多矛盾和压力，主要体现在：</w:t>
      </w:r>
    </w:p>
    <w:p>
      <w:pPr>
        <w:spacing w:before="100" w:after="200" w:line="360" w:lineRule="auto"/>
        <w:ind w:firstLine="576"/>
        <w:jc w:val="left"/>
      </w:pPr>
      <w:r>
        <w:rPr>
          <w:rFonts w:ascii="宋体" w:eastAsia="宋体" w:hAnsi="宋体"/>
          <w:sz w:val="28"/>
        </w:rPr>
        <w:t>1、计划生育形势逼人，又一轮人口出生高峰即将到来，稳定低生育水平面临反弹；</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2、出生缺陷发生率较高，人口素质与社会和谐发展存在矛盾，给整个社会特别是相关家庭带来沉重的精神和经济负担，全面实施“健苗工程”、全力开展出生缺陷干预工作的力度仍需加强；</w:t>
      </w:r>
    </w:p>
    <w:p>
      <w:pPr>
        <w:spacing w:before="100" w:after="200" w:line="360" w:lineRule="auto"/>
        <w:ind w:firstLine="576"/>
        <w:jc w:val="left"/>
      </w:pPr>
      <w:r>
        <w:rPr>
          <w:rFonts w:ascii="宋体" w:eastAsia="宋体" w:hAnsi="宋体"/>
          <w:sz w:val="28"/>
        </w:rPr>
        <w:t>3、，出生人口性别比偏高，给社会增加不和谐因素，综合治理出生人口性别比偏高的工作任重道远；</w:t>
      </w:r>
    </w:p>
    <w:p>
      <w:pPr>
        <w:spacing w:before="100" w:after="200" w:line="360" w:lineRule="auto"/>
        <w:ind w:firstLine="576"/>
        <w:jc w:val="left"/>
      </w:pPr>
      <w:r>
        <w:rPr>
          <w:rFonts w:ascii="宋体" w:eastAsia="宋体" w:hAnsi="宋体"/>
          <w:sz w:val="28"/>
        </w:rPr>
        <w:t>4、随着我县工业化、城市化进程的快速推进，流动人口的数量加大，流动计划生育管理工作面临很大压力；</w:t>
      </w:r>
    </w:p>
    <w:p>
      <w:pPr>
        <w:spacing w:before="100" w:after="200" w:line="360" w:lineRule="auto"/>
        <w:ind w:firstLine="576"/>
        <w:jc w:val="left"/>
      </w:pPr>
      <w:r>
        <w:rPr>
          <w:rFonts w:ascii="宋体" w:eastAsia="宋体" w:hAnsi="宋体"/>
          <w:sz w:val="28"/>
        </w:rPr>
        <w:t>5、对部分“社会人”、非农人口和下岗工人的违法生育行为缺乏制约手段，城镇违法生育查处工作任务重、困难多。</w:t>
      </w:r>
    </w:p>
    <w:p>
      <w:pPr>
        <w:spacing w:before="100" w:after="200" w:line="360" w:lineRule="auto"/>
        <w:ind w:firstLine="576"/>
        <w:jc w:val="left"/>
      </w:pPr>
      <w:r>
        <w:rPr>
          <w:rFonts w:ascii="宋体" w:eastAsia="宋体" w:hAnsi="宋体"/>
          <w:sz w:val="28"/>
        </w:rPr>
        <w:t>工作的实践证明，有领导重视程度的加强、有上级领导的支持和帮助、有部门间的共同努力、有计生人员的奋力拼搏，计划生育工作就一定能取得显著的成绩。在今后的工作中，我们将发扬成绩，放眼长远，以奋发有为的精神、争先创优的斗志、求真务实的作风和攻坚克难的气魄，开拓进取，扎实工作，努力开创我县人口和计生工作新局面，为全面建设小康社会、构建和谐做出新的贡献。</w:t>
      </w:r>
    </w:p>
    <w:p>
      <w:pPr>
        <w:spacing w:before="100" w:after="200" w:line="360" w:lineRule="auto"/>
        <w:jc w:val="left"/>
      </w:pPr>
      <w:r>
        <w:rPr>
          <w:rFonts w:ascii="宋体 (中文正文)" w:eastAsia="宋体" w:hAnsi="宋体 (中文正文)"/>
          <w:sz w:val="28"/>
        </w:rPr>
        <w:t>各位领导、同志们：</w:t>
      </w:r>
    </w:p>
    <w:p>
      <w:pPr>
        <w:spacing w:before="100" w:after="200" w:line="360" w:lineRule="auto"/>
        <w:ind w:firstLine="576"/>
        <w:jc w:val="left"/>
      </w:pPr>
      <w:r>
        <w:rPr>
          <w:rFonts w:ascii="宋体" w:eastAsia="宋体" w:hAnsi="宋体"/>
          <w:sz w:val="28"/>
        </w:rPr>
        <w:t>根据大会的议程安排，我就2022年人口与计划生育工作情况和2022年的工作打算作简要的发言。</w:t>
      </w:r>
    </w:p>
    <w:p>
      <w:pPr>
        <w:spacing w:before="100" w:after="200" w:line="360" w:lineRule="auto"/>
        <w:jc w:val="left"/>
      </w:pPr>
      <w:r>
        <w:rPr>
          <w:rFonts w:ascii="宋体 (中文正文)" w:eastAsia="宋体" w:hAnsi="宋体 (中文正文)"/>
          <w:b/>
          <w:sz w:val="28"/>
        </w:rPr>
        <w:t>一、2022年人口与计划生育工作简要回顾</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2022年，在区委、区政府的正确领导下，各级党委、政府高度重视、全力支持和相关部门的密切配合、通力合作，经过全区计生干部的共同努力，我区的人口与计划生育工作取得了较好的成绩，全面完成了年初确定的各项目标任务。人口出生率‰，计划生育率%，人口自然增长率‰，出生婴儿性别比：。回顾去年的计生工作，主要是立足基础、寻求创新，从整体上提升我区的人口与计生工作水平，具体表现有：一是党委和政府对计生工作继续坚持“一把手亲自抓、负总责，分管领导具体抓，业务部门专门抓”，“一级抓一级，层层抓落实”的工作格局，重视程度明显加强；二是继续加强学习、扩大宣传、贯彻计划生育“一法三规”掀起新高潮；三是出生人口性别比专项整治工作开创了新局面；四是以技术服务为中心的优质服务提高到了一个新的水平；五是社会抚养费的征收有了新举措；六是展示计生干部队伍新形象的“星级创优”活动有了新内容；七是综合治理流动人口与计划生育工作有了新的起色；八是利益导向机制建设有了新亮点，迈出了新步代。</w:t>
      </w:r>
    </w:p>
    <w:p>
      <w:pPr>
        <w:spacing w:before="100" w:after="200" w:line="360" w:lineRule="auto"/>
        <w:ind w:firstLine="576"/>
        <w:jc w:val="left"/>
      </w:pPr>
      <w:r>
        <w:rPr>
          <w:rFonts w:ascii="宋体" w:eastAsia="宋体" w:hAnsi="宋体"/>
          <w:sz w:val="28"/>
        </w:rPr>
        <w:t>2022年计生工作虽取得了一些成绩，但我们还是必须清醒地看到工作中仍面临着一些困难和问题，一是仍有少有地区对计生政策的执行有不力的地方，政策外生育有回升势头，不少地方出现抢生现象，稳定低生育水平任务依然艰巨；二是流动人口管理难度大，特别是随着外出人口增多，有的流向不明，给计划生育的管理带来了难度，是计外生育的隐患之所在；三是非法胎儿性别鉴定和非法引产在一些不法医院和农村个体诊所时有发生，对这类案件的查处因取证难导致查处到位的难度异常大，个别地区性别比有失调的均势；四是农村计划生育家庭利益保障机制尚不健全、措施不到位，农村独生子女的领证率低；五是计划外生育的查处难，个别单位配合程度有待加强；六是社会抚养费征收难，对抗拒不交者尚缺乏有效的法律手段，致使征收难，这些问题如不能得到有效的解决，势必会影响到我区人口与计划生育工作朝着健康有序的方向发展。</w:t>
      </w:r>
    </w:p>
    <w:p>
      <w:pPr>
        <w:spacing w:before="100" w:after="200" w:line="360" w:lineRule="auto"/>
        <w:jc w:val="left"/>
      </w:pPr>
      <w:r>
        <w:rPr>
          <w:rFonts w:ascii="宋体 (中文正文)" w:eastAsia="宋体" w:hAnsi="宋体 (中文正文)"/>
          <w:b/>
          <w:sz w:val="28"/>
        </w:rPr>
        <w:t>二、2022年的人口与计生工作安排</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关于2022年的工作安排，我们已专门印发了书面材料，请各部门按照2022年的工作意见抓好落实。现结合我们计生部们亟需做好的工作谈自己的几点看法：</w:t>
      </w:r>
    </w:p>
    <w:p>
      <w:pPr>
        <w:spacing w:before="100" w:after="200" w:line="360" w:lineRule="auto"/>
        <w:ind w:firstLine="576"/>
        <w:jc w:val="left"/>
      </w:pPr>
      <w:r>
        <w:rPr>
          <w:rFonts w:ascii="宋体" w:eastAsia="宋体" w:hAnsi="宋体"/>
          <w:sz w:val="28"/>
        </w:rPr>
        <w:t>（一）“稳定低生育水平”任务不懈怠，依法落实政策不松劲。继续严格执行生育政策、节育技术政策、奖励和限制政策，把稳定低生育水平作为当前乃至未来几十年的首要任务，咬住这个目标不放松，确保人口计划的顺利完成，为实现现代化和可持续发展创造良好的人口环境。</w:t>
      </w:r>
    </w:p>
    <w:p>
      <w:pPr>
        <w:spacing w:before="100" w:after="200" w:line="360" w:lineRule="auto"/>
        <w:ind w:firstLine="576"/>
        <w:jc w:val="left"/>
      </w:pPr>
      <w:r>
        <w:rPr>
          <w:rFonts w:ascii="宋体" w:eastAsia="宋体" w:hAnsi="宋体"/>
          <w:sz w:val="28"/>
        </w:rPr>
        <w:t>（二）落实好计划生育利益导向机制。计划生育利益导向机制是利国利民的好事情，它是国家为加强和改进农村人口和计划生育工作，变“处罚多生”为“奖励少生”所做的制度性安排，是工作思路和工作方法实现重大转变的标志性举措，我们一定要抓紧抓好。一是要全面推行农村部分家庭计划生育家庭奖励扶助制度。从今年起，国家和省财政将对只有一个子女或两个女孩的农村计划生育家庭，在没有违反计生政策前提下，夫妇年满60周岁后，每人每月给予50元的奖励。这项工作是关系到计划生育家庭实际利益，政策性很强的政治任务，乡（镇）党委、政府要一定要抓紧抓好，确保符合资格的人群“一个不漏，一个不错”，奖励扶助资金足额发放到对象手中；二是着力提高独生子女领证率，对已领证的家庭兑现奖励率达100%；三是积极推行农村0—6岁独生子女平安保险和二女结扎户养老保险，有一户保一户，保险率达100%；四是对包片帮扶的村委会建立关爱女童基金，每年拿出一部分以扶助贫困失学女童，解决她们在升学和生活上的一些困难。五是因地制宜，制定“三结合”的具体措施，创造条件，带领计划生育家庭脱贫致富，感受党的惠民政策的温暖。</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三）健全区、乡、村三级计划生育技术服务网络。继续发挥计生服务站（所）在技术指导方面的优势，坚持“以县站为龙头、乡(镇)中心所为骨干、乡镇服务所为依托、村服务室为基础、流动车为纽带”的总的发展思路和经济、实用、效益优先的基本要求，稳定和加强计生服务的软硬件设施建设。主要落实以下几个方面工作：一是继续采取公开招聘的办法，选择一批符合资质条件的技术人员充实到乡镇服务所，解决服务人员能服务、会服务、服务好的问题；二是加大资金的投入，对乡（镇）中心服务所进行建设，以期在硬件设施上达到省规定的要求；三是加强对技术服务人员的再培训工作，通过提高自身业务技能，为育龄群众提供温馨化服务；四是全面开展“关爱育龄群众生殖健康”优质服务活动，每月二次深入到农村、社区开展生殖健康、优生优育优质服务，乡服务所要进村入户、服务上门；五是继续实施避孕节育知情选择、出生缺陷干预和生殖道感染干预工程，畅通避孕药具的发放渠道，提高群众生活质量和生殖健康水平。</w:t>
      </w:r>
    </w:p>
    <w:p>
      <w:pPr>
        <w:spacing w:before="100" w:after="200" w:line="360" w:lineRule="auto"/>
        <w:ind w:firstLine="576"/>
        <w:jc w:val="left"/>
      </w:pPr>
      <w:r>
        <w:rPr>
          <w:rFonts w:ascii="宋体" w:eastAsia="宋体" w:hAnsi="宋体"/>
          <w:sz w:val="28"/>
        </w:rPr>
        <w:t>（四）加强依法行政，综合治理性别比升高问题。在将控制出生人口性别比纳入目标责任管理的同时，要综合运用法律、行政、经济等手段，继续集中开展性别比专项整治活动，遏制出生人口性别比升高的势头。继续联合公安、卫生、药具等相关部门共同治理出生人口性别比，使之趋于正常。二是加大依法征收社会抚养费的力度，用经济手段来遏制计划外生育情况，征收兑现率达到50%以上；三是计生执法队伍要按照法律规定行使权利、履行职责，杜绝“七不准”现象发生和乱收费、乱罚款行为的发生，切实保障群众的合法权益。</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五）做大做强计生信息平台，提升管理服务水平。坚持以信息化引导管理规范化，以管理规范化促进经常经。一是对具有特色的信息共享机制要加以完善，进一步密切与民政、公安、卫生等部门的关系，创造一个计生信息平台，实现资源共享的最优化。二是加大投入，尽快融入三级网络平台，加强地区间、部门间的信息共享，增强决策的时效性、科学性和前瞻性。三是健全人口综合治理长效机制，不断完善人口与计划生育信息管理手段，做大做强我区的计生信息网络。</w:t>
      </w:r>
    </w:p>
    <w:p>
      <w:pPr>
        <w:spacing w:before="100" w:after="200" w:line="360" w:lineRule="auto"/>
        <w:ind w:firstLine="576"/>
        <w:jc w:val="left"/>
      </w:pPr>
      <w:r>
        <w:rPr>
          <w:rFonts w:ascii="宋体" w:eastAsia="宋体" w:hAnsi="宋体"/>
          <w:sz w:val="28"/>
        </w:rPr>
        <w:t>（六）强化计生队伍能力建设。一是结合今年初开展的保持共产党员先进性教育活动，创学习型机关，达到内强素质，外塑形象，加强机关效能建设。二是对基层计生干部队伍开展星级创优评比活动，设置“好、中、差”三个级别，并把这项成绩纳入到全年的工作考评，将这一结果作为年终进行奖励的依据。三是继续推行计生专干的“县管乡聘村用”的制度，工资报酬纳入财政预算，通过公开招聘，竞争上岗、调整、充实村级计生专干队伍。</w:t>
      </w:r>
    </w:p>
    <w:p>
      <w:pPr>
        <w:spacing w:before="100" w:after="200" w:line="360" w:lineRule="auto"/>
        <w:ind w:firstLine="576"/>
        <w:jc w:val="left"/>
      </w:pPr>
      <w:r>
        <w:rPr>
          <w:rFonts w:ascii="宋体" w:eastAsia="宋体" w:hAnsi="宋体"/>
          <w:sz w:val="28"/>
        </w:rPr>
        <w:t>我的发言到此结束，谢谢大家。</w:t>
      </w:r>
    </w:p>
    <w:p>
      <w:pPr>
        <w:spacing w:before="100" w:after="200" w:line="360" w:lineRule="auto"/>
        <w:ind w:firstLine="576"/>
        <w:jc w:val="left"/>
      </w:pPr>
      <w:r>
        <w:rPr>
          <w:rFonts w:ascii="宋体" w:eastAsia="宋体" w:hAnsi="宋体"/>
          <w:sz w:val="28"/>
        </w:rPr>
        <w:t>1、健康工作机制，落实凡是性工作为主筹划生育工作是我国的一项根本国策，在各级目标办理考核中占有紧张职位处所，并履行“一票反对”，在工作实践中，必须坚定“凡是抓，抓凡是”，才华确保工作任务落到实处。</w:t>
      </w:r>
    </w:p>
    <w:p>
      <w:pPr>
        <w:spacing w:before="100" w:after="200" w:line="360" w:lineRule="auto"/>
        <w:ind w:firstLine="576"/>
        <w:jc w:val="left"/>
      </w:pPr>
      <w:r>
        <w:rPr>
          <w:rFonts w:ascii="宋体" w:eastAsia="宋体" w:hAnsi="宋体"/>
          <w:sz w:val="28"/>
        </w:rPr>
        <w:t>为鞭策全镇计生工作，我一贯把轨制构筑摆在第一名，经过议定建立健康各项轨制，鞭策凡是性工作。本年以来，党委、当局前后联合下发了《关于对筹划生育工作经费的考核方法》、《关于践诺筹划生育村民自治的补充法则》，镇人民当局以《督办关照》的式样对节育手术履行月清月结。这一系列办法强化了责任区和村支两委的工作责任，根本做到每个月一小结、每季一考核、年末大评估，从而真正兑现了筹划生育“以凡是性工作为主”。同时，镇里还出台了《关于筹划生育庞大责任究查的履行定见》、《关于加强构造干部职工筹划生育办理的法则》等，使全镇的筹划生育工作有章可循，有轨制管人，有人办事。</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2、美满村为主和村民自治机制，兑现工作重心下移筹划生育村为主和村民自治，是新期间人口与筹划生育工作的成长之路、之路、必由之路。</w:t>
      </w:r>
    </w:p>
    <w:p>
      <w:pPr>
        <w:spacing w:before="100" w:after="200" w:line="360" w:lineRule="auto"/>
        <w:ind w:firstLine="576"/>
        <w:jc w:val="left"/>
      </w:pPr>
      <w:r>
        <w:rPr>
          <w:rFonts w:ascii="宋体" w:eastAsia="宋体" w:hAnsi="宋体"/>
          <w:sz w:val="28"/>
        </w:rPr>
        <w:t>我镇自客岁践诺筹划生育村民自治以来，获得了必定的结果。本年5月31日，在全市的“筹划生育村为主村民自治经验交换会”上，洪山殿镇作了经验介绍。会后，镇党委、当局又对村民自治工作作了专门安排。根据党委、当局的工作思路，我脱手草拟了《筹划生育村民本资料权属文秘资本网严禁复制抄袭自治章程》和《筹划生育村民自治和谈书》的教导性条目。各村在此根本上，联合各自实际，对相干条目进行了点窜和补充，如：柞子村、前塘村法则对两女户的小孩履行九年制任务教诲全免费入学；永忠村法则对两女结扎户一次入500元养老保险，并在其小孩任务教诲期间每一年补助100元膏火；梓木村法则对自愿抛却再生育的家庭一次性嘉奖1000元……到7月底，已有37个村按法定程序经过议定了新的《筹划生育村民自治章程》，有26个村与农户签订了《筹划生育村民自治和谈书》，从而使我镇的计生工作走上了村民自治的良性成长轨道。</w:t>
      </w:r>
    </w:p>
    <w:p>
      <w:pPr>
        <w:spacing w:before="100" w:after="200" w:line="360" w:lineRule="auto"/>
        <w:ind w:firstLine="576"/>
        <w:jc w:val="left"/>
      </w:pPr>
      <w:r>
        <w:rPr>
          <w:rFonts w:ascii="宋体" w:eastAsia="宋体" w:hAnsi="宋体"/>
          <w:sz w:val="28"/>
        </w:rPr>
        <w:t>3、加强滚动人口办理，提拔基层根本工作程度滚动人口办理一贯是筹划生育工作的重点和难点，我镇的违法生育90%以上是流出人口酿成的。</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为了破解这一坚苦，我们自动向县局请教，县计生局于4月7日到新檀村就滚动人口的筹划生育办理办点树范。5月13日，全镇滚动人口办理现场集会在新檀村召开，以后，“八个一”的滚动人口筹划生育办理模式敏捷推向全镇。如今，每个村的流出已婚育龄妇女，都根据上级要求与村上签订了公约书，找出了包管人，并按时向村上传达栖身地的地点和关联方法，及时寄回有效的孕检表明；村上也及时本资料权属文秘资本网严禁复制抄袭为每个东西办理了婚育表明，建立了筹划生育办理卡，滚动人口以户籍地和现居地互助办理的工作模样初步构成。以加强滚动人口办理为根本，我们对基层根本工作发起了更高的要求。根据上级唆使，对村务果然的内容进行了进一步的补充和美满，并鞭策责任区、村对环境较差的办事室进行了集体搬家。</w:t>
      </w:r>
    </w:p>
    <w:p>
      <w:pPr>
        <w:spacing w:before="100" w:after="200" w:line="360" w:lineRule="auto"/>
        <w:ind w:firstLine="576"/>
        <w:jc w:val="left"/>
      </w:pPr>
      <w:r>
        <w:rPr>
          <w:rFonts w:ascii="宋体" w:eastAsia="宋体" w:hAnsi="宋体"/>
          <w:sz w:val="28"/>
        </w:rPr>
        <w:t>4、抓好嘉奖帮助和整治两非，增进工作周全成长农村部分筹划生育家庭嘉奖帮助轨制，是减缓履行筹划生育家庭的特别坚苦，指导农民自发履行筹划生育的一项根本的筹划生育嘉奖轨制。</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根据上级要求，计生办于元月24日构造摸底培训，2月24日进行二次复核，4月29日今后又进行屡次核实，前后共进行了五次调考核实，三次村组公示，最终肯定了22个村的37名东西享福嘉奖帮助金。集结整治“两非”是贯彻落实省当局194命令、有效禁止性别比失衡的一项紧张办法。4月份以来，我们前后对扶冲村吴爱香等13名东西停止怀胎的环境展开查看，并于7月8日对洪山实业公司职工病院的B超医师王计华进行备案查处，在全镇构成了集结整治“两非”的精良氛围。经过议定计生工作工作和全部镇村干部的竭力，我镇计生工作程度进一步进步，到7月底，共诞生婴儿479人，此入彀内457人，筹划生育率达95.4%，比客岁同期进步0.7个百分点；村为主比率达93.2%，比客岁同期进步4.5个百分点。与此同时，婚育新风进一步深切广大农户，几个月来，有68对育龄夫妇自发领取了《独生后代父母光荣证》，42对两女户自动落实告终扎手术。在工作进程中，本人的弱点也败露无遗，一是太珍视办事，表面进修不敷，不能用与时俱进的人口表面教导工作实践，从而导致在实际工作中立异不敷。二是太珍视完满，对干部关心不敷，平常工作期间对工作人员要求太过刻薄，从而导致内部活泼活泼的场面不敷。三是太珍视结果，对进程办理不敷，不能对被考核单位的工作进行有效的教导，在考核时不能富裕思虑被考核单位的实际环境，从而导致计生办与少数单位之间联合协作不敷。筹划生育工作责任庞大，在今后的工作中，我将连续加强进修，集思广益，与计生战线的全部同志负重奋进，当真结壮地做好迎检的各项筹办工作，为周全兑现党委、当局的工作目标而竭力搏斗。</w:t>
      </w:r>
    </w:p>
    <w:p>
      <w:pPr>
        <w:spacing w:before="100" w:after="200" w:line="360" w:lineRule="auto"/>
        <w:ind w:firstLine="576"/>
        <w:jc w:val="left"/>
      </w:pPr>
      <w:r>
        <w:rPr>
          <w:rFonts w:ascii="宋体" w:eastAsia="宋体" w:hAnsi="宋体"/>
          <w:sz w:val="28"/>
        </w:rPr>
        <w:t>20xx年是争创全省xx人口协调发展先进市的考核之年，是xx的收官之年，也是隆重纪念《公开信》发表三十周年和计生协会成立三十周年的双庆之年，更是启动xx人口计生工作的规划之年。一年来，全市人口计生工作在市委、市政府的正确领导下，在各区镇、各相关部门的大力支持下，全体人口计生干部紧紧围绕稳定低生育水平，统筹解决人口问题这一总目标，坚持以科学发展观为指导，创先争优，务实奋进，扎实推进十大工程建设，不断加大统筹发展，努力促进转型升级，年度人口计生各项目标任务圆满完成。全市户籍人口计划生育率99。8%，非户籍人口计划生育率93.06%。顺利通过了xx省人口协调发展先进市考核验收，先后获得了全省人口和计划生育系统政风行风建设先进单位、全省计划生育系列保险工作先进集体、全省人口和计划生育综合创新奖，并成为苏州获此殊荣的县级市；同时，作为苏州一家单位被推荐申报为全国人口计生系统先进集体。回顾20xx年，全市人口计生工作呈现出一二三四全面推进的良好格局，即：一大创建，全力推进；二项重点，稳步推进；三大创新，有效推进；四项基础，扎实推进。全市人口计生工作在高起点上继续攀新高峰。</w:t>
      </w:r>
    </w:p>
    <w:p>
      <w:pPr>
        <w:spacing w:before="100" w:after="200" w:line="360" w:lineRule="auto"/>
        <w:jc w:val="left"/>
      </w:pPr>
      <w:r>
        <w:rPr>
          <w:rFonts w:ascii="宋体 (中文正文)" w:eastAsia="宋体" w:hAnsi="宋体 (中文正文)"/>
          <w:b/>
          <w:sz w:val="28"/>
        </w:rPr>
        <w:t>一、一大创建，全力推进</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一）抢抓机遇，营造创建氛围。先后召开了全市xx创建迎检动员大会和市属责任单位及人口计生领导小组成员单位迎检工作会议。通过集中时间、集中力量组织自查，推进了各级党委、政府将创建工作列入重要议事日程，列入重大事项督查范围，营造了良好的创建氛围，形成了推动人口计生事业又好又快发展的强大合力。</w:t>
      </w:r>
    </w:p>
    <w:p>
      <w:pPr>
        <w:spacing w:before="100" w:after="200" w:line="360" w:lineRule="auto"/>
        <w:ind w:firstLine="576"/>
        <w:jc w:val="left"/>
      </w:pPr>
      <w:r>
        <w:rPr>
          <w:rFonts w:ascii="宋体" w:eastAsia="宋体" w:hAnsi="宋体"/>
          <w:sz w:val="28"/>
        </w:rPr>
        <w:t>（二）上下努力，确保富有成效。市镇两级人口计生部门切实按照省、苏州市xx终期评估工作方案的要求，围绕创建指标，严格按照自查阶段的标准规范组织实施；委各职能科室切实加大了对各区镇xx自查工作的指导和督查；各区镇结合实际，切实加强了对村、社区的检查，尤其是重点对xx以来发生信息的育龄群众进行信息梳理，有针对性地加强指导；市属各部门协同配合，认真履行人口与计划生育工作目标管理责任制、落实综合治理。市镇衔接，环环相扣，确保了xx省人口协调发展先进市创建工作取有成效。</w:t>
      </w:r>
    </w:p>
    <w:p>
      <w:pPr>
        <w:spacing w:before="100" w:after="200" w:line="360" w:lineRule="auto"/>
        <w:jc w:val="left"/>
      </w:pPr>
      <w:r>
        <w:rPr>
          <w:rFonts w:ascii="宋体 (中文正文)" w:eastAsia="宋体" w:hAnsi="宋体 (中文正文)"/>
          <w:b/>
          <w:sz w:val="28"/>
        </w:rPr>
        <w:t>二、两项重点，稳步推进</w:t>
      </w:r>
    </w:p>
    <w:p>
      <w:pPr>
        <w:spacing w:before="100" w:after="200" w:line="360" w:lineRule="auto"/>
        <w:ind w:firstLine="576"/>
        <w:jc w:val="left"/>
      </w:pPr>
      <w:r>
        <w:rPr>
          <w:rFonts w:ascii="宋体" w:eastAsia="宋体" w:hAnsi="宋体"/>
          <w:sz w:val="28"/>
        </w:rPr>
        <w:t>（一）注重民本计生，利益导向建设稳步推进</w:t>
      </w:r>
    </w:p>
    <w:p>
      <w:pPr>
        <w:spacing w:before="100" w:after="200" w:line="360" w:lineRule="auto"/>
        <w:ind w:firstLine="576"/>
        <w:jc w:val="left"/>
      </w:pPr>
      <w:r>
        <w:rPr>
          <w:rFonts w:ascii="宋体" w:eastAsia="宋体" w:hAnsi="宋体"/>
          <w:sz w:val="28"/>
        </w:rPr>
        <w:t>1、退休人员一次性奖励工作顺利推进。截止目前，20xx年全市持证企业退休人员一次性奖励发放工作有序推进，全年累计发放13235人，发放金额4764万余元。</w:t>
      </w:r>
    </w:p>
    <w:p>
      <w:pPr>
        <w:spacing w:before="100" w:after="200" w:line="360" w:lineRule="auto"/>
        <w:ind w:firstLine="576"/>
        <w:jc w:val="left"/>
      </w:pPr>
      <w:r>
        <w:rPr>
          <w:rFonts w:ascii="宋体" w:eastAsia="宋体" w:hAnsi="宋体"/>
          <w:sz w:val="28"/>
        </w:rPr>
        <w:t>2、公益金管理办法进一步完善。20xx年，在以人为本和提标扩面原则的指导下，对《公益金管理办法》的救助对象和救助标准进行了调整和完善。全年共有206户计划生育困难家庭被纳入救助范围，公益金救助金额达75。5万元。</w:t>
      </w:r>
    </w:p>
    <w:p>
      <w:pPr>
        <w:spacing w:before="100" w:after="200" w:line="360" w:lineRule="auto"/>
        <w:ind w:firstLine="576"/>
        <w:jc w:val="left"/>
      </w:pPr>
      <w:r>
        <w:rPr>
          <w:rFonts w:ascii="宋体" w:eastAsia="宋体" w:hAnsi="宋体"/>
          <w:sz w:val="28"/>
        </w:rPr>
        <w:t>（二）注重基础管理，信息化建设稳步推进</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1、抓好信息系统数据建设。全员人口信息建设。按照省人口计生委的统一部署，上半年重点抓好了全员人口信息的清理、核对和补充。昆山市流动人口避孕节育措施查验信息系统建设。促使新开发的查验系统与省人口计生综合信息平台无缝对接，采用单点登录、数据共享的原则，确保现有三级人口计生用户实现流动人口服务信息实时查询。</w:t>
      </w:r>
    </w:p>
    <w:p>
      <w:pPr>
        <w:spacing w:before="100" w:after="200" w:line="360" w:lineRule="auto"/>
        <w:ind w:firstLine="576"/>
        <w:jc w:val="left"/>
      </w:pPr>
      <w:r>
        <w:rPr>
          <w:rFonts w:ascii="宋体" w:eastAsia="宋体" w:hAnsi="宋体"/>
          <w:sz w:val="28"/>
        </w:rPr>
        <w:t>2、抓好信息标准化建设。开展镇级人口计生信息标准化建设，重点对硬件建设、软件建设、网络建设、人员配备以及制度建设等五个方面的标准进行了规范。</w:t>
      </w:r>
    </w:p>
    <w:p>
      <w:pPr>
        <w:spacing w:before="100" w:after="200" w:line="360" w:lineRule="auto"/>
        <w:ind w:firstLine="576"/>
        <w:jc w:val="left"/>
      </w:pPr>
      <w:r>
        <w:rPr>
          <w:rFonts w:ascii="宋体" w:eastAsia="宋体" w:hAnsi="宋体"/>
          <w:sz w:val="28"/>
        </w:rPr>
        <w:t>3、抓好信息技能培训。加强了省人口计生信息综合平台操作运用业务培训，加强了信息员技能技巧操作练兵活动。重点加强了村（社区）人口计生工作人员的信息化操作能力培训，坚持对各区镇进行实地指导，分层次培训。</w:t>
      </w:r>
    </w:p>
    <w:p>
      <w:pPr>
        <w:spacing w:before="100" w:after="200" w:line="360" w:lineRule="auto"/>
        <w:ind w:firstLine="576"/>
        <w:jc w:val="left"/>
      </w:pPr>
      <w:r>
        <w:rPr>
          <w:rFonts w:ascii="宋体" w:eastAsia="宋体" w:hAnsi="宋体"/>
          <w:sz w:val="28"/>
        </w:rPr>
        <w:t>4、抓好基础信息管理。做好育龄人群分类指导工作。加强对重点人群的动态跟踪管理服务。开展社区网格化管理工作。进一步完善和深化了现居住地管理体制。</w:t>
      </w:r>
    </w:p>
    <w:p>
      <w:pPr>
        <w:spacing w:before="100" w:after="200" w:line="360" w:lineRule="auto"/>
        <w:jc w:val="left"/>
      </w:pPr>
      <w:r>
        <w:rPr>
          <w:rFonts w:ascii="宋体 (中文正文)" w:eastAsia="宋体" w:hAnsi="宋体 (中文正文)"/>
          <w:b/>
          <w:sz w:val="28"/>
        </w:rPr>
        <w:t>三、三大创新，有效推进</w:t>
      </w:r>
    </w:p>
    <w:p>
      <w:pPr>
        <w:spacing w:before="100" w:after="200" w:line="360" w:lineRule="auto"/>
        <w:ind w:firstLine="576"/>
        <w:jc w:val="left"/>
      </w:pPr>
      <w:r>
        <w:rPr>
          <w:rFonts w:ascii="宋体" w:eastAsia="宋体" w:hAnsi="宋体"/>
          <w:sz w:val="28"/>
        </w:rPr>
        <w:t>（一）注重内涵创新，人口文化建设有效推进</w:t>
      </w:r>
    </w:p>
    <w:p>
      <w:pPr>
        <w:spacing w:before="100" w:after="200" w:line="360" w:lineRule="auto"/>
        <w:ind w:firstLine="576"/>
        <w:jc w:val="left"/>
      </w:pPr>
      <w:r>
        <w:rPr>
          <w:rFonts w:ascii="宋体" w:eastAsia="宋体" w:hAnsi="宋体"/>
          <w:sz w:val="28"/>
        </w:rPr>
        <w:t>1、人口文化基地建设推陈出新。作为省新农村新家庭计划项目县，11个区镇以村（社区）为单位，按照试点先行、示范带动、分类指导、逐步推进的思路，先后建成了以健康、和谐、生命、自然等为主题的新农村新家庭人口文化宣教载体，积极开展五星家庭评比活动。</w:t>
      </w:r>
    </w:p>
    <w:p>
      <w:pPr>
        <w:spacing w:before="100" w:after="200" w:line="360" w:lineRule="auto"/>
        <w:ind w:firstLine="576"/>
        <w:jc w:val="left"/>
      </w:pPr>
      <w:r>
        <w:rPr>
          <w:rFonts w:ascii="宋体" w:eastAsia="宋体" w:hAnsi="宋体"/>
          <w:sz w:val="28"/>
        </w:rPr>
        <w:t>2、婚育新风福万家活动精彩纷呈。成功举办第七届人口文化节，开展了八春系列活动，婚育新风创演队巡回11个区镇演出，深受欢迎。</w:t>
      </w:r>
    </w:p>
    <w:p>
      <w:pPr>
        <w:spacing w:before="100" w:after="200" w:line="360" w:lineRule="auto"/>
        <w:ind w:firstLine="576"/>
        <w:jc w:val="left"/>
      </w:pPr>
      <w:r>
        <w:rPr>
          <w:rFonts w:ascii="宋体" w:eastAsia="宋体" w:hAnsi="宋体"/>
          <w:sz w:val="28"/>
        </w:rPr>
        <w:t>（二）注重方法创新，依法行政工作有效推进</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1、创新开展行政指导工作。20xx年，在全市人口计生系统全面推行行政指导工作。确定了重要事项行政提醒、轻微违规行政提示、违法行为行政纠错、纠错无效行政警示、重要案件行政回访共5大类14项行政指导工作项目，构建了事前、事中、事后全方位的行政指导工作体系。</w:t>
      </w:r>
    </w:p>
    <w:p>
      <w:pPr>
        <w:spacing w:before="100" w:after="200" w:line="360" w:lineRule="auto"/>
        <w:ind w:firstLine="576"/>
        <w:jc w:val="left"/>
      </w:pPr>
      <w:r>
        <w:rPr>
          <w:rFonts w:ascii="宋体" w:eastAsia="宋体" w:hAnsi="宋体"/>
          <w:sz w:val="28"/>
        </w:rPr>
        <w:t>2、依法规范行政执法行为。完善镇级行政执法队建设。在全市镇级人口计生行政执法队建设全覆盖的基础上，对行政执法队执法程序和相关工作机制进行了完善。规范行政权力网上运行。依法开展行政审批工作。严格执行计划生育照顾二胎审批制度，坚持每月集中审批制。进一步提高网上审批的规范性，确保各项工作规范、准确、及时。依法做好违法生育处置工作，切实做好人口普查中违法生育的处置工作。</w:t>
      </w:r>
    </w:p>
    <w:p>
      <w:pPr>
        <w:spacing w:before="100" w:after="200" w:line="360" w:lineRule="auto"/>
        <w:ind w:firstLine="576"/>
        <w:jc w:val="left"/>
      </w:pPr>
      <w:r>
        <w:rPr>
          <w:rFonts w:ascii="宋体" w:eastAsia="宋体" w:hAnsi="宋体"/>
          <w:sz w:val="28"/>
        </w:rPr>
        <w:t>（三）注重服务创新，流动人口管理有效推进</w:t>
      </w:r>
    </w:p>
    <w:p>
      <w:pPr>
        <w:spacing w:before="100" w:after="200" w:line="360" w:lineRule="auto"/>
        <w:ind w:firstLine="576"/>
        <w:jc w:val="left"/>
      </w:pPr>
      <w:r>
        <w:rPr>
          <w:rFonts w:ascii="宋体" w:eastAsia="宋体" w:hAnsi="宋体"/>
          <w:sz w:val="28"/>
        </w:rPr>
        <w:t>1、创新流动人口集聚示范基地建设。在流动人口集聚地、大型外企以及打工楼建设流动人口集聚示范基地。开展人口文化建设、阳光计生行动、世代服务、计生协会进集聚地等四进式服务管理活动。</w:t>
      </w:r>
    </w:p>
    <w:p>
      <w:pPr>
        <w:spacing w:before="100" w:after="200" w:line="360" w:lineRule="auto"/>
        <w:ind w:firstLine="576"/>
        <w:jc w:val="left"/>
      </w:pPr>
      <w:r>
        <w:rPr>
          <w:rFonts w:ascii="宋体" w:eastAsia="宋体" w:hAnsi="宋体"/>
          <w:sz w:val="28"/>
        </w:rPr>
        <w:t>2、加大均等化服务力度。进一步落实流动人口计划生育均等化服务。对持卡对象提供户籍人口同等的计划生育免费技术服务，在昆自觉落实长效避孕节育措施的流动人口已婚育龄妇女凭卡享受奖励。</w:t>
      </w:r>
    </w:p>
    <w:p>
      <w:pPr>
        <w:spacing w:before="100" w:after="200" w:line="360" w:lineRule="auto"/>
        <w:ind w:firstLine="576"/>
        <w:jc w:val="left"/>
      </w:pPr>
      <w:r>
        <w:rPr>
          <w:rFonts w:ascii="宋体" w:eastAsia="宋体" w:hAnsi="宋体"/>
          <w:sz w:val="28"/>
        </w:rPr>
        <w:t>3、深化主题宣教活动。联合人社部门多渠道开展春风行动；联合市外管办、教育局开展了新昆山人计生小手牵大手主题教育活动人口计生征文演讲比赛和六个一活动。全市新老昆山人计生工作心连心结对交友活动共结对2.4万余对，村（居）覆盖率超过90%。</w:t>
      </w:r>
    </w:p>
    <w:p>
      <w:pPr>
        <w:spacing w:before="100" w:after="200" w:line="360" w:lineRule="auto"/>
        <w:ind w:firstLine="576"/>
        <w:jc w:val="left"/>
      </w:pPr>
      <w:r>
        <w:rPr>
          <w:rFonts w:ascii="宋体" w:eastAsia="宋体" w:hAnsi="宋体"/>
          <w:sz w:val="28"/>
        </w:rPr>
        <w:t>4、强化信息化管理。全面运行省流动人口计划生育管理服务平台。</w:t>
      </w:r>
    </w:p>
    <w:p>
      <w:pPr>
        <w:spacing w:before="100" w:after="200" w:line="360" w:lineRule="auto"/>
        <w:ind w:firstLine="576"/>
        <w:jc w:val="left"/>
      </w:pPr>
      <w:r>
        <w:rPr>
          <w:rFonts w:ascii="宋体" w:eastAsia="宋体" w:hAnsi="宋体"/>
          <w:sz w:val="28"/>
        </w:rPr>
        <w:t>5、拓展双向服务管理。20xx年分别与江西新干、福建惠安等近十家单位签订了双向管理协议，实现了管理服务共嬴。</w:t>
      </w:r>
    </w:p>
    <w:p>
      <w:pPr>
        <w:spacing w:before="100" w:after="200" w:line="360" w:lineRule="auto"/>
        <w:jc w:val="left"/>
      </w:pPr>
      <w:r>
        <w:rPr>
          <w:rFonts w:ascii="宋体 (中文正文)" w:eastAsia="宋体" w:hAnsi="宋体 (中文正文)"/>
          <w:b/>
          <w:sz w:val="28"/>
        </w:rPr>
        <w:t>四、四项基础，扎实推进</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（一）注重以人为本，优质服务建设扎实推进</w:t>
      </w:r>
    </w:p>
    <w:p>
      <w:pPr>
        <w:spacing w:before="100" w:after="200" w:line="360" w:lineRule="auto"/>
        <w:ind w:firstLine="576"/>
        <w:jc w:val="left"/>
      </w:pPr>
      <w:r>
        <w:rPr>
          <w:rFonts w:ascii="宋体" w:eastAsia="宋体" w:hAnsi="宋体"/>
          <w:sz w:val="28"/>
        </w:rPr>
        <w:t>1、优质服务体系实现全覆盖。全面高标准高质量建成市、镇、村/社区三级世代服务机构203个。</w:t>
      </w:r>
    </w:p>
    <w:p>
      <w:pPr>
        <w:spacing w:before="100" w:after="200" w:line="360" w:lineRule="auto"/>
        <w:ind w:firstLine="576"/>
        <w:jc w:val="left"/>
      </w:pPr>
      <w:r>
        <w:rPr>
          <w:rFonts w:ascii="宋体" w:eastAsia="宋体" w:hAnsi="宋体"/>
          <w:sz w:val="28"/>
        </w:rPr>
        <w:t>2、优质服务内容呈现多元化。优生促进工程内涵延伸。建立了市、镇、村三级孕前干预网络，把干预重心再次前移至拟孕人群和高风险人群。生殖道感染综合防治工程转型升级。普查频度从三年一周期完成80%提速至二年一周期完成90%以上；目标疾病普查拓展至宫颈癌、乳腺癌早期筛查。科学育儿工程全面推进。建设了科学育儿指导中心11所，全年免费举办精彩纷呈的宝宝大赛、亲子活动、父母课堂及富有阶段特色的育儿课程200多场，惠及了全市80%以上的婴幼儿家庭。避孕药具不良反应监测工作成效显著。</w:t>
      </w:r>
    </w:p>
    <w:p>
      <w:pPr>
        <w:spacing w:before="100" w:after="200" w:line="360" w:lineRule="auto"/>
        <w:ind w:firstLine="576"/>
        <w:jc w:val="left"/>
      </w:pPr>
      <w:r>
        <w:rPr>
          <w:rFonts w:ascii="宋体" w:eastAsia="宋体" w:hAnsi="宋体"/>
          <w:sz w:val="28"/>
        </w:rPr>
        <w:t>3、优质服务方法彰显新特色。完善八单式预约服务。创新IC卡服务。推出了世代服务卡，分为户籍人口并蒂莲卡和流动人口琼花卡两种。服务刷卡即可完成识别育龄妇女、录入检查结果等各项工作。</w:t>
      </w:r>
    </w:p>
    <w:p>
      <w:pPr>
        <w:spacing w:before="100" w:after="200" w:line="360" w:lineRule="auto"/>
        <w:ind w:firstLine="576"/>
        <w:jc w:val="left"/>
      </w:pPr>
      <w:r>
        <w:rPr>
          <w:rFonts w:ascii="宋体" w:eastAsia="宋体" w:hAnsi="宋体"/>
          <w:sz w:val="28"/>
        </w:rPr>
        <w:t>（二）注重科学决策，人口研究工作扎实推进</w:t>
      </w:r>
    </w:p>
    <w:p>
      <w:pPr>
        <w:spacing w:before="100" w:after="200" w:line="360" w:lineRule="auto"/>
        <w:ind w:firstLine="576"/>
        <w:jc w:val="left"/>
      </w:pPr>
      <w:r>
        <w:rPr>
          <w:rFonts w:ascii="宋体" w:eastAsia="宋体" w:hAnsi="宋体"/>
          <w:sz w:val="28"/>
        </w:rPr>
        <w:t>1、市镇联动推进人口研究工作。与市委宣传部、市委党校联合建立人口教育研究中心；11个区镇人口教育研究基地开展各具特色镇级人口理论研究。</w:t>
      </w:r>
    </w:p>
    <w:p>
      <w:pPr>
        <w:spacing w:before="100" w:after="200" w:line="360" w:lineRule="auto"/>
        <w:ind w:firstLine="576"/>
        <w:jc w:val="left"/>
      </w:pPr>
      <w:r>
        <w:rPr>
          <w:rFonts w:ascii="宋体" w:eastAsia="宋体" w:hAnsi="宋体"/>
          <w:sz w:val="28"/>
        </w:rPr>
        <w:t>2、与高校合作推进人口研究工作。完成了与南大、苏大合作研究的《昆山市人口发展功能区研究》、《昆山市外来流动人口服务管理难题的破解机制研究》，与华师大合作的《昆山人口发展之路》丛书已正式出版。其中《昆山市人口发展功能区研究》获省级优秀奖。</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（三）注重标准规范，协会基础建设扎实推进</w:t>
      </w:r>
    </w:p>
    <w:p>
      <w:pPr>
        <w:spacing w:before="100" w:after="200" w:line="360" w:lineRule="auto"/>
        <w:ind w:firstLine="576"/>
        <w:jc w:val="left"/>
      </w:pPr>
      <w:r>
        <w:rPr>
          <w:rFonts w:ascii="宋体" w:eastAsia="宋体" w:hAnsi="宋体"/>
          <w:sz w:val="28"/>
        </w:rPr>
        <w:t>1、扎实推进基层示范协会建设。积极开展苏州市计划生育基层示范协会创建；深化计划生育村（居）民自治和企业员工自治。</w:t>
      </w:r>
    </w:p>
    <w:p>
      <w:pPr>
        <w:spacing w:before="100" w:after="200" w:line="360" w:lineRule="auto"/>
        <w:ind w:firstLine="576"/>
        <w:jc w:val="left"/>
      </w:pPr>
      <w:r>
        <w:rPr>
          <w:rFonts w:ascii="宋体" w:eastAsia="宋体" w:hAnsi="宋体"/>
          <w:sz w:val="28"/>
        </w:rPr>
        <w:t>2、扎实推进基层协会标准化建设。各区镇分别建设了各具特色的会员之家。目前，全市标准化会员之家建设率达80%。</w:t>
      </w:r>
    </w:p>
    <w:p>
      <w:pPr>
        <w:spacing w:before="100" w:after="200" w:line="360" w:lineRule="auto"/>
        <w:ind w:firstLine="576"/>
        <w:jc w:val="left"/>
      </w:pPr>
      <w:r>
        <w:rPr>
          <w:rFonts w:ascii="宋体" w:eastAsia="宋体" w:hAnsi="宋体"/>
          <w:sz w:val="28"/>
        </w:rPr>
        <w:t>3、扎实推进生育关怀载体建设。全市共建有计划生育爱心超市38家。</w:t>
      </w:r>
    </w:p>
    <w:p>
      <w:pPr>
        <w:spacing w:before="100" w:after="200" w:line="360" w:lineRule="auto"/>
        <w:ind w:firstLine="576"/>
        <w:jc w:val="left"/>
      </w:pPr>
      <w:r>
        <w:rPr>
          <w:rFonts w:ascii="宋体" w:eastAsia="宋体" w:hAnsi="宋体"/>
          <w:sz w:val="28"/>
        </w:rPr>
        <w:t>（四）注重能力提升，机关效能建设扎实推进</w:t>
      </w:r>
    </w:p>
    <w:p>
      <w:pPr>
        <w:spacing w:before="100" w:after="200" w:line="360" w:lineRule="auto"/>
        <w:ind w:firstLine="576"/>
        <w:jc w:val="left"/>
      </w:pPr>
      <w:r>
        <w:rPr>
          <w:rFonts w:ascii="宋体" w:eastAsia="宋体" w:hAnsi="宋体"/>
          <w:sz w:val="28"/>
        </w:rPr>
        <w:t>1、全面细化效能考核。制定并印发了《市人口计生委20xx年度机关效能集中考核项目责任分解》，实行科室工作季度督查、重大活动重点工作半年度督查制度。</w:t>
      </w:r>
    </w:p>
    <w:p>
      <w:pPr>
        <w:spacing w:before="100" w:after="200" w:line="360" w:lineRule="auto"/>
        <w:ind w:firstLine="576"/>
        <w:jc w:val="left"/>
      </w:pPr>
      <w:r>
        <w:rPr>
          <w:rFonts w:ascii="宋体" w:eastAsia="宋体" w:hAnsi="宋体"/>
          <w:sz w:val="28"/>
        </w:rPr>
        <w:t>2、全面推广电子监察。开展了委效能建设电子监察平台运作，限时办结，以制度管人，不断规范行为，有效提升机关作风和效能建设。</w:t>
      </w:r>
    </w:p>
    <w:p>
      <w:pPr>
        <w:spacing w:before="100" w:after="200" w:line="360" w:lineRule="auto"/>
        <w:ind w:firstLine="576"/>
        <w:jc w:val="left"/>
      </w:pPr>
      <w:r>
        <w:rPr>
          <w:rFonts w:ascii="宋体" w:eastAsia="宋体" w:hAnsi="宋体"/>
          <w:sz w:val="28"/>
        </w:rPr>
        <w:t>3、全面提升队伍素质。不断配优配强人口计生干部队伍，进一步优化了队伍结构；坚持在全系统开展政风行风评议活动，进一步促使全系统政风行风切实转变；市计划生育指导站被授予了昆山市青年文明号称号；成功举办了人口计生系统第二届趣味运动会，努力打造健康、团结、快乐的人口计生系统良好形象。</w:t>
      </w:r>
    </w:p>
    <w:p>
      <w:pPr>
        <w:spacing w:before="100" w:after="200" w:line="360" w:lineRule="auto"/>
        <w:ind w:firstLine="576"/>
        <w:jc w:val="left"/>
      </w:pPr>
      <w:r>
        <w:rPr>
          <w:rFonts w:ascii="宋体" w:eastAsia="宋体" w:hAnsi="宋体"/>
          <w:sz w:val="28"/>
        </w:rPr>
        <w:t>4、全面加强廉政建设。制定了具有人口计生特色的惩防框架体系；开展六月清风党风廉政六个一主题活动，进一步增强勤廉优政理念，筑牢拒腐防变思想防线。</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今年上半年以来，xx社区计生工作在上级计生部门的关心指导下，在社区党委的大力支持和帮助下，在社区居民的积极参与下，以科学发展观为统领，紧紧围绕控制人口数量,提高出生人口素质,优化人口结构这一任务,依靠社区干部和群众，有条不紊地在社区开展了形式多样的计划生育宣传服务工作。现将上半年工作小结汇报如下：</w:t>
      </w:r>
    </w:p>
    <w:p>
      <w:pPr>
        <w:spacing w:before="100" w:after="200" w:line="360" w:lineRule="auto"/>
        <w:jc w:val="left"/>
      </w:pPr>
      <w:r>
        <w:rPr>
          <w:rFonts w:ascii="宋体 (中文正文)" w:eastAsia="宋体" w:hAnsi="宋体 (中文正文)"/>
          <w:b/>
          <w:sz w:val="28"/>
        </w:rPr>
        <w:t>一、主要指标完成情况</w:t>
      </w:r>
    </w:p>
    <w:p>
      <w:pPr>
        <w:spacing w:before="100" w:after="200" w:line="360" w:lineRule="auto"/>
        <w:ind w:firstLine="576"/>
        <w:jc w:val="left"/>
      </w:pPr>
      <w:r>
        <w:rPr>
          <w:rFonts w:ascii="宋体" w:eastAsia="宋体" w:hAnsi="宋体"/>
          <w:sz w:val="28"/>
        </w:rPr>
        <w:t>截止20xx年5月30日，我社区总人口15461人，其中育龄妇女3860人；流动人口1663人，孕环检对象177人;人口出生数59人,政策符合率93％，孕情掌握率85％，二孩早孕发现率37％。</w:t>
      </w:r>
    </w:p>
    <w:p>
      <w:pPr>
        <w:spacing w:before="100" w:after="200" w:line="360" w:lineRule="auto"/>
        <w:jc w:val="left"/>
      </w:pPr>
      <w:r>
        <w:rPr>
          <w:rFonts w:ascii="宋体 (中文正文)" w:eastAsia="宋体" w:hAnsi="宋体 (中文正文)"/>
          <w:b/>
          <w:sz w:val="28"/>
        </w:rPr>
        <w:t>二、主要措施</w:t>
      </w:r>
    </w:p>
    <w:p>
      <w:pPr>
        <w:spacing w:before="100" w:after="200" w:line="360" w:lineRule="auto"/>
        <w:ind w:firstLine="576"/>
        <w:jc w:val="left"/>
      </w:pPr>
      <w:r>
        <w:rPr>
          <w:rFonts w:ascii="宋体" w:eastAsia="宋体" w:hAnsi="宋体"/>
          <w:sz w:val="28"/>
        </w:rPr>
        <w:t>1、开展计生政策宣传活动</w:t>
      </w:r>
    </w:p>
    <w:p>
      <w:pPr>
        <w:spacing w:before="100" w:after="200" w:line="360" w:lineRule="auto"/>
        <w:ind w:firstLine="576"/>
        <w:jc w:val="left"/>
      </w:pPr>
      <w:r>
        <w:rPr>
          <w:rFonts w:ascii="宋体" w:eastAsia="宋体" w:hAnsi="宋体"/>
          <w:sz w:val="28"/>
        </w:rPr>
        <w:t>（1）、今年春节前夕，开展20xx年计划生育宣传服务活动月系列活动，主要针对计生民生工程特扶、全面“二胎”政策、两检政策、流动人口、药具等计划生育相关政策宣传。</w:t>
      </w:r>
    </w:p>
    <w:p>
      <w:pPr>
        <w:spacing w:before="100" w:after="200" w:line="360" w:lineRule="auto"/>
        <w:ind w:firstLine="576"/>
        <w:jc w:val="left"/>
      </w:pPr>
      <w:r>
        <w:rPr>
          <w:rFonts w:ascii="宋体" w:eastAsia="宋体" w:hAnsi="宋体"/>
          <w:sz w:val="28"/>
        </w:rPr>
        <w:t>（2）、为了纪念5.29协会会员日，xx社区在义淮小游园开展计生相关政策宣传及广场文艺演出活动，此次活动共发放宣传资料200多份；人口基金开展“生育关怀”扶贫救助送温暖活动，对社区内2户生活困难的计生家庭、贫困母亲进行慰问。发放慰问金1000元。</w:t>
      </w:r>
    </w:p>
    <w:p>
      <w:pPr>
        <w:spacing w:before="100" w:after="200" w:line="360" w:lineRule="auto"/>
        <w:ind w:firstLine="576"/>
        <w:jc w:val="left"/>
      </w:pPr>
      <w:r>
        <w:rPr>
          <w:rFonts w:ascii="宋体" w:eastAsia="宋体" w:hAnsi="宋体"/>
          <w:sz w:val="28"/>
        </w:rPr>
        <w:t>（3）、与辖区单位联手落实“关爱女孩”慰问活动，上半年共慰问困难女孩家庭5户，发放慰问金2500元，社区继续开展经常性的宣传教育活动，为女孩健康成长营造良好的社会环境。</w:t>
      </w:r>
    </w:p>
    <w:p>
      <w:pPr>
        <w:spacing w:before="100" w:after="200" w:line="360" w:lineRule="auto"/>
        <w:ind w:firstLine="576"/>
        <w:jc w:val="left"/>
      </w:pPr>
      <w:r>
        <w:rPr>
          <w:rFonts w:ascii="宋体" w:eastAsia="宋体" w:hAnsi="宋体"/>
          <w:sz w:val="28"/>
        </w:rPr>
        <w:t>2、强化计生优质服务。</w:t>
      </w:r>
    </w:p>
    <w:p>
      <w:pPr>
        <w:spacing w:before="100" w:after="200" w:line="360" w:lineRule="auto"/>
        <w:ind w:firstLine="576"/>
        <w:jc w:val="left"/>
      </w:pPr>
      <w:r>
        <w:rPr>
          <w:rFonts w:ascii="宋体" w:eastAsia="宋体" w:hAnsi="宋体"/>
          <w:sz w:val="28"/>
        </w:rPr>
        <w:t>一是认真落实育龄妇女生殖健康检查工作，维护育龄妇女的合法权益。目前已在册登记参检人员160人。</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https://d.book118.com/118075065107006046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18075065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