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t>我坚信衣着礼仪的重要性</w:t>
        <w:br/>
        <w:t>I</w:t>
      </w:r>
      <w:r>
        <w:t xml:space="preserve"> am</w:t>
      </w:r>
      <w:r>
        <w:t xml:space="preserve"> a</w:t>
      </w:r>
      <w:r>
        <w:t xml:space="preserve"> great</w:t>
      </w:r>
      <w:r>
        <w:t xml:space="preserve"> believer</w:t>
      </w:r>
      <w:r>
        <w:t xml:space="preserve"> in</w:t>
      </w:r>
      <w:r>
        <w:t xml:space="preserve"> the</w:t>
      </w:r>
      <w:r>
        <w:t xml:space="preserve"> importance</w:t>
      </w:r>
      <w:r>
        <w:t xml:space="preserve"> of</w:t>
      </w:r>
      <w:r>
        <w:t xml:space="preserve"> sartorial</w:t>
      </w:r>
      <w:r>
        <w:t xml:space="preserve"> expression.</w:t>
        <w:br/>
        <w:t>循规蹈矩并没有错</w:t>
      </w:r>
      <w:r>
        <w:t xml:space="preserve"> 只要你知道自己在遵从规范就好</w:t>
        <w:br/>
        <w:t>There's</w:t>
      </w:r>
      <w:r>
        <w:t xml:space="preserve"> nothing</w:t>
      </w:r>
      <w:r>
        <w:t xml:space="preserve"> wrong</w:t>
      </w:r>
      <w:r>
        <w:t xml:space="preserve"> with</w:t>
      </w:r>
      <w:r>
        <w:t xml:space="preserve"> conformity,</w:t>
      </w:r>
      <w:r>
        <w:t xml:space="preserve"> as</w:t>
      </w:r>
      <w:r>
        <w:t xml:space="preserve"> long</w:t>
      </w:r>
      <w:r>
        <w:t xml:space="preserve"> as</w:t>
      </w:r>
      <w:r>
        <w:t xml:space="preserve"> you</w:t>
      </w:r>
      <w:r>
        <w:t xml:space="preserve"> know</w:t>
      </w:r>
      <w:r>
        <w:t xml:space="preserve"> you're</w:t>
      </w:r>
      <w:r>
        <w:t xml:space="preserve"> conforming.</w:t>
        <w:br/>
        <w:t>虽然我可能会打扮成一只温和的绵羊</w:t>
        <w:br/>
        <w:t>Whilst</w:t>
      </w:r>
      <w:r>
        <w:t xml:space="preserve"> I</w:t>
      </w:r>
      <w:r>
        <w:t xml:space="preserve"> might</w:t>
      </w:r>
      <w:r>
        <w:t xml:space="preserve"> dress</w:t>
      </w:r>
      <w:r>
        <w:t xml:space="preserve"> like</w:t>
      </w:r>
      <w:r>
        <w:t xml:space="preserve"> a</w:t>
      </w:r>
      <w:r>
        <w:t xml:space="preserve"> sheep,</w:t>
        <w:br/>
        <w:t>但各种各样的迹象</w:t>
        <w:br/>
        <w:t>there</w:t>
      </w:r>
      <w:r>
        <w:t xml:space="preserve"> are</w:t>
      </w:r>
      <w:r>
        <w:t xml:space="preserve"> various</w:t>
      </w:r>
      <w:r>
        <w:t xml:space="preserve"> tell-tale</w:t>
      </w:r>
      <w:r>
        <w:t xml:space="preserve"> signs</w:t>
        <w:br/>
        <w:t>会让深奥的眼睛看透</w:t>
        <w:br/>
        <w:t>that</w:t>
      </w:r>
      <w:r>
        <w:t xml:space="preserve"> betray</w:t>
      </w:r>
      <w:r>
        <w:t xml:space="preserve"> to</w:t>
      </w:r>
      <w:r>
        <w:t xml:space="preserve"> the</w:t>
      </w:r>
      <w:r>
        <w:t xml:space="preserve"> esoteric</w:t>
      </w:r>
      <w:r>
        <w:t xml:space="preserve"> eye</w:t>
        <w:br/>
        <w:t>我其实是一只披着羊皮的狼</w:t>
        <w:br/>
        <w:t>that</w:t>
      </w:r>
      <w:r>
        <w:t xml:space="preserve"> I</w:t>
      </w:r>
      <w:r>
        <w:t xml:space="preserve"> am,</w:t>
      </w:r>
      <w:r>
        <w:t xml:space="preserve"> in</w:t>
      </w:r>
      <w:r>
        <w:t xml:space="preserve"> fact,</w:t>
      </w:r>
      <w:r>
        <w:t xml:space="preserve"> a</w:t>
      </w:r>
      <w:r>
        <w:t xml:space="preserve"> wolf...</w:t>
      </w:r>
      <w:r>
        <w:t xml:space="preserve"> in</w:t>
      </w:r>
      <w:r>
        <w:t xml:space="preserve"> sheep's</w:t>
      </w:r>
      <w:r>
        <w:t xml:space="preserve"> clothing.</w:t>
        <w:br/>
        <w:t>你想好在什么场合向众人揭示了吗</w:t>
        <w:br/>
        <w:t>Do</w:t>
      </w:r>
      <w:r>
        <w:t xml:space="preserve"> you</w:t>
      </w:r>
      <w:r>
        <w:t xml:space="preserve"> have</w:t>
      </w:r>
      <w:r>
        <w:t xml:space="preserve"> an</w:t>
      </w:r>
      <w:r>
        <w:t xml:space="preserve"> occasion</w:t>
      </w:r>
      <w:r>
        <w:t xml:space="preserve"> in</w:t>
      </w:r>
      <w:r>
        <w:t xml:space="preserve"> mind</w:t>
      </w:r>
      <w:r>
        <w:t xml:space="preserve"> for</w:t>
      </w:r>
      <w:r>
        <w:t xml:space="preserve"> its</w:t>
      </w:r>
      <w:r>
        <w:t xml:space="preserve"> unveiling?</w:t>
        <w:br/>
        <w:t>我想好了</w:t>
        <w:br/>
        <w:t>I</w:t>
      </w:r>
      <w:r>
        <w:t xml:space="preserve"> do</w:t>
      </w:r>
      <w:r>
        <w:t xml:space="preserve"> indeed.</w:t>
        <w:br/>
        <w:t>用一套新西装来迎接一个新时代</w:t>
        <w:br/>
        <w:t>A</w:t>
      </w:r>
      <w:r>
        <w:t xml:space="preserve"> new</w:t>
      </w:r>
      <w:r>
        <w:t xml:space="preserve"> suit</w:t>
      </w:r>
      <w:r>
        <w:t xml:space="preserve"> for</w:t>
      </w:r>
      <w:r>
        <w:t xml:space="preserve"> a</w:t>
      </w:r>
      <w:r>
        <w:t xml:space="preserve"> new</w:t>
      </w:r>
      <w:r>
        <w:t xml:space="preserve"> era.</w:t>
        <w:br/>
        <w:t>《绅士们》</w:t>
        <w:br/>
        <w:t>（盖·里奇制&amp;hearts;作&amp;hearts;）</w:t>
        <w:br/>
        <w:t>他的精神很强大</w:t>
        <w:br/>
        <w:t>His</w:t>
      </w:r>
      <w:r>
        <w:t xml:space="preserve"> spirit</w:t>
      </w:r>
      <w:r>
        <w:t xml:space="preserve"> is</w:t>
      </w:r>
      <w:r>
        <w:t xml:space="preserve"> strong,</w:t>
        <w:br/>
        <w:t>他的肉体也会受到精神的带动</w:t>
        <w:br/>
        <w:t>and</w:t>
      </w:r>
      <w:r>
        <w:t xml:space="preserve"> his</w:t>
      </w:r>
      <w:r>
        <w:t xml:space="preserve"> flesh</w:t>
      </w:r>
      <w:r>
        <w:t xml:space="preserve"> will</w:t>
      </w:r>
      <w:r>
        <w:t xml:space="preserve"> follow</w:t>
      </w:r>
      <w:r>
        <w:t xml:space="preserve"> the</w:t>
      </w:r>
      <w:r>
        <w:t xml:space="preserve"> spirit.</w:t>
        <w:br/>
        <w:t>这种想法还挺安慰人的</w:t>
        <w:br/>
        <w:t>That's</w:t>
      </w:r>
      <w:r>
        <w:t xml:space="preserve"> a</w:t>
      </w:r>
      <w:r>
        <w:t xml:space="preserve"> comforting</w:t>
      </w:r>
      <w:r>
        <w:t xml:space="preserve"> thought.</w:t>
        <w:br/>
        <w:t>你的确应该感到安慰</w:t>
        <w:br/>
        <w:t>You</w:t>
      </w:r>
      <w:r>
        <w:t xml:space="preserve"> should</w:t>
      </w:r>
      <w:r>
        <w:t xml:space="preserve"> take</w:t>
      </w:r>
      <w:r>
        <w:t xml:space="preserve"> comfort</w:t>
      </w:r>
      <w:r>
        <w:t xml:space="preserve"> from</w:t>
      </w:r>
      <w:r>
        <w:t xml:space="preserve"> it.</w:t>
        <w:br/>
        <w:t>我们不想做什么惹怒你或你父亲的事</w:t>
        <w:br/>
        <w:t>Now,</w:t>
      </w:r>
      <w:r>
        <w:t xml:space="preserve"> wouldn't</w:t>
      </w:r>
      <w:r>
        <w:t xml:space="preserve"> like</w:t>
      </w:r>
      <w:r>
        <w:t xml:space="preserve"> to</w:t>
      </w:r>
      <w:r>
        <w:t xml:space="preserve"> do</w:t>
      </w:r>
      <w:r>
        <w:t xml:space="preserve"> anything</w:t>
      </w:r>
      <w:r>
        <w:t xml:space="preserve"> to</w:t>
      </w:r>
      <w:r>
        <w:t xml:space="preserve"> upset</w:t>
      </w:r>
      <w:r>
        <w:t xml:space="preserve"> you</w:t>
      </w:r>
      <w:r>
        <w:t xml:space="preserve"> or</w:t>
      </w:r>
      <w:r>
        <w:t xml:space="preserve"> your</w:t>
      </w:r>
      <w:r>
        <w:t xml:space="preserve"> father.</w:t>
        <w:br/>
        <w:t>你尽管随意</w:t>
      </w:r>
      <w:r>
        <w:t xml:space="preserve"> 约翰</w:t>
        <w:br/>
        <w:t>It's</w:t>
      </w:r>
      <w:r>
        <w:t xml:space="preserve"> a</w:t>
      </w:r>
      <w:r>
        <w:t xml:space="preserve"> free</w:t>
      </w:r>
      <w:r>
        <w:t xml:space="preserve"> swing,</w:t>
      </w:r>
      <w:r>
        <w:t xml:space="preserve"> John.</w:t>
        <w:br/>
        <w:t>第八集</w:t>
      </w:r>
      <w:r>
        <w:t xml:space="preserve"> 剧名：《鲍比·格拉斯的福音》</w:t>
        <w:br/>
        <w:t>杰弗里</w:t>
        <w:br/>
        <w:t>Geoffrey.</w:t>
        <w:br/>
        <w:t>抱歉打扰了</w:t>
      </w:r>
      <w:r>
        <w:t xml:space="preserve"> 阁下</w:t>
      </w:r>
      <w:r>
        <w:t xml:space="preserve"> 不过想问下你在等客人吗</w:t>
        <w:br/>
        <w:t>Sorry</w:t>
      </w:r>
      <w:r>
        <w:t xml:space="preserve"> to</w:t>
      </w:r>
      <w:r>
        <w:t xml:space="preserve"> bother,</w:t>
      </w:r>
      <w:r>
        <w:t xml:space="preserve"> Your</w:t>
      </w:r>
      <w:r>
        <w:t xml:space="preserve"> Grace.</w:t>
      </w:r>
      <w:r>
        <w:t xml:space="preserve"> Are</w:t>
      </w:r>
      <w:r>
        <w:t xml:space="preserve"> you</w:t>
      </w:r>
      <w:r>
        <w:t xml:space="preserve"> expecting</w:t>
      </w:r>
      <w:r>
        <w:t xml:space="preserve"> company?</w:t>
        <w:br/>
        <w:t>田园谷仓小巷这里开来了五辆车</w:t>
        <w:br/>
        <w:t>Because</w:t>
      </w:r>
      <w:r>
        <w:t xml:space="preserve"> I</w:t>
      </w:r>
      <w:r>
        <w:t xml:space="preserve"> have</w:t>
      </w:r>
      <w:r>
        <w:t xml:space="preserve"> five</w:t>
      </w:r>
      <w:r>
        <w:t xml:space="preserve"> vehicles</w:t>
      </w:r>
      <w:r>
        <w:t xml:space="preserve"> in</w:t>
      </w:r>
      <w:r>
        <w:t xml:space="preserve"> Field</w:t>
      </w:r>
      <w:r>
        <w:t xml:space="preserve"> Barn</w:t>
      </w:r>
      <w:r>
        <w:t xml:space="preserve"> Lane.</w:t>
        <w:br/>
        <w:t>没有</w:t>
      </w:r>
      <w:r>
        <w:t xml:space="preserve"> 绝对没有</w:t>
        <w:br/>
        <w:t>No,</w:t>
      </w:r>
      <w:r>
        <w:t xml:space="preserve"> definitely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 xml:space="preserve"> not.</w:t>
        <w:br/>
        <w:t>看起来像本地人吗</w:t>
        <w:br/>
        <w:t>Do</w:t>
      </w:r>
      <w:r>
        <w:t xml:space="preserve"> they</w:t>
      </w:r>
      <w:r>
        <w:t xml:space="preserve"> look</w:t>
      </w:r>
      <w:r>
        <w:t xml:space="preserve"> local?</w:t>
        <w:br/>
        <w:t>不像</w:t>
      </w:r>
      <w:r>
        <w:t xml:space="preserve"> 绝对不像是平时闲逛散步的那类人</w:t>
      </w:r>
      <w:r>
        <w:t xml:space="preserve"> 阁下</w:t>
        <w:br/>
        <w:t>No,</w:t>
      </w:r>
      <w:r>
        <w:t xml:space="preserve"> they</w:t>
      </w:r>
      <w:r>
        <w:t xml:space="preserve"> don't</w:t>
      </w:r>
      <w:r>
        <w:t xml:space="preserve"> look</w:t>
      </w:r>
      <w:r>
        <w:t xml:space="preserve"> like</w:t>
      </w:r>
      <w:r>
        <w:t xml:space="preserve"> our</w:t>
      </w:r>
      <w:r>
        <w:t xml:space="preserve"> average</w:t>
      </w:r>
      <w:r>
        <w:t xml:space="preserve"> rambler,</w:t>
      </w:r>
      <w:r>
        <w:t xml:space="preserve"> that's</w:t>
      </w:r>
      <w:r>
        <w:t xml:space="preserve"> for</w:t>
      </w:r>
      <w:r>
        <w:t xml:space="preserve"> sure,</w:t>
      </w:r>
      <w:r>
        <w:t xml:space="preserve"> sir.</w:t>
        <w:br/>
        <w:t>好吧</w:t>
      </w:r>
      <w:r>
        <w:t xml:space="preserve"> 待着别动</w:t>
      </w:r>
      <w:r>
        <w:t xml:space="preserve"> 我去找你</w:t>
        <w:br/>
        <w:t>Right.</w:t>
      </w:r>
      <w:r>
        <w:t xml:space="preserve"> Stay</w:t>
      </w:r>
      <w:r>
        <w:t xml:space="preserve"> there.</w:t>
      </w:r>
      <w:r>
        <w:t xml:space="preserve"> I'm</w:t>
      </w:r>
      <w:r>
        <w:t xml:space="preserve"> coming</w:t>
      </w:r>
      <w:r>
        <w:t xml:space="preserve"> to</w:t>
      </w:r>
      <w:r>
        <w:t xml:space="preserve"> you.</w:t>
        <w:br/>
        <w:t>“要向一切起来反抗的人开火...”</w:t>
        <w:br/>
        <w:t>"Release</w:t>
      </w:r>
      <w:r>
        <w:t xml:space="preserve"> your</w:t>
      </w:r>
      <w:r>
        <w:t xml:space="preserve"> fire</w:t>
      </w:r>
      <w:r>
        <w:t xml:space="preserve"> on</w:t>
      </w:r>
      <w:r>
        <w:t xml:space="preserve"> all</w:t>
      </w:r>
      <w:r>
        <w:t xml:space="preserve"> those</w:t>
      </w:r>
      <w:r>
        <w:t xml:space="preserve"> that</w:t>
      </w:r>
      <w:r>
        <w:t xml:space="preserve"> rise</w:t>
      </w:r>
      <w:r>
        <w:t xml:space="preserve"> against..."</w:t>
        <w:br/>
        <w:t>我本来是来查看巢箱的</w:t>
      </w:r>
      <w:r>
        <w:t xml:space="preserve"> 结果看到了这帮人</w:t>
        <w:br/>
        <w:t>Been</w:t>
      </w:r>
      <w:r>
        <w:t xml:space="preserve"> out</w:t>
      </w:r>
      <w:r>
        <w:t xml:space="preserve"> checking</w:t>
      </w:r>
      <w:r>
        <w:t xml:space="preserve"> the</w:t>
      </w:r>
      <w:r>
        <w:t xml:space="preserve"> nesting</w:t>
      </w:r>
      <w:r>
        <w:t xml:space="preserve"> boxes</w:t>
      </w:r>
      <w:r>
        <w:t xml:space="preserve"> and</w:t>
      </w:r>
      <w:r>
        <w:t xml:space="preserve"> saw</w:t>
      </w:r>
      <w:r>
        <w:t xml:space="preserve"> this</w:t>
      </w:r>
      <w:r>
        <w:t xml:space="preserve"> lot.</w:t>
        <w:br/>
        <w:t>在那里待了20分钟左右了</w:t>
        <w:br/>
        <w:t>They've</w:t>
      </w:r>
      <w:r>
        <w:t xml:space="preserve"> been</w:t>
      </w:r>
      <w:r>
        <w:t xml:space="preserve"> there</w:t>
      </w:r>
      <w:r>
        <w:t xml:space="preserve"> about</w:t>
      </w:r>
      <w:r>
        <w:t xml:space="preserve"> 20</w:t>
      </w:r>
      <w:r>
        <w:t xml:space="preserve"> minutes.</w:t>
        <w:br/>
        <w:t>看样子不是来闹着玩的</w:t>
      </w:r>
      <w:r>
        <w:t xml:space="preserve"> 知道他们是来找谁的吗</w:t>
        <w:br/>
        <w:t>Looks</w:t>
      </w:r>
      <w:r>
        <w:t xml:space="preserve"> like</w:t>
      </w:r>
      <w:r>
        <w:t xml:space="preserve"> they</w:t>
      </w:r>
      <w:r>
        <w:t xml:space="preserve"> mean</w:t>
      </w:r>
      <w:r>
        <w:t xml:space="preserve"> business.</w:t>
      </w:r>
      <w:r>
        <w:t xml:space="preserve"> Any</w:t>
      </w:r>
      <w:r>
        <w:t xml:space="preserve"> idea</w:t>
      </w:r>
      <w:r>
        <w:t xml:space="preserve"> who</w:t>
      </w:r>
      <w:r>
        <w:t xml:space="preserve"> they're</w:t>
      </w:r>
      <w:r>
        <w:t xml:space="preserve"> after?</w:t>
        <w:br/>
        <w:t>那个人来自利物浦</w:t>
      </w:r>
      <w:r>
        <w:t xml:space="preserve"> 是个虔诚的</w:t>
      </w:r>
      <w:r>
        <w:t xml:space="preserve"> 贩卖&amp;hearts;&amp;hearts;可&amp;hearts;卡&amp;hearts;因&amp;hearts;的犯罪头目</w:t>
        <w:br/>
        <w:t>That</w:t>
      </w:r>
      <w:r>
        <w:t xml:space="preserve"> is</w:t>
      </w:r>
      <w:r>
        <w:t xml:space="preserve"> a</w:t>
      </w:r>
      <w:r>
        <w:t xml:space="preserve"> God-fearing,</w:t>
      </w:r>
      <w:r>
        <w:t xml:space="preserve"> coke-dealing</w:t>
      </w:r>
      <w:r>
        <w:t xml:space="preserve"> crime</w:t>
      </w:r>
      <w:r>
        <w:t xml:space="preserve"> lord</w:t>
      </w:r>
      <w:r>
        <w:t xml:space="preserve"> from</w:t>
      </w:r>
      <w:r>
        <w:t xml:space="preserve"> Liverpool.</w:t>
        <w:br/>
        <w:t>这可不是什么好事</w:t>
        <w:br/>
        <w:t>None</w:t>
      </w:r>
      <w:r>
        <w:t xml:space="preserve"> of</w:t>
      </w:r>
      <w:r>
        <w:t xml:space="preserve"> this</w:t>
      </w:r>
      <w:r>
        <w:t xml:space="preserve"> is</w:t>
      </w:r>
      <w:r>
        <w:t xml:space="preserve"> good.</w:t>
        <w:br/>
        <w:t>阿门</w:t>
      </w:r>
      <w:r>
        <w:t xml:space="preserve"> -</w:t>
      </w:r>
      <w:r>
        <w:t xml:space="preserve"> 阿门</w:t>
        <w:br/>
        <w:t>Amen.</w:t>
      </w:r>
      <w:r>
        <w:t xml:space="preserve"> -</w:t>
      </w:r>
      <w:r>
        <w:t xml:space="preserve"> </w:t>
      </w:r>
      <w:r>
        <w:t xml:space="preserve"> Amen.</w:t>
        <w:br/>
        <w:t>弗雷迪</w:t>
      </w:r>
      <w:r>
        <w:t xml:space="preserve"> 最近跟福音·约翰有联&amp;hearts;系&amp;hearts;吗</w:t>
        <w:br/>
        <w:t>Freddy,</w:t>
      </w:r>
      <w:r>
        <w:t xml:space="preserve"> you</w:t>
      </w:r>
      <w:r>
        <w:t xml:space="preserve"> had</w:t>
      </w:r>
      <w:r>
        <w:t xml:space="preserve"> any</w:t>
      </w:r>
      <w:r>
        <w:t xml:space="preserve"> contact</w:t>
      </w:r>
      <w:r>
        <w:t xml:space="preserve"> with</w:t>
      </w:r>
      <w:r>
        <w:t xml:space="preserve"> Gospel</w:t>
      </w:r>
      <w:r>
        <w:t xml:space="preserve"> John</w:t>
      </w:r>
      <w:r>
        <w:t xml:space="preserve"> recently?</w:t>
        <w:br/>
        <w:t>我跟福音有...</w:t>
        <w:br/>
        <w:t>Have</w:t>
      </w:r>
      <w:r>
        <w:t xml:space="preserve"> I</w:t>
      </w:r>
      <w:r>
        <w:t xml:space="preserve"> had</w:t>
      </w:r>
      <w:r>
        <w:t xml:space="preserve"> contact</w:t>
      </w:r>
      <w:r>
        <w:t xml:space="preserve"> with</w:t>
      </w:r>
      <w:r>
        <w:t xml:space="preserve"> Gospel...</w:t>
        <w:br/>
        <w:t>可不是么</w:t>
      </w:r>
      <w:r>
        <w:t xml:space="preserve"> 我们会发短&amp;hearts;信&amp;hearts;</w:t>
      </w:r>
      <w:r>
        <w:t xml:space="preserve"> 偶尔发邮件聊聊对墙纸的想法</w:t>
        <w:br/>
        <w:t>Oh,</w:t>
      </w:r>
      <w:r>
        <w:t xml:space="preserve"> sure.</w:t>
      </w:r>
      <w:r>
        <w:t xml:space="preserve"> You</w:t>
      </w:r>
      <w:r>
        <w:t xml:space="preserve"> know,</w:t>
      </w:r>
      <w:r>
        <w:t xml:space="preserve"> we</w:t>
      </w:r>
      <w:r>
        <w:t xml:space="preserve"> text,</w:t>
      </w:r>
      <w:r>
        <w:t xml:space="preserve"> trade</w:t>
      </w:r>
      <w:r>
        <w:t xml:space="preserve"> the</w:t>
      </w:r>
      <w:r>
        <w:t xml:space="preserve"> occasional</w:t>
      </w:r>
      <w:r>
        <w:t xml:space="preserve"> email</w:t>
      </w:r>
      <w:r>
        <w:t xml:space="preserve"> about</w:t>
      </w:r>
      <w:r>
        <w:t xml:space="preserve"> wallpaper</w:t>
      </w:r>
      <w:r>
        <w:t xml:space="preserve"> ideas.</w:t>
        <w:br/>
        <w:t>我他妈的为什么要和那个疯子联&amp;hearts;系&amp;hearts;</w:t>
        <w:br/>
        <w:t>Why</w:t>
      </w:r>
      <w:r>
        <w:t xml:space="preserve"> the</w:t>
      </w:r>
      <w:r>
        <w:t xml:space="preserve"> fuck</w:t>
      </w:r>
      <w:r>
        <w:t xml:space="preserve"> would</w:t>
      </w:r>
      <w:r>
        <w:t xml:space="preserve"> I</w:t>
      </w:r>
      <w:r>
        <w:t xml:space="preserve"> have</w:t>
      </w:r>
      <w:r>
        <w:t xml:space="preserve"> any</w:t>
      </w:r>
      <w:r>
        <w:t xml:space="preserve"> contact</w:t>
      </w:r>
      <w:r>
        <w:t xml:space="preserve"> with</w:t>
      </w:r>
      <w:r>
        <w:t xml:space="preserve"> that</w:t>
      </w:r>
      <w:r>
        <w:t xml:space="preserve"> mad</w:t>
      </w:r>
      <w:r>
        <w:t xml:space="preserve"> bastard?</w:t>
        <w:br/>
        <w:t>好吧</w:t>
      </w:r>
      <w:r>
        <w:t xml:space="preserve"> 叫大家待在屋里别动</w:t>
        <w:br/>
        <w:t>All</w:t>
      </w:r>
      <w:r>
        <w:t xml:space="preserve"> right.</w:t>
      </w:r>
      <w:r>
        <w:t xml:space="preserve"> Tell</w:t>
      </w:r>
      <w:r>
        <w:t xml:space="preserve"> everyone</w:t>
      </w:r>
      <w:r>
        <w:t xml:space="preserve"> to</w:t>
      </w:r>
      <w:r>
        <w:t xml:space="preserve"> stay</w:t>
      </w:r>
      <w:r>
        <w:t xml:space="preserve"> indoors.</w:t>
        <w:br/>
        <w:t>当然</w:t>
      </w:r>
      <w:r>
        <w:t xml:space="preserve"> 好的</w:t>
      </w:r>
      <w:r>
        <w:t xml:space="preserve"> 为什么</w:t>
      </w:r>
      <w:r>
        <w:t xml:space="preserve"> 到底他妈的怎么回事</w:t>
        <w:br/>
        <w:t>Uh,</w:t>
      </w:r>
      <w:r>
        <w:t xml:space="preserve"> sure.</w:t>
      </w:r>
      <w:r>
        <w:t xml:space="preserve"> Okay.</w:t>
      </w:r>
      <w:r>
        <w:t xml:space="preserve"> Why?</w:t>
      </w:r>
      <w:r>
        <w:t xml:space="preserve"> Wh-What</w:t>
      </w:r>
      <w:r>
        <w:t xml:space="preserve"> the</w:t>
      </w:r>
      <w:r>
        <w:t xml:space="preserve"> fuck's</w:t>
      </w:r>
      <w:r>
        <w:t xml:space="preserve"> going</w:t>
      </w:r>
      <w:r>
        <w:t xml:space="preserve"> on?</w:t>
        <w:br/>
        <w:t>等我知道更多消息后再打给你</w:t>
        <w:br/>
        <w:t>When</w:t>
      </w:r>
      <w:r>
        <w:t xml:space="preserve"> I</w:t>
      </w:r>
      <w:r>
        <w:t xml:space="preserve"> know</w:t>
      </w:r>
      <w:r>
        <w:t xml:space="preserve"> more,</w:t>
      </w:r>
      <w:r>
        <w:t xml:space="preserve"> I'll</w:t>
      </w:r>
      <w:r>
        <w:t xml:space="preserve"> call</w:t>
      </w:r>
      <w:r>
        <w:t xml:space="preserve"> you,</w:t>
      </w:r>
      <w:r>
        <w:t xml:space="preserve"> all</w:t>
      </w:r>
      <w:r>
        <w:t xml:space="preserve"> right?</w:t>
        <w:br/>
        <w:t>我们得去我的小木屋拿些东西</w:t>
        <w:br/>
        <w:t>We</w:t>
      </w:r>
      <w:r>
        <w:t xml:space="preserve"> need</w:t>
      </w:r>
      <w:r>
        <w:t xml:space="preserve"> to</w:t>
      </w:r>
      <w:r>
        <w:t xml:space="preserve"> go</w:t>
      </w:r>
      <w:r>
        <w:t xml:space="preserve"> to</w:t>
      </w:r>
      <w:r>
        <w:t xml:space="preserve"> my</w:t>
      </w:r>
      <w:r>
        <w:t xml:space="preserve"> cottage</w:t>
      </w:r>
      <w:r>
        <w:t xml:space="preserve"> and</w:t>
      </w:r>
      <w:r>
        <w:t xml:space="preserve"> pick</w:t>
      </w:r>
      <w:r>
        <w:t xml:space="preserve"> up</w:t>
      </w:r>
      <w:r>
        <w:t xml:space="preserve"> a</w:t>
      </w:r>
      <w:r>
        <w:t xml:space="preserve"> few</w:t>
      </w:r>
      <w:r>
        <w:t xml:space="preserve"> things.</w:t>
        <w:br/>
        <w:t>有点夸张了吧</w:t>
      </w:r>
      <w:r>
        <w:t xml:space="preserve"> 杰弗里</w:t>
        <w:br/>
        <w:t>Little</w:t>
      </w:r>
      <w:r>
        <w:t xml:space="preserve"> much,</w:t>
      </w:r>
      <w:r>
        <w:t xml:space="preserve"> isn't</w:t>
      </w:r>
      <w:r>
        <w:t xml:space="preserve"> it,</w:t>
      </w:r>
      <w:r>
        <w:t xml:space="preserve"> Geoffrey?</w:t>
        <w:br/>
        <w:t>我的工作是杀害虫</w:t>
      </w:r>
      <w:r>
        <w:t xml:space="preserve"> 阁下</w:t>
        <w:br/>
        <w:t>I</w:t>
      </w:r>
      <w:r>
        <w:t xml:space="preserve"> am</w:t>
      </w:r>
      <w:r>
        <w:t xml:space="preserve"> employed</w:t>
      </w:r>
      <w:r>
        <w:t xml:space="preserve"> to</w:t>
      </w:r>
      <w:r>
        <w:t xml:space="preserve"> kill</w:t>
      </w:r>
      <w:r>
        <w:t xml:space="preserve"> vermin,</w:t>
      </w:r>
      <w:r>
        <w:t xml:space="preserve"> Your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t xml:space="preserve"> Grace.</w:t>
        <w:br/>
        <w:t>妈的</w:t>
        <w:br/>
        <w:t>Oh</w:t>
      </w:r>
      <w:r>
        <w:t xml:space="preserve"> fuck.</w:t>
        <w:br/>
        <w:t>我做了件坏事</w:t>
      </w:r>
      <w:r>
        <w:t xml:space="preserve"> 妈妈</w:t>
        <w:br/>
        <w:t>I</w:t>
      </w:r>
      <w:r>
        <w:t xml:space="preserve"> did</w:t>
      </w:r>
      <w:r>
        <w:t xml:space="preserve"> a</w:t>
      </w:r>
      <w:r>
        <w:t xml:space="preserve"> bad</w:t>
      </w:r>
      <w:r>
        <w:t xml:space="preserve"> thing,</w:t>
      </w:r>
      <w:r>
        <w:t xml:space="preserve"> Mama.</w:t>
        <w:br/>
        <w:t>那个人现在在外面站着</w:t>
      </w:r>
      <w:r>
        <w:t xml:space="preserve"> 可能是因为他发现了我做的事</w:t>
        <w:br/>
        <w:t>And</w:t>
      </w:r>
      <w:r>
        <w:t xml:space="preserve"> the</w:t>
      </w:r>
      <w:r>
        <w:t xml:space="preserve"> fact</w:t>
      </w:r>
      <w:r>
        <w:t xml:space="preserve"> that</w:t>
      </w:r>
      <w:r>
        <w:t xml:space="preserve"> man</w:t>
      </w:r>
      <w:r>
        <w:t xml:space="preserve"> is</w:t>
      </w:r>
      <w:r>
        <w:t xml:space="preserve"> out</w:t>
      </w:r>
      <w:r>
        <w:t xml:space="preserve"> there</w:t>
      </w:r>
      <w:r>
        <w:t xml:space="preserve"> probably</w:t>
      </w:r>
      <w:r>
        <w:t xml:space="preserve"> indicates</w:t>
      </w:r>
      <w:r>
        <w:t xml:space="preserve"> he</w:t>
      </w:r>
      <w:r>
        <w:t xml:space="preserve"> found</w:t>
      </w:r>
      <w:r>
        <w:t xml:space="preserve"> out.</w:t>
        <w:br/>
        <w:t>你好</w:t>
      </w:r>
      <w:r>
        <w:t xml:space="preserve"> 弗雷迪</w:t>
        <w:br/>
        <w:t>Hello,</w:t>
      </w:r>
      <w:r>
        <w:t xml:space="preserve"> Freddy.</w:t>
        <w:br/>
        <w:t>我是来讨债的</w:t>
        <w:br/>
        <w:t>I've</w:t>
      </w:r>
      <w:r>
        <w:t xml:space="preserve"> come</w:t>
      </w:r>
      <w:r>
        <w:t xml:space="preserve"> to</w:t>
      </w:r>
      <w:r>
        <w:t xml:space="preserve"> collect</w:t>
      </w:r>
      <w:r>
        <w:t xml:space="preserve"> a</w:t>
      </w:r>
      <w:r>
        <w:t xml:space="preserve"> debt.</w:t>
        <w:br/>
        <w:t>你欠我的一个债</w:t>
        <w:br/>
        <w:t>A</w:t>
      </w:r>
      <w:r>
        <w:t xml:space="preserve"> debt</w:t>
      </w:r>
      <w:r>
        <w:t xml:space="preserve"> that</w:t>
      </w:r>
      <w:r>
        <w:t xml:space="preserve"> you</w:t>
      </w:r>
      <w:r>
        <w:t xml:space="preserve"> owe</w:t>
      </w:r>
      <w:r>
        <w:t xml:space="preserve"> me.</w:t>
        <w:br/>
        <w:t>我们可以用两种方法来处理</w:t>
        <w:br/>
        <w:t>Now,</w:t>
      </w:r>
      <w:r>
        <w:t xml:space="preserve"> we</w:t>
      </w:r>
      <w:r>
        <w:t xml:space="preserve"> can</w:t>
      </w:r>
      <w:r>
        <w:t xml:space="preserve"> do</w:t>
      </w:r>
      <w:r>
        <w:t xml:space="preserve"> this</w:t>
      </w:r>
      <w:r>
        <w:t xml:space="preserve"> one</w:t>
      </w:r>
      <w:r>
        <w:t xml:space="preserve"> of</w:t>
      </w:r>
      <w:r>
        <w:t xml:space="preserve"> two</w:t>
      </w:r>
      <w:r>
        <w:t xml:space="preserve"> ways.</w:t>
        <w:br/>
        <w:t>要么你出来</w:t>
      </w:r>
      <w:r>
        <w:t xml:space="preserve"> 要么我进去</w:t>
        <w:br/>
        <w:t>You're</w:t>
      </w:r>
      <w:r>
        <w:t xml:space="preserve"> coming</w:t>
      </w:r>
      <w:r>
        <w:t xml:space="preserve"> out,</w:t>
      </w:r>
      <w:r>
        <w:t xml:space="preserve"> or</w:t>
      </w:r>
      <w:r>
        <w:t xml:space="preserve"> I'm</w:t>
      </w:r>
      <w:r>
        <w:t xml:space="preserve"> coming</w:t>
      </w:r>
      <w:r>
        <w:t xml:space="preserve"> in.</w:t>
        <w:br/>
        <w:t>你好吗</w:t>
      </w:r>
      <w:r>
        <w:t xml:space="preserve"> 爸爸</w:t>
      </w:r>
      <w:r>
        <w:t xml:space="preserve"> 你怎么样</w:t>
      </w:r>
      <w:r>
        <w:t xml:space="preserve"> 别担心我</w:t>
      </w:r>
      <w:r>
        <w:t xml:space="preserve"> 最近情况怎么样了</w:t>
        <w:br/>
        <w:t>All</w:t>
      </w:r>
      <w:r>
        <w:t xml:space="preserve"> right,</w:t>
      </w:r>
      <w:r>
        <w:t xml:space="preserve"> Dad?</w:t>
      </w:r>
      <w:r>
        <w:t xml:space="preserve"> How's</w:t>
      </w:r>
      <w:r>
        <w:t xml:space="preserve"> it</w:t>
      </w:r>
      <w:r>
        <w:t xml:space="preserve"> going?</w:t>
      </w:r>
      <w:r>
        <w:t xml:space="preserve"> -</w:t>
      </w:r>
      <w:r>
        <w:t xml:space="preserve"> Don't</w:t>
      </w:r>
      <w:r>
        <w:t xml:space="preserve"> worry</w:t>
      </w:r>
      <w:r>
        <w:t xml:space="preserve"> about</w:t>
      </w:r>
      <w:r>
        <w:t xml:space="preserve"> me.</w:t>
      </w:r>
      <w:r>
        <w:t xml:space="preserve"> What's</w:t>
      </w:r>
      <w:r>
        <w:t xml:space="preserve"> the</w:t>
      </w:r>
      <w:r>
        <w:t xml:space="preserve"> latest?</w:t>
        <w:br/>
        <w:t>刚刚跟会诊医师谈过了</w:t>
        <w:br/>
        <w:t>Just</w:t>
      </w:r>
      <w:r>
        <w:t xml:space="preserve"> spoke</w:t>
      </w:r>
      <w:r>
        <w:t xml:space="preserve"> to</w:t>
      </w:r>
      <w:r>
        <w:t xml:space="preserve"> the</w:t>
      </w:r>
      <w:r>
        <w:t xml:space="preserve"> consultant.</w:t>
        <w:br/>
        <w:t>杰克恢复得不错</w:t>
      </w:r>
      <w:r>
        <w:t xml:space="preserve"> 他睡着了</w:t>
      </w:r>
      <w:r>
        <w:t xml:space="preserve"> 但目前状况良好</w:t>
        <w:br/>
        <w:t>Jack's</w:t>
      </w:r>
      <w:r>
        <w:t xml:space="preserve"> doing</w:t>
      </w:r>
      <w:r>
        <w:t xml:space="preserve"> well.</w:t>
      </w:r>
      <w:r>
        <w:t xml:space="preserve"> He's</w:t>
      </w:r>
      <w:r>
        <w:t xml:space="preserve"> asleep,</w:t>
      </w:r>
      <w:r>
        <w:t xml:space="preserve"> but</w:t>
      </w:r>
      <w:r>
        <w:t xml:space="preserve"> we're</w:t>
      </w:r>
      <w:r>
        <w:t xml:space="preserve"> on</w:t>
      </w:r>
      <w:r>
        <w:t xml:space="preserve"> the</w:t>
      </w:r>
      <w:r>
        <w:t xml:space="preserve"> right</w:t>
      </w:r>
      <w:r>
        <w:t xml:space="preserve"> path.</w:t>
        <w:br/>
        <w:t>我和爱迪聊过了</w:t>
      </w:r>
      <w:r>
        <w:t xml:space="preserve"> 他的话让我深思了一下</w:t>
        <w:br/>
        <w:t>I</w:t>
      </w:r>
      <w:r>
        <w:t xml:space="preserve"> had</w:t>
      </w:r>
      <w:r>
        <w:t xml:space="preserve"> a</w:t>
      </w:r>
      <w:r>
        <w:t xml:space="preserve"> chat</w:t>
      </w:r>
      <w:r>
        <w:t xml:space="preserve"> with</w:t>
      </w:r>
      <w:r>
        <w:t xml:space="preserve"> Eddie.</w:t>
      </w:r>
      <w:r>
        <w:t xml:space="preserve"> He</w:t>
      </w:r>
      <w:r>
        <w:t xml:space="preserve"> got</w:t>
      </w:r>
      <w:r>
        <w:t xml:space="preserve"> me</w:t>
      </w:r>
      <w:r>
        <w:t xml:space="preserve"> thinking.</w:t>
        <w:br/>
        <w:t>我需要你立刻过来一下</w:t>
      </w:r>
      <w:r>
        <w:t xml:space="preserve"> 把公爵也带过来</w:t>
        <w:br/>
        <w:t>I</w:t>
      </w:r>
      <w:r>
        <w:t xml:space="preserve"> need</w:t>
      </w:r>
      <w:r>
        <w:t xml:space="preserve"> you</w:t>
      </w:r>
      <w:r>
        <w:t xml:space="preserve"> over</w:t>
      </w:r>
      <w:r>
        <w:t xml:space="preserve"> here</w:t>
      </w:r>
      <w:r>
        <w:t xml:space="preserve"> tout</w:t>
      </w:r>
      <w:r>
        <w:t xml:space="preserve"> de</w:t>
      </w:r>
      <w:r>
        <w:t xml:space="preserve"> suite.</w:t>
      </w:r>
      <w:r>
        <w:t xml:space="preserve"> And</w:t>
      </w:r>
      <w:r>
        <w:t xml:space="preserve"> bring</w:t>
      </w:r>
      <w:r>
        <w:t xml:space="preserve"> the</w:t>
      </w:r>
      <w:r>
        <w:t xml:space="preserve"> duke</w:t>
      </w:r>
      <w:r>
        <w:t xml:space="preserve"> with</w:t>
      </w:r>
      <w:r>
        <w:t xml:space="preserve"> ya.</w:t>
        <w:br/>
        <w:t>可能会比较麻烦</w:t>
      </w:r>
      <w:r>
        <w:t xml:space="preserve"> -</w:t>
      </w:r>
      <w:r>
        <w:t xml:space="preserve"> 为什么</w:t>
        <w:br/>
        <w:t>That</w:t>
      </w:r>
      <w:r>
        <w:t xml:space="preserve"> might</w:t>
      </w:r>
      <w:r>
        <w:t xml:space="preserve"> be</w:t>
      </w:r>
      <w:r>
        <w:t xml:space="preserve"> a</w:t>
      </w:r>
      <w:r>
        <w:t xml:space="preserve"> problem.</w:t>
      </w:r>
      <w:r>
        <w:t xml:space="preserve"> -</w:t>
      </w:r>
      <w:r>
        <w:t xml:space="preserve"> Why?</w:t>
        <w:br/>
        <w:t>他出&amp;hearts;卖&amp;hearts;&amp;hearts;&amp;hearts;了我们</w:t>
        <w:br/>
        <w:t>Well,</w:t>
      </w:r>
      <w:r>
        <w:t xml:space="preserve"> he</w:t>
      </w:r>
      <w:r>
        <w:t xml:space="preserve"> sold</w:t>
      </w:r>
      <w:r>
        <w:t xml:space="preserve"> us</w:t>
      </w:r>
      <w:r>
        <w:t xml:space="preserve"> out,</w:t>
        <w:br/>
        <w:t>所以我出&amp;hearts;卖&amp;hearts;&amp;hearts;&amp;hearts;了他</w:t>
        <w:br/>
        <w:t>so</w:t>
      </w:r>
      <w:r>
        <w:t xml:space="preserve"> I</w:t>
      </w:r>
      <w:r>
        <w:t xml:space="preserve"> sold</w:t>
      </w:r>
      <w:r>
        <w:t xml:space="preserve"> him</w:t>
      </w:r>
      <w:r>
        <w:t xml:space="preserve"> out.</w:t>
        <w:br/>
        <w:t>听着</w:t>
      </w:r>
      <w:r>
        <w:t xml:space="preserve"> 我觉得你应该查看一下最近的新闻</w:t>
      </w:r>
      <w:r>
        <w:t xml:space="preserve"> 好吗</w:t>
        <w:br/>
        <w:t>Look,</w:t>
      </w:r>
      <w:r>
        <w:t xml:space="preserve"> I</w:t>
      </w:r>
      <w:r>
        <w:t xml:space="preserve"> think</w:t>
      </w:r>
      <w:r>
        <w:t xml:space="preserve"> you</w:t>
      </w:r>
      <w:r>
        <w:t xml:space="preserve"> should</w:t>
      </w:r>
      <w:r>
        <w:t xml:space="preserve"> check</w:t>
      </w:r>
      <w:r>
        <w:t xml:space="preserve"> your</w:t>
      </w:r>
      <w:r>
        <w:t xml:space="preserve"> news</w:t>
      </w:r>
      <w:r>
        <w:t xml:space="preserve"> media,</w:t>
      </w:r>
      <w:r>
        <w:t xml:space="preserve"> yeah?</w:t>
        <w:br/>
        <w:t>我感觉你没跟上最近24小时的时事</w:t>
        <w:br/>
        <w:t>I</w:t>
      </w:r>
      <w:r>
        <w:t xml:space="preserve"> reckon</w:t>
      </w:r>
      <w:r>
        <w:t xml:space="preserve"> you're</w:t>
      </w:r>
      <w:r>
        <w:t xml:space="preserve"> about</w:t>
      </w:r>
      <w:r>
        <w:t xml:space="preserve"> 24</w:t>
      </w:r>
      <w:r>
        <w:t xml:space="preserve"> hours</w:t>
      </w:r>
      <w:r>
        <w:t xml:space="preserve"> out</w:t>
      </w:r>
      <w:r>
        <w:t xml:space="preserve"> of</w:t>
      </w:r>
      <w:r>
        <w:t xml:space="preserve"> date.</w:t>
        <w:br/>
        <w:t>不管你做了什么</w:t>
      </w:r>
      <w:r>
        <w:t xml:space="preserve"> 你最好弥补回来</w:t>
        <w:br/>
        <w:t>Whatever</w:t>
      </w:r>
      <w:r>
        <w:t xml:space="preserve"> you've</w:t>
      </w:r>
      <w:r>
        <w:t xml:space="preserve"> done,</w:t>
      </w:r>
      <w:r>
        <w:t xml:space="preserve"> you'd</w:t>
      </w:r>
      <w:r>
        <w:t xml:space="preserve"> better</w:t>
      </w:r>
      <w:r>
        <w:t xml:space="preserve"> undone.</w:t>
        <w:br/>
        <w:t>我需要阁下</w:t>
      </w:r>
      <w:r>
        <w:t xml:space="preserve"> 我需要保证他满意</w:t>
        <w:br/>
        <w:t>I</w:t>
      </w:r>
      <w:r>
        <w:t xml:space="preserve"> need</w:t>
      </w:r>
      <w:r>
        <w:t xml:space="preserve"> His</w:t>
      </w:r>
      <w:r>
        <w:t xml:space="preserve"> Grace,</w:t>
      </w:r>
      <w:r>
        <w:t xml:space="preserve"> and</w:t>
      </w:r>
      <w:r>
        <w:t xml:space="preserve"> I</w:t>
      </w:r>
      <w:r>
        <w:t xml:space="preserve"> need</w:t>
      </w:r>
      <w:r>
        <w:t xml:space="preserve"> him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t xml:space="preserve"> happy.</w:t>
        <w:br/>
        <w:t>我给福音打了个电&amp;hearts;话&amp;hearts;</w:t>
        <w:br/>
        <w:t>Well,</w:t>
      </w:r>
      <w:r>
        <w:t xml:space="preserve"> what</w:t>
      </w:r>
      <w:r>
        <w:t xml:space="preserve"> I've</w:t>
      </w:r>
      <w:r>
        <w:t xml:space="preserve"> done</w:t>
      </w:r>
      <w:r>
        <w:t xml:space="preserve"> is</w:t>
      </w:r>
      <w:r>
        <w:t xml:space="preserve"> make</w:t>
      </w:r>
      <w:r>
        <w:t xml:space="preserve"> a</w:t>
      </w:r>
      <w:r>
        <w:t xml:space="preserve"> call</w:t>
      </w:r>
      <w:r>
        <w:t xml:space="preserve"> to</w:t>
      </w:r>
      <w:r>
        <w:t xml:space="preserve"> the</w:t>
      </w:r>
      <w:r>
        <w:t xml:space="preserve"> Gospel.</w:t>
        <w:br/>
        <w:t>我&amp;hearts;操&amp;hearts;</w:t>
      </w:r>
      <w:r>
        <w:t xml:space="preserve"> 苏茜</w:t>
        <w:br/>
        <w:t>Fuck</w:t>
      </w:r>
      <w:r>
        <w:t xml:space="preserve"> me,</w:t>
      </w:r>
      <w:r>
        <w:t xml:space="preserve"> Susie.</w:t>
        <w:br/>
        <w:t>苏茜</w:t>
      </w:r>
      <w:r>
        <w:t xml:space="preserve"> 福音·约翰刚来到了我的庄园</w:t>
        <w:br/>
        <w:t>Susie,</w:t>
      </w:r>
      <w:r>
        <w:t xml:space="preserve"> Gospel</w:t>
      </w:r>
      <w:r>
        <w:t xml:space="preserve"> John</w:t>
      </w:r>
      <w:r>
        <w:t xml:space="preserve"> has</w:t>
      </w:r>
      <w:r>
        <w:t xml:space="preserve"> just</w:t>
      </w:r>
      <w:r>
        <w:t xml:space="preserve"> pulled</w:t>
      </w:r>
      <w:r>
        <w:t xml:space="preserve"> up</w:t>
      </w:r>
      <w:r>
        <w:t xml:space="preserve"> onto</w:t>
      </w:r>
      <w:r>
        <w:t xml:space="preserve"> my</w:t>
      </w:r>
      <w:r>
        <w:t xml:space="preserve"> estate.</w:t>
        <w:br/>
        <w:t>抱歉</w:t>
      </w:r>
      <w:r>
        <w:t xml:space="preserve"> 爱迪</w:t>
      </w:r>
      <w:r>
        <w:t xml:space="preserve"> 可能是因为我</w:t>
        <w:br/>
        <w:t>Sorry</w:t>
      </w:r>
      <w:r>
        <w:t xml:space="preserve"> about</w:t>
      </w:r>
      <w:r>
        <w:t xml:space="preserve"> that,</w:t>
      </w:r>
      <w:r>
        <w:t xml:space="preserve"> Eddie.</w:t>
      </w:r>
      <w:r>
        <w:t xml:space="preserve"> That</w:t>
      </w:r>
      <w:r>
        <w:t xml:space="preserve"> might've</w:t>
      </w:r>
      <w:r>
        <w:t xml:space="preserve"> been</w:t>
      </w:r>
      <w:r>
        <w:t xml:space="preserve"> me.</w:t>
        <w:br/>
        <w:t>你&amp;hearts;他&amp;hearts;妈&amp;hearts;的为什么要这么做</w:t>
        <w:br/>
        <w:t>Why</w:t>
      </w:r>
      <w:r>
        <w:t xml:space="preserve"> the</w:t>
      </w:r>
      <w:r>
        <w:t xml:space="preserve"> fuck</w:t>
      </w:r>
      <w:r>
        <w:t xml:space="preserve"> would</w:t>
      </w:r>
      <w:r>
        <w:t xml:space="preserve"> you</w:t>
      </w:r>
      <w:r>
        <w:t xml:space="preserve"> do</w:t>
      </w:r>
      <w:r>
        <w:t xml:space="preserve"> that?</w:t>
        <w:br/>
        <w:t>我当时自有我的理由</w:t>
      </w:r>
      <w:r>
        <w:t xml:space="preserve"> 他到了吗</w:t>
        <w:br/>
        <w:t>I</w:t>
      </w:r>
      <w:r>
        <w:t xml:space="preserve"> had</w:t>
      </w:r>
      <w:r>
        <w:t xml:space="preserve"> my</w:t>
      </w:r>
      <w:r>
        <w:t xml:space="preserve"> reasons</w:t>
      </w:r>
      <w:r>
        <w:t xml:space="preserve"> at</w:t>
      </w:r>
      <w:r>
        <w:t xml:space="preserve"> the</w:t>
      </w:r>
      <w:r>
        <w:t xml:space="preserve"> time.</w:t>
      </w:r>
      <w:r>
        <w:t xml:space="preserve"> Is</w:t>
      </w:r>
      <w:r>
        <w:t xml:space="preserve"> he</w:t>
      </w:r>
      <w:r>
        <w:t xml:space="preserve"> there</w:t>
      </w:r>
      <w:r>
        <w:t xml:space="preserve"> yet?</w:t>
        <w:br/>
        <w:t>他和一半的基&amp;hearts;督&amp;hearts;教兄弟们都来了</w:t>
        <w:br/>
        <w:t>Him</w:t>
      </w:r>
      <w:r>
        <w:t xml:space="preserve"> and</w:t>
      </w:r>
      <w:r>
        <w:t xml:space="preserve"> half</w:t>
      </w:r>
      <w:r>
        <w:t xml:space="preserve"> the</w:t>
      </w:r>
      <w:r>
        <w:t xml:space="preserve"> Christian</w:t>
      </w:r>
      <w:r>
        <w:t xml:space="preserve"> brotherhood.</w:t>
        <w:br/>
        <w:t>稳住</w:t>
      </w:r>
      <w:r>
        <w:t xml:space="preserve"> 我这就派救援</w:t>
      </w:r>
      <w:r>
        <w:t xml:space="preserve"> 好</w:t>
      </w:r>
      <w:r>
        <w:t xml:space="preserve"> 不管你打算做什么</w:t>
      </w:r>
      <w:r>
        <w:t xml:space="preserve"> 一定要快点</w:t>
        <w:br/>
        <w:t>Hold</w:t>
      </w:r>
      <w:r>
        <w:t xml:space="preserve"> tight.</w:t>
      </w:r>
      <w:r>
        <w:t xml:space="preserve"> Cavalry's</w:t>
      </w:r>
      <w:r>
        <w:t xml:space="preserve"> on</w:t>
      </w:r>
      <w:r>
        <w:t xml:space="preserve"> its</w:t>
      </w:r>
      <w:r>
        <w:t xml:space="preserve"> way.</w:t>
      </w:r>
      <w:r>
        <w:t xml:space="preserve"> -All</w:t>
      </w:r>
      <w:r>
        <w:t xml:space="preserve"> right.</w:t>
      </w:r>
      <w:r>
        <w:t xml:space="preserve"> Whatever</w:t>
      </w:r>
      <w:r>
        <w:t xml:space="preserve"> you're</w:t>
      </w:r>
      <w:r>
        <w:t xml:space="preserve"> gonna</w:t>
      </w:r>
      <w:r>
        <w:t xml:space="preserve"> do,</w:t>
      </w:r>
      <w:r>
        <w:t xml:space="preserve"> do</w:t>
      </w:r>
      <w:r>
        <w:t xml:space="preserve"> it</w:t>
      </w:r>
      <w:r>
        <w:t xml:space="preserve"> fast.</w:t>
        <w:br/>
        <w:t>吉米</w:t>
      </w:r>
      <w:r>
        <w:t xml:space="preserve"> 我需要你给我仔细听好了</w:t>
        <w:br/>
        <w:t>Jimmy,</w:t>
      </w:r>
      <w:r>
        <w:t xml:space="preserve"> I</w:t>
      </w:r>
      <w:r>
        <w:t xml:space="preserve"> need</w:t>
      </w:r>
      <w:r>
        <w:t xml:space="preserve"> you</w:t>
      </w:r>
      <w:r>
        <w:t xml:space="preserve"> to</w:t>
      </w:r>
      <w:r>
        <w:t xml:space="preserve"> listen</w:t>
      </w:r>
      <w:r>
        <w:t xml:space="preserve"> to</w:t>
      </w:r>
      <w:r>
        <w:t xml:space="preserve"> me</w:t>
      </w:r>
      <w:r>
        <w:t xml:space="preserve"> very</w:t>
      </w:r>
      <w:r>
        <w:t xml:space="preserve"> carefully.</w:t>
        <w:br/>
        <w:t>公爵遇到了一点麻烦</w:t>
        <w:br/>
        <w:t>The</w:t>
      </w:r>
      <w:r>
        <w:t xml:space="preserve"> duke's</w:t>
      </w:r>
      <w:r>
        <w:t xml:space="preserve"> in</w:t>
      </w:r>
      <w:r>
        <w:t xml:space="preserve"> a</w:t>
      </w:r>
      <w:r>
        <w:t xml:space="preserve"> spot</w:t>
      </w:r>
      <w:r>
        <w:t xml:space="preserve"> of</w:t>
      </w:r>
      <w:r>
        <w:t xml:space="preserve"> trouble.</w:t>
        <w:br/>
        <w:t>我要派几个人去送东西</w:t>
      </w:r>
      <w:r>
        <w:t xml:space="preserve"> 一定确保他们能送到</w:t>
        <w:br/>
        <w:t>I'm</w:t>
      </w:r>
      <w:r>
        <w:t xml:space="preserve"> sending</w:t>
      </w:r>
      <w:r>
        <w:t xml:space="preserve"> some</w:t>
      </w:r>
      <w:r>
        <w:t xml:space="preserve"> boys</w:t>
      </w:r>
      <w:r>
        <w:t xml:space="preserve"> with</w:t>
      </w:r>
      <w:r>
        <w:t xml:space="preserve"> a</w:t>
      </w:r>
      <w:r>
        <w:t xml:space="preserve"> delivery.</w:t>
      </w:r>
      <w:r>
        <w:t xml:space="preserve"> See</w:t>
      </w:r>
      <w:r>
        <w:t xml:space="preserve"> they</w:t>
      </w:r>
      <w:r>
        <w:t xml:space="preserve"> get</w:t>
      </w:r>
      <w:r>
        <w:t xml:space="preserve"> to</w:t>
      </w:r>
      <w:r>
        <w:t xml:space="preserve"> the</w:t>
      </w:r>
      <w:r>
        <w:t xml:space="preserve"> house.</w:t>
        <w:br/>
        <w:t>抱歉</w:t>
      </w:r>
      <w:r>
        <w:t xml:space="preserve"> 约翰</w:t>
      </w:r>
      <w:r>
        <w:t xml:space="preserve"> 我弟弟来了</w:t>
      </w:r>
      <w:r>
        <w:t xml:space="preserve"> 稍等一下</w:t>
        <w:br/>
        <w:t>Ooh,</w:t>
      </w:r>
      <w:r>
        <w:t xml:space="preserve"> so</w:t>
      </w:r>
      <w:r>
        <w:t xml:space="preserve"> sorry,</w:t>
      </w:r>
      <w:r>
        <w:t xml:space="preserve"> John.</w:t>
      </w:r>
      <w:r>
        <w:t xml:space="preserve"> Uh,</w:t>
      </w:r>
      <w:r>
        <w:t xml:space="preserve"> my</w:t>
      </w:r>
      <w:r>
        <w:t xml:space="preserve"> brother's</w:t>
      </w:r>
      <w:r>
        <w:t xml:space="preserve"> here.</w:t>
      </w:r>
      <w:r>
        <w:t xml:space="preserve"> One...</w:t>
      </w:r>
      <w:r>
        <w:t xml:space="preserve"> one...</w:t>
      </w:r>
      <w:r>
        <w:t xml:space="preserve"> one</w:t>
      </w:r>
      <w:r>
        <w:t xml:space="preserve"> sec.</w:t>
        <w:br/>
        <w:t>迪克森先生</w:t>
        <w:br/>
        <w:t>Mr.</w:t>
      </w:r>
      <w:r>
        <w:t xml:space="preserve"> Dixon.</w:t>
        <w:br/>
        <w:t>你这是在非法入侵私人领地</w:t>
        <w:br/>
        <w:t>I</w:t>
      </w:r>
      <w:r>
        <w:t xml:space="preserve"> believe</w:t>
      </w:r>
      <w:r>
        <w:t xml:space="preserve"> you're</w:t>
      </w:r>
      <w:r>
        <w:t xml:space="preserve"> trespassing</w:t>
      </w:r>
      <w:r>
        <w:t xml:space="preserve"> on</w:t>
      </w:r>
      <w:r>
        <w:t xml:space="preserve"> private</w:t>
      </w:r>
      <w:r>
        <w:t xml:space="preserve"> property.</w:t>
        <w:br/>
        <w:t>我只是来还你的猎枪而已</w:t>
        <w:br/>
        <w:t>I</w:t>
      </w:r>
      <w:r>
        <w:t xml:space="preserve"> just</w:t>
      </w:r>
      <w:r>
        <w:t xml:space="preserve"> came</w:t>
      </w:r>
      <w:r>
        <w:t xml:space="preserve"> to</w:t>
      </w:r>
      <w:r>
        <w:t xml:space="preserve"> return</w:t>
      </w:r>
      <w:r>
        <w:t xml:space="preserve"> your</w:t>
      </w:r>
      <w:r>
        <w:t xml:space="preserve"> shotgun.</w:t>
        <w:br/>
        <w:t>我本来要给你哥哥的</w:t>
      </w:r>
      <w:r>
        <w:t xml:space="preserve"> -</w:t>
      </w:r>
      <w:r>
        <w:t xml:space="preserve"> 爱迪</w:t>
      </w:r>
      <w:r>
        <w:t xml:space="preserve"> 我出去吧</w:t>
        <w:br/>
        <w:t>Was</w:t>
      </w:r>
      <w:r>
        <w:t xml:space="preserve"> going</w:t>
      </w:r>
      <w:r>
        <w:t xml:space="preserve"> to</w:t>
      </w:r>
      <w:r>
        <w:t xml:space="preserve"> present</w:t>
      </w:r>
      <w:r>
        <w:t xml:space="preserve"> it</w:t>
      </w:r>
      <w:r>
        <w:t xml:space="preserve"> to</w:t>
      </w:r>
      <w:r>
        <w:t xml:space="preserve"> your</w:t>
      </w:r>
      <w:r>
        <w:t xml:space="preserve"> brother.</w:t>
      </w:r>
      <w:r>
        <w:t xml:space="preserve"> -</w:t>
      </w:r>
      <w:r>
        <w:t xml:space="preserve"> Eddie,</w:t>
      </w:r>
      <w:r>
        <w:t xml:space="preserve"> I'm</w:t>
      </w:r>
      <w:r>
        <w:t xml:space="preserve"> just</w:t>
      </w:r>
      <w:r>
        <w:t xml:space="preserve"> gonna</w:t>
      </w:r>
      <w:r>
        <w:t xml:space="preserve"> go</w:t>
      </w:r>
      <w:r>
        <w:t xml:space="preserve"> out.</w:t>
        <w:br/>
        <w:t>我给你们五分钟时间</w:t>
        <w:br/>
        <w:t>I'm</w:t>
      </w:r>
      <w:r>
        <w:t xml:space="preserve"> going</w:t>
      </w:r>
      <w:r>
        <w:t xml:space="preserve"> to</w:t>
      </w:r>
      <w:r>
        <w:t xml:space="preserve"> give</w:t>
      </w:r>
      <w:r>
        <w:t xml:space="preserve"> you</w:t>
      </w:r>
      <w:r>
        <w:t xml:space="preserve"> five</w:t>
      </w:r>
      <w:r>
        <w:t xml:space="preserve"> minutes</w:t>
        <w:br/>
        <w:t>出于我对你们世家的尊重</w:t>
        <w:br/>
        <w:t>out</w:t>
      </w:r>
      <w:r>
        <w:t xml:space="preserve"> of</w:t>
      </w:r>
      <w:r>
        <w:t xml:space="preserve"> respect</w:t>
      </w:r>
      <w:r>
        <w:t xml:space="preserve"> for</w:t>
      </w:r>
      <w:r>
        <w:t xml:space="preserve"> the</w:t>
      </w:r>
      <w:r>
        <w:t xml:space="preserve"> heritage</w:t>
      </w:r>
      <w:r>
        <w:t xml:space="preserve"> of</w:t>
      </w:r>
      <w:r>
        <w:t xml:space="preserve"> your</w:t>
      </w:r>
      <w:r>
        <w:t xml:space="preserve"> family.</w:t>
        <w:br/>
        <w:t>好的</w:t>
        <w:br/>
        <w:t>Good.</w:t>
        <w:br/>
        <w:t>塔咪</w:t>
      </w:r>
      <w:r>
        <w:t xml:space="preserve"> 妈妈</w:t>
      </w:r>
      <w:r>
        <w:t xml:space="preserve"> 关上百叶窗</w:t>
      </w:r>
      <w:r>
        <w:t xml:space="preserve"> 窗户后面不要有人</w:t>
        <w:br/>
        <w:t>Tammy,</w:t>
      </w:r>
      <w:r>
        <w:t xml:space="preserve"> Mother,</w:t>
      </w:r>
      <w:r>
        <w:t xml:space="preserve"> close</w:t>
      </w:r>
      <w:r>
        <w:t xml:space="preserve"> the</w:t>
      </w:r>
      <w:r>
        <w:t xml:space="preserve"> shutters.</w:t>
      </w:r>
      <w:r>
        <w:t xml:space="preserve"> Make</w:t>
      </w:r>
      <w:r>
        <w:t xml:space="preserve"> sure</w:t>
      </w:r>
      <w:r>
        <w:t xml:space="preserve"> the</w:t>
      </w:r>
      <w:r>
        <w:t xml:space="preserve"> windows</w:t>
      </w:r>
      <w:r>
        <w:t xml:space="preserve"> are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 xml:space="preserve"> clear.</w:t>
        <w:br/>
        <w:t>好了</w:t>
        <w:br/>
        <w:t>Okay.</w:t>
        <w:br/>
        <w:t>真的够了</w:t>
        <w:br/>
        <w:t>Enough's</w:t>
      </w:r>
      <w:r>
        <w:t xml:space="preserve"> enough.</w:t>
        <w:br/>
        <w:t>各位</w:t>
      </w:r>
      <w:r>
        <w:t xml:space="preserve"> 我爱你们</w:t>
        <w:br/>
        <w:t>Guys,</w:t>
      </w:r>
      <w:r>
        <w:t xml:space="preserve"> I</w:t>
      </w:r>
      <w:r>
        <w:t xml:space="preserve"> love</w:t>
      </w:r>
      <w:r>
        <w:t xml:space="preserve"> ya.</w:t>
        <w:br/>
        <w:t>能与你们相识真好</w:t>
      </w:r>
      <w:r>
        <w:t xml:space="preserve"> -</w:t>
      </w:r>
      <w:r>
        <w:t xml:space="preserve"> 弗雷迪</w:t>
        <w:br/>
        <w:t>It's</w:t>
      </w:r>
      <w:r>
        <w:t xml:space="preserve"> been</w:t>
      </w:r>
      <w:r>
        <w:t xml:space="preserve"> nice</w:t>
      </w:r>
      <w:r>
        <w:t xml:space="preserve"> knowing</w:t>
      </w:r>
      <w:r>
        <w:t xml:space="preserve"> ya.</w:t>
      </w:r>
      <w:r>
        <w:t xml:space="preserve"> -</w:t>
      </w:r>
      <w:r>
        <w:t xml:space="preserve"> Freddy,</w:t>
      </w:r>
      <w:r>
        <w:t xml:space="preserve"> Freddy!</w:t>
        <w:br/>
        <w:t>别</w:t>
      </w:r>
      <w:r>
        <w:t xml:space="preserve"> 这是我的烂摊子</w:t>
      </w:r>
      <w:r>
        <w:t xml:space="preserve"> 我也他妈的该去面对了</w:t>
        <w:br/>
        <w:t>No,</w:t>
      </w:r>
      <w:r>
        <w:t xml:space="preserve"> this</w:t>
      </w:r>
      <w:r>
        <w:t xml:space="preserve"> is</w:t>
      </w:r>
      <w:r>
        <w:t xml:space="preserve"> my</w:t>
      </w:r>
      <w:r>
        <w:t xml:space="preserve"> mess,</w:t>
      </w:r>
      <w:r>
        <w:t xml:space="preserve"> and</w:t>
      </w:r>
      <w:r>
        <w:t xml:space="preserve"> it</w:t>
      </w:r>
      <w:r>
        <w:t xml:space="preserve"> is</w:t>
      </w:r>
      <w:r>
        <w:t xml:space="preserve"> time</w:t>
      </w:r>
      <w:r>
        <w:t xml:space="preserve"> I</w:t>
      </w:r>
      <w:r>
        <w:t xml:space="preserve"> finally</w:t>
      </w:r>
      <w:r>
        <w:t xml:space="preserve"> fucking</w:t>
      </w:r>
      <w:r>
        <w:t xml:space="preserve"> faced</w:t>
      </w:r>
      <w:r>
        <w:t xml:space="preserve"> up</w:t>
      </w:r>
      <w:r>
        <w:t xml:space="preserve"> to</w:t>
      </w:r>
      <w:r>
        <w:t xml:space="preserve"> it.</w:t>
        <w:br/>
        <w:t>弗雷迪</w:t>
      </w:r>
      <w:r>
        <w:t xml:space="preserve"> 我他妈的绝不允许你去</w:t>
      </w:r>
      <w:r>
        <w:t xml:space="preserve"> -</w:t>
      </w:r>
      <w:r>
        <w:t xml:space="preserve"> 没关系</w:t>
        <w:br/>
        <w:t>I</w:t>
      </w:r>
      <w:r>
        <w:t xml:space="preserve"> will</w:t>
      </w:r>
      <w:r>
        <w:t xml:space="preserve"> not</w:t>
      </w:r>
      <w:r>
        <w:t xml:space="preserve"> fucking</w:t>
      </w:r>
      <w:r>
        <w:t xml:space="preserve"> let</w:t>
      </w:r>
      <w:r>
        <w:t xml:space="preserve"> you.</w:t>
      </w:r>
      <w:r>
        <w:t xml:space="preserve"> -</w:t>
      </w:r>
      <w:r>
        <w:t xml:space="preserve"> </w:t>
      </w:r>
      <w:r>
        <w:t xml:space="preserve"> It's</w:t>
      </w:r>
      <w:r>
        <w:t xml:space="preserve"> okay.</w:t>
      </w:r>
      <w:r>
        <w:t xml:space="preserve"> It's</w:t>
      </w:r>
      <w:r>
        <w:t xml:space="preserve"> okay.</w:t>
        <w:br/>
        <w:t>各位</w:t>
      </w:r>
      <w:r>
        <w:t xml:space="preserve"> 没关系的</w:t>
        <w:br/>
        <w:t>Guys,</w:t>
      </w:r>
      <w:r>
        <w:t xml:space="preserve"> it's</w:t>
      </w:r>
      <w:r>
        <w:t xml:space="preserve"> okay.</w:t>
        <w:br/>
        <w:t>因为这都是我自找的</w:t>
        <w:br/>
        <w:t>Because</w:t>
      </w:r>
      <w:r>
        <w:t xml:space="preserve"> this</w:t>
      </w:r>
      <w:r>
        <w:t xml:space="preserve"> is</w:t>
      </w:r>
      <w:r>
        <w:t xml:space="preserve"> nothing</w:t>
      </w:r>
      <w:r>
        <w:t xml:space="preserve"> less</w:t>
      </w:r>
      <w:r>
        <w:t xml:space="preserve"> than</w:t>
      </w:r>
      <w:r>
        <w:t xml:space="preserve"> I</w:t>
      </w:r>
      <w:r>
        <w:t xml:space="preserve"> deserve.</w:t>
        <w:br/>
        <w:t>我是个非常混&amp;hearts;蛋&amp;hearts;的家伙</w:t>
        <w:br/>
        <w:t>I</w:t>
      </w:r>
      <w:r>
        <w:t xml:space="preserve"> am</w:t>
      </w:r>
      <w:r>
        <w:t xml:space="preserve"> a</w:t>
      </w:r>
      <w:r>
        <w:t xml:space="preserve"> massive</w:t>
      </w:r>
      <w:r>
        <w:t xml:space="preserve"> piece</w:t>
      </w:r>
      <w:r>
        <w:t xml:space="preserve"> of</w:t>
      </w:r>
      <w:r>
        <w:t xml:space="preserve"> shit.</w:t>
        <w:br/>
        <w:t>如果外面那些人饶我一命</w:t>
        <w:br/>
        <w:t>Yeah?</w:t>
      </w:r>
      <w:r>
        <w:t xml:space="preserve"> And</w:t>
      </w:r>
      <w:r>
        <w:t xml:space="preserve"> if</w:t>
      </w:r>
      <w:r>
        <w:t xml:space="preserve"> those</w:t>
      </w:r>
      <w:r>
        <w:t xml:space="preserve"> guys</w:t>
      </w:r>
      <w:r>
        <w:t xml:space="preserve"> out</w:t>
      </w:r>
      <w:r>
        <w:t xml:space="preserve"> there</w:t>
      </w:r>
      <w:r>
        <w:t xml:space="preserve"> let</w:t>
      </w:r>
      <w:r>
        <w:t xml:space="preserve"> me</w:t>
      </w:r>
      <w:r>
        <w:t xml:space="preserve"> live,</w:t>
        <w:br/>
        <w:t>我也只会回来继续当个混&amp;hearts;蛋&amp;hearts;</w:t>
      </w:r>
      <w:r>
        <w:t xml:space="preserve"> 我说的有错吗</w:t>
        <w:br/>
        <w:t>I'll</w:t>
      </w:r>
      <w:r>
        <w:t xml:space="preserve"> just</w:t>
      </w:r>
      <w:r>
        <w:t xml:space="preserve"> go</w:t>
      </w:r>
      <w:r>
        <w:t xml:space="preserve"> right</w:t>
      </w:r>
      <w:r>
        <w:t xml:space="preserve"> back</w:t>
      </w:r>
      <w:r>
        <w:t xml:space="preserve"> to</w:t>
      </w:r>
      <w:r>
        <w:t xml:space="preserve"> being</w:t>
      </w:r>
      <w:r>
        <w:t xml:space="preserve"> a</w:t>
      </w:r>
      <w:r>
        <w:t xml:space="preserve"> piece</w:t>
      </w:r>
      <w:r>
        <w:t xml:space="preserve"> of</w:t>
      </w:r>
      <w:r>
        <w:t xml:space="preserve"> shit.</w:t>
      </w:r>
      <w:r>
        <w:t xml:space="preserve"> Am</w:t>
      </w:r>
      <w:r>
        <w:t xml:space="preserve"> I</w:t>
      </w:r>
      <w:r>
        <w:t xml:space="preserve"> wrong?</w:t>
        <w:br/>
        <w:t>爱德华</w:t>
      </w:r>
      <w:r>
        <w:t xml:space="preserve"> 我说的有错吗</w:t>
        <w:br/>
        <w:t>Edward,</w:t>
      </w:r>
      <w:r>
        <w:t xml:space="preserve"> am</w:t>
      </w:r>
      <w:r>
        <w:t xml:space="preserve"> I</w:t>
      </w:r>
      <w:r>
        <w:t xml:space="preserve"> wrong?</w:t>
        <w:br/>
        <w:t>没错</w:t>
        <w:br/>
        <w:t>Exactly.</w:t>
        <w:br/>
        <w:t>不过没关系</w:t>
        <w:br/>
        <w:t>But</w:t>
      </w:r>
      <w:r>
        <w:t xml:space="preserve"> it's</w:t>
      </w:r>
      <w:r>
        <w:t xml:space="preserve"> okay.</w:t>
        <w:br/>
        <w:t>因为这是我可以无私奉献的机会</w:t>
        <w:br/>
        <w:t>Because</w:t>
      </w:r>
      <w:r>
        <w:t xml:space="preserve"> this</w:t>
      </w:r>
      <w:r>
        <w:t xml:space="preserve"> is</w:t>
      </w:r>
      <w:r>
        <w:t xml:space="preserve"> the</w:t>
      </w:r>
      <w:r>
        <w:t xml:space="preserve"> one</w:t>
      </w:r>
      <w:r>
        <w:t xml:space="preserve"> time</w:t>
      </w:r>
      <w:r>
        <w:t xml:space="preserve"> I</w:t>
      </w:r>
      <w:r>
        <w:t xml:space="preserve"> can</w:t>
      </w:r>
      <w:r>
        <w:t xml:space="preserve"> do</w:t>
      </w:r>
      <w:r>
        <w:t xml:space="preserve"> something</w:t>
      </w:r>
      <w:r>
        <w:t xml:space="preserve"> selfless.</w:t>
        <w:br/>
        <w:t>是我重获人性尊严的一个机会</w:t>
        <w:br/>
        <w:t>The</w:t>
      </w:r>
      <w:r>
        <w:t xml:space="preserve"> one</w:t>
      </w:r>
      <w:r>
        <w:t xml:space="preserve"> chance</w:t>
      </w:r>
      <w:r>
        <w:t xml:space="preserve"> I</w:t>
      </w:r>
      <w:r>
        <w:t xml:space="preserve"> have</w:t>
      </w:r>
      <w:r>
        <w:t xml:space="preserve"> to</w:t>
      </w:r>
      <w:r>
        <w:t xml:space="preserve"> reclaim</w:t>
      </w:r>
      <w:r>
        <w:t xml:space="preserve"> a</w:t>
      </w:r>
      <w:r>
        <w:t xml:space="preserve"> shred</w:t>
      </w:r>
      <w:r>
        <w:t xml:space="preserve"> of</w:t>
      </w:r>
      <w:r>
        <w:t xml:space="preserve"> human</w:t>
      </w:r>
      <w:r>
        <w:t xml:space="preserve"> dignity.</w:t>
        <w:br/>
        <w:t>所以别夺走我的机会</w:t>
        <w:br/>
        <w:t>So</w:t>
      </w:r>
      <w:r>
        <w:t xml:space="preserve"> don't</w:t>
      </w:r>
      <w:r>
        <w:t xml:space="preserve"> take</w:t>
      </w:r>
      <w:r>
        <w:t xml:space="preserve"> that</w:t>
      </w:r>
      <w:r>
        <w:t xml:space="preserve"> away</w:t>
      </w:r>
      <w:r>
        <w:t xml:space="preserve"> from</w:t>
      </w:r>
      <w:r>
        <w:t xml:space="preserve"> me.</w:t>
        <w:br/>
        <w:t>别这样</w:t>
        <w:br/>
        <w:t>Don't</w:t>
      </w:r>
      <w:r>
        <w:t xml:space="preserve"> do</w:t>
      </w:r>
      <w:r>
        <w:t xml:space="preserve"> that.</w:t>
        <w:br/>
        <w:t>弗雷迪</w:t>
      </w:r>
      <w:r>
        <w:t xml:space="preserve"> 这无关尊严</w:t>
        <w:br/>
        <w:t>Freddy,</w:t>
      </w:r>
      <w:r>
        <w:t xml:space="preserve"> it's</w:t>
      </w:r>
      <w:r>
        <w:t xml:space="preserve"> not</w:t>
      </w:r>
      <w:r>
        <w:t xml:space="preserve"> dignity.</w:t>
        <w:br/>
        <w:t>而是痛苦</w:t>
      </w:r>
      <w:r>
        <w:t xml:space="preserve"> 暴&amp;hearts;力&amp;hearts;和死亡</w:t>
        <w:br/>
        <w:t>It</w:t>
      </w:r>
      <w:r>
        <w:t xml:space="preserve"> is</w:t>
      </w:r>
      <w:r>
        <w:t xml:space="preserve"> pain</w:t>
      </w:r>
      <w:r>
        <w:t xml:space="preserve"> and</w:t>
      </w:r>
      <w:r>
        <w:t xml:space="preserve"> violence</w:t>
      </w:r>
      <w:r>
        <w:t xml:space="preserve"> and</w:t>
      </w:r>
      <w:r>
        <w:t xml:space="preserve"> death.</w:t>
        <w:br/>
        <w:t>听着</w:t>
      </w:r>
      <w:r>
        <w:t xml:space="preserve"> 我们爱你</w:t>
        <w:br/>
        <w:t>Now,</w:t>
      </w:r>
      <w:r>
        <w:t xml:space="preserve"> we</w:t>
      </w:r>
      <w:r>
        <w:t xml:space="preserve"> love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t xml:space="preserve"> you.</w:t>
        <w:br/>
        <w:t>没错</w:t>
        <w:br/>
        <w:t>And,</w:t>
      </w:r>
      <w:r>
        <w:t xml:space="preserve"> yes,</w:t>
        <w:br/>
        <w:t>你有时确实挺混&amp;hearts;蛋&amp;hearts;的</w:t>
        <w:br/>
        <w:t>you</w:t>
      </w:r>
      <w:r>
        <w:t xml:space="preserve"> can</w:t>
      </w:r>
      <w:r>
        <w:t xml:space="preserve"> be</w:t>
      </w:r>
      <w:r>
        <w:t xml:space="preserve"> a</w:t>
      </w:r>
      <w:r>
        <w:t xml:space="preserve"> bit</w:t>
      </w:r>
      <w:r>
        <w:t xml:space="preserve"> of</w:t>
      </w:r>
      <w:r>
        <w:t xml:space="preserve"> a</w:t>
      </w:r>
      <w:r>
        <w:t xml:space="preserve"> prick.</w:t>
        <w:br/>
        <w:t>非常混&amp;hearts;蛋&amp;hearts;</w:t>
      </w:r>
      <w:r>
        <w:t xml:space="preserve"> -</w:t>
      </w:r>
      <w:r>
        <w:t xml:space="preserve"> 非常混&amp;hearts;蛋&amp;hearts;</w:t>
        <w:br/>
        <w:t>Big</w:t>
      </w:r>
      <w:r>
        <w:t xml:space="preserve"> prick.</w:t>
      </w:r>
      <w:r>
        <w:t xml:space="preserve"> -</w:t>
      </w:r>
      <w:r>
        <w:t xml:space="preserve"> </w:t>
      </w:r>
      <w:r>
        <w:t xml:space="preserve"> Big</w:t>
      </w:r>
      <w:r>
        <w:t xml:space="preserve"> prick.</w:t>
        <w:br/>
        <w:t>混&amp;hearts;蛋&amp;hearts;至极</w:t>
        <w:br/>
        <w:t>Big,</w:t>
      </w:r>
      <w:r>
        <w:t xml:space="preserve"> old</w:t>
      </w:r>
      <w:r>
        <w:t xml:space="preserve"> prick.</w:t>
        <w:br/>
        <w:t>但现在我们需要你</w:t>
        <w:br/>
        <w:t>But</w:t>
      </w:r>
      <w:r>
        <w:t xml:space="preserve"> right</w:t>
      </w:r>
      <w:r>
        <w:t xml:space="preserve"> now,</w:t>
      </w:r>
      <w:r>
        <w:t xml:space="preserve"> we</w:t>
      </w:r>
      <w:r>
        <w:t xml:space="preserve"> need</w:t>
      </w:r>
      <w:r>
        <w:t xml:space="preserve"> you.</w:t>
        <w:br/>
        <w:t>好吗</w:t>
        <w:br/>
        <w:t>All</w:t>
      </w:r>
      <w:r>
        <w:t xml:space="preserve"> right?</w:t>
        <w:br/>
        <w:t>我需要你</w:t>
        <w:br/>
        <w:t>I</w:t>
      </w:r>
      <w:r>
        <w:t xml:space="preserve"> need</w:t>
      </w:r>
      <w:r>
        <w:t xml:space="preserve"> you.</w:t>
        <w:br/>
        <w:t>好吧</w:t>
      </w:r>
      <w:r>
        <w:t xml:space="preserve"> -</w:t>
      </w:r>
      <w:r>
        <w:t xml:space="preserve"> 很好</w:t>
        <w:br/>
        <w:t>All</w:t>
      </w:r>
      <w:r>
        <w:t xml:space="preserve"> right.</w:t>
      </w:r>
      <w:r>
        <w:t xml:space="preserve"> -</w:t>
      </w:r>
      <w:r>
        <w:t xml:space="preserve"> Good.</w:t>
        <w:br/>
        <w:t>妈妈</w:t>
      </w:r>
      <w:r>
        <w:t xml:space="preserve"> 马上带着员工去地下室</w:t>
        <w:br/>
        <w:t>Mother,</w:t>
      </w:r>
      <w:r>
        <w:t xml:space="preserve"> take</w:t>
      </w:r>
      <w:r>
        <w:t xml:space="preserve"> the</w:t>
      </w:r>
      <w:r>
        <w:t xml:space="preserve"> staff</w:t>
      </w:r>
      <w:r>
        <w:t xml:space="preserve"> down</w:t>
      </w:r>
      <w:r>
        <w:t xml:space="preserve"> to</w:t>
      </w:r>
      <w:r>
        <w:t xml:space="preserve"> the</w:t>
      </w:r>
      <w:r>
        <w:t xml:space="preserve"> basement</w:t>
      </w:r>
      <w:r>
        <w:t xml:space="preserve"> now.</w:t>
        <w:br/>
        <w:t>好</w:t>
      </w:r>
      <w:r>
        <w:t xml:space="preserve"> 我去找小夏</w:t>
        <w:br/>
        <w:t>Yes,</w:t>
      </w:r>
      <w:r>
        <w:t xml:space="preserve"> I'll</w:t>
      </w:r>
      <w:r>
        <w:t xml:space="preserve"> get</w:t>
      </w:r>
      <w:r>
        <w:t xml:space="preserve"> Charly.</w:t>
        <w:br/>
        <w:t>一定要小心啊</w:t>
        <w:br/>
        <w:t>Please</w:t>
      </w:r>
      <w:r>
        <w:t xml:space="preserve"> be</w:t>
      </w:r>
      <w:r>
        <w:t xml:space="preserve"> careful.</w:t>
        <w:br/>
        <w:t>塔咪</w:t>
      </w:r>
      <w:r>
        <w:t xml:space="preserve"> 把门关上</w:t>
      </w:r>
      <w:r>
        <w:t xml:space="preserve"> 一定确保要锁好</w:t>
        <w:br/>
        <w:t>Tammy,</w:t>
      </w:r>
      <w:r>
        <w:t xml:space="preserve"> close</w:t>
      </w:r>
      <w:r>
        <w:t xml:space="preserve"> the</w:t>
      </w:r>
      <w:r>
        <w:t xml:space="preserve"> door.</w:t>
      </w:r>
      <w:r>
        <w:t xml:space="preserve"> Make</w:t>
      </w:r>
      <w:r>
        <w:t xml:space="preserve"> sure</w:t>
      </w:r>
      <w:r>
        <w:t xml:space="preserve"> it's</w:t>
      </w:r>
      <w:r>
        <w:t xml:space="preserve"> locked.</w:t>
        <w:br/>
        <w:t>我们三个对付整个该死的犯罪家族</w:t>
        <w:br/>
        <w:t>Three</w:t>
      </w:r>
      <w:r>
        <w:t xml:space="preserve"> of</w:t>
      </w:r>
      <w:r>
        <w:t xml:space="preserve"> us</w:t>
      </w:r>
      <w:r>
        <w:t xml:space="preserve"> against</w:t>
      </w:r>
      <w:r>
        <w:t xml:space="preserve"> an</w:t>
      </w:r>
      <w:r>
        <w:t xml:space="preserve"> entire</w:t>
      </w:r>
      <w:r>
        <w:t xml:space="preserve"> fucking</w:t>
      </w:r>
      <w:r>
        <w:t xml:space="preserve"> crime</w:t>
      </w:r>
      <w:r>
        <w:t xml:space="preserve"> family?</w:t>
        <w:br/>
        <w:t>你有计划吗</w:t>
      </w:r>
      <w:r>
        <w:t xml:space="preserve"> 爱德华</w:t>
        <w:br/>
        <w:t>Is</w:t>
      </w:r>
      <w:r>
        <w:t xml:space="preserve"> there</w:t>
      </w:r>
      <w:r>
        <w:t xml:space="preserve"> a</w:t>
      </w:r>
      <w:r>
        <w:t xml:space="preserve"> plan</w:t>
      </w:r>
      <w:r>
        <w:t xml:space="preserve"> here,</w:t>
      </w:r>
      <w:r>
        <w:t xml:space="preserve"> Edward?</w:t>
        <w:br/>
        <w:t>好极了</w:t>
      </w:r>
      <w:r>
        <w:t xml:space="preserve"> 没有计划</w:t>
      </w:r>
      <w:r>
        <w:t xml:space="preserve"> 他刚给我讲了一通大道理</w:t>
      </w:r>
      <w:r>
        <w:t xml:space="preserve"> 说什么...</w:t>
      </w:r>
      <w:r>
        <w:t xml:space="preserve"> </w:t>
        <w:br/>
        <w:t>Great,</w:t>
      </w:r>
      <w:r>
        <w:t xml:space="preserve"> no</w:t>
      </w:r>
      <w:r>
        <w:t xml:space="preserve"> plan.</w:t>
      </w:r>
      <w:r>
        <w:t xml:space="preserve"> He</w:t>
      </w:r>
      <w:r>
        <w:t xml:space="preserve"> gives</w:t>
      </w:r>
      <w:r>
        <w:t xml:space="preserve"> me</w:t>
      </w:r>
      <w:r>
        <w:t xml:space="preserve"> the</w:t>
      </w:r>
      <w:r>
        <w:t xml:space="preserve"> big</w:t>
      </w:r>
      <w:r>
        <w:t xml:space="preserve"> speech--</w:t>
        <w:br/>
        <w:t>闭嘴</w:t>
      </w:r>
      <w:r>
        <w:t xml:space="preserve"> 你有什么计划</w:t>
        <w:br/>
        <w:t>Shut</w:t>
      </w:r>
      <w:r>
        <w:t xml:space="preserve"> up!</w:t>
      </w:r>
      <w:r>
        <w:t xml:space="preserve"> What's</w:t>
      </w:r>
      <w:r>
        <w:t xml:space="preserve"> your</w:t>
      </w:r>
      <w:r>
        <w:t xml:space="preserve"> plan</w:t>
      </w:r>
      <w:r>
        <w:t xml:space="preserve"> exactly?</w:t>
        <w:br/>
        <w:t>特攻队什么的</w:t>
      </w:r>
      <w:r>
        <w:t xml:space="preserve"> -</w:t>
      </w:r>
      <w:r>
        <w:t xml:space="preserve"> 你打算做个烈士</w:t>
        <w:br/>
        <w:t>Kamikaze.</w:t>
      </w:r>
      <w:r>
        <w:t xml:space="preserve"> -</w:t>
      </w:r>
      <w:r>
        <w:t xml:space="preserve"> Are</w:t>
      </w:r>
      <w:r>
        <w:t xml:space="preserve"> you</w:t>
      </w:r>
      <w:r>
        <w:t xml:space="preserve"> gonna</w:t>
      </w:r>
      <w:r>
        <w:t xml:space="preserve"> prostrate--</w:t>
        <w:br/>
        <w:t>阁下</w:t>
      </w:r>
      <w:r>
        <w:t xml:space="preserve"> -</w:t>
      </w:r>
      <w:r>
        <w:t xml:space="preserve"> 去投降吗</w:t>
        <w:br/>
        <w:t>Your</w:t>
      </w:r>
      <w:r>
        <w:t xml:space="preserve"> Grace.</w:t>
      </w:r>
      <w:r>
        <w:t xml:space="preserve"> -</w:t>
      </w:r>
      <w:r>
        <w:t xml:space="preserve"> Like</w:t>
      </w:r>
      <w:r>
        <w:t xml:space="preserve"> a</w:t>
      </w:r>
      <w:r>
        <w:t xml:space="preserve"> martyr?</w:t>
        <w:br/>
        <w:t>我又拿了五把猎枪和一支步&amp;hearts;枪&amp;hearts;</w:t>
        <w:br/>
        <w:t>I've</w:t>
      </w:r>
      <w:r>
        <w:t xml:space="preserve"> got</w:t>
      </w:r>
      <w:r>
        <w:t xml:space="preserve"> another</w:t>
      </w:r>
      <w:r>
        <w:t xml:space="preserve"> five</w:t>
      </w:r>
      <w:r>
        <w:t xml:space="preserve"> shotguns</w:t>
      </w:r>
      <w:r>
        <w:t xml:space="preserve"> and</w:t>
      </w:r>
      <w:r>
        <w:t xml:space="preserve"> a</w:t>
      </w:r>
      <w:r>
        <w:t xml:space="preserve"> rifle.</w:t>
        <w:br/>
        <w:t>好极了</w:t>
      </w:r>
      <w:r>
        <w:t xml:space="preserve"> 好的</w:t>
        <w:br/>
        <w:t>Perfect.</w:t>
      </w:r>
      <w:r>
        <w:t xml:space="preserve"> All</w:t>
      </w:r>
      <w:r>
        <w:t xml:space="preserve"> right.</w:t>
        <w:br/>
        <w:t>五分钟就快到了</w:t>
      </w:r>
      <w:r>
        <w:t xml:space="preserve"> 约翰</w:t>
      </w:r>
      <w:r>
        <w:t xml:space="preserve"> 要开始吗</w:t>
        <w:br/>
        <w:t>Five</w:t>
      </w:r>
      <w:r>
        <w:t xml:space="preserve"> minutes</w:t>
      </w:r>
      <w:r>
        <w:t xml:space="preserve"> are</w:t>
      </w:r>
      <w:r>
        <w:t xml:space="preserve"> nearly</w:t>
      </w:r>
      <w:r>
        <w:t xml:space="preserve"> up,</w:t>
      </w:r>
      <w:r>
        <w:t xml:space="preserve"> John.</w:t>
      </w:r>
      <w:r>
        <w:t xml:space="preserve"> Wanna</w:t>
      </w:r>
      <w:r>
        <w:t xml:space="preserve"> get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t xml:space="preserve"> started?</w:t>
        <w:br/>
        <w:t>阁下</w:t>
      </w:r>
      <w:r>
        <w:t xml:space="preserve"> 你打算怎么做</w:t>
        <w:br/>
        <w:t>Your</w:t>
      </w:r>
      <w:r>
        <w:t xml:space="preserve"> Grace,</w:t>
      </w:r>
      <w:r>
        <w:t xml:space="preserve"> what's</w:t>
      </w:r>
      <w:r>
        <w:t xml:space="preserve"> the</w:t>
      </w:r>
      <w:r>
        <w:t xml:space="preserve"> plan?</w:t>
        <w:br/>
        <w:t>救援已经在路上了</w:t>
      </w:r>
      <w:r>
        <w:t xml:space="preserve"> -</w:t>
      </w:r>
      <w:r>
        <w:t xml:space="preserve"> 好的</w:t>
        <w:br/>
        <w:t>Help's</w:t>
      </w:r>
      <w:r>
        <w:t xml:space="preserve"> on</w:t>
      </w:r>
      <w:r>
        <w:t xml:space="preserve"> its</w:t>
      </w:r>
      <w:r>
        <w:t xml:space="preserve"> way.</w:t>
      </w:r>
      <w:r>
        <w:t xml:space="preserve"> -</w:t>
      </w:r>
      <w:r>
        <w:t xml:space="preserve"> Okay.</w:t>
        <w:br/>
        <w:t>这下情况就大不一样了</w:t>
        <w:br/>
        <w:t>This</w:t>
      </w:r>
      <w:r>
        <w:t xml:space="preserve"> has</w:t>
      </w:r>
      <w:r>
        <w:t xml:space="preserve"> put</w:t>
      </w:r>
      <w:r>
        <w:t xml:space="preserve"> a</w:t>
      </w:r>
      <w:r>
        <w:t xml:space="preserve"> different</w:t>
      </w:r>
      <w:r>
        <w:t xml:space="preserve"> complexion</w:t>
      </w:r>
      <w:r>
        <w:t xml:space="preserve"> on</w:t>
      </w:r>
      <w:r>
        <w:t xml:space="preserve"> things.</w:t>
        <w:br/>
        <w:t>吉米</w:t>
      </w:r>
      <w:r>
        <w:t xml:space="preserve"> 你觉得自己行吗</w:t>
        <w:br/>
        <w:t>Jimmy,</w:t>
      </w:r>
      <w:r>
        <w:t xml:space="preserve"> how</w:t>
      </w:r>
      <w:r>
        <w:t xml:space="preserve"> do</w:t>
      </w:r>
      <w:r>
        <w:t xml:space="preserve"> you</w:t>
      </w:r>
      <w:r>
        <w:t xml:space="preserve"> feel</w:t>
      </w:r>
      <w:r>
        <w:t xml:space="preserve"> about</w:t>
      </w:r>
      <w:r>
        <w:t xml:space="preserve"> this?</w:t>
        <w:br/>
        <w:t>我不行</w:t>
      </w:r>
      <w:r>
        <w:t xml:space="preserve"> 老大</w:t>
      </w:r>
      <w:r>
        <w:t xml:space="preserve"> 我更崇尚和平</w:t>
        <w:br/>
        <w:t>Not</w:t>
      </w:r>
      <w:r>
        <w:t xml:space="preserve"> me,</w:t>
      </w:r>
      <w:r>
        <w:t xml:space="preserve"> boss.</w:t>
      </w:r>
      <w:r>
        <w:t xml:space="preserve"> I'm</w:t>
      </w:r>
      <w:r>
        <w:t xml:space="preserve"> more</w:t>
      </w:r>
      <w:r>
        <w:t xml:space="preserve"> of</w:t>
      </w:r>
      <w:r>
        <w:t xml:space="preserve"> a</w:t>
      </w:r>
      <w:r>
        <w:t xml:space="preserve"> pacifist.</w:t>
        <w:br/>
        <w:t>好吧</w:t>
      </w:r>
      <w:r>
        <w:t xml:space="preserve"> 跟妈妈和工作人员一起去地窖</w:t>
        <w:br/>
        <w:t>Fine.</w:t>
      </w:r>
      <w:r>
        <w:t xml:space="preserve"> Cellar</w:t>
      </w:r>
      <w:r>
        <w:t xml:space="preserve"> with</w:t>
      </w:r>
      <w:r>
        <w:t xml:space="preserve"> Mother</w:t>
      </w:r>
      <w:r>
        <w:t xml:space="preserve"> and</w:t>
      </w:r>
      <w:r>
        <w:t xml:space="preserve"> the</w:t>
      </w:r>
      <w:r>
        <w:t xml:space="preserve"> staff.</w:t>
        <w:br/>
        <w:t>杰弗里</w:t>
      </w:r>
      <w:r>
        <w:t xml:space="preserve"> 和其他人一起上楼</w:t>
      </w:r>
      <w:r>
        <w:t xml:space="preserve"> 剩下的人在这里各就各位</w:t>
        <w:br/>
        <w:t>Geoffrey,</w:t>
      </w:r>
      <w:r>
        <w:t xml:space="preserve"> upstairs</w:t>
      </w:r>
      <w:r>
        <w:t xml:space="preserve"> with</w:t>
      </w:r>
      <w:r>
        <w:t xml:space="preserve"> the</w:t>
      </w:r>
      <w:r>
        <w:t xml:space="preserve"> others.</w:t>
      </w:r>
      <w:r>
        <w:t xml:space="preserve"> Everyone</w:t>
      </w:r>
      <w:r>
        <w:t xml:space="preserve"> else,</w:t>
      </w:r>
      <w:r>
        <w:t xml:space="preserve"> find</w:t>
      </w:r>
      <w:r>
        <w:t xml:space="preserve"> positions</w:t>
      </w:r>
      <w:r>
        <w:t xml:space="preserve"> down</w:t>
      </w:r>
      <w:r>
        <w:t xml:space="preserve"> here.</w:t>
        <w:br/>
        <w:t>我的机关枪呢</w:t>
        <w:br/>
        <w:br/>
        <w:t>Where's</w:t>
      </w:r>
      <w:r>
        <w:t xml:space="preserve"> my</w:t>
      </w:r>
      <w:r>
        <w:t xml:space="preserve"> machine</w:t>
      </w:r>
      <w:r>
        <w:t xml:space="preserve"> gun?</w:t>
        <w:br/>
        <w:t>喂</w:t>
        <w:br/>
        <w:t>Hello.</w:t>
        <w:br/>
        <w:t>去他的</w:t>
        <w:br/>
        <w:t>Fuck</w:t>
      </w:r>
      <w:r>
        <w:t xml:space="preserve"> it.</w:t>
        <w:br/>
        <w:t>知道我为什么这么喜欢鸽子吗</w:t>
        <w:br/>
        <w:t>You</w:t>
      </w:r>
      <w:r>
        <w:t xml:space="preserve"> know</w:t>
      </w:r>
      <w:r>
        <w:t xml:space="preserve"> why</w:t>
      </w:r>
      <w:r>
        <w:t xml:space="preserve"> I</w:t>
      </w:r>
      <w:r>
        <w:t xml:space="preserve"> love</w:t>
      </w:r>
      <w:r>
        <w:t xml:space="preserve"> pigeons</w:t>
      </w:r>
      <w:r>
        <w:t xml:space="preserve"> so</w:t>
      </w:r>
      <w:r>
        <w:t xml:space="preserve"> much?</w:t>
        <w:br/>
        <w:t>它们象征着人与自然的和谐</w:t>
        <w:br/>
        <w:t>They</w:t>
      </w:r>
      <w:r>
        <w:t xml:space="preserve"> symbolize</w:t>
      </w:r>
      <w:r>
        <w:t xml:space="preserve"> the</w:t>
      </w:r>
      <w:r>
        <w:t xml:space="preserve"> harmony</w:t>
      </w:r>
      <w:r>
        <w:t xml:space="preserve"> of</w:t>
      </w:r>
      <w:r>
        <w:t xml:space="preserve"> man</w:t>
      </w:r>
      <w:r>
        <w:t xml:space="preserve"> with</w:t>
      </w:r>
      <w:r>
        <w:t xml:space="preserve"> nature.</w:t>
        <w:br/>
        <w:t>哪怕在诺亚方舟着陆前</w:t>
        <w:br/>
        <w:t>Even</w:t>
      </w:r>
      <w:r>
        <w:t xml:space="preserve"> before</w:t>
      </w:r>
      <w:r>
        <w:t xml:space="preserve"> Noah</w:t>
      </w:r>
      <w:r>
        <w:t xml:space="preserve"> touched</w:t>
      </w:r>
      <w:r>
        <w:t xml:space="preserve"> dry</w:t>
      </w:r>
      <w:r>
        <w:t xml:space="preserve"> land,</w:t>
        <w:br/>
        <w:t>人类与鸟类就开始共同合作了</w:t>
        <w:br/>
        <w:t>we</w:t>
      </w:r>
      <w:r>
        <w:t xml:space="preserve"> were</w:t>
      </w:r>
      <w:r>
        <w:t xml:space="preserve"> working</w:t>
      </w:r>
      <w:r>
        <w:t xml:space="preserve"> together,</w:t>
      </w:r>
      <w:r>
        <w:t xml:space="preserve"> man</w:t>
      </w:r>
      <w:r>
        <w:t xml:space="preserve"> and</w:t>
      </w:r>
      <w:r>
        <w:t xml:space="preserve"> bird.</w:t>
        <w:br/>
        <w:t>有没有听说过“雪儿阿美”</w:t>
        <w:br/>
        <w:t>Have</w:t>
      </w:r>
      <w:r>
        <w:t xml:space="preserve"> you</w:t>
      </w:r>
      <w:r>
        <w:t xml:space="preserve"> ever</w:t>
      </w:r>
      <w:r>
        <w:t xml:space="preserve"> heard</w:t>
      </w:r>
      <w:r>
        <w:t xml:space="preserve"> of,</w:t>
      </w:r>
      <w:r>
        <w:t xml:space="preserve"> uh,</w:t>
      </w:r>
      <w:r>
        <w:t xml:space="preserve"> Cher</w:t>
      </w:r>
      <w:r>
        <w:t xml:space="preserve"> Ami?</w:t>
        <w:br/>
        <w:t>一战的最后一年</w:t>
        <w:br/>
        <w:t>Well,</w:t>
      </w:r>
      <w:r>
        <w:t xml:space="preserve"> the</w:t>
      </w:r>
      <w:r>
        <w:t xml:space="preserve"> last</w:t>
      </w:r>
      <w:r>
        <w:t xml:space="preserve"> year</w:t>
      </w:r>
      <w:r>
        <w:t xml:space="preserve"> of</w:t>
      </w:r>
      <w:r>
        <w:t xml:space="preserve"> the</w:t>
      </w:r>
      <w:r>
        <w:t xml:space="preserve"> Great</w:t>
      </w:r>
      <w:r>
        <w:t xml:space="preserve"> War,</w:t>
        <w:br/>
        <w:t>五百名法国士兵被困敌后</w:t>
        <w:br/>
        <w:t>500</w:t>
      </w:r>
      <w:r>
        <w:t xml:space="preserve"> French</w:t>
      </w:r>
      <w:r>
        <w:t xml:space="preserve"> soldiers</w:t>
      </w:r>
      <w:r>
        <w:t xml:space="preserve"> were</w:t>
      </w:r>
      <w:r>
        <w:t xml:space="preserve"> trapped</w:t>
      </w:r>
      <w:r>
        <w:t xml:space="preserve"> behind</w:t>
      </w:r>
      <w:r>
        <w:t xml:space="preserve"> enemy</w:t>
      </w:r>
      <w:r>
        <w:t xml:space="preserve"> lines.</w:t>
        <w:br/>
        <w:t>他们被己方军队炮轰</w:t>
        <w:br/>
        <w:t>They</w:t>
      </w:r>
      <w:r>
        <w:t xml:space="preserve"> were</w:t>
      </w:r>
      <w:r>
        <w:t xml:space="preserve"> getting</w:t>
      </w:r>
      <w:r>
        <w:t xml:space="preserve"> shelled</w:t>
      </w:r>
      <w:r>
        <w:t xml:space="preserve"> by</w:t>
      </w:r>
      <w:r>
        <w:t xml:space="preserve"> their</w:t>
      </w:r>
      <w:r>
        <w:t xml:space="preserve"> own</w:t>
      </w:r>
      <w:r>
        <w:t xml:space="preserve"> firm.</w:t>
        <w:br/>
        <w:t>于是一位将军派出鸽子去求助</w:t>
        <w:br/>
        <w:t>So</w:t>
      </w:r>
      <w:r>
        <w:t xml:space="preserve"> this</w:t>
      </w:r>
      <w:r>
        <w:t xml:space="preserve"> major,</w:t>
      </w:r>
      <w:r>
        <w:t xml:space="preserve"> he</w:t>
      </w:r>
      <w:r>
        <w:t xml:space="preserve"> sends</w:t>
      </w:r>
      <w:r>
        <w:t xml:space="preserve"> the</w:t>
      </w:r>
      <w:r>
        <w:t xml:space="preserve"> pigeon</w:t>
      </w:r>
      <w:r>
        <w:t xml:space="preserve"> off</w:t>
      </w:r>
      <w:r>
        <w:t xml:space="preserve"> for</w:t>
      </w:r>
      <w:r>
        <w:t xml:space="preserve"> help.</w:t>
        <w:br/>
        <w:t>这只鸽子胸部中了枪</w:t>
        <w:br/>
        <w:t>Now,</w:t>
      </w:r>
      <w:r>
        <w:t xml:space="preserve"> this</w:t>
      </w:r>
      <w:r>
        <w:t xml:space="preserve"> pigeon,</w:t>
      </w:r>
      <w:r>
        <w:t xml:space="preserve"> he</w:t>
      </w:r>
      <w:r>
        <w:t xml:space="preserve"> gets</w:t>
      </w:r>
      <w:r>
        <w:t xml:space="preserve"> shot</w:t>
      </w:r>
      <w:r>
        <w:t xml:space="preserve"> in</w:t>
      </w:r>
      <w:r>
        <w:t xml:space="preserve"> the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t xml:space="preserve"> breast,</w:t>
        <w:br/>
        <w:t>失去了一只眼睛</w:t>
      </w:r>
      <w:r>
        <w:t xml:space="preserve"> 可怜的小腿都要断了</w:t>
        <w:br/>
        <w:t>loses</w:t>
      </w:r>
      <w:r>
        <w:t xml:space="preserve"> an</w:t>
      </w:r>
      <w:r>
        <w:t xml:space="preserve"> eye,</w:t>
      </w:r>
      <w:r>
        <w:t xml:space="preserve"> his</w:t>
      </w:r>
      <w:r>
        <w:t xml:space="preserve"> poor</w:t>
      </w:r>
      <w:r>
        <w:t xml:space="preserve"> little</w:t>
      </w:r>
      <w:r>
        <w:t xml:space="preserve"> leg</w:t>
      </w:r>
      <w:r>
        <w:t xml:space="preserve"> is</w:t>
      </w:r>
      <w:r>
        <w:t xml:space="preserve"> hanging</w:t>
      </w:r>
      <w:r>
        <w:t xml:space="preserve"> from</w:t>
      </w:r>
      <w:r>
        <w:t xml:space="preserve"> a</w:t>
      </w:r>
      <w:r>
        <w:t xml:space="preserve"> strand.</w:t>
        <w:br/>
        <w:t>但它一路飞回根据地</w:t>
        <w:br/>
        <w:t>But</w:t>
      </w:r>
      <w:r>
        <w:t xml:space="preserve"> he</w:t>
      </w:r>
      <w:r>
        <w:t xml:space="preserve"> flies</w:t>
      </w:r>
      <w:r>
        <w:t xml:space="preserve"> all</w:t>
      </w:r>
      <w:r>
        <w:t xml:space="preserve"> the</w:t>
      </w:r>
      <w:r>
        <w:t xml:space="preserve"> way</w:t>
      </w:r>
      <w:r>
        <w:t xml:space="preserve"> back</w:t>
      </w:r>
      <w:r>
        <w:t xml:space="preserve"> to</w:t>
      </w:r>
      <w:r>
        <w:t xml:space="preserve"> base,</w:t>
        <w:br/>
        <w:t>送达了信息</w:t>
      </w:r>
      <w:r>
        <w:t xml:space="preserve"> 那个部队得救了</w:t>
        <w:br/>
        <w:t>delivers</w:t>
      </w:r>
      <w:r>
        <w:t xml:space="preserve"> the</w:t>
      </w:r>
      <w:r>
        <w:t xml:space="preserve"> message,</w:t>
      </w:r>
      <w:r>
        <w:t xml:space="preserve"> and</w:t>
      </w:r>
      <w:r>
        <w:t xml:space="preserve"> the</w:t>
      </w:r>
      <w:r>
        <w:t xml:space="preserve"> troops</w:t>
      </w:r>
      <w:r>
        <w:t xml:space="preserve"> are</w:t>
      </w:r>
      <w:r>
        <w:t xml:space="preserve"> saved.</w:t>
        <w:br/>
        <w:t>全因为那只鸽子</w:t>
        <w:br/>
        <w:t>Because</w:t>
      </w:r>
      <w:r>
        <w:t xml:space="preserve"> of</w:t>
      </w:r>
      <w:r>
        <w:t xml:space="preserve"> that</w:t>
      </w:r>
      <w:r>
        <w:t xml:space="preserve"> pigeon.</w:t>
        <w:br/>
        <w:t>法国人给这只鸽子颁发了英勇十字勋章</w:t>
        <w:br/>
        <w:t>Now,</w:t>
      </w:r>
      <w:r>
        <w:t xml:space="preserve"> the</w:t>
      </w:r>
      <w:r>
        <w:t xml:space="preserve"> French,</w:t>
      </w:r>
      <w:r>
        <w:t xml:space="preserve"> they</w:t>
      </w:r>
      <w:r>
        <w:t xml:space="preserve"> awarded</w:t>
      </w:r>
      <w:r>
        <w:t xml:space="preserve"> the</w:t>
      </w:r>
      <w:r>
        <w:t xml:space="preserve"> pigeon</w:t>
      </w:r>
      <w:r>
        <w:t xml:space="preserve"> the</w:t>
      </w:r>
      <w:r>
        <w:t xml:space="preserve"> Medal</w:t>
      </w:r>
      <w:r>
        <w:t xml:space="preserve"> of</w:t>
      </w:r>
      <w:r>
        <w:t xml:space="preserve"> Valor.</w:t>
        <w:br/>
        <w:t>你看</w:t>
      </w:r>
      <w:r>
        <w:t xml:space="preserve"> 鸽子是有价值观的</w:t>
        <w:br/>
        <w:t>You</w:t>
      </w:r>
      <w:r>
        <w:t xml:space="preserve"> see,</w:t>
      </w:r>
      <w:r>
        <w:t xml:space="preserve"> pigeons,</w:t>
      </w:r>
      <w:r>
        <w:t xml:space="preserve"> they</w:t>
      </w:r>
      <w:r>
        <w:t xml:space="preserve"> have</w:t>
      </w:r>
      <w:r>
        <w:t xml:space="preserve"> values.</w:t>
        <w:br/>
        <w:t>忠诚</w:t>
        <w:br/>
        <w:t>Loyalty.</w:t>
        <w:br/>
        <w:t>勇敢</w:t>
        <w:br/>
        <w:t>Bravery.</w:t>
        <w:br/>
        <w:t>正直</w:t>
        <w:br/>
        <w:t>Integrity.</w:t>
        <w:br/>
        <w:t>我需要你们俩言归于好</w:t>
        <w:br/>
        <w:t>I</w:t>
      </w:r>
      <w:r>
        <w:t xml:space="preserve"> need</w:t>
      </w:r>
      <w:r>
        <w:t xml:space="preserve"> you</w:t>
      </w:r>
      <w:r>
        <w:t xml:space="preserve"> two</w:t>
      </w:r>
      <w:r>
        <w:t xml:space="preserve"> to</w:t>
      </w:r>
      <w:r>
        <w:t xml:space="preserve"> bury</w:t>
      </w:r>
      <w:r>
        <w:t xml:space="preserve"> the</w:t>
      </w:r>
      <w:r>
        <w:t xml:space="preserve"> hatchet,</w:t>
        <w:br/>
        <w:t>大概这个意思吧</w:t>
        <w:br/>
        <w:t>for</w:t>
      </w:r>
      <w:r>
        <w:t xml:space="preserve"> want</w:t>
      </w:r>
      <w:r>
        <w:t xml:space="preserve"> of</w:t>
      </w:r>
      <w:r>
        <w:t xml:space="preserve"> a</w:t>
      </w:r>
      <w:r>
        <w:t xml:space="preserve"> word.</w:t>
        <w:br/>
        <w:t>这个故事的寓意就是</w:t>
        <w:br/>
        <w:t>The</w:t>
      </w:r>
      <w:r>
        <w:t xml:space="preserve"> moral</w:t>
      </w:r>
      <w:r>
        <w:t xml:space="preserve"> of</w:t>
      </w:r>
      <w:r>
        <w:t xml:space="preserve"> the</w:t>
      </w:r>
      <w:r>
        <w:t xml:space="preserve"> story</w:t>
      </w:r>
      <w:r>
        <w:t xml:space="preserve"> is,</w:t>
        <w:br/>
        <w:t>你们要勇于担当</w:t>
      </w:r>
      <w:r>
        <w:t xml:space="preserve"> 承担责任</w:t>
        <w:br/>
        <w:t>you</w:t>
      </w:r>
      <w:r>
        <w:t xml:space="preserve"> need</w:t>
      </w:r>
      <w:r>
        <w:t xml:space="preserve"> to</w:t>
      </w:r>
      <w:r>
        <w:t xml:space="preserve"> take</w:t>
      </w:r>
      <w:r>
        <w:t xml:space="preserve"> the</w:t>
      </w:r>
      <w:r>
        <w:t xml:space="preserve"> blows,</w:t>
      </w:r>
      <w:r>
        <w:t xml:space="preserve"> accept</w:t>
      </w:r>
      <w:r>
        <w:t xml:space="preserve"> the</w:t>
      </w:r>
      <w:r>
        <w:t xml:space="preserve"> blame,</w:t>
        <w:br/>
        <w:t>一切为了大局着想</w:t>
        <w:br/>
        <w:t>all</w:t>
      </w:r>
      <w:r>
        <w:t xml:space="preserve"> for</w:t>
      </w:r>
      <w:r>
        <w:t xml:space="preserve"> the</w:t>
      </w:r>
      <w:r>
        <w:t xml:space="preserve"> sake</w:t>
      </w:r>
      <w:r>
        <w:t xml:space="preserve"> of</w:t>
      </w:r>
      <w:r>
        <w:t xml:space="preserve"> the</w:t>
      </w:r>
      <w:r>
        <w:t xml:space="preserve"> bigger</w:t>
      </w:r>
      <w:r>
        <w:t xml:space="preserve"> picture.</w:t>
        <w:br/>
        <w:t>我需要你们俩做我的“雪儿阿美”</w:t>
        <w:br/>
        <w:t>I</w:t>
      </w:r>
      <w:r>
        <w:t xml:space="preserve"> need</w:t>
      </w:r>
      <w:r>
        <w:t xml:space="preserve"> you</w:t>
      </w:r>
      <w:r>
        <w:t xml:space="preserve"> two</w:t>
      </w:r>
      <w:r>
        <w:t xml:space="preserve"> to</w:t>
      </w:r>
      <w:r>
        <w:t xml:space="preserve"> be</w:t>
      </w:r>
      <w:r>
        <w:t xml:space="preserve"> my</w:t>
      </w:r>
      <w:r>
        <w:t xml:space="preserve"> Chers</w:t>
      </w:r>
      <w:r>
        <w:t xml:space="preserve"> Amis,</w:t>
        <w:br/>
        <w:t>因为我不能再忍&amp;hearts;受</w:t>
        <w:br/>
        <w:t>'cause</w:t>
      </w:r>
      <w:r>
        <w:t xml:space="preserve"> I</w:t>
      </w:r>
      <w:r>
        <w:t xml:space="preserve"> can't</w:t>
      </w:r>
      <w:r>
        <w:t xml:space="preserve"> be</w:t>
      </w:r>
      <w:r>
        <w:t xml:space="preserve"> dealing</w:t>
      </w:r>
      <w:r>
        <w:t xml:space="preserve"> with</w:t>
        <w:br/>
        <w:t>诸如今天早上这样的闹剧了</w:t>
        <w:br/>
        <w:t>any</w:t>
      </w:r>
      <w:r>
        <w:t xml:space="preserve"> more</w:t>
      </w:r>
      <w:r>
        <w:t xml:space="preserve"> shenanigans</w:t>
      </w:r>
      <w:r>
        <w:t xml:space="preserve"> like</w:t>
      </w:r>
      <w:r>
        <w:t xml:space="preserve"> this</w:t>
      </w:r>
      <w:r>
        <w:t xml:space="preserve"> morning.</w:t>
        <w:br/>
        <w:t>没人希望那个利物浦疯子踢开大门</w:t>
        <w:br/>
        <w:t>No</w:t>
      </w:r>
      <w:r>
        <w:t xml:space="preserve"> one</w:t>
      </w:r>
      <w:r>
        <w:t xml:space="preserve"> wants</w:t>
      </w:r>
      <w:r>
        <w:t xml:space="preserve"> that</w:t>
      </w:r>
      <w:r>
        <w:t xml:space="preserve"> Scouse</w:t>
      </w:r>
      <w:r>
        <w:t xml:space="preserve"> headbanger</w:t>
      </w:r>
      <w:r>
        <w:t xml:space="preserve"> kicking</w:t>
      </w:r>
      <w:r>
        <w:t xml:space="preserve"> in</w:t>
      </w:r>
      <w:r>
        <w:t xml:space="preserve"> the</w:t>
      </w:r>
      <w:r>
        <w:t xml:space="preserve"> front</w:t>
      </w:r>
      <w:r>
        <w:t xml:space="preserve"> door</w:t>
        <w:br/>
        <w:t>带着他那群满嘴上帝的疯逼们闯进来</w:t>
        <w:br/>
        <w:t>followed</w:t>
      </w:r>
      <w:r>
        <w:t xml:space="preserve"> by</w:t>
      </w:r>
      <w:r>
        <w:t xml:space="preserve"> his</w:t>
      </w:r>
      <w:r>
        <w:t xml:space="preserve"> army</w:t>
      </w:r>
      <w:r>
        <w:t xml:space="preserve"> of</w:t>
      </w:r>
      <w:r>
        <w:t xml:space="preserve"> God-drunk</w:t>
      </w:r>
      <w:r>
        <w:t xml:space="preserve"> luna-cunts.</w:t>
        <w:br/>
        <w:t>我跟迪克森先生说得很清楚</w:t>
        <w:br/>
        <w:t>I</w:t>
      </w:r>
      <w:r>
        <w:t xml:space="preserve"> made</w:t>
      </w:r>
      <w:r>
        <w:t xml:space="preserve"> it</w:t>
      </w:r>
      <w:r>
        <w:t xml:space="preserve"> clear</w:t>
      </w:r>
      <w:r>
        <w:t xml:space="preserve"> to</w:t>
      </w:r>
      <w:r>
        <w:t xml:space="preserve"> Mr.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 xml:space="preserve"> Dixon</w:t>
        <w:br/>
        <w:t>如果他回家</w:t>
        <w:br/>
        <w:t>that</w:t>
      </w:r>
      <w:r>
        <w:t xml:space="preserve"> if</w:t>
      </w:r>
      <w:r>
        <w:t xml:space="preserve"> he</w:t>
      </w:r>
      <w:r>
        <w:t xml:space="preserve"> went</w:t>
      </w:r>
      <w:r>
        <w:t xml:space="preserve"> back</w:t>
      </w:r>
      <w:r>
        <w:t xml:space="preserve"> home,</w:t>
        <w:br/>
        <w:t>我会补偿他的</w:t>
        <w:br/>
        <w:t>I'd</w:t>
      </w:r>
      <w:r>
        <w:t xml:space="preserve"> make</w:t>
      </w:r>
      <w:r>
        <w:t xml:space="preserve"> it</w:t>
      </w:r>
      <w:r>
        <w:t xml:space="preserve"> up</w:t>
      </w:r>
      <w:r>
        <w:t xml:space="preserve"> to</w:t>
      </w:r>
      <w:r>
        <w:t xml:space="preserve"> him.</w:t>
        <w:br/>
        <w:t>现在呢</w:t>
      </w:r>
      <w:r>
        <w:t xml:space="preserve"> 爱迪</w:t>
        <w:br/>
        <w:t>So</w:t>
      </w:r>
      <w:r>
        <w:t xml:space="preserve"> now,</w:t>
      </w:r>
      <w:r>
        <w:t xml:space="preserve"> Eddie,</w:t>
        <w:br/>
        <w:t>该你来补偿我了</w:t>
        <w:br/>
        <w:t>you've</w:t>
      </w:r>
      <w:r>
        <w:t xml:space="preserve"> gotta</w:t>
      </w:r>
      <w:r>
        <w:t xml:space="preserve"> make</w:t>
      </w:r>
      <w:r>
        <w:t xml:space="preserve"> it</w:t>
      </w:r>
      <w:r>
        <w:t xml:space="preserve"> up</w:t>
      </w:r>
      <w:r>
        <w:t xml:space="preserve"> to</w:t>
      </w:r>
      <w:r>
        <w:t xml:space="preserve"> me.</w:t>
        <w:br/>
        <w:t>给我他妈坐下来</w:t>
        <w:br/>
        <w:t>Sit</w:t>
      </w:r>
      <w:r>
        <w:t xml:space="preserve"> the</w:t>
      </w:r>
      <w:r>
        <w:t xml:space="preserve"> fuck</w:t>
      </w:r>
      <w:r>
        <w:t xml:space="preserve"> down.</w:t>
        <w:br/>
        <w:t>简直像是在和小屁孩们打交道</w:t>
        <w:br/>
        <w:t>It's</w:t>
      </w:r>
      <w:r>
        <w:t xml:space="preserve"> like</w:t>
      </w:r>
      <w:r>
        <w:t xml:space="preserve"> dealing</w:t>
      </w:r>
      <w:r>
        <w:t xml:space="preserve"> with</w:t>
      </w:r>
      <w:r>
        <w:t xml:space="preserve"> a</w:t>
      </w:r>
      <w:r>
        <w:t xml:space="preserve"> couple</w:t>
      </w:r>
      <w:r>
        <w:t xml:space="preserve"> of</w:t>
      </w:r>
      <w:r>
        <w:t xml:space="preserve"> kids.</w:t>
        <w:br/>
        <w:t>我一直在审视自己的处境</w:t>
        <w:br/>
        <w:t>I've</w:t>
      </w:r>
      <w:r>
        <w:t xml:space="preserve"> been</w:t>
      </w:r>
      <w:r>
        <w:t xml:space="preserve"> reviewing</w:t>
      </w:r>
      <w:r>
        <w:t xml:space="preserve"> my</w:t>
      </w:r>
      <w:r>
        <w:t xml:space="preserve"> situation.</w:t>
        <w:br/>
        <w:t>我得出了结论</w:t>
        <w:br/>
        <w:t>I've</w:t>
      </w:r>
      <w:r>
        <w:t xml:space="preserve"> come</w:t>
      </w:r>
      <w:r>
        <w:t xml:space="preserve"> to</w:t>
      </w:r>
      <w:r>
        <w:t xml:space="preserve"> the</w:t>
      </w:r>
      <w:r>
        <w:t xml:space="preserve"> conclusion</w:t>
        <w:br/>
        <w:t>我不干了</w:t>
      </w:r>
      <w:r>
        <w:t xml:space="preserve"> 我要退出</w:t>
      </w:r>
      <w:r>
        <w:t xml:space="preserve"> 我要金盆洗手</w:t>
        <w:br/>
        <w:t>that</w:t>
      </w:r>
      <w:r>
        <w:t xml:space="preserve"> I'm</w:t>
      </w:r>
      <w:r>
        <w:t xml:space="preserve"> done,</w:t>
      </w:r>
      <w:r>
        <w:t xml:space="preserve"> I'm</w:t>
      </w:r>
      <w:r>
        <w:t xml:space="preserve"> out,</w:t>
      </w:r>
      <w:r>
        <w:t xml:space="preserve"> I'm</w:t>
      </w:r>
      <w:r>
        <w:t xml:space="preserve"> finished.</w:t>
        <w:br/>
        <w:t>杰克会没事的</w:t>
        <w:br/>
        <w:t>Jack's</w:t>
      </w:r>
      <w:r>
        <w:t xml:space="preserve"> gonna</w:t>
      </w:r>
      <w:r>
        <w:t xml:space="preserve"> be</w:t>
      </w:r>
      <w:r>
        <w:t xml:space="preserve"> all</w:t>
      </w:r>
      <w:r>
        <w:t xml:space="preserve"> right,</w:t>
        <w:br/>
        <w:t>但我把这件事当作一次征兆</w:t>
        <w:br/>
        <w:t>but</w:t>
      </w:r>
      <w:r>
        <w:t xml:space="preserve"> I</w:t>
      </w:r>
      <w:r>
        <w:t xml:space="preserve"> see</w:t>
      </w:r>
      <w:r>
        <w:t xml:space="preserve"> this</w:t>
      </w:r>
      <w:r>
        <w:t xml:space="preserve"> as</w:t>
      </w:r>
      <w:r>
        <w:t xml:space="preserve"> a</w:t>
      </w:r>
      <w:r>
        <w:t xml:space="preserve"> sign.</w:t>
        <w:br/>
        <w:t>可以说是顿悟吧</w:t>
        <w:br/>
        <w:t>Uh,</w:t>
      </w:r>
      <w:r>
        <w:t xml:space="preserve"> an</w:t>
      </w:r>
      <w:r>
        <w:t xml:space="preserve"> epiphany,</w:t>
      </w:r>
      <w:r>
        <w:t xml:space="preserve"> so</w:t>
      </w:r>
      <w:r>
        <w:t xml:space="preserve"> to</w:t>
      </w:r>
      <w:r>
        <w:t xml:space="preserve"> speak.</w:t>
        <w:br/>
        <w:t>所以我要卖&amp;hearts;&amp;hearts;掉生意</w:t>
        <w:br/>
        <w:t>So</w:t>
      </w:r>
      <w:r>
        <w:t xml:space="preserve"> I'm</w:t>
      </w:r>
      <w:r>
        <w:t xml:space="preserve"> just</w:t>
      </w:r>
      <w:r>
        <w:t xml:space="preserve"> gonna</w:t>
      </w:r>
      <w:r>
        <w:t xml:space="preserve"> sell</w:t>
      </w:r>
      <w:r>
        <w:t xml:space="preserve"> the</w:t>
      </w:r>
      <w:r>
        <w:t xml:space="preserve"> business.</w:t>
        <w:br/>
        <w:t>就这么简单</w:t>
        <w:br/>
        <w:t>Simple</w:t>
      </w:r>
      <w:r>
        <w:t xml:space="preserve"> as</w:t>
      </w:r>
      <w:r>
        <w:t xml:space="preserve"> that.</w:t>
        <w:br/>
        <w:t>这对我们的协议有什么影响</w:t>
        <w:br/>
        <w:t>What</w:t>
      </w:r>
      <w:r>
        <w:t xml:space="preserve"> does</w:t>
      </w:r>
      <w:r>
        <w:t xml:space="preserve"> that</w:t>
      </w:r>
      <w:r>
        <w:t xml:space="preserve"> mean</w:t>
      </w:r>
      <w:r>
        <w:t xml:space="preserve"> about</w:t>
      </w:r>
      <w:r>
        <w:t xml:space="preserve"> our</w:t>
      </w:r>
      <w:r>
        <w:t xml:space="preserve"> deal?</w:t>
        <w:br/>
        <w:t>我想退出</w:t>
        <w:br/>
        <w:t>I</w:t>
      </w:r>
      <w:r>
        <w:t xml:space="preserve"> want</w:t>
      </w:r>
      <w:r>
        <w:t xml:space="preserve"> out.</w:t>
        <w:br/>
        <w:t>我不想让我家从大&amp;hearts;麻&amp;hearts;种植地无缝切换成大量生产冰&amp;hearts;毒&amp;hearts;的工厂</w:t>
        <w:br/>
        <w:t>I</w:t>
      </w:r>
      <w:r>
        <w:t xml:space="preserve"> don't</w:t>
      </w:r>
      <w:r>
        <w:t xml:space="preserve"> want</w:t>
      </w:r>
      <w:r>
        <w:t xml:space="preserve"> to</w:t>
      </w:r>
      <w:r>
        <w:t xml:space="preserve"> segue</w:t>
      </w:r>
      <w:r>
        <w:t xml:space="preserve"> from</w:t>
      </w:r>
      <w:r>
        <w:t xml:space="preserve"> growing</w:t>
      </w:r>
      <w:r>
        <w:t xml:space="preserve"> weed</w:t>
      </w:r>
      <w:r>
        <w:t xml:space="preserve"> into</w:t>
      </w:r>
      <w:r>
        <w:t xml:space="preserve"> mass-producing</w:t>
      </w:r>
      <w:r>
        <w:t xml:space="preserve"> methamphetamines.</w:t>
        <w:br/>
        <w:t>是的</w:t>
      </w:r>
      <w:r>
        <w:t xml:space="preserve"> 我明白</w:t>
      </w:r>
      <w:r>
        <w:t xml:space="preserve"> 你懂的</w:t>
      </w:r>
      <w:r>
        <w:t xml:space="preserve"> 我会信守自己说的话</w:t>
        <w:br/>
        <w:t>Yeah,</w:t>
      </w:r>
      <w:r>
        <w:t xml:space="preserve"> I</w:t>
      </w:r>
      <w:r>
        <w:t xml:space="preserve"> understand</w:t>
      </w:r>
      <w:r>
        <w:t xml:space="preserve"> that,</w:t>
      </w:r>
      <w:r>
        <w:t xml:space="preserve"> and,</w:t>
      </w:r>
      <w:r>
        <w:t xml:space="preserve"> you</w:t>
      </w:r>
      <w:r>
        <w:t xml:space="preserve"> know,</w:t>
      </w:r>
      <w:r>
        <w:t xml:space="preserve"> and</w:t>
      </w:r>
      <w:r>
        <w:t xml:space="preserve"> I</w:t>
      </w:r>
      <w:r>
        <w:t xml:space="preserve"> will</w:t>
      </w:r>
      <w:r>
        <w:t xml:space="preserve"> stand</w:t>
      </w:r>
      <w:r>
        <w:t xml:space="preserve"> by</w:t>
      </w:r>
      <w:r>
        <w:t xml:space="preserve"> what</w:t>
      </w:r>
      <w:r>
        <w:t xml:space="preserve"> I</w:t>
      </w:r>
      <w:r>
        <w:t xml:space="preserve"> said.</w:t>
        <w:br/>
        <w:t>你懂吧</w:t>
        <w:br/>
        <w:t>You</w:t>
      </w:r>
      <w:r>
        <w:t xml:space="preserve"> know?</w:t>
        <w:br/>
        <w:t>你意识到自己要做的事正中约翰斯顿先生的下怀吧</w:t>
        <w:br/>
        <w:t>You</w:t>
      </w:r>
      <w:r>
        <w:t xml:space="preserve"> do</w:t>
      </w:r>
      <w:r>
        <w:t xml:space="preserve"> realize</w:t>
      </w:r>
      <w:r>
        <w:t xml:space="preserve"> you're</w:t>
      </w:r>
      <w:r>
        <w:t xml:space="preserve"> doing</w:t>
      </w:r>
      <w:r>
        <w:t xml:space="preserve"> exactly</w:t>
      </w:r>
      <w:r>
        <w:t xml:space="preserve"> what</w:t>
      </w:r>
      <w:r>
        <w:t xml:space="preserve"> Mr.</w:t>
      </w:r>
      <w:r>
        <w:t xml:space="preserve"> Johnston</w:t>
      </w:r>
      <w:r>
        <w:t xml:space="preserve"> wants</w:t>
      </w:r>
      <w:r>
        <w:t xml:space="preserve"> you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t xml:space="preserve"> to?</w:t>
        <w:br/>
        <w:t>约翰斯顿先生对当前的情况</w:t>
        <w:br/>
        <w:t>Mr.</w:t>
      </w:r>
      <w:r>
        <w:t xml:space="preserve"> Johnston</w:t>
      </w:r>
      <w:r>
        <w:t xml:space="preserve"> hasn't</w:t>
      </w:r>
      <w:r>
        <w:t xml:space="preserve"> got</w:t>
      </w:r>
      <w:r>
        <w:t xml:space="preserve"> a</w:t>
      </w:r>
      <w:r>
        <w:t xml:space="preserve"> fucking</w:t>
      </w:r>
      <w:r>
        <w:t xml:space="preserve"> clue</w:t>
        <w:br/>
        <w:t>他妈的一无所知</w:t>
        <w:br/>
        <w:t>about</w:t>
      </w:r>
      <w:r>
        <w:t xml:space="preserve"> the</w:t>
      </w:r>
      <w:r>
        <w:t xml:space="preserve"> nuances</w:t>
      </w:r>
      <w:r>
        <w:t xml:space="preserve"> of</w:t>
      </w:r>
      <w:r>
        <w:t xml:space="preserve"> the</w:t>
      </w:r>
      <w:r>
        <w:t xml:space="preserve"> situation.</w:t>
        <w:br/>
        <w:t>所以不是的</w:t>
      </w:r>
      <w:r>
        <w:t xml:space="preserve"> 我他妈不会给那些人分毫</w:t>
        <w:br/>
        <w:t>So,</w:t>
      </w:r>
      <w:r>
        <w:t xml:space="preserve"> no,</w:t>
      </w:r>
      <w:r>
        <w:t xml:space="preserve"> I</w:t>
      </w:r>
      <w:r>
        <w:t xml:space="preserve"> ain't</w:t>
      </w:r>
      <w:r>
        <w:t xml:space="preserve"> giving</w:t>
      </w:r>
      <w:r>
        <w:t xml:space="preserve"> no</w:t>
      </w:r>
      <w:r>
        <w:t xml:space="preserve"> one</w:t>
      </w:r>
      <w:r>
        <w:t xml:space="preserve"> fuck</w:t>
      </w:r>
      <w:r>
        <w:t xml:space="preserve"> all.</w:t>
        <w:br/>
        <w:t>尤其是那个美&amp;hearts;国&amp;hearts;佬&amp;hearts;</w:t>
        <w:br/>
        <w:t>Especially</w:t>
      </w:r>
      <w:r>
        <w:t xml:space="preserve"> the</w:t>
      </w:r>
      <w:r>
        <w:t xml:space="preserve"> Septic.</w:t>
        <w:br/>
        <w:t>好了</w:t>
      </w:r>
      <w:r>
        <w:t xml:space="preserve"> 我会把生意卖&amp;hearts;&amp;hearts;给出价最高的人</w:t>
        <w:br/>
        <w:t>Now,</w:t>
      </w:r>
      <w:r>
        <w:t xml:space="preserve"> I'm</w:t>
      </w:r>
      <w:r>
        <w:t xml:space="preserve"> gonna</w:t>
      </w:r>
      <w:r>
        <w:t xml:space="preserve"> be</w:t>
      </w:r>
      <w:r>
        <w:t xml:space="preserve"> selling</w:t>
      </w:r>
      <w:r>
        <w:t xml:space="preserve"> to</w:t>
      </w:r>
      <w:r>
        <w:t xml:space="preserve"> the</w:t>
      </w:r>
      <w:r>
        <w:t xml:space="preserve"> highest</w:t>
      </w:r>
      <w:r>
        <w:t xml:space="preserve"> bidder,</w:t>
        <w:br/>
        <w:t>我可以接受一亿五千万以上的报价</w:t>
        <w:br/>
        <w:t>and</w:t>
      </w:r>
      <w:r>
        <w:t xml:space="preserve"> I'll</w:t>
      </w:r>
      <w:r>
        <w:t xml:space="preserve"> accept</w:t>
      </w:r>
      <w:r>
        <w:t xml:space="preserve"> offers</w:t>
      </w:r>
      <w:r>
        <w:t xml:space="preserve"> in</w:t>
      </w:r>
      <w:r>
        <w:t xml:space="preserve"> excess</w:t>
      </w:r>
      <w:r>
        <w:t xml:space="preserve"> of</w:t>
      </w:r>
      <w:r>
        <w:t xml:space="preserve"> 150</w:t>
      </w:r>
      <w:r>
        <w:t xml:space="preserve"> mill.</w:t>
        <w:br/>
        <w:t>所有出价都必须在本周末前报完</w:t>
        <w:br/>
        <w:t>All</w:t>
      </w:r>
      <w:r>
        <w:t xml:space="preserve"> bids</w:t>
      </w:r>
      <w:r>
        <w:t xml:space="preserve"> have</w:t>
      </w:r>
      <w:r>
        <w:t xml:space="preserve"> gotta</w:t>
      </w:r>
      <w:r>
        <w:t xml:space="preserve"> be</w:t>
      </w:r>
      <w:r>
        <w:t xml:space="preserve"> in</w:t>
      </w:r>
      <w:r>
        <w:t xml:space="preserve"> by</w:t>
      </w:r>
      <w:r>
        <w:t xml:space="preserve"> the</w:t>
      </w:r>
      <w:r>
        <w:t xml:space="preserve"> end</w:t>
      </w:r>
      <w:r>
        <w:t xml:space="preserve"> of</w:t>
      </w:r>
      <w:r>
        <w:t xml:space="preserve"> the</w:t>
      </w:r>
      <w:r>
        <w:t xml:space="preserve"> week.</w:t>
        <w:br/>
        <w:t>我只希望你</w:t>
        <w:br/>
        <w:t>All</w:t>
      </w:r>
      <w:r>
        <w:t xml:space="preserve"> I</w:t>
      </w:r>
      <w:r>
        <w:t xml:space="preserve"> want</w:t>
      </w:r>
      <w:r>
        <w:t xml:space="preserve"> you</w:t>
      </w:r>
      <w:r>
        <w:t xml:space="preserve"> to</w:t>
      </w:r>
      <w:r>
        <w:t xml:space="preserve"> do</w:t>
        <w:br/>
        <w:t>和苏茜合作</w:t>
      </w:r>
      <w:r>
        <w:t xml:space="preserve"> 确保她能达成最好的交易</w:t>
        <w:br/>
        <w:t>is</w:t>
      </w:r>
      <w:r>
        <w:t xml:space="preserve"> work</w:t>
      </w:r>
      <w:r>
        <w:t xml:space="preserve"> with</w:t>
      </w:r>
      <w:r>
        <w:t xml:space="preserve"> Susie</w:t>
      </w:r>
      <w:r>
        <w:t xml:space="preserve"> and</w:t>
      </w:r>
      <w:r>
        <w:t xml:space="preserve"> make</w:t>
      </w:r>
      <w:r>
        <w:t xml:space="preserve"> sure</w:t>
      </w:r>
      <w:r>
        <w:t xml:space="preserve"> she</w:t>
      </w:r>
      <w:r>
        <w:t xml:space="preserve"> gets</w:t>
      </w:r>
      <w:r>
        <w:t xml:space="preserve"> the</w:t>
      </w:r>
      <w:r>
        <w:t xml:space="preserve"> best</w:t>
      </w:r>
      <w:r>
        <w:t xml:space="preserve"> deal.</w:t>
        <w:br/>
        <w:t>为什么是我</w:t>
        <w:br/>
        <w:t>And</w:t>
      </w:r>
      <w:r>
        <w:t xml:space="preserve"> why</w:t>
      </w:r>
      <w:r>
        <w:t xml:space="preserve"> me</w:t>
      </w:r>
      <w:r>
        <w:t xml:space="preserve"> exactly?</w:t>
        <w:br/>
        <w:t>很容易看出来</w:t>
        <w:br/>
        <w:t>It</w:t>
      </w:r>
      <w:r>
        <w:t xml:space="preserve"> ain't</w:t>
      </w:r>
      <w:r>
        <w:t xml:space="preserve"> gone</w:t>
      </w:r>
      <w:r>
        <w:t xml:space="preserve"> unnoticed</w:t>
        <w:br/>
        <w:t>你们两个已经变成一对完美的搭档了</w:t>
        <w:br/>
        <w:t>that</w:t>
      </w:r>
      <w:r>
        <w:t xml:space="preserve"> you</w:t>
      </w:r>
      <w:r>
        <w:t xml:space="preserve"> two</w:t>
      </w:r>
      <w:r>
        <w:t xml:space="preserve"> have</w:t>
      </w:r>
      <w:r>
        <w:t xml:space="preserve"> become</w:t>
      </w:r>
      <w:r>
        <w:t xml:space="preserve"> a</w:t>
      </w:r>
      <w:r>
        <w:t xml:space="preserve"> right</w:t>
      </w:r>
      <w:r>
        <w:t xml:space="preserve"> double</w:t>
      </w:r>
      <w:r>
        <w:t xml:space="preserve"> act</w:t>
      </w:r>
      <w:r>
        <w:t xml:space="preserve"> working</w:t>
      </w:r>
      <w:r>
        <w:t xml:space="preserve"> together.</w:t>
        <w:br/>
        <w:t>你刚才怎么什么都没说</w:t>
        <w:br/>
        <w:t>Why</w:t>
      </w:r>
      <w:r>
        <w:t xml:space="preserve"> didn't</w:t>
      </w:r>
      <w:r>
        <w:t xml:space="preserve"> you</w:t>
      </w:r>
      <w:r>
        <w:t xml:space="preserve"> say</w:t>
      </w:r>
      <w:r>
        <w:t xml:space="preserve"> anything</w:t>
      </w:r>
      <w:r>
        <w:t xml:space="preserve"> back</w:t>
      </w:r>
      <w:r>
        <w:t xml:space="preserve"> there?</w:t>
        <w:br/>
        <w:t>你已经经营生意多年了</w:t>
        <w:br/>
        <w:t>You've</w:t>
      </w:r>
      <w:r>
        <w:t xml:space="preserve"> been</w:t>
      </w:r>
      <w:r>
        <w:t xml:space="preserve"> running</w:t>
      </w:r>
      <w:r>
        <w:t xml:space="preserve"> the</w:t>
      </w:r>
      <w:r>
        <w:t xml:space="preserve"> operation</w:t>
      </w:r>
      <w:r>
        <w:t xml:space="preserve"> for</w:t>
      </w:r>
      <w:r>
        <w:t xml:space="preserve"> years.</w:t>
        <w:br/>
        <w:t>你就这样让他把你手下的生意卖&amp;hearts;&amp;hearts;掉</w:t>
        <w:br/>
        <w:t>Gonna</w:t>
      </w:r>
      <w:r>
        <w:t xml:space="preserve"> let</w:t>
      </w:r>
      <w:r>
        <w:t xml:space="preserve"> him</w:t>
      </w:r>
      <w:r>
        <w:t xml:space="preserve"> sell</w:t>
      </w:r>
      <w:r>
        <w:t xml:space="preserve"> it</w:t>
      </w:r>
      <w:r>
        <w:t xml:space="preserve"> out</w:t>
      </w:r>
      <w:r>
        <w:t xml:space="preserve"> from</w:t>
      </w:r>
      <w:r>
        <w:t xml:space="preserve"> under</w:t>
      </w:r>
      <w:r>
        <w:t xml:space="preserve"> you?</w:t>
        <w:br/>
        <w:t>我只是个打工的</w:t>
      </w:r>
      <w:r>
        <w:t xml:space="preserve"> 爱迪</w:t>
      </w:r>
      <w:r>
        <w:t xml:space="preserve"> 和你一样</w:t>
        <w:br/>
        <w:t>I'm</w:t>
      </w:r>
      <w:r>
        <w:t xml:space="preserve"> an</w:t>
      </w:r>
      <w:r>
        <w:t xml:space="preserve"> employee,</w:t>
      </w:r>
      <w:r>
        <w:t xml:space="preserve"> Eddie.</w:t>
      </w:r>
      <w:r>
        <w:t xml:space="preserve"> Just</w:t>
      </w:r>
      <w:r>
        <w:t xml:space="preserve"> like</w:t>
      </w:r>
      <w:r>
        <w:t xml:space="preserve"> you.</w:t>
        <w:br/>
        <w:t>什么打工的</w:t>
      </w:r>
      <w:r>
        <w:t xml:space="preserve"> 他可是你父亲</w:t>
      </w:r>
      <w:r>
        <w:t xml:space="preserve"> 他都没有征求你的意见</w:t>
        <w:br/>
        <w:t>What</w:t>
      </w:r>
      <w:r>
        <w:t xml:space="preserve"> do</w:t>
      </w:r>
      <w:r>
        <w:t xml:space="preserve"> you</w:t>
      </w:r>
      <w:r>
        <w:t xml:space="preserve"> mean?</w:t>
      </w:r>
      <w:r>
        <w:t xml:space="preserve"> He's</w:t>
      </w:r>
      <w:r>
        <w:t xml:space="preserve"> your</w:t>
      </w:r>
      <w:r>
        <w:t xml:space="preserve"> father.</w:t>
      </w:r>
      <w:r>
        <w:t xml:space="preserve"> He</w:t>
      </w:r>
      <w:r>
        <w:t xml:space="preserve"> didn't</w:t>
      </w:r>
      <w:r>
        <w:t xml:space="preserve"> even</w:t>
      </w:r>
      <w:r>
        <w:t xml:space="preserve"> ask</w:t>
      </w:r>
      <w:r>
        <w:t xml:space="preserve"> your</w:t>
      </w:r>
      <w:r>
        <w:t xml:space="preserve"> opinion.</w:t>
        <w:br/>
        <w:t>是啊</w:t>
      </w:r>
      <w:r>
        <w:t xml:space="preserve"> 他也没问你的意见啊</w:t>
        <w:br/>
        <w:t>He</w:t>
      </w:r>
      <w:r>
        <w:t xml:space="preserve"> didn't</w:t>
      </w:r>
      <w:r>
        <w:t xml:space="preserve"> ask</w:t>
      </w:r>
      <w:r>
        <w:t xml:space="preserve"> for</w:t>
      </w:r>
      <w:r>
        <w:t xml:space="preserve"> yours</w:t>
      </w:r>
      <w:r>
        <w:t xml:space="preserve"> either.</w:t>
        <w:br/>
        <w:t>你背着我搞小动作</w:t>
      </w:r>
      <w:r>
        <w:t xml:space="preserve"> 爱迪</w:t>
      </w:r>
      <w:r>
        <w:t xml:space="preserve"> 不止一次</w:t>
      </w:r>
      <w:r>
        <w:t xml:space="preserve"> 而是做了两次</w:t>
        <w:br/>
        <w:t>You</w:t>
      </w:r>
      <w:r>
        <w:t xml:space="preserve"> went</w:t>
      </w:r>
      <w:r>
        <w:t xml:space="preserve"> behind</w:t>
      </w:r>
      <w:r>
        <w:t xml:space="preserve"> my</w:t>
      </w:r>
      <w:r>
        <w:t xml:space="preserve"> back,</w:t>
      </w:r>
      <w:r>
        <w:t xml:space="preserve"> Eddie.</w:t>
      </w:r>
      <w:r>
        <w:t xml:space="preserve"> Not</w:t>
      </w:r>
      <w:r>
        <w:t xml:space="preserve"> once,</w:t>
      </w:r>
      <w:r>
        <w:t xml:space="preserve"> but</w:t>
      </w:r>
      <w:r>
        <w:t xml:space="preserve"> twice.</w:t>
        <w:br/>
        <w:t>可以这么说吧</w:t>
      </w:r>
      <w:r>
        <w:t xml:space="preserve"> 我们两个都打错了算盘</w:t>
        <w:br/>
        <w:t>Well,</w:t>
      </w:r>
      <w:r>
        <w:t xml:space="preserve"> I</w:t>
      </w:r>
      <w:r>
        <w:t xml:space="preserve"> think</w:t>
      </w:r>
      <w:r>
        <w:t xml:space="preserve"> it's</w:t>
      </w:r>
      <w:r>
        <w:t xml:space="preserve"> safe</w:t>
      </w:r>
      <w:r>
        <w:t xml:space="preserve"> to</w:t>
      </w:r>
      <w:r>
        <w:t xml:space="preserve"> say</w:t>
      </w:r>
      <w:r>
        <w:t xml:space="preserve"> we</w:t>
      </w:r>
      <w:r>
        <w:t xml:space="preserve"> both</w:t>
      </w:r>
      <w:r>
        <w:t xml:space="preserve"> made</w:t>
      </w:r>
      <w:r>
        <w:t xml:space="preserve"> some</w:t>
      </w:r>
      <w:r>
        <w:t xml:space="preserve"> miscalculations,</w:t>
        <w:br/>
        <w:t>这话虽然委婉</w:t>
      </w:r>
      <w:r>
        <w:t xml:space="preserve"> 但生意毕竟是生意</w:t>
        <w:br/>
        <w:t>to</w:t>
      </w:r>
      <w:r>
        <w:t xml:space="preserve"> put</w:t>
      </w:r>
      <w:r>
        <w:t xml:space="preserve"> it</w:t>
      </w:r>
      <w:r>
        <w:t xml:space="preserve"> mildly,</w:t>
      </w:r>
      <w:r>
        <w:t xml:space="preserve"> but</w:t>
      </w:r>
      <w:r>
        <w:t xml:space="preserve"> it's</w:t>
      </w:r>
      <w:r>
        <w:t xml:space="preserve"> business,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t xml:space="preserve"> Susan.</w:t>
        <w:br/>
        <w:t>你最终也如愿以偿了</w:t>
      </w:r>
      <w:r>
        <w:t xml:space="preserve"> 不是吗</w:t>
        <w:br/>
        <w:t>Got</w:t>
      </w:r>
      <w:r>
        <w:t xml:space="preserve"> your</w:t>
      </w:r>
      <w:r>
        <w:t xml:space="preserve"> way</w:t>
      </w:r>
      <w:r>
        <w:t xml:space="preserve"> in</w:t>
      </w:r>
      <w:r>
        <w:t xml:space="preserve"> the</w:t>
      </w:r>
      <w:r>
        <w:t xml:space="preserve"> end,</w:t>
      </w:r>
      <w:r>
        <w:t xml:space="preserve"> didn't</w:t>
      </w:r>
      <w:r>
        <w:t xml:space="preserve"> you?</w:t>
        <w:br/>
        <w:t>爸爸要卖&amp;hearts;&amp;hearts;掉生意</w:t>
      </w:r>
      <w:r>
        <w:t xml:space="preserve"> 你可以退出了</w:t>
        <w:br/>
        <w:t>Dad's</w:t>
      </w:r>
      <w:r>
        <w:t xml:space="preserve"> selling</w:t>
      </w:r>
      <w:r>
        <w:t xml:space="preserve"> up,</w:t>
      </w:r>
      <w:r>
        <w:t xml:space="preserve"> and</w:t>
      </w:r>
      <w:r>
        <w:t xml:space="preserve"> you're</w:t>
      </w:r>
      <w:r>
        <w:t xml:space="preserve"> getting</w:t>
      </w:r>
      <w:r>
        <w:t xml:space="preserve"> out.</w:t>
        <w:br/>
        <w:t>你呢</w:t>
        <w:br/>
        <w:t>What</w:t>
      </w:r>
      <w:r>
        <w:t xml:space="preserve"> about</w:t>
      </w:r>
      <w:r>
        <w:t xml:space="preserve"> you?</w:t>
        <w:br/>
        <w:t>你这个年纪退休还太早吧</w:t>
        <w:br/>
        <w:t>You're</w:t>
      </w:r>
      <w:r>
        <w:t xml:space="preserve"> a</w:t>
      </w:r>
      <w:r>
        <w:t xml:space="preserve"> little</w:t>
      </w:r>
      <w:r>
        <w:t xml:space="preserve"> young</w:t>
      </w:r>
      <w:r>
        <w:t xml:space="preserve"> to</w:t>
      </w:r>
      <w:r>
        <w:t xml:space="preserve"> retire.</w:t>
        <w:br/>
        <w:t>能睡个整觉</w:t>
        <w:br/>
        <w:t>I</w:t>
      </w:r>
      <w:r>
        <w:t xml:space="preserve"> can</w:t>
      </w:r>
      <w:r>
        <w:t xml:space="preserve"> think</w:t>
      </w:r>
      <w:r>
        <w:t xml:space="preserve"> of</w:t>
      </w:r>
      <w:r>
        <w:t xml:space="preserve"> worse</w:t>
      </w:r>
      <w:r>
        <w:t xml:space="preserve"> things</w:t>
      </w:r>
      <w:r>
        <w:t xml:space="preserve"> for</w:t>
      </w:r>
      <w:r>
        <w:t xml:space="preserve"> the</w:t>
      </w:r>
      <w:r>
        <w:t xml:space="preserve"> soul</w:t>
        <w:br/>
        <w:t>周三去玩玩宾果也不是太差劲的生活</w:t>
        <w:br/>
        <w:t>than</w:t>
      </w:r>
      <w:r>
        <w:t xml:space="preserve"> getting</w:t>
      </w:r>
      <w:r>
        <w:t xml:space="preserve"> my</w:t>
      </w:r>
      <w:r>
        <w:t xml:space="preserve"> full</w:t>
      </w:r>
      <w:r>
        <w:t xml:space="preserve"> ten</w:t>
      </w:r>
      <w:r>
        <w:t xml:space="preserve"> hours</w:t>
      </w:r>
      <w:r>
        <w:t xml:space="preserve"> and</w:t>
      </w:r>
      <w:r>
        <w:t xml:space="preserve"> bingo</w:t>
      </w:r>
      <w:r>
        <w:t xml:space="preserve"> on</w:t>
      </w:r>
      <w:r>
        <w:t xml:space="preserve"> a</w:t>
      </w:r>
      <w:r>
        <w:t xml:space="preserve"> Wednesday.</w:t>
        <w:br/>
        <w:t>倒也是</w:t>
        <w:br/>
        <w:t>Quite.</w:t>
        <w:br/>
        <w:t>他已经下定决心了</w:t>
        <w:br/>
        <w:t>He's</w:t>
      </w:r>
      <w:r>
        <w:t xml:space="preserve"> made</w:t>
      </w:r>
      <w:r>
        <w:t xml:space="preserve"> up</w:t>
      </w:r>
      <w:r>
        <w:t xml:space="preserve"> his</w:t>
      </w:r>
      <w:r>
        <w:t xml:space="preserve"> mind.</w:t>
        <w:br/>
        <w:t>就照老头说的做吧</w:t>
      </w:r>
      <w:r>
        <w:t xml:space="preserve"> 了结这件事</w:t>
        <w:br/>
        <w:t>Let's</w:t>
      </w:r>
      <w:r>
        <w:t xml:space="preserve"> just</w:t>
      </w:r>
      <w:r>
        <w:t xml:space="preserve"> do</w:t>
      </w:r>
      <w:r>
        <w:t xml:space="preserve"> what</w:t>
      </w:r>
      <w:r>
        <w:t xml:space="preserve"> the</w:t>
      </w:r>
      <w:r>
        <w:t xml:space="preserve"> old</w:t>
      </w:r>
      <w:r>
        <w:t xml:space="preserve"> man</w:t>
      </w:r>
      <w:r>
        <w:t xml:space="preserve"> says</w:t>
      </w:r>
      <w:r>
        <w:t xml:space="preserve"> and</w:t>
      </w:r>
      <w:r>
        <w:t xml:space="preserve"> be</w:t>
      </w:r>
      <w:r>
        <w:t xml:space="preserve"> done</w:t>
      </w:r>
      <w:r>
        <w:t xml:space="preserve"> with</w:t>
      </w:r>
      <w:r>
        <w:t xml:space="preserve"> it.</w:t>
        <w:br/>
        <w:t>我想接手你父亲的生意</w:t>
        <w:br/>
        <w:t>I've</w:t>
      </w:r>
      <w:r>
        <w:t xml:space="preserve"> made</w:t>
      </w:r>
      <w:r>
        <w:t xml:space="preserve"> no</w:t>
      </w:r>
      <w:r>
        <w:t xml:space="preserve"> secret</w:t>
        <w:br/>
        <w:t>也不是什么秘密了</w:t>
        <w:br/>
        <w:t>of</w:t>
      </w:r>
      <w:r>
        <w:t xml:space="preserve"> my</w:t>
      </w:r>
      <w:r>
        <w:t xml:space="preserve"> desire</w:t>
      </w:r>
      <w:r>
        <w:t xml:space="preserve"> to</w:t>
      </w:r>
      <w:r>
        <w:t xml:space="preserve"> take</w:t>
      </w:r>
      <w:r>
        <w:t xml:space="preserve"> control</w:t>
      </w:r>
      <w:r>
        <w:t xml:space="preserve"> of</w:t>
      </w:r>
      <w:r>
        <w:t xml:space="preserve"> your</w:t>
      </w:r>
      <w:r>
        <w:t xml:space="preserve"> father's</w:t>
      </w:r>
      <w:r>
        <w:t xml:space="preserve"> organization.</w:t>
        <w:br/>
        <w:t>我知道在过去的几个月</w:t>
        <w:br/>
        <w:t>I</w:t>
      </w:r>
      <w:r>
        <w:t xml:space="preserve"> am</w:t>
      </w:r>
      <w:r>
        <w:t xml:space="preserve"> aware</w:t>
      </w:r>
      <w:r>
        <w:t xml:space="preserve"> that</w:t>
      </w:r>
      <w:r>
        <w:t xml:space="preserve"> it's</w:t>
      </w:r>
      <w:r>
        <w:t xml:space="preserve"> been</w:t>
      </w:r>
      <w:r>
        <w:t xml:space="preserve"> faced</w:t>
        <w:br/>
        <w:t>他的生意遭到了</w:t>
        <w:br/>
        <w:t>with</w:t>
      </w:r>
      <w:r>
        <w:t xml:space="preserve"> serious</w:t>
      </w:r>
      <w:r>
        <w:t xml:space="preserve"> disruption</w:t>
        <w:br/>
        <w:t>一些严重破坏</w:t>
        <w:br/>
        <w:t>over</w:t>
      </w:r>
      <w:r>
        <w:t xml:space="preserve"> the</w:t>
      </w:r>
      <w:r>
        <w:t xml:space="preserve"> last</w:t>
      </w:r>
      <w:r>
        <w:t xml:space="preserve"> few</w:t>
      </w:r>
      <w:r>
        <w:t xml:space="preserve"> months.</w:t>
        <w:br/>
        <w:t>产品丢失</w:t>
      </w:r>
      <w:r>
        <w:t xml:space="preserve"> 销路被堵</w:t>
      </w:r>
      <w:r>
        <w:t xml:space="preserve"> 有人被打昏迷</w:t>
        <w:br/>
        <w:t>Product</w:t>
      </w:r>
      <w:r>
        <w:t xml:space="preserve"> gone</w:t>
      </w:r>
      <w:r>
        <w:t xml:space="preserve"> missing.</w:t>
      </w:r>
      <w:r>
        <w:t xml:space="preserve"> Pipelines</w:t>
      </w:r>
      <w:r>
        <w:t xml:space="preserve"> blocked.</w:t>
      </w:r>
      <w:r>
        <w:t xml:space="preserve"> Punches</w:t>
      </w:r>
      <w:r>
        <w:t xml:space="preserve"> being</w:t>
      </w:r>
      <w:r>
        <w:t xml:space="preserve"> thrown.</w:t>
        <w:br/>
        <w:t>我们知道这些都是你指使的</w:t>
        <w:br/>
        <w:t>We're</w:t>
      </w:r>
      <w:r>
        <w:t xml:space="preserve"> aware</w:t>
      </w:r>
      <w:r>
        <w:t xml:space="preserve"> that</w:t>
      </w:r>
      <w:r>
        <w:t xml:space="preserve"> you're</w:t>
      </w:r>
      <w:r>
        <w:t xml:space="preserve"> behind</w:t>
      </w:r>
      <w:r>
        <w:t xml:space="preserve"> all</w:t>
      </w:r>
      <w:r>
        <w:t xml:space="preserve"> of</w:t>
      </w:r>
      <w:r>
        <w:t xml:space="preserve"> that.</w:t>
        <w:br/>
        <w:t>但你对我弟弟做的事太过分了</w:t>
        <w:br/>
        <w:t>But</w:t>
      </w:r>
      <w:r>
        <w:t xml:space="preserve"> you</w:t>
      </w:r>
      <w:r>
        <w:t xml:space="preserve"> crossed</w:t>
      </w:r>
      <w:r>
        <w:t xml:space="preserve"> the</w:t>
      </w:r>
      <w:r>
        <w:t xml:space="preserve"> line</w:t>
      </w:r>
      <w:r>
        <w:t xml:space="preserve"> when</w:t>
      </w:r>
      <w:r>
        <w:t xml:space="preserve"> it</w:t>
      </w:r>
      <w:r>
        <w:t xml:space="preserve"> came</w:t>
      </w:r>
      <w:r>
        <w:t xml:space="preserve"> to</w:t>
      </w:r>
      <w:r>
        <w:t xml:space="preserve"> my</w:t>
      </w:r>
      <w:r>
        <w:t xml:space="preserve"> brother.</w:t>
        <w:br/>
        <w:t>你拒绝了我最初的提议</w:t>
        <w:br/>
        <w:t>You</w:t>
      </w:r>
      <w:r>
        <w:t xml:space="preserve"> rejected</w:t>
      </w:r>
      <w:r>
        <w:t xml:space="preserve"> my</w:t>
      </w:r>
      <w:r>
        <w:t xml:space="preserve"> initial</w:t>
      </w:r>
      <w:r>
        <w:t xml:space="preserve"> approach.</w:t>
        <w:br/>
        <w:t>我需要让你和你父亲明白</w:t>
      </w:r>
      <w:r>
        <w:t xml:space="preserve"> 我是绝对认真的</w:t>
        <w:br/>
        <w:t>I</w:t>
      </w:r>
      <w:r>
        <w:t xml:space="preserve"> needed</w:t>
      </w:r>
      <w:r>
        <w:t xml:space="preserve"> to</w:t>
      </w:r>
      <w:r>
        <w:t xml:space="preserve"> convince</w:t>
      </w:r>
      <w:r>
        <w:t xml:space="preserve"> you</w:t>
      </w:r>
      <w:r>
        <w:t xml:space="preserve"> and</w:t>
      </w:r>
      <w:r>
        <w:t xml:space="preserve"> your</w:t>
      </w:r>
      <w:r>
        <w:t xml:space="preserve"> father</w:t>
      </w:r>
      <w:r>
        <w:t xml:space="preserve"> that</w:t>
      </w:r>
      <w:r>
        <w:t xml:space="preserve"> I</w:t>
      </w:r>
      <w:r>
        <w:t xml:space="preserve"> was</w:t>
      </w:r>
      <w:r>
        <w:t xml:space="preserve"> in</w:t>
      </w:r>
      <w:r>
        <w:t xml:space="preserve"> earnest.</w:t>
        <w:br/>
        <w:t>现在我准备好进行谈判</w:t>
        <w:br/>
        <w:t>Now,</w:t>
      </w:r>
      <w:r>
        <w:t xml:space="preserve"> I'm</w:t>
      </w:r>
      <w:r>
        <w:t xml:space="preserve"> prepared</w:t>
      </w:r>
      <w:r>
        <w:t xml:space="preserve"> to</w:t>
      </w:r>
      <w:r>
        <w:t xml:space="preserve"> enter</w:t>
      </w:r>
      <w:r>
        <w:t xml:space="preserve"> into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  <w:r>
        <w:t xml:space="preserve"> negotiations</w:t>
        <w:br/>
        <w:t>和平地接手你们的生意</w:t>
        <w:br/>
        <w:t>over</w:t>
      </w:r>
      <w:r>
        <w:t xml:space="preserve"> the</w:t>
      </w:r>
      <w:r>
        <w:t xml:space="preserve"> peaceful</w:t>
      </w:r>
      <w:r>
        <w:t xml:space="preserve"> handover</w:t>
      </w:r>
      <w:r>
        <w:t xml:space="preserve"> of</w:t>
      </w:r>
      <w:r>
        <w:t xml:space="preserve"> your</w:t>
      </w:r>
      <w:r>
        <w:t xml:space="preserve"> business,</w:t>
        <w:br/>
        <w:t>但你必须明白</w:t>
        <w:br/>
        <w:t>but</w:t>
      </w:r>
      <w:r>
        <w:t xml:space="preserve"> you</w:t>
      </w:r>
      <w:r>
        <w:t xml:space="preserve"> must</w:t>
      </w:r>
      <w:r>
        <w:t xml:space="preserve"> understand</w:t>
        <w:br/>
        <w:t>我在这场谈判中占据了</w:t>
        <w:br/>
        <w:t>that</w:t>
      </w:r>
      <w:r>
        <w:t xml:space="preserve"> I'm</w:t>
      </w:r>
      <w:r>
        <w:t xml:space="preserve"> doing</w:t>
      </w:r>
      <w:r>
        <w:t xml:space="preserve"> it</w:t>
      </w:r>
      <w:r>
        <w:t xml:space="preserve"> from</w:t>
      </w:r>
      <w:r>
        <w:t xml:space="preserve"> a</w:t>
      </w:r>
      <w:r>
        <w:t xml:space="preserve"> position</w:t>
        <w:br/>
        <w:t>相当强有力的位置</w:t>
        <w:br/>
        <w:t>of</w:t>
      </w:r>
      <w:r>
        <w:t xml:space="preserve"> considerable</w:t>
      </w:r>
      <w:r>
        <w:t xml:space="preserve"> strength.</w:t>
        <w:br/>
        <w:t>格拉斯女士</w:t>
        <w:br/>
        <w:t>Ms.</w:t>
      </w:r>
      <w:r>
        <w:t xml:space="preserve"> Glass,</w:t>
        <w:br/>
        <w:t>你似乎还不知道</w:t>
        <w:br/>
        <w:t>what</w:t>
      </w:r>
      <w:r>
        <w:t xml:space="preserve"> you</w:t>
      </w:r>
      <w:r>
        <w:t xml:space="preserve"> seem</w:t>
      </w:r>
      <w:r>
        <w:t xml:space="preserve"> not</w:t>
      </w:r>
      <w:r>
        <w:t xml:space="preserve"> to</w:t>
      </w:r>
      <w:r>
        <w:t xml:space="preserve"> know</w:t>
        <w:br/>
        <w:t>你手下某位心怀不满的员工向我泄露了</w:t>
        <w:br/>
        <w:t>is</w:t>
      </w:r>
      <w:r>
        <w:t xml:space="preserve"> that</w:t>
      </w:r>
      <w:r>
        <w:t xml:space="preserve"> one</w:t>
      </w:r>
      <w:r>
        <w:t xml:space="preserve"> of</w:t>
      </w:r>
      <w:r>
        <w:t xml:space="preserve"> your</w:t>
      </w:r>
      <w:r>
        <w:t xml:space="preserve"> disgruntled</w:t>
      </w:r>
      <w:r>
        <w:t xml:space="preserve"> staff</w:t>
      </w:r>
      <w:r>
        <w:t xml:space="preserve"> has</w:t>
      </w:r>
      <w:r>
        <w:t xml:space="preserve"> leaked</w:t>
      </w:r>
      <w:r>
        <w:t xml:space="preserve"> to</w:t>
      </w:r>
      <w:r>
        <w:t xml:space="preserve"> me</w:t>
        <w:br/>
        <w:t>其他12个农场的地址</w:t>
        <w:br/>
        <w:t>the</w:t>
      </w:r>
      <w:r>
        <w:t xml:space="preserve"> 12</w:t>
      </w:r>
      <w:r>
        <w:t xml:space="preserve"> addresses</w:t>
      </w:r>
      <w:r>
        <w:t xml:space="preserve"> of</w:t>
      </w:r>
      <w:r>
        <w:t xml:space="preserve"> the</w:t>
      </w:r>
      <w:r>
        <w:t xml:space="preserve"> other</w:t>
      </w:r>
      <w:r>
        <w:t xml:space="preserve"> farms.</w:t>
        <w:br/>
        <w:t>恐怕并没有</w:t>
        <w:br/>
        <w:t>I'm</w:t>
      </w:r>
      <w:r>
        <w:t xml:space="preserve"> afraid</w:t>
      </w:r>
      <w:r>
        <w:t xml:space="preserve"> not.</w:t>
        <w:br/>
        <w:t>我给史蒂文斯先生的名单其实是假的</w:t>
        <w:br/>
        <w:t>The</w:t>
      </w:r>
      <w:r>
        <w:t xml:space="preserve"> list</w:t>
      </w:r>
      <w:r>
        <w:t xml:space="preserve"> that</w:t>
      </w:r>
      <w:r>
        <w:t xml:space="preserve"> I</w:t>
      </w:r>
      <w:r>
        <w:t xml:space="preserve"> gave</w:t>
      </w:r>
      <w:r>
        <w:t xml:space="preserve"> to</w:t>
      </w:r>
      <w:r>
        <w:t xml:space="preserve"> Mr.</w:t>
      </w:r>
      <w:r>
        <w:t xml:space="preserve"> Stevens</w:t>
      </w:r>
      <w:r>
        <w:t xml:space="preserve"> was,</w:t>
      </w:r>
      <w:r>
        <w:t xml:space="preserve"> in</w:t>
      </w:r>
      <w:r>
        <w:t xml:space="preserve"> fact,</w:t>
      </w:r>
      <w:r>
        <w:t xml:space="preserve"> spurious.</w:t>
        <w:br/>
        <w:t>喂</w:t>
      </w:r>
      <w:r>
        <w:t xml:space="preserve"> </w:t>
      </w:r>
      <w:r>
        <w:t xml:space="preserve"> -</w:t>
      </w:r>
      <w:r>
        <w:t xml:space="preserve"> 下午好</w:t>
        <w:br/>
        <w:t>Hello?</w:t>
      </w:r>
      <w:r>
        <w:t xml:space="preserve"> -</w:t>
      </w:r>
      <w:r>
        <w:t xml:space="preserve"> Good</w:t>
      </w:r>
      <w:r>
        <w:t xml:space="preserve"> afternoon.</w:t>
        <w:br/>
        <w:t>请问你是比弗斯布鲁克侯爵吗</w:t>
        <w:br/>
        <w:t>Am</w:t>
      </w:r>
      <w:r>
        <w:t xml:space="preserve"> I</w:t>
      </w:r>
      <w:r>
        <w:t xml:space="preserve"> speaking</w:t>
      </w:r>
      <w:r>
        <w:t xml:space="preserve"> with</w:t>
      </w:r>
      <w:r>
        <w:t xml:space="preserve"> the</w:t>
      </w:r>
      <w:r>
        <w:t xml:space="preserve"> Marquess</w:t>
      </w:r>
      <w:r>
        <w:t xml:space="preserve"> of</w:t>
      </w:r>
      <w:r>
        <w:t xml:space="preserve"> Beaversbrook?</w:t>
        <w:br/>
        <w:t>是的</w:t>
        <w:br/>
        <w:t>Speaking.</w:t>
        <w:br/>
        <w:t>瑙顿男爵</w:t>
      </w:r>
      <w:r>
        <w:t xml:space="preserve"> </w:t>
      </w:r>
      <w:r>
        <w:t xml:space="preserve"> -</w:t>
      </w:r>
      <w:r>
        <w:t xml:space="preserve"> 你好</w:t>
        <w:br/>
        <w:t>Baron</w:t>
      </w:r>
      <w:r>
        <w:t xml:space="preserve"> Noughton?</w:t>
      </w:r>
      <w:r>
        <w:t xml:space="preserve"> -</w:t>
      </w:r>
      <w:r>
        <w:t xml:space="preserve"> </w:t>
      </w:r>
      <w:r>
        <w:t xml:space="preserve"> Hello.</w:t>
        <w:br/>
        <w:t>鲍林子爵</w:t>
        <w:br/>
        <w:t>Viscount</w:t>
      </w:r>
      <w:r>
        <w:t xml:space="preserve"> Bowling?</w:t>
        <w:br/>
        <w:t>就是我</w:t>
        <w:br/>
        <w:t>This</w:t>
      </w:r>
      <w:r>
        <w:t xml:space="preserve"> is</w:t>
      </w:r>
      <w:r>
        <w:t xml:space="preserve"> he.</w:t>
        <w:br/>
        <w:t>天啊</w:t>
      </w:r>
      <w:r>
        <w:t xml:space="preserve"> 我倒是觉得挺有趣的</w:t>
        <w:br/>
        <w:t>Oh</w:t>
      </w:r>
      <w:r>
        <w:t xml:space="preserve"> my</w:t>
      </w:r>
      <w:r>
        <w:t xml:space="preserve"> goodness.</w:t>
      </w:r>
      <w:r>
        <w:t xml:space="preserve"> I'm</w:t>
      </w:r>
      <w:r>
        <w:t xml:space="preserve"> rather</w:t>
      </w:r>
      <w:r>
        <w:t xml:space="preserve"> enjoying</w:t>
      </w:r>
      <w:r>
        <w:t xml:space="preserve"> this.</w:t>
        <w:br/>
        <w:t>等等</w:t>
        <w:br/>
        <w:t>Hold</w:t>
      </w:r>
      <w:r>
        <w:t xml:space="preserve"> on.</w:t>
        <w:br/>
        <w:t>下午好</w:t>
      </w:r>
      <w:r>
        <w:t xml:space="preserve"> 我打电&amp;hearts;话&amp;hearts;来是为了讨论</w:t>
        <w:br/>
        <w:t>Good</w:t>
      </w:r>
      <w:r>
        <w:t xml:space="preserve"> afternoon.</w:t>
      </w:r>
      <w:r>
        <w:t xml:space="preserve"> I'm</w:t>
      </w:r>
      <w:r>
        <w:t xml:space="preserve"> calling</w:t>
      </w:r>
      <w:r>
        <w:t xml:space="preserve"> to</w:t>
      </w:r>
      <w:r>
        <w:t xml:space="preserve"> discuss</w:t>
        <w:br/>
        <w:t>你和罗鲍特·格拉斯先生的业务关系</w:t>
        <w:br/>
        <w:t>your</w:t>
      </w:r>
      <w:r>
        <w:t xml:space="preserve"> business</w:t>
      </w:r>
      <w:r>
        <w:t xml:space="preserve"> relationship</w:t>
      </w:r>
      <w:r>
        <w:t xml:space="preserve"> with</w:t>
      </w:r>
      <w:r>
        <w:t xml:space="preserve"> a</w:t>
      </w:r>
      <w:r>
        <w:t xml:space="preserve"> Mr.</w:t>
      </w:r>
      <w:r>
        <w:t xml:space="preserve"> Robert</w:t>
      </w:r>
      <w:r>
        <w:t xml:space="preserve"> Glass.</w:t>
        <w:br/>
        <w:t>好的</w:t>
      </w:r>
      <w:r>
        <w:t xml:space="preserve"> 说吧</w:t>
      </w:r>
      <w:r>
        <w:t xml:space="preserve"> 请问你是哪位</w:t>
        <w:br/>
        <w:t>Yes,</w:t>
      </w:r>
      <w:r>
        <w:t xml:space="preserve"> carry</w:t>
      </w:r>
      <w:r>
        <w:t xml:space="preserve"> on.</w:t>
      </w:r>
      <w:r>
        <w:t xml:space="preserve"> Who</w:t>
      </w:r>
      <w:r>
        <w:t xml:space="preserve"> am</w:t>
      </w:r>
      <w:r>
        <w:t xml:space="preserve"> I</w:t>
      </w:r>
      <w:r>
        <w:t xml:space="preserve"> speaking</w:t>
      </w:r>
    </w:p>
    <w:p>
      <w:r>
        <w:t xml:space="preserve"> to?</w:t>
        <w:br/>
        <w:t>我以为那些地址已经被验证过了</w:t>
        <w:br/>
        <w:t>I</w:t>
      </w:r>
      <w:r>
        <w:t xml:space="preserve"> was</w:t>
      </w:r>
      <w:r>
        <w:t xml:space="preserve"> under</w:t>
      </w:r>
      <w:r>
        <w:t xml:space="preserve"> the</w:t>
      </w:r>
      <w:r>
        <w:t xml:space="preserve"> impression</w:t>
      </w:r>
      <w:r>
        <w:t xml:space="preserve"> it</w:t>
      </w:r>
      <w:r>
        <w:t xml:space="preserve"> was</w:t>
      </w:r>
      <w:r>
        <w:t xml:space="preserve"> verified.</w:t>
        <w:br/>
        <w:t>没有</w:t>
        <w:br/>
        <w:t>No.</w:t>
        <w:br/>
        <w:t>你被骗了</w:t>
      </w:r>
      <w:r>
        <w:t xml:space="preserve"> 约翰斯顿先生</w:t>
        <w:br/>
        <w:t>You've</w:t>
      </w:r>
      <w:r>
        <w:t xml:space="preserve"> been</w:t>
      </w:r>
      <w:r>
        <w:t xml:space="preserve"> the</w:t>
      </w:r>
      <w:r>
        <w:t xml:space="preserve"> victim</w:t>
      </w:r>
      <w:r>
        <w:t xml:space="preserve"> of</w:t>
      </w:r>
      <w:r>
        <w:t xml:space="preserve"> a</w:t>
      </w:r>
      <w:r>
        <w:t xml:space="preserve"> deception,</w:t>
      </w:r>
      <w:r>
        <w:t xml:space="preserve"> Mr.</w:t>
      </w:r>
      <w:r>
        <w:t xml:space="preserve"> Johnston.</w:t>
        <w:br/>
        <w:t>不得不说</w:t>
      </w:r>
      <w:r>
        <w:t xml:space="preserve"> 我没想到你们会一起来</w:t>
        <w:br/>
        <w:t>I</w:t>
      </w:r>
      <w:r>
        <w:t xml:space="preserve"> must</w:t>
      </w:r>
      <w:r>
        <w:t xml:space="preserve"> admit,</w:t>
      </w:r>
      <w:r>
        <w:t xml:space="preserve"> I</w:t>
      </w:r>
      <w:r>
        <w:t xml:space="preserve"> was</w:t>
      </w:r>
      <w:r>
        <w:t xml:space="preserve"> surprised</w:t>
      </w:r>
      <w:r>
        <w:t xml:space="preserve"> to</w:t>
      </w:r>
      <w:r>
        <w:t xml:space="preserve"> see</w:t>
      </w:r>
      <w:r>
        <w:t xml:space="preserve"> you</w:t>
      </w:r>
      <w:r>
        <w:t xml:space="preserve"> arriving</w:t>
      </w:r>
      <w:r>
        <w:t xml:space="preserve"> together.</w:t>
        <w:br/>
        <w:t>为什么会改变心意</w:t>
        <w:br/>
        <w:t>Why</w:t>
      </w:r>
      <w:r>
        <w:t xml:space="preserve"> the</w:t>
      </w:r>
      <w:r>
        <w:t xml:space="preserve"> change</w:t>
      </w:r>
      <w:r>
        <w:t xml:space="preserve"> of</w:t>
      </w:r>
      <w:r>
        <w:t xml:space="preserve"> heart?</w:t>
        <w:br/>
        <w:t>感觉到了关键时刻</w:t>
        <w:br/>
        <w:t>Felt</w:t>
      </w:r>
      <w:r>
        <w:t xml:space="preserve"> like</w:t>
      </w:r>
      <w:r>
        <w:t xml:space="preserve"> a</w:t>
      </w:r>
      <w:r>
        <w:t xml:space="preserve"> pivotal</w:t>
      </w:r>
      <w:r>
        <w:t xml:space="preserve"> moment.</w:t>
        <w:br/>
        <w:t>所以我调整了策略</w:t>
        <w:br/>
        <w:t>So</w:t>
      </w:r>
      <w:r>
        <w:t xml:space="preserve"> I</w:t>
      </w:r>
      <w:r>
        <w:t xml:space="preserve"> pivoted.</w:t>
        <w:br/>
        <w:t>你为什么认为我会对大&amp;hearts;麻&amp;hearts;圈子感兴趣</w:t>
        <w:br/>
        <w:t>What</w:t>
      </w:r>
      <w:r>
        <w:t xml:space="preserve"> makes</w:t>
      </w:r>
      <w:r>
        <w:t xml:space="preserve"> you</w:t>
      </w:r>
      <w:r>
        <w:t xml:space="preserve"> think</w:t>
      </w:r>
      <w:r>
        <w:t xml:space="preserve"> I'm</w:t>
      </w:r>
      <w:r>
        <w:t xml:space="preserve"> interested</w:t>
      </w:r>
      <w:r>
        <w:t xml:space="preserve"> in</w:t>
      </w:r>
      <w:r>
        <w:t xml:space="preserve"> the</w:t>
      </w:r>
      <w:r>
        <w:t xml:space="preserve"> weed</w:t>
      </w:r>
      <w:r>
        <w:t xml:space="preserve"> game?</w:t>
        <w:br/>
        <w:t>我们知道你在南美有重要的合伙关系</w:t>
        <w:br/>
        <w:t>We</w:t>
      </w:r>
      <w:r>
        <w:t xml:space="preserve"> understand</w:t>
      </w:r>
      <w:r>
        <w:t xml:space="preserve"> that</w:t>
      </w:r>
      <w:r>
        <w:t xml:space="preserve"> you</w:t>
      </w:r>
      <w:r>
        <w:t xml:space="preserve"> have</w:t>
      </w:r>
      <w:r>
        <w:t xml:space="preserve"> some</w:t>
      </w:r>
      <w:r>
        <w:t xml:space="preserve"> serious</w:t>
      </w:r>
      <w:r>
        <w:t xml:space="preserve"> connections</w:t>
      </w:r>
      <w:r>
        <w:t xml:space="preserve"> in</w:t>
      </w:r>
      <w:r>
        <w:t xml:space="preserve"> South</w:t>
      </w:r>
      <w:r>
        <w:t xml:space="preserve"> America.</w:t>
        <w:br/>
        <w:t>他们将获得一个垂直整合的生意</w:t>
        <w:br/>
        <w:t>What</w:t>
      </w:r>
      <w:r>
        <w:t xml:space="preserve"> they'd</w:t>
      </w:r>
      <w:r>
        <w:t xml:space="preserve"> be</w:t>
      </w:r>
      <w:r>
        <w:t xml:space="preserve"> getting</w:t>
      </w:r>
      <w:r>
        <w:t xml:space="preserve"> is</w:t>
      </w:r>
      <w:r>
        <w:t xml:space="preserve"> a</w:t>
      </w:r>
      <w:r>
        <w:t xml:space="preserve"> vertically-integrated</w:t>
      </w:r>
      <w:r>
        <w:t xml:space="preserve"> business</w:t>
        <w:br/>
        <w:t>目前控制着近50%的英国市场</w:t>
        <w:br/>
        <w:t>that</w:t>
      </w:r>
      <w:r>
        <w:t xml:space="preserve"> currently</w:t>
      </w:r>
      <w:r>
        <w:t xml:space="preserve"> controls</w:t>
      </w:r>
      <w:r>
        <w:t xml:space="preserve"> close</w:t>
      </w:r>
      <w:r>
        <w:t xml:space="preserve"> to</w:t>
      </w:r>
      <w:r>
        <w:t xml:space="preserve"> 50%</w:t>
      </w:r>
      <w:r>
        <w:t xml:space="preserve"> of</w:t>
      </w:r>
      <w:r>
        <w:t xml:space="preserve"> the</w:t>
      </w:r>
      <w:r>
        <w:t xml:space="preserve"> UK</w:t>
      </w:r>
      <w:r>
        <w:t xml:space="preserve"> market.</w:t>
        <w:br/>
        <w:t>倘若日后英国允许大&amp;hearts;麻&amp;hearts;合法化</w:t>
        <w:br/>
        <w:t>If</w:t>
      </w:r>
      <w:r>
        <w:t xml:space="preserve"> and</w:t>
      </w:r>
      <w:r>
        <w:t xml:space="preserve"> when</w:t>
      </w:r>
      <w:r>
        <w:t xml:space="preserve"> there's</w:t>
      </w:r>
      <w:r>
        <w:t xml:space="preserve"> a</w:t>
      </w:r>
      <w:r>
        <w:t xml:space="preserve"> mandate</w:t>
      </w:r>
      <w:r>
        <w:t xml:space="preserve"> for</w:t>
      </w:r>
      <w:r>
        <w:t xml:space="preserve"> legalization</w:t>
      </w:r>
      <w:r>
        <w:t xml:space="preserve"> in</w:t>
      </w:r>
      <w:r>
        <w:t xml:space="preserve"> the</w:t>
      </w:r>
      <w:r>
        <w:t xml:space="preserve"> UK,</w:t>
        <w:br/>
        <w:t>你将能收获西欧一些最先进的</w:t>
        <w:br/>
        <w:t>you'll</w:t>
      </w:r>
      <w:r>
        <w:t xml:space="preserve"> be</w:t>
      </w:r>
      <w:r>
        <w:t xml:space="preserve"> getting</w:t>
      </w:r>
      <w:r>
        <w:t xml:space="preserve"> some</w:t>
      </w:r>
      <w:r>
        <w:t xml:space="preserve"> of</w:t>
      </w:r>
      <w:r>
        <w:t xml:space="preserve"> the</w:t>
      </w:r>
      <w:r>
        <w:t xml:space="preserve"> most</w:t>
      </w:r>
      <w:r>
        <w:t xml:space="preserve"> advanced</w:t>
      </w:r>
      <w:r>
        <w:t xml:space="preserve"> distribution</w:t>
        <w:br/>
        <w:t>分销和开&amp;hearts;发&amp;hearts;设施</w:t>
        <w:br/>
        <w:t>and</w:t>
      </w:r>
      <w:r>
        <w:t xml:space="preserve"> development</w:t>
      </w:r>
      <w:r>
        <w:t xml:space="preserve"> facilities</w:t>
      </w:r>
      <w:r>
        <w:t xml:space="preserve"> in</w:t>
      </w:r>
      <w:r>
        <w:t xml:space="preserve"> Western</w:t>
      </w:r>
      <w:r>
        <w:t xml:space="preserve"> Europe.</w:t>
        <w:br/>
        <w:t>帮你</w:t>
        <w:br/>
        <w:t>Help</w:t>
      </w:r>
      <w:r>
        <w:t xml:space="preserve"> you?</w:t>
        <w:br/>
        <w:t>我可以把你们介绍给俄&amp;hearts;罗&amp;hearts;斯&amp;hearts;佬</w:t>
        <w:br/>
        <w:br/>
        <w:t>I</w:t>
      </w:r>
      <w:r>
        <w:t xml:space="preserve"> can</w:t>
      </w:r>
      <w:r>
        <w:t xml:space="preserve"> hook</w:t>
      </w:r>
      <w:r>
        <w:t xml:space="preserve"> you</w:t>
      </w:r>
      <w:r>
        <w:t xml:space="preserve"> up</w:t>
      </w:r>
      <w:r>
        <w:t xml:space="preserve"> with</w:t>
      </w:r>
      <w:r>
        <w:t xml:space="preserve"> the</w:t>
      </w:r>
      <w:r>
        <w:t xml:space="preserve"> Russkies,</w:t>
        <w:br/>
        <w:t>不过给你们一点忠告</w:t>
        <w:br/>
        <w:t>but</w:t>
      </w:r>
      <w:r>
        <w:t xml:space="preserve"> a</w:t>
      </w:r>
      <w:r>
        <w:t xml:space="preserve"> word</w:t>
      </w:r>
      <w:r>
        <w:t xml:space="preserve"> to</w:t>
      </w:r>
      <w:r>
        <w:t xml:space="preserve"> the</w:t>
      </w:r>
      <w:r>
        <w:t xml:space="preserve"> wise...</w:t>
        <w:br/>
        <w:t>那些人可他妈的是狠人</w:t>
        <w:br/>
        <w:t>They</w:t>
      </w:r>
      <w:r>
        <w:t xml:space="preserve"> are</w:t>
      </w:r>
      <w:r>
        <w:t xml:space="preserve"> fucking</w:t>
      </w:r>
      <w:r>
        <w:t xml:space="preserve"> hardcore.</w:t>
        <w:br/>
        <w:t>哪怕开个听不懂的玩笑</w:t>
      </w:r>
      <w:r>
        <w:t xml:space="preserve"> 他们就会把你扔出窗外</w:t>
        <w:br/>
        <w:t>Make</w:t>
      </w:r>
      <w:r>
        <w:t xml:space="preserve"> a</w:t>
      </w:r>
      <w:r>
        <w:t xml:space="preserve"> joke</w:t>
      </w:r>
      <w:r>
        <w:t xml:space="preserve"> they</w:t>
      </w:r>
      <w:r>
        <w:t xml:space="preserve"> don't</w:t>
      </w:r>
      <w:r>
        <w:t xml:space="preserve"> understand,</w:t>
      </w:r>
      <w:r>
        <w:t xml:space="preserve"> they'll</w:t>
      </w:r>
      <w:r>
        <w:t xml:space="preserve"> throw</w:t>
      </w:r>
      <w:r>
        <w:t xml:space="preserve"> you</w:t>
      </w:r>
      <w:r>
        <w:t xml:space="preserve"> out</w:t>
      </w:r>
      <w:r>
        <w:t xml:space="preserve"> the</w:t>
      </w:r>
      <w:r>
        <w:t xml:space="preserve"> window.</w:t>
        <w:br/>
        <w:t>问题是他们有相关的幕后支持吗</w:t>
        <w:br/>
        <w:t>The</w:t>
      </w:r>
      <w:r>
        <w:t xml:space="preserve"> question</w:t>
      </w:r>
      <w:r>
        <w:t xml:space="preserve"> is,</w:t>
      </w:r>
      <w:r>
        <w:t xml:space="preserve"> do</w:t>
      </w:r>
      <w:r>
        <w:t xml:space="preserve"> they</w:t>
      </w:r>
      <w:r>
        <w:t xml:space="preserve"> have</w:t>
      </w:r>
      <w:r>
        <w:t xml:space="preserve"> the</w:t>
      </w:r>
      <w:r>
        <w:t xml:space="preserve"> relevant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https://d.book118.com/125014141323011121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13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125014141323011121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