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2024企业个人总结（33篇）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2024企业个人总结（通用33篇）</w:t>
      </w:r>
      <w:r>
        <w:rPr>
          <w:lang w:eastAsia="zh-CN"/>
        </w:rPr>
        <w:br/>
      </w:r>
      <w:r>
        <w:rPr>
          <w:lang w:eastAsia="zh-CN"/>
        </w:rPr>
        <w:t xml:space="preserve">    2024企业个人总结 篇1 </w:t>
      </w:r>
      <w:r>
        <w:rPr>
          <w:lang w:eastAsia="zh-CN"/>
        </w:rPr>
        <w:br/>
      </w:r>
      <w:r>
        <w:rPr>
          <w:lang w:eastAsia="zh-CN"/>
        </w:rPr>
        <w:t>　　一是不断提升财务管理水平。更加注重预算管理，不断提升预算编制的科学性，严格执行市局的各项规定，严格核定重点费用预算，大力压缩招待费、办公费、修理费等重点费用，确保“三项费用率”和“五项重点控制费用”控制在市局下达预算之内。进一步做好固定资产和低值易耗品的监管工作，提高资产利用率，确保国有资产的增值保值。</w:t>
      </w:r>
      <w:r>
        <w:rPr>
          <w:lang w:eastAsia="zh-CN"/>
        </w:rPr>
        <w:br/>
      </w:r>
      <w:r>
        <w:rPr>
          <w:lang w:eastAsia="zh-CN"/>
        </w:rPr>
        <w:t>　　二是不断提升科学发展水平。持续推进贯标对标工作，认真分析对标数据，对照标杆深入查找管理上的问题和不足，不断加强科技创新能力，力争全年1到2个关键课题。认真落实勤俭办企业的方针，厉行节约，反对浪费，进一步规范机关和各稽查队的用水用电消耗，进一步规范全局车辆的用油消耗，力争在节能减排再上一个新台阶。</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要不断提高安全稳定水平。坚持“全覆盖、零容忍、严要求、重实效”的原则，以“车辆安全、食堂安全、工地安全和防火防盗”四项安全工作为重点，全面落实安全生产责任制，加强隐患排查整改力度，确保隐患整改率达到1%。高度重视信访稳定工作，依法依规解决各种矛盾和问题，不断提高为职工做实事、解难事的能力，确保行业大局稳定。</w:t>
      </w:r>
      <w:r>
        <w:rPr>
          <w:lang w:eastAsia="zh-CN"/>
        </w:rPr>
        <w:br/>
      </w:r>
      <w:r>
        <w:rPr>
          <w:lang w:eastAsia="zh-CN"/>
        </w:rPr>
        <w:t>　　重点围绕教育活动，全面提升队伍建设水平。</w:t>
      </w:r>
      <w:r>
        <w:rPr>
          <w:lang w:eastAsia="zh-CN"/>
        </w:rPr>
        <w:br/>
      </w:r>
      <w:r>
        <w:rPr>
          <w:lang w:eastAsia="zh-CN"/>
        </w:rPr>
        <w:t>　　一是继续落实集中学习制度。充分利用党组中心组学习、党员学习和政治学习等重要载体，组织全局干部职工认真学习国家大政方针政策、行业上级会议文件精神和本职岗位专业知识，不断提高干部职工的思想政治水平和履职尽责能力。</w:t>
      </w:r>
      <w:r>
        <w:rPr>
          <w:lang w:eastAsia="zh-CN"/>
        </w:rPr>
        <w:br/>
      </w:r>
      <w:r>
        <w:rPr>
          <w:lang w:eastAsia="zh-CN"/>
        </w:rPr>
        <w:t>　　二是深入开展各项教育活动。一要扎实开展好第二批教育实践活动，坚持为民务实清廉的主题，把“领导带头、提高思想认识、边学边查边改、建章立制、批评与自我批评、开门搞活动”贯穿始终，真正使党员干部思想认识进一步提高、作风进一步转变，确保第二批教育实践活动取得成效;二要扎实开展“四个三”教育实践活动，认真组织学习“感动行业”十大人物，进一步教育引导干部职工增强感恩意识，以感恩的心态履行好岗位职责，唱响在本职岗位上踏实苦干、任劳任怨、乐于奉献的好声音;三要扎实开展“五好”机关创建活动，以“政策把握要准、落实执行要快、方案建议要全、统筹协调要强、业绩追求要优”为创建内容，着力在机关营造比学习、比团结、比执行、比廉洁、比业绩的浓厚工作氛围。</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是全面推进党风廉政建设。以抓铁有痕、踏石留印的决心和毅力，继续在转变工作作风、加强公车管理、规范办公用房、控制公务接待等方面下功夫，确保把中央八项规定精神进一步落到实处。高度重视“三重一大”事项的集体决策和监督力度，扎实开展廉政文化示范点建设和廉政风险防控建设，深入推进政风行风建设和廉政灶建设，进一步在全局营造风清气正的良好氛围。</w:t>
      </w:r>
      <w:r>
        <w:rPr>
          <w:lang w:eastAsia="zh-CN"/>
        </w:rPr>
        <w:br/>
      </w:r>
      <w:r>
        <w:rPr>
          <w:lang w:eastAsia="zh-CN"/>
        </w:rPr>
        <w:t xml:space="preserve">    2024企业个人总结 篇2 </w:t>
      </w:r>
      <w:r>
        <w:rPr>
          <w:lang w:eastAsia="zh-CN"/>
        </w:rPr>
        <w:br/>
      </w:r>
      <w:r>
        <w:rPr>
          <w:lang w:eastAsia="zh-CN"/>
        </w:rPr>
        <w:t>　　不知不觉中，工作已半年有余，回想当初择业时的选择，我庆幸自己加入了这个大家庭，而后来到置业公司，恰好符合了我自己的职业规划，感觉一切都是这么的幸运。</w:t>
      </w:r>
      <w:r>
        <w:rPr>
          <w:lang w:eastAsia="zh-CN"/>
        </w:rPr>
        <w:br/>
      </w:r>
      <w:r>
        <w:rPr>
          <w:lang w:eastAsia="zh-CN"/>
        </w:rPr>
        <w:t>　　入职以来，我一直在_项目部工作。半年的时间里，我从开始对工作的模模糊糊到现在的逐步适应，这个过程曲折中带着喜悦，最让我庆幸的是我在这里真正的学到了一些实际的知识，弥补了我实践上的空白，这是我收获最多的地方。</w:t>
      </w:r>
      <w:r>
        <w:rPr>
          <w:lang w:eastAsia="zh-CN"/>
        </w:rPr>
        <w:br/>
      </w:r>
      <w:r>
        <w:rPr>
          <w:lang w:eastAsia="zh-CN"/>
        </w:rPr>
        <w:t>　　细想，如果想成为工程上的精英，项目部确实是一条必经之路。身临现场我发现好多的东西都是自己之前没有接触到的，理论和实践的结合才是我成长最快的方式。_项目是我职业生涯中的第一个真正意义上的项目，记得刚到项目上的时候完全是一片荒草地，我亲眼见证了项目上一步步的流程，我想，这样的一个工程我只要是从头坚持到尾，那么工程上的所有流程和应注意的方方面面就能接触个十之八九；如果我再坚持一个类似的项目，我可以说自己能够担当工程上的每个方面。项目部现在每个人的工作有了明确的分工，我主要负责的方面是学习预算、合约以及信息统计等工作，这是项目经理经过缜密的思考并结合我们的专长进行的合理安排，对这份工作我欣然接受。</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为了能使自己更好地进行工作，我开始主动的去现场学习，请教经验丰富的老师傅，虽然有具体分工，但我深知工程上的每个环节都需要我认真学习，在此期间项目部每位同事都给了我很大的帮助。我还负责每个周的本周工作量统计和下周工作量计划、每个月的工程量统计和次月工程量计划；而且要做好各种专业分包的备案，把每份需要备案的合同资料进行整理归档，虽然这些工作都是些小事情，但是我深知只有把这些事情一件件的做好才能担当更大的任务。我坚信在这些有经验、重实践、懂管理的领导们的指导下我会成长的更快，更好地为莱钢建设贡献自己的力量。我一直在告诉自己，现在是带薪学习阶段，要好好的珍惜这样的机会，一是能够真正的充实和夯实自己，二是可以更好地担当公司交给的每项任务。所以，我尽我所能的做好自己的工作，利用时间补补自己不会不懂的知识，目的就是使自己尽快的强大起来。</w:t>
      </w:r>
      <w:r>
        <w:rPr>
          <w:lang w:eastAsia="zh-CN"/>
        </w:rPr>
        <w:br/>
      </w:r>
      <w:r>
        <w:rPr>
          <w:lang w:eastAsia="zh-CN"/>
        </w:rPr>
        <w:t>　　由于我一直在项目部工作，而且是和总包单位同事一起工作生活，所以这半年来我和公司同事接触到的机会不是很多，但是我仍然感受到了公司领导对我的关怀，每次和领导接触，都会问我最近工作上顺不顺利，生活上有没有困难等等；领导们的热情大方更加鼓励了我，也更坚定了我立志争上游的决心。</w:t>
      </w:r>
      <w:r>
        <w:rPr>
          <w:lang w:eastAsia="zh-CN"/>
        </w:rPr>
        <w:br/>
      </w:r>
      <w:r>
        <w:rPr>
          <w:lang w:eastAsia="zh-CN"/>
        </w:rPr>
        <w:t>　　最后，我希望公司领导能够尽快给我安排相应的任务，我会在接触现场的前提下，做好公司领导交给我的任务，真正的让公司感受到我的价值。也请领导放心，我会脚踏实地的工作，会听从上级的安排。相信我们__公司的明天会更加辉煌！</w:t>
      </w:r>
      <w:r>
        <w:rPr>
          <w:lang w:eastAsia="zh-CN"/>
        </w:rPr>
        <w:br/>
      </w:r>
      <w:r>
        <w:rPr>
          <w:lang w:eastAsia="zh-CN"/>
        </w:rPr>
        <w:t xml:space="preserve">    2024企业个人总结 篇3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来我积极向上，时刻铭记在工作当中可能会出现的问题，这些都是我的本职所在，不管是因为什么我都会好好的去回顾工作，当然在这个过程当中我也一向都期望能够得到更多的锻炼，这不仅仅是对工作的一个态度，还有更多的是作为一面__公司的普通员工的职责所在，我坚持着良好的工作意识，一向都在用心细心的去做好细节上头的工作，可是此刻我也能够清楚的认识到这一点，仅有告诉自我不断的去创造工作，不断的去努力做好这些细节的事情，才能够让自我提高，因为工作就是需要让自我主动的去接触，作为一名员工我过去一年能够很自豪的说“努力了”，也就过去的.一年总结一番。</w:t>
      </w:r>
      <w:r>
        <w:rPr>
          <w:lang w:eastAsia="zh-CN"/>
        </w:rPr>
        <w:br/>
      </w:r>
      <w:r>
        <w:rPr>
          <w:lang w:eastAsia="zh-CN"/>
        </w:rPr>
        <w:t>　　一、按时完成工作</w:t>
      </w:r>
      <w:r>
        <w:rPr>
          <w:lang w:eastAsia="zh-CN"/>
        </w:rPr>
        <w:br/>
      </w:r>
      <w:r>
        <w:rPr>
          <w:lang w:eastAsia="zh-CN"/>
        </w:rPr>
        <w:t>　　我是一个时间观念异常明确的人，对待的工作我从来不敢马虎，也能够让自我做到细心用心，此刻我在这个过程当中不断的在努力着，我期望自我能够在接下来的工作继续创造更多的价值，这是一种方式，也是对自我的一种锻炼，在工作当中这些对我都尤其重要，我不会忘记了自我的本职工作，过去很长一段时间就是这么过来的，在工作的过程当中我十分在乎进度，上级交待的工作我都会有充分的准备，把工作按时的完成好，这些我都认为是十分好的一个事情，这不仅仅是我工作上头应当去做的，还有更多的是一份自觉，工作是我们每个人都应当重视的事情，此刻我也在一步步的去完成好自我的本职，我相信仅有不断的充实自我按时完成工作，才能坚守住自我的初衷。</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二、进取提升自我</w:t>
      </w:r>
      <w:r>
        <w:rPr>
          <w:lang w:eastAsia="zh-CN"/>
        </w:rPr>
        <w:br/>
      </w:r>
      <w:r>
        <w:rPr>
          <w:lang w:eastAsia="zh-CN"/>
        </w:rPr>
        <w:t>　　一年来我不断的学习，我是渴望掌握更多知识的，过去很长一段时间我都是十分在乎这些，我期望能够让自我不断的积累知识填充自我，学习本身就是一件枯燥的事情，可是我一下想到能够在这个过程当中让自我成长，我就十分满足了，此刻我也不断的在吸取经验，我认为仅有让自我主动的去常识才能够把这些完成到位，一年来我努力的去做好自我的本职工作，实现价值所在，本事是一个十分重要的事情，这是最基本的也是只管重要的，此刻我一向都在不断的提升自我的个人本事，换个角度思考这些往往就能够有不一样的变化，我是经常能够看到这些细节所在的，有很多东西我都在不断的学习，我相信在未来的一年我能够做到更加优秀。</w:t>
      </w:r>
      <w:r>
        <w:rPr>
          <w:lang w:eastAsia="zh-CN"/>
        </w:rPr>
        <w:br/>
      </w:r>
      <w:r>
        <w:rPr>
          <w:lang w:eastAsia="zh-CN"/>
        </w:rPr>
        <w:t xml:space="preserve">    2024企业个人总结 篇4 </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新经济背景下，企业要在市场竞争中生存和发展，必须拥有学习能力，一个比竞争对手学得更好更快的学习能力。建立学习型和创新型的员工队伍是企业人力资源开发的重要途径。年公司根据年初制订的培训计划和各部门工作实际，认真组织开展了中层以上管理人员企业财务管理基础培训，全公司班长以上管理人员综合素质培训，高级工、中级工培训，iso9001质量管理体系、iso14001环境管理体系整合培训和新一轮质量管理基础知识培训，以及企业标准化体系的培训等18项培训，培训内容涉及党和国家的方针、政策、法律法规，生产管理、财务管理、营销管理、劳动保护、民主管理、档案管理、化工专业技术、安全消防知识、以及企业文化建设等。通过培训，既提高了公司员工的综合素质，又实现了企业人力资源的不断增值。</w:t>
      </w:r>
      <w:r>
        <w:rPr>
          <w:lang w:eastAsia="zh-CN"/>
        </w:rPr>
        <w:br/>
      </w:r>
      <w:r>
        <w:rPr>
          <w:lang w:eastAsia="zh-CN"/>
        </w:rPr>
        <w:t>　　实施资本运作，追求财富最大化</w:t>
      </w:r>
      <w:r>
        <w:rPr>
          <w:lang w:eastAsia="zh-CN"/>
        </w:rPr>
        <w:br/>
      </w:r>
      <w:r>
        <w:rPr>
          <w:lang w:eastAsia="zh-CN"/>
        </w:rPr>
        <w:t>　　公司作为一个高耗能的化工企业，如何在激烈的市场竞争中赢得优势，围绕_年追求财富最大化这一目标，抓住发展契机，以求实的精神，扎实的工作作风，灵活的经营战术，不断强化资本运作水平和质量，进行产品结构调整，实施多品种、多元化的经营发展战略，先后出资控股机械公司、农资公司、车用天然气公司、精达化工有限公司，以及参股经营了江津佳禾燃气有限公司、四川开元化工有限公司。目前这些公司(除精达公司外)运营正常，发展前景较好，为提高我公司的综合竞争实力奠定了基础。</w:t>
      </w:r>
      <w:r>
        <w:rPr>
          <w:lang w:eastAsia="zh-CN"/>
        </w:rPr>
        <w:br/>
      </w:r>
      <w:r>
        <w:rPr>
          <w:lang w:eastAsia="zh-CN"/>
        </w:rPr>
        <w:t>　　注重企业文化建设，推动“三个文明”健康发展</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企业的文化建设是企业发展的催化剂，更是企业健康发展的基础。年，在公司党委的领导下，党政工齐抓共管，将企业文化建设定格在增强企业的凝聚力和感召力上，把企业精神作为员工的精神力量，紧紧围绕生产经营目标任务的完成，继续深入、持久地在全公司范围内广泛开展了争创文明车间、文明处室、文明班组、文明科室、安全合格班组活动;广泛开展了工会系统建家活动;广泛开展了多种形式的劳动竞赛活动;广泛开展了形式多样的创先争优活动;广泛开展了多种形式的员工喜闻乐见、寓教于乐的文化、体育、娱乐活动。对外树立了良好的企业形象，对内极大地增强了企业对员工的凝聚力，同时极大地鼓舞和调动了员工生产(工作)积极性、主动性和创造性，在公司形成了心齐、气顺、劲足的良好氛围。经过全公司上下一心齐努力，我们公司不仅物质文明建设取得了好成绩，而且政治文明、精神文明建设也成绩斐然。</w:t>
      </w:r>
      <w:r>
        <w:rPr>
          <w:lang w:eastAsia="zh-CN"/>
        </w:rPr>
        <w:br/>
      </w:r>
      <w:r>
        <w:rPr>
          <w:lang w:eastAsia="zh-CN"/>
        </w:rPr>
        <w:t xml:space="preserve">    2024企业个人总结 篇5 </w:t>
      </w:r>
      <w:r>
        <w:rPr>
          <w:lang w:eastAsia="zh-CN"/>
        </w:rPr>
        <w:br/>
      </w:r>
      <w:r>
        <w:rPr>
          <w:lang w:eastAsia="zh-CN"/>
        </w:rPr>
        <w:t>　　今天，我们在此召开年终总结大会，对过去一年的发展进行总结。过去的一年，在各位员工的努力下，公司的业绩取得了新的突破，公司规模得到壮大，在省内乃至国内的市场有了很大拓展，公司品牌、知名度都有了很大提升。</w:t>
      </w:r>
      <w:r>
        <w:rPr>
          <w:lang w:eastAsia="zh-CN"/>
        </w:rPr>
        <w:br/>
      </w:r>
      <w:r>
        <w:rPr>
          <w:lang w:eastAsia="zh-CN"/>
        </w:rPr>
        <w:t>　　在此，作为董事长，我想真诚的对各位员工说声谢谢，你们的付出公司是不会忘记的。我希望在今后的工作中，各位员工们能够继续努力，真诚对待，把公司作为自己的家，把公司的事作为自己的事。当然了，你们的事也就是公司的事。</w:t>
      </w:r>
      <w:r>
        <w:rPr>
          <w:lang w:eastAsia="zh-CN"/>
        </w:rPr>
        <w:br/>
      </w:r>
      <w:r>
        <w:rPr>
          <w:lang w:eastAsia="zh-CN"/>
        </w:rPr>
        <w:t>　　虽然这一年来我们取得了骄人的成绩，但是那只是过去、历史，我们不能沉醉在过去的骄傲中。市场变幻莫测，是不讲任何情面的，未来的竞争是激烈的。望各部门领导干部们、各位员工树立居安思危的思想，不能有丝毫懈怠。对此，我想具体就今后的工作任务提出几点要求。</w:t>
      </w:r>
      <w:r>
        <w:rPr>
          <w:lang w:eastAsia="zh-CN"/>
        </w:rPr>
        <w:br/>
      </w:r>
      <w:r>
        <w:rPr>
          <w:lang w:eastAsia="zh-CN"/>
        </w:rPr>
        <w:t>　　一、巩固本地市场，积极开拓省内、国内市场</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就目前情况而言，我们已经占领了本地市场，可以说是本地同类企业的领军人物。相比其他企业，我们是综合型企业，我们有自己的产品产地、科研机构、销售网络，这些就是我们的优势。我们要充分利用这些优势来巩固和强化本地市场，将本地市场作为我们开拓业务的坚实的基地和大后方。同时，我们要积极开拓省内和国内市场。争取在未来的短时间内全面覆盖本省，在国内各主要城市也要建立销售网络，让我们的公司品牌在国内具有一定的知名度。</w:t>
      </w:r>
      <w:r>
        <w:rPr>
          <w:lang w:eastAsia="zh-CN"/>
        </w:rPr>
        <w:br/>
      </w:r>
      <w:r>
        <w:rPr>
          <w:lang w:eastAsia="zh-CN"/>
        </w:rPr>
        <w:t>　　二、提升知名度、扩大品牌影响力</w:t>
      </w:r>
      <w:r>
        <w:rPr>
          <w:lang w:eastAsia="zh-CN"/>
        </w:rPr>
        <w:br/>
      </w:r>
      <w:r>
        <w:rPr>
          <w:lang w:eastAsia="zh-CN"/>
        </w:rPr>
        <w:t>　　鉴于在本地市场，我们的品牌已经有了很大知名度可以说是个响亮的牌子，所以未来我们要将广告投放集中在有影响力的省级媒体和国内有影响力的门户网站。关于广告方面的问题，策划部门要做好详细的方案和经费预算。</w:t>
      </w:r>
      <w:r>
        <w:rPr>
          <w:lang w:eastAsia="zh-CN"/>
        </w:rPr>
        <w:br/>
      </w:r>
      <w:r>
        <w:rPr>
          <w:lang w:eastAsia="zh-CN"/>
        </w:rPr>
        <w:t>　　广告投放不可盲目，一定要选择性价比高，真正达到宣传效果的广告媒介。在做广告时一定不能忽视文化内涵，要通过广告来传达我们是负责任的的企业、人性化的企业，要透露出我们的企业精神，一定要避免低质量的、恶俗的广告。</w:t>
      </w:r>
      <w:r>
        <w:rPr>
          <w:lang w:eastAsia="zh-CN"/>
        </w:rPr>
        <w:br/>
      </w:r>
      <w:r>
        <w:rPr>
          <w:lang w:eastAsia="zh-CN"/>
        </w:rPr>
        <w:t>　　三、做好科研工作，掌握核心竞争力</w:t>
      </w:r>
      <w:r>
        <w:rPr>
          <w:lang w:eastAsia="zh-CN"/>
        </w:rPr>
        <w:br/>
      </w:r>
      <w:r>
        <w:rPr>
          <w:lang w:eastAsia="zh-CN"/>
        </w:rPr>
        <w:t>　　产品研发是公司的核心和本源，是我们占有市场的前提，只有开发出先进的、优质的产品我们才有说话权而不是人云亦云、亦步亦趋。所以要保证科技研发足够的的经费，引进优秀的人才，在关于科研方面我们不能有丝毫的吝啬，一定要保证人才进的来、留得住，一定要尊重知识、尊重人才。</w:t>
      </w:r>
      <w:r>
        <w:rPr>
          <w:lang w:eastAsia="zh-CN"/>
        </w:rPr>
        <w:br/>
      </w:r>
      <w:r>
        <w:rPr>
          <w:lang w:eastAsia="zh-CN"/>
        </w:rPr>
        <w:t>　　另外，我认为作为公司的科研部门一定要走在科技的最前沿，掌握最新科技动态、行业动态，要有敏感性，要“草木皆兵”。往往可能就是一点的风吹草动就让我们落后于别人，失去市场，所以必须重视，不可小觑。</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四、完善企业制度、做好财务工作</w:t>
      </w:r>
      <w:r>
        <w:rPr>
          <w:lang w:eastAsia="zh-CN"/>
        </w:rPr>
        <w:br/>
      </w:r>
      <w:r>
        <w:rPr>
          <w:lang w:eastAsia="zh-CN"/>
        </w:rPr>
        <w:t>　　一个优秀企业必须建立健全企业制度，包括人事制度、管理制度等。只有健全的制度才能保证企业的有效健康平稳运行。</w:t>
      </w:r>
      <w:r>
        <w:rPr>
          <w:lang w:eastAsia="zh-CN"/>
        </w:rPr>
        <w:br/>
      </w:r>
      <w:r>
        <w:rPr>
          <w:lang w:eastAsia="zh-CN"/>
        </w:rPr>
        <w:t>　　首先是人事制度要完善，要让员工有发展的空间，看到人生希望，让他们工作舒心、安心、放心，要像对待家人一样对待他们。要切忌避免公司小团体主义和官僚主义作风，这些都是公司长远发展的慢性毒瘤，必须及时摘除。另外是健全管理制度，要保证高效的工作效率，避免尾大不掉。</w:t>
      </w:r>
      <w:r>
        <w:rPr>
          <w:lang w:eastAsia="zh-CN"/>
        </w:rPr>
        <w:br/>
      </w:r>
      <w:r>
        <w:rPr>
          <w:lang w:eastAsia="zh-CN"/>
        </w:rPr>
        <w:t>　　财务部门要做好财务工作，要有一本清楚明了的帐，要保证公司各项收入和支出的明了。财务工作的.完善与否是衡量一个企业的重要指标，必须重视。</w:t>
      </w:r>
      <w:r>
        <w:rPr>
          <w:lang w:eastAsia="zh-CN"/>
        </w:rPr>
        <w:br/>
      </w:r>
      <w:r>
        <w:rPr>
          <w:lang w:eastAsia="zh-CN"/>
        </w:rPr>
        <w:t xml:space="preserve">    2024企业个人总结 篇6 </w:t>
      </w:r>
      <w:r>
        <w:rPr>
          <w:lang w:eastAsia="zh-CN"/>
        </w:rPr>
        <w:br/>
      </w:r>
      <w:r>
        <w:rPr>
          <w:lang w:eastAsia="zh-CN"/>
        </w:rPr>
        <w:t>　　春回大地，万象更新!新的一年开始，又到了我们总结过去，展望未来的时候。首先，我谨代表集团向各岗位全体员工致以忠心的感谢及新年的祝贺!</w:t>
      </w:r>
      <w:r>
        <w:rPr>
          <w:lang w:eastAsia="zh-CN"/>
        </w:rPr>
        <w:br/>
      </w:r>
      <w:r>
        <w:rPr>
          <w:lang w:eastAsia="zh-CN"/>
        </w:rPr>
        <w:t>　　过去的几年里，在全体员工的共同努力下，公司各方面工作均取得了显著成绩，工程、开发、销售、租赁、物业管理等各项经营指标均有显著提高。各部门严格管理，明晰责任，尽心尽力，使公司展现出团结一心、积极向上、高效务实的良好工作氛围，为sd创房地产行业强势品牌作出了巨大贡献，在sd集团的发展史上写下浓重的一笔!在此，我深深感谢各位领导、各位同事们长期以来对sd所付出的辛勤努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新的一年里，我们将面对更多的困难与风险，当然，也是更大的挑战与机遇，我们要继续尽一切努力，抓住机遇，把握当前房地产发展的良好势头，利用公司所处的优势环境，挖掘资源，整合资源，加大资本运作力度，千方百计盘活资产，争取在企业融资上取得更大的突破，并努力以商场为导向，强力推进项目运作，集中精力打造公司的形象工程，全力以赴抓好项目的建设、销售及市场招商工作，并力争运作出几个亮点出来，使sd品牌及公司形象得到更大提升。</w:t>
      </w:r>
      <w:r>
        <w:rPr>
          <w:lang w:eastAsia="zh-CN"/>
        </w:rPr>
        <w:br/>
      </w:r>
      <w:r>
        <w:rPr>
          <w:lang w:eastAsia="zh-CN"/>
        </w:rPr>
        <w:t>　　在客观总结成绩和经验的同时，我们也要清醒的意识到公司在发展过程中仍有很多需要进一步整改完善的地方，我们的制度建设还不够全面、机构设置还不够科学、人力资源还不够完善、员工业务技能参差不齐、团队整体创新意识不够突出。</w:t>
      </w:r>
      <w:r>
        <w:rPr>
          <w:lang w:eastAsia="zh-CN"/>
        </w:rPr>
        <w:br/>
      </w:r>
      <w:r>
        <w:rPr>
          <w:lang w:eastAsia="zh-CN"/>
        </w:rPr>
        <w:t>　　因此，我们要进一步改革和完善企业管理体制和经营机制，根据项目及公司发展的需要及时调整经营班子，合理调整和完善现行机构设置及人员力量的配置。进一步加强公司内部管理，加大各项规章制度的贯彻执行及监督检查力度，使公司日常工作更加合理有序。同时，也要强化对全体员工的教育和业务培训，切实提高员工的思想意识和业务技能水平，提升公司的整体战斗力，实现20_年质的飞跃。</w:t>
      </w:r>
      <w:r>
        <w:rPr>
          <w:lang w:eastAsia="zh-CN"/>
        </w:rPr>
        <w:br/>
      </w:r>
      <w:r>
        <w:rPr>
          <w:lang w:eastAsia="zh-CN"/>
        </w:rPr>
        <w:t>　　总之，明年的工作，时间紧、任务重。但我相信，只要我们全体员工能够统一思想、齐心协力、努力拼搏、扎实工作、与时共进，就一定能够圆满完成新的一年公司下达的各项工作指标及目标任务。</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最后，再次祝贺大家在新的一年里：工作顺利、身体健康、合家幸福、新春愉快!</w:t>
      </w:r>
      <w:r>
        <w:rPr>
          <w:lang w:eastAsia="zh-CN"/>
        </w:rPr>
        <w:br/>
      </w:r>
      <w:r>
        <w:rPr>
          <w:lang w:eastAsia="zh-CN"/>
        </w:rPr>
        <w:t>　　企业个人总结5篇5</w:t>
      </w:r>
      <w:r>
        <w:rPr>
          <w:lang w:eastAsia="zh-CN"/>
        </w:rPr>
        <w:br/>
      </w:r>
      <w:r>
        <w:rPr>
          <w:lang w:eastAsia="zh-CN"/>
        </w:rPr>
        <w:t>　　在这辞旧迎新之际，我谨代表商贸公司对20_年全年工作做一个全面的总结，并对20_年的工作思路做简要的阐述。回顾20_年我公司虽遭受我市房地产领域以及其它领域经济发展低迷的影响下，使得各项工作开展困难，但在集团公司的坚强领导下，以及我公司各位同事同心协力的努力工作下，顺利完成了集团公司分配下的各项任务。</w:t>
      </w:r>
      <w:r>
        <w:rPr>
          <w:lang w:eastAsia="zh-CN"/>
        </w:rPr>
        <w:br/>
      </w:r>
      <w:r>
        <w:rPr>
          <w:lang w:eastAsia="zh-CN"/>
        </w:rPr>
        <w:t>　　一、20_年度基本工作完成情况</w:t>
      </w:r>
      <w:r>
        <w:rPr>
          <w:lang w:eastAsia="zh-CN"/>
        </w:rPr>
        <w:br/>
      </w:r>
      <w:r>
        <w:rPr>
          <w:lang w:eastAsia="zh-CN"/>
        </w:rPr>
        <w:t>　　根据集团公司我们先后完成了：馨雅如21#22#28#楼二次结构砌体工作、薛家湾和泽项目的开工和基础工作、沙榆公路的全段维修、榆魏公路的进一步完善、沙圪堵底商装修的材料购买、康雅安地下车库设施安装、康雅安底商装修等项目的物资采购任务，同时完成了集团公司各部门用品的采购和临时安排的工作任务。累计完成大型物资采购申请30单，签订合同30份。</w:t>
      </w:r>
      <w:r>
        <w:rPr>
          <w:lang w:eastAsia="zh-CN"/>
        </w:rPr>
        <w:br/>
      </w:r>
      <w:r>
        <w:rPr>
          <w:lang w:eastAsia="zh-CN"/>
        </w:rPr>
        <w:t>　　二、20_年度工作中存在的问题及对今后工作的建议</w:t>
      </w:r>
      <w:r>
        <w:rPr>
          <w:lang w:eastAsia="zh-CN"/>
        </w:rPr>
        <w:br/>
      </w:r>
      <w:r>
        <w:rPr>
          <w:lang w:eastAsia="zh-CN"/>
        </w:rPr>
        <w:t>　　1、各部门对物资申请采买的计划不完善。</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对各种材料及产品的购买基本没有明确填写总的数量规格型号和进场时间及产品的质量要求，造成我们在采买过程中很难去把握采买时间和进场时间，导致成本增加，最后因实地运用而有质量因素出现互推责任。因此我建议在今后工作中要提前计划所需产品和规范填写物资采购申请单。</w:t>
      </w:r>
      <w:r>
        <w:rPr>
          <w:lang w:eastAsia="zh-CN"/>
        </w:rPr>
        <w:br/>
      </w:r>
      <w:r>
        <w:rPr>
          <w:lang w:eastAsia="zh-CN"/>
        </w:rPr>
        <w:t>　　2、物资采买过程中审批环节重复、申请材料时间滞后。</w:t>
      </w:r>
      <w:r>
        <w:rPr>
          <w:lang w:eastAsia="zh-CN"/>
        </w:rPr>
        <w:br/>
      </w:r>
      <w:r>
        <w:rPr>
          <w:lang w:eastAsia="zh-CN"/>
        </w:rPr>
        <w:t>　　每次物资采买时，先出具调价汇总表找各部门负责人审批价格并确定供应商，审批此项需要两到三天;然后根据调价表的基本内容开始起草合同，接着开始内部审批合同内容，至少需一周的时间。</w:t>
      </w:r>
      <w:r>
        <w:rPr>
          <w:lang w:eastAsia="zh-CN"/>
        </w:rPr>
        <w:br/>
      </w:r>
      <w:r>
        <w:rPr>
          <w:lang w:eastAsia="zh-CN"/>
        </w:rPr>
        <w:t>　　因个别部门负责人出差或请假需要两周或更长时间方可完成;审批完合同双方开始签订合同，往往出现我们接受的合同条款对方不接受，对方接受的条款我们不能接受，谈好的价格随市场变化需重新确定，这样要花大量时间去重新确定价格及重新审批合同，这样导致物资不能及时进场，成本不能有效控制。所以我们建议在今后工作中科学合理的制定审批流程，做到精而简。另外一定把握好各种类型材料提请多长时间上报，要给我们留有充足的时间才会有最低成本的回报。</w:t>
      </w:r>
      <w:r>
        <w:rPr>
          <w:lang w:eastAsia="zh-CN"/>
        </w:rPr>
        <w:br/>
      </w:r>
      <w:r>
        <w:rPr>
          <w:lang w:eastAsia="zh-CN"/>
        </w:rPr>
        <w:t>　　3、供应市场的范围还不够广。</w:t>
      </w:r>
      <w:r>
        <w:rPr>
          <w:lang w:eastAsia="zh-CN"/>
        </w:rPr>
        <w:br/>
      </w:r>
      <w:r>
        <w:rPr>
          <w:lang w:eastAsia="zh-CN"/>
        </w:rPr>
        <w:t>　　目前我们的供应商大量为本地客户，没有很好的形成所需物资产地优先选择的机制，在一定程度上影响了控制最低成本。所以我们建议在今后工作中不断收集物资产地价格信息，同时外出实地考察，进一步控制节约成本。</w:t>
      </w:r>
      <w:r>
        <w:rPr>
          <w:lang w:eastAsia="zh-CN"/>
        </w:rPr>
        <w:br/>
      </w:r>
      <w:r>
        <w:rPr>
          <w:lang w:eastAsia="zh-CN"/>
        </w:rPr>
        <w:t>　　三、工作规划和主要思路</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年我们将按照“行为规范、运作协调、公开透明、廉洁高效”的指导思想，不断细化采购管理流程、控制采购成本、拓展供应商的选择、完善供应商档案管理、抓规范、重效益，确保全年工作任务顺利完成，在更规范合理的采购前提下，进一步降低采购成本。</w:t>
      </w:r>
      <w:r>
        <w:rPr>
          <w:lang w:eastAsia="zh-CN"/>
        </w:rPr>
        <w:br/>
      </w:r>
      <w:r>
        <w:rPr>
          <w:lang w:eastAsia="zh-CN"/>
        </w:rPr>
        <w:t>　　总结上一年得失，指导下一年的工作思路。在20_年的工作中，要进一步强化敬业精神，加强责任感，同时我部门将不断搞好阶段性总结;开展批评与自我批评，找差距。尽最大力量的去降低成本，提高效率。为集团公司在新的一年发展创更大的效益，贡献更大力量。同时祝愿我集团公司在20_年取得更辉煌的成就。</w:t>
      </w:r>
      <w:r>
        <w:rPr>
          <w:lang w:eastAsia="zh-CN"/>
        </w:rPr>
        <w:br/>
      </w:r>
      <w:r>
        <w:rPr>
          <w:lang w:eastAsia="zh-CN"/>
        </w:rPr>
        <w:t xml:space="preserve">    2024企业个人总结 篇7 </w:t>
      </w:r>
      <w:r>
        <w:rPr>
          <w:lang w:eastAsia="zh-CN"/>
        </w:rPr>
        <w:br/>
      </w:r>
      <w:r>
        <w:rPr>
          <w:lang w:eastAsia="zh-CN"/>
        </w:rPr>
        <w:t>　　千山万水，我们昂扬走过；千辛万难，我们沉着应对，过去的20__年是充实忙碌而又快乐的一年。过去的20__年，源于全体集团员工的辛勤努力与工作奉献，源于集团下属企业的不懈努力，集团公司保持着健康、稳步、持续的发展势头。载风雨兼程，载同舟共济，集团走过了年艰苦创业的辉煌历程。回首过去的，意气风发，朝气蓬勃的人以自己的一腔热血书写着集团的一个又一个辉煌。</w:t>
      </w:r>
      <w:r>
        <w:rPr>
          <w:lang w:eastAsia="zh-CN"/>
        </w:rPr>
        <w:br/>
      </w:r>
      <w:r>
        <w:rPr>
          <w:lang w:eastAsia="zh-CN"/>
        </w:rPr>
        <w:t>　　一、过去一年工作的回顾</w:t>
      </w:r>
      <w:r>
        <w:rPr>
          <w:lang w:eastAsia="zh-CN"/>
        </w:rPr>
        <w:br/>
      </w:r>
      <w:r>
        <w:rPr>
          <w:lang w:eastAsia="zh-CN"/>
        </w:rPr>
        <w:t>　　20__年，集团公司全年工作的总体要求是：“一个中心”，抓住组织优化、业务整合“两条主线”，努力提升企业的学习、创新、执行“三个能力”。固本强基，改革创新，保证安全稳定，全面提升核心竞争力，推进企业科学、协调、可持续发展，确保全年各项任务目标的全面完成。</w:t>
      </w:r>
      <w:r>
        <w:rPr>
          <w:lang w:eastAsia="zh-CN"/>
        </w:rPr>
        <w:br/>
      </w:r>
      <w:r>
        <w:rPr>
          <w:lang w:eastAsia="zh-CN"/>
        </w:rPr>
        <w:t>　　二、集团内部管理状况</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完善管理机制，调整管理队伍，20__年集团公司根据新的经营战略和管理规划，在年初对管理队伍进行了调整。完善了各投资项目的公司治理机构，改选了董事会并对部分章程进行了完善。同时公司还选派部分管理人员参与投资项目的管理。</w:t>
      </w:r>
      <w:r>
        <w:rPr>
          <w:lang w:eastAsia="zh-CN"/>
        </w:rPr>
        <w:br/>
      </w:r>
      <w:r>
        <w:rPr>
          <w:lang w:eastAsia="zh-CN"/>
        </w:rPr>
        <w:t>　　2、建立健全各项管理制度，加强遵守规章制度的督促和检查，今年在原制度的基础上，各职能部门建立、健全了各项管理制度，行政部门制订了新的《行政管理制度》、《集团保密管理规定》等，财务部门制度了《财务管理制度》并组织全体员工学习贯彻，将各项制度落到实处，20__年在行政总监的直接领导下加强了对各部门及子公司遵守规章制度的督促和检查，使各项制度能够真正得以执行。</w:t>
      </w:r>
      <w:r>
        <w:rPr>
          <w:lang w:eastAsia="zh-CN"/>
        </w:rPr>
        <w:br/>
      </w:r>
      <w:r>
        <w:rPr>
          <w:lang w:eastAsia="zh-CN"/>
        </w:rPr>
        <w:t>　　3、建立信息化管理平台，加强集团内部管理，从20__年开始集团实行周报管理制度，使各位员工能够对自己的工作按轻重缓急处理并做到有计划、有步骤地执行，各部门管理人员也能够有效地对本部门进行管理，掌握本部门员工的工作强度和进度。同时今年还开设了各项工作的专题栏目，使与各工作专题相关的工作人员能够清楚了解工作进展情况，发表自己的意见和建议。另外今年企业管理模块的设立更为各投资项目的管理带来了便利，使得集团与各子公司及参控股公司信息交流、收集、传达更为便捷。为企业管理有效实行提供了信息化的管理平台。</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加强财务预算，严格审计制度，去年，在行政总监的主持下，各职能部门根据企业经营情况为下属公司制定了切实可行的《年度任务考核指标》，充分调动了各子公司的积极性，新成立的审计部克服压力，对，等公司进行了审计，同时还与资金部、财务部一起对公司考评的项目进行项目审计与债务重组审计，为集团领导决策提供有效的财务数据。</w:t>
      </w:r>
      <w:r>
        <w:rPr>
          <w:lang w:eastAsia="zh-CN"/>
        </w:rPr>
        <w:br/>
      </w:r>
      <w:r>
        <w:rPr>
          <w:lang w:eastAsia="zh-CN"/>
        </w:rPr>
        <w:t>　　5、加强企业文化建设，增强企业的'凝聚力，为丰富员工生活，增强企业凝聚力，集团组织了乒乓球、羽毛球比赛等活动，使员工能够放松身心，积聚更多的力量，同时丰富了员工的生活，增强了企业的凝聚力。对公司内部的沟通和协调起了良好的推进作用。</w:t>
      </w:r>
      <w:r>
        <w:rPr>
          <w:lang w:eastAsia="zh-CN"/>
        </w:rPr>
        <w:br/>
      </w:r>
      <w:r>
        <w:rPr>
          <w:lang w:eastAsia="zh-CN"/>
        </w:rPr>
        <w:t>　　三、20__年工作计划</w:t>
      </w:r>
      <w:r>
        <w:rPr>
          <w:lang w:eastAsia="zh-CN"/>
        </w:rPr>
        <w:br/>
      </w:r>
      <w:r>
        <w:rPr>
          <w:lang w:eastAsia="zh-CN"/>
        </w:rPr>
        <w:t>　　20__年是集团发展史上又一关键的一年，集团面对的环境更加复杂，任务更加艰巨，统筹完成好全年各项工作任务，确保公司健康、稳定、持续发展，需要我们准确分析判断内外部形势，立足当前、着眼长远，审时度势，抓住机遇。</w:t>
      </w:r>
      <w:r>
        <w:rPr>
          <w:lang w:eastAsia="zh-CN"/>
        </w:rPr>
        <w:br/>
      </w:r>
      <w:r>
        <w:rPr>
          <w:lang w:eastAsia="zh-CN"/>
        </w:rPr>
        <w:t>　　集团工作重点：</w:t>
      </w:r>
      <w:r>
        <w:rPr>
          <w:lang w:eastAsia="zh-CN"/>
        </w:rPr>
        <w:br/>
      </w:r>
      <w:r>
        <w:rPr>
          <w:lang w:eastAsia="zh-CN"/>
        </w:rPr>
        <w:t>　　预计实现经济指标任务，全年预计实现主营业务收入__万元，实现主营利润总额__万元，要比20__年实际增长%。</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增强服务，加强对各分、子公司的服务。我集团下辖分、子公司行业跨度大，员工众多，对集团要求既有统一性，又有独特性。我们将针对不同需要，开展个性化服务，逐步实现管理个性化。加强对集团公司领导服务。发挥各个板块的重要作用，提供及时的、真实的信息，为领导决策作好保障。加强对上级主管部门的服务。按照上级主观部门的要求，及时准确提供管理信息，为上级部门掌握集团运行状况作好必要的服务。加强对相关职能部门的服务。收集真实信息，合理利用资源，在保护公司利益的前提下，对相关部门。特别是业务部门提供及时可靠的信息。</w:t>
      </w:r>
      <w:r>
        <w:rPr>
          <w:lang w:eastAsia="zh-CN"/>
        </w:rPr>
        <w:br/>
      </w:r>
      <w:r>
        <w:rPr>
          <w:lang w:eastAsia="zh-CN"/>
        </w:rPr>
        <w:t>　　加强管理。加强制度建设、总公司制定基本制度、分子公司根据其特殊性制度相关制度，报总公司审批，加强制度执行情况的检查。加强对资金管理。作为市场经济条件下的现代企业，必须保证对资金的有效管理，财务审计部首先就是要切实履行职责，管理好各个环节，并坚持灵活运用原则，确保在规范的前提下，充分发挥资金时间价值。加强财产管理。坚持每季度清查一次，清查结果报公司总经理审阅，对财产的购置、用途、维修和报废，统一由综合管理部门管理。实现财务审计部与综合管理部门各有一套完整的帐目，确保集团财产的不流失。</w:t>
      </w:r>
      <w:r>
        <w:rPr>
          <w:lang w:eastAsia="zh-CN"/>
        </w:rPr>
        <w:br/>
      </w:r>
      <w:r>
        <w:rPr>
          <w:lang w:eastAsia="zh-CN"/>
        </w:rPr>
        <w:t>　　四、各子公司重点工作和任务</w:t>
      </w:r>
      <w:r>
        <w:rPr>
          <w:lang w:eastAsia="zh-CN"/>
        </w:rPr>
        <w:br/>
      </w:r>
      <w:r>
        <w:rPr>
          <w:lang w:eastAsia="zh-CN"/>
        </w:rPr>
        <w:t>　　1、继续加强班子的建设，提高企业和心竞争力。按照集团公司统一部署和要求，各子公司要创新发展思路，提高企业核心竞争力，是促进企业和谐稳定发展的迫切需要，结合当前经济调整态势对集团公司的影响，解决制约公司科学发展的关键问题，健全完善公司经营层工作机制。加强培训，加大考核监督力度，提高领导班子及成员的学习能力、创新能力、执行能力，努力建设一支能打硬仗、善打硬仗的干部队伍，为集团又好又快发展提供强大动力。</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围绕集团主业，确保稳定发展。各子公司要紧紧围绕主业，做好各项服务，并秉承“拓展两翼、多创效益”的原则，落实和细化各项工作流程，探索创新服务，提升服务水平，以服务主业求生存，配套主业谋发展的思路，确保全年经营的持续稳定与发展。紧密围绕企业中心工作，服务大局。针对企业状况、生产经营的难点和职工关心的热点问题，开展调研、制定方案，找准切入点，有力促进企业有效运转。各子公司要继续新的领域，调整经营方式，谋求更大发展，审时度势，开拓进取，努力营造企业利润的增长点。</w:t>
      </w:r>
      <w:r>
        <w:rPr>
          <w:lang w:eastAsia="zh-CN"/>
        </w:rPr>
        <w:br/>
      </w:r>
      <w:r>
        <w:rPr>
          <w:lang w:eastAsia="zh-CN"/>
        </w:rPr>
        <w:t>　　3、围绕效益目标，强化内部管理。各子公司要紧紧围绕效益目标，加大考核力度，完善分配制度，细化内部管理，注重内部挖潜，降低运行成本，强化节能意识，限量开支费用，加大管控力度，向管理要效益，以达到降本增效的目的。以更加严谨的管理制度为集团的发展保驾护航。</w:t>
      </w:r>
      <w:r>
        <w:rPr>
          <w:lang w:eastAsia="zh-CN"/>
        </w:rPr>
        <w:br/>
      </w:r>
      <w:r>
        <w:rPr>
          <w:lang w:eastAsia="zh-CN"/>
        </w:rPr>
        <w:t>　　20__年是集团发展的关键年，希望全体员工齐心协力，抓住机遇，迎接挑战，开创天略集团工作的新局面。我们相信新的一年大家都会有一个崭新的面貌，集团公司也会有一个新的飞跃！20__年已经到来，展望20__年的奋斗目标与发展蓝图，我们要坚信，只要我们能及时调整经营思路，把握市场脉膊，精益内部管理，并依托主业，各子公司定能完成集团下达的各项目标任务，实现新的跨越，赢得新的战绩！</w:t>
      </w:r>
      <w:r>
        <w:rPr>
          <w:lang w:eastAsia="zh-CN"/>
        </w:rPr>
        <w:br/>
      </w:r>
      <w:r>
        <w:rPr>
          <w:lang w:eastAsia="zh-CN"/>
        </w:rPr>
        <w:t xml:space="preserve">    2024企业个人总结 篇8 </w:t>
      </w:r>
      <w:r>
        <w:rPr>
          <w:lang w:eastAsia="zh-CN"/>
        </w:rPr>
        <w:br/>
      </w:r>
      <w:r>
        <w:rPr>
          <w:lang w:eastAsia="zh-CN"/>
        </w:rPr>
        <w:t>　　20__年即将过去，我作为安环部的一名员工，在公司带领的带领下，环绕着办理轨制的建立健康，工程项目标报告审批等工作要点，较好地结束了公司所交付的各项工作任务，个人的工作技巧也有了明显的进步。</w:t>
      </w:r>
      <w:r>
        <w:rPr>
          <w:lang w:eastAsia="zh-CN"/>
        </w:rPr>
        <w:br/>
      </w:r>
      <w:r>
        <w:rPr>
          <w:lang w:eastAsia="zh-CN"/>
        </w:rPr>
        <w:t>　　一、20__年紧张工作内容以下：</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1、理顺安评、环评办事程序，促成安评、环换手续办理进程。</w:t>
      </w:r>
      <w:r>
        <w:rPr>
          <w:lang w:eastAsia="zh-CN"/>
        </w:rPr>
        <w:br/>
      </w:r>
      <w:r>
        <w:rPr>
          <w:lang w:eastAsia="zh-CN"/>
        </w:rPr>
        <w:t>　　我在安环部紧张当真安评、环评手续办理相干工作，因为安环部分建立不久，开辟区的相干工作部分也是方才建立，很多工作都没人触及过，所以最终面对的工作是如何理顺工作程序。在公司带领的带领下，我们勤走、多问，经过议定对当局下发文件及相干部分的办事程序的当真进修，一步一步的摸索出并总结了一套办理相干手续的工作程序，便利了今后的工作、进步了工作质量。如今，安评、环评工作都有了较大的进展。</w:t>
      </w:r>
      <w:r>
        <w:rPr>
          <w:lang w:eastAsia="zh-CN"/>
        </w:rPr>
        <w:br/>
      </w:r>
      <w:r>
        <w:rPr>
          <w:lang w:eastAsia="zh-CN"/>
        </w:rPr>
        <w:t>　　2、当真进修上级下发文件，帮忙建立健康公司安定、环保轨制。</w:t>
      </w:r>
      <w:r>
        <w:rPr>
          <w:lang w:eastAsia="zh-CN"/>
        </w:rPr>
        <w:br/>
      </w:r>
      <w:r>
        <w:rPr>
          <w:lang w:eastAsia="zh-CN"/>
        </w:rPr>
        <w:t>　　按相干部分要求，本年公司入手下手加快了厂区办理轨制的建立、健康工作，很多安定、环保相干的规定都是根据带领授意，联合厂区实际环境总结订定的。这些轨制的订定不但满足了上级部分的查抄要求，也便利了我们公司的办理。</w:t>
      </w:r>
      <w:r>
        <w:rPr>
          <w:lang w:eastAsia="zh-CN"/>
        </w:rPr>
        <w:br/>
      </w:r>
      <w:r>
        <w:rPr>
          <w:lang w:eastAsia="zh-CN"/>
        </w:rPr>
        <w:t>　　3、按时结束上级带领安排的查抄、整改相干工作。</w:t>
      </w:r>
      <w:r>
        <w:rPr>
          <w:lang w:eastAsia="zh-CN"/>
        </w:rPr>
        <w:br/>
      </w:r>
      <w:r>
        <w:rPr>
          <w:lang w:eastAsia="zh-CN"/>
        </w:rPr>
        <w:t>　　因为公司的属于新建企业，各本能机能部分对公司的查抄和办理比较严厉。在过去的一年里，我在公司带领的教导下结束了上级各部分对企业轨制、项目手续等方面的查抄工作。对上级部分下达的整改定见，我自动鞭策整改落实环境，构造人员进修培训，进步员工安定意识，对违背安定法则的人或事赐与改正，经过议定隐患整改，有效的保险了安定出产工作的顺利进行。</w:t>
      </w:r>
      <w:r>
        <w:rPr>
          <w:lang w:eastAsia="zh-CN"/>
        </w:rPr>
        <w:br/>
      </w:r>
      <w:r>
        <w:rPr>
          <w:lang w:eastAsia="zh-CN"/>
        </w:rPr>
        <w:t>　　4、当真对安定、环保等本能机能部分下发文件的接管、料理、保管工作。</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5、组建了公司电脑办公收集，结束电脑保护及电脑制图等工作。</w:t>
      </w:r>
      <w:r>
        <w:rPr>
          <w:lang w:eastAsia="zh-CN"/>
        </w:rPr>
        <w:br/>
      </w:r>
      <w:r>
        <w:rPr>
          <w:lang w:eastAsia="zh-CN"/>
        </w:rPr>
        <w:t>　　因为个人喜好，我在大学时自学了CAD制图软件，参加工作后所从事的工作又一贯都和电脑有关，所以缓缓把握了必定的电脑保护相干知识。20__年因为办公必要，公司前后购进了多台电脑，当时公司中懂电脑的人不多，我利用本身把握的知识结束了电脑收集的架设和平常保护工作，安环评工作及厂区计划、车间计划工作顶用到的CAD制图工作大都由我来结束。</w:t>
      </w:r>
      <w:r>
        <w:rPr>
          <w:lang w:eastAsia="zh-CN"/>
        </w:rPr>
        <w:br/>
      </w:r>
      <w:r>
        <w:rPr>
          <w:lang w:eastAsia="zh-CN"/>
        </w:rPr>
        <w:t>　　6、理顺人事部分工作程序，结束公司人事电子档案的初期建档工作。</w:t>
      </w:r>
      <w:r>
        <w:rPr>
          <w:lang w:eastAsia="zh-CN"/>
        </w:rPr>
        <w:br/>
      </w:r>
      <w:r>
        <w:rPr>
          <w:lang w:eastAsia="zh-CN"/>
        </w:rPr>
        <w:t>　　20__年上半年，公司人员还不整齐，我兼办理人事部分的工作，为了便于办理，我竭力进修相干知识，从网上汇集资料，并找到了一套免费的人事办理软件，建立了人事电子档案，令人事办理程序化、秩序化，根本理顺了人事办理工作程序。</w:t>
      </w:r>
      <w:r>
        <w:rPr>
          <w:lang w:eastAsia="zh-CN"/>
        </w:rPr>
        <w:br/>
      </w:r>
      <w:r>
        <w:rPr>
          <w:lang w:eastAsia="zh-CN"/>
        </w:rPr>
        <w:t>　　二、存在不敷。</w:t>
      </w:r>
      <w:r>
        <w:rPr>
          <w:lang w:eastAsia="zh-CN"/>
        </w:rPr>
        <w:br/>
      </w:r>
      <w:r>
        <w:rPr>
          <w:lang w:eastAsia="zh-CN"/>
        </w:rPr>
        <w:t>　　一年来的工作固然获得了必定的成绩，但也存在一些不敷，紧张是思维解放程度还不敷，构造、雷同本领上还略有欠缺，和有经验的同事比较另有必定差距，二是触及工作多样纷乱，必要时候进修，三是工作中不敷斗胆，要在连续的进修进程中变化工作方法，连续立异美满。在今后工作中，我必定当真总结经验，克服不敷，竭力把工作做得更好。</w:t>
      </w:r>
      <w:r>
        <w:rPr>
          <w:lang w:eastAsia="zh-CN"/>
        </w:rPr>
        <w:br/>
      </w:r>
      <w:r>
        <w:rPr>
          <w:lang w:eastAsia="zh-CN"/>
        </w:rPr>
        <w:t>　　三、来岁工作筹划。</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1、当真进修，竭力进步本身本质及工作本领，尽职、尽责、尽快地结束安、环部的本职工作。</w:t>
      </w:r>
      <w:r>
        <w:rPr>
          <w:lang w:eastAsia="zh-CN"/>
        </w:rPr>
        <w:br/>
      </w:r>
      <w:r>
        <w:rPr>
          <w:lang w:eastAsia="zh-CN"/>
        </w:rPr>
        <w:t>　　2、发扬吃苦刻苦精神。不怕吃苦，自动谋事干，做到“眼勤、嘴勤、手勤、腿勤”，自动适应各种环境，在纷乱的工作中考验意志，增加才华。</w:t>
      </w:r>
      <w:r>
        <w:rPr>
          <w:lang w:eastAsia="zh-CN"/>
        </w:rPr>
        <w:br/>
      </w:r>
      <w:r>
        <w:rPr>
          <w:lang w:eastAsia="zh-CN"/>
        </w:rPr>
        <w:t>　　3、发扬勤学不辍的进步精神。加强进修，勇于实践，在进修的同时注意汇集各种信息，广泛汲取各种“营养”；同时，讲究进修方法，规矩进修立场，进步进修效果，竭力培养本身具有结壮的表面功底和结壮的工作风格。力求把工作做得更好，建立精良的形象。</w:t>
      </w:r>
      <w:r>
        <w:rPr>
          <w:lang w:eastAsia="zh-CN"/>
        </w:rPr>
        <w:br/>
      </w:r>
      <w:r>
        <w:rPr>
          <w:lang w:eastAsia="zh-CN"/>
        </w:rPr>
        <w:t>　　4、当好帮手。对各项决议计划和呈现的题目，及时发起公道化发起和解决方法供带领参考，互助部分带领结束公司下达的任务。</w:t>
      </w:r>
      <w:r>
        <w:rPr>
          <w:lang w:eastAsia="zh-CN"/>
        </w:rPr>
        <w:br/>
      </w:r>
      <w:r>
        <w:rPr>
          <w:lang w:eastAsia="zh-CN"/>
        </w:rPr>
        <w:t>　　总之，一年来，我做了必定的工作，也获得了一些成绩，但离要求有必定的差距，我将连续地总结经验，加强进修，更新见解，进步各方面的工作本领。紧紧环绕公司的中间工作，以对工作、对奇迹高度当真的立场，脚结壮地，尽职尽责地做好各项工作。</w:t>
      </w:r>
      <w:r>
        <w:rPr>
          <w:lang w:eastAsia="zh-CN"/>
        </w:rPr>
        <w:br/>
      </w:r>
      <w:r>
        <w:rPr>
          <w:lang w:eastAsia="zh-CN"/>
        </w:rPr>
        <w:t xml:space="preserve">    2024企业个人总结 篇9 </w:t>
      </w:r>
      <w:r>
        <w:rPr>
          <w:lang w:eastAsia="zh-CN"/>
        </w:rPr>
        <w:br/>
      </w:r>
      <w:r>
        <w:rPr>
          <w:lang w:eastAsia="zh-CN"/>
        </w:rPr>
        <w:t>　　光阴荏苒，在忙忙碌碌中送走了20_年，这一年对本人来说还是收获颇多，首先是自身业务的提高，其次是与部门之间的沟通比以前相对顺畅。</w:t>
      </w:r>
      <w:r>
        <w:rPr>
          <w:lang w:eastAsia="zh-CN"/>
        </w:rPr>
        <w:br/>
      </w:r>
      <w:r>
        <w:rPr>
          <w:lang w:eastAsia="zh-CN"/>
        </w:rPr>
        <w:t>　　当然这些进步与公司领导的帮助和关心是分不开的。</w:t>
      </w:r>
      <w:r>
        <w:rPr>
          <w:lang w:eastAsia="zh-CN"/>
        </w:rPr>
        <w:br/>
      </w:r>
      <w:r>
        <w:rPr>
          <w:lang w:eastAsia="zh-CN"/>
        </w:rPr>
        <w:t>　　现在就这些进步与同仁探讨，以便相互进步：优秀的企业需要优秀的团队，做为这个团队的一份子，为这个团队的成长贡献自己微薄力量是自己义不容辞的责任。</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在已经到来20_年，本人将继续以满怀的热情投入到自己的本职工作，为公司的发展贡献自己的力量。</w:t>
      </w:r>
      <w:r>
        <w:rPr>
          <w:lang w:eastAsia="zh-CN"/>
        </w:rPr>
        <w:br/>
      </w:r>
      <w:r>
        <w:rPr>
          <w:lang w:eastAsia="zh-CN"/>
        </w:rPr>
        <w:t>　　时间一晃而过，弹指之间，20_年已接近尾声，过去的一年在领导和同事们的悉心关怀和指导下，通过自身的不懈努力，在工作上取得了一定的成果，但也存在了诸多不足。</w:t>
      </w:r>
      <w:r>
        <w:rPr>
          <w:lang w:eastAsia="zh-CN"/>
        </w:rPr>
        <w:br/>
      </w:r>
      <w:r>
        <w:rPr>
          <w:lang w:eastAsia="zh-CN"/>
        </w:rPr>
        <w:t>　　回顾过去的一年，现将工作计划如下：20_年，是全新的一年，也是自我挑战的一年，我将努力改正过去一年工作中的不足，把新一年的工作做好，为公司的发展尽一份力。</w:t>
      </w:r>
      <w:r>
        <w:rPr>
          <w:lang w:eastAsia="zh-CN"/>
        </w:rPr>
        <w:br/>
      </w:r>
      <w:r>
        <w:rPr>
          <w:lang w:eastAsia="zh-CN"/>
        </w:rPr>
        <w:t>　　在过去的20_年，在领导和同事的帮助下，通过自身不懈的努力，我在工作中得到了锻炼，取得了一定成绩。</w:t>
      </w:r>
      <w:r>
        <w:rPr>
          <w:lang w:eastAsia="zh-CN"/>
        </w:rPr>
        <w:br/>
      </w:r>
      <w:r>
        <w:rPr>
          <w:lang w:eastAsia="zh-CN"/>
        </w:rPr>
        <w:t>　　“回首过去，是为了更好地面向未来。</w:t>
      </w:r>
      <w:r>
        <w:rPr>
          <w:lang w:eastAsia="zh-CN"/>
        </w:rPr>
        <w:br/>
      </w:r>
      <w:r>
        <w:rPr>
          <w:lang w:eastAsia="zh-CN"/>
        </w:rPr>
        <w:t>　　盘点自己一个学期的收获，无疑是一件愉快的事情，就像农人手捧着粮食，心里充满欣喜;盘点自己一个学期的工作，同时也是一件痛苦的事情，想想开初自己的雄心壮志和种种计划，有的没能付诸于实施，或者虽然实施了，却效果不那么理想，也不得不让人遗憾。</w:t>
      </w:r>
      <w:r>
        <w:rPr>
          <w:lang w:eastAsia="zh-CN"/>
        </w:rPr>
        <w:br/>
      </w:r>
      <w:r>
        <w:rPr>
          <w:lang w:eastAsia="zh-CN"/>
        </w:rPr>
        <w:t>　　好在我们还有将来，日子还在延续，总结经验和教训，必将有利于自己的前行。</w:t>
      </w:r>
      <w:r>
        <w:rPr>
          <w:lang w:eastAsia="zh-CN"/>
        </w:rPr>
        <w:br/>
      </w:r>
      <w:r>
        <w:rPr>
          <w:lang w:eastAsia="zh-CN"/>
        </w:rPr>
        <w:t>　　在忙碌的工作，不知不觉迎来了新的一年，20_年，今年是有意义的，有价值的和有意义。</w:t>
      </w:r>
      <w:r>
        <w:rPr>
          <w:lang w:eastAsia="zh-CN"/>
        </w:rPr>
        <w:br/>
      </w:r>
      <w:r>
        <w:rPr>
          <w:lang w:eastAsia="zh-CN"/>
        </w:rPr>
        <w:t>　　回顾过去一年的工作经历，作为_的雇员，我深深感到，企业的蓬勃发展的战斗精神。</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在过去的一年，在领导和同事们的奉献和指导，通过不懈努力，取得了一些成绩，但也有少了很多。</w:t>
      </w:r>
      <w:r>
        <w:rPr>
          <w:lang w:eastAsia="zh-CN"/>
        </w:rPr>
        <w:br/>
      </w:r>
      <w:r>
        <w:rPr>
          <w:lang w:eastAsia="zh-CN"/>
        </w:rPr>
        <w:t>　　在过去的一年，现在的工作归纳如下：</w:t>
      </w:r>
      <w:r>
        <w:rPr>
          <w:lang w:eastAsia="zh-CN"/>
        </w:rPr>
        <w:br/>
      </w:r>
      <w:r>
        <w:rPr>
          <w:lang w:eastAsia="zh-CN"/>
        </w:rPr>
        <w:t>　　半年来，在领导和同志们的帮助下，自己在政治思想和工作方面都取得了一些成绩，下面就将教师上半年工作计划汇报如下，敬请各位师生提出宝贵意见及建议。</w:t>
      </w:r>
      <w:r>
        <w:rPr>
          <w:lang w:eastAsia="zh-CN"/>
        </w:rPr>
        <w:br/>
      </w:r>
      <w:r>
        <w:rPr>
          <w:lang w:eastAsia="zh-CN"/>
        </w:rPr>
        <w:t>　　在全体同事的共同努力下，在公司领导的全面支持、关心下，本着一切为客户服务的宗旨，围绕优化服务、拓展_和_的宣传和信息的功能，从客户的利益角度服务、业务管理、提高企业的知名度和利益最大化，通过扎扎实实的努力，圆满地完成了20_年的工作。</w:t>
      </w:r>
      <w:r>
        <w:rPr>
          <w:lang w:eastAsia="zh-CN"/>
        </w:rPr>
        <w:br/>
      </w:r>
      <w:r>
        <w:rPr>
          <w:lang w:eastAsia="zh-CN"/>
        </w:rPr>
        <w:t xml:space="preserve">    2024企业个人总结 篇10 </w:t>
      </w:r>
      <w:r>
        <w:rPr>
          <w:lang w:eastAsia="zh-CN"/>
        </w:rPr>
        <w:br/>
      </w:r>
      <w:r>
        <w:rPr>
          <w:lang w:eastAsia="zh-CN"/>
        </w:rPr>
        <w:t>　　工会的存在是为了保护工人阶级的合法利益。在20_年这一年，我们在公司和上级工会的领导下，不断完善工作。这一年我们获益匪浅。现就20_年的工作做如下总结：</w:t>
      </w:r>
      <w:r>
        <w:rPr>
          <w:lang w:eastAsia="zh-CN"/>
        </w:rPr>
        <w:br/>
      </w:r>
      <w:r>
        <w:rPr>
          <w:lang w:eastAsia="zh-CN"/>
        </w:rPr>
        <w:t>　　一、加强政治理论学习提高工会干部素质</w:t>
      </w:r>
      <w:r>
        <w:rPr>
          <w:lang w:eastAsia="zh-CN"/>
        </w:rPr>
        <w:br/>
      </w:r>
      <w:r>
        <w:rPr>
          <w:lang w:eastAsia="zh-CN"/>
        </w:rPr>
        <w:t>　　文化公司工会以《监督之窗》为载体，深入学习重要思想、和与企业管理息息相关的各种知识，进一步强化工会干部政治意识、创新意识、群众意识、责任意识、服务意识，加快工会干部理论化、知识化、专业化进程，提高工会干部综合素质。</w:t>
      </w:r>
      <w:r>
        <w:rPr>
          <w:lang w:eastAsia="zh-CN"/>
        </w:rPr>
        <w:br/>
      </w:r>
      <w:r>
        <w:rPr>
          <w:lang w:eastAsia="zh-CN"/>
        </w:rPr>
        <w:t>　　二、参与企业经济建设，发挥桥梁纽带作用</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文化公司工会积极参与各项经济工作，围绕稳定与发展，发挥工会桥梁纽带作用，使广大职工明白集团公司的发展方向，树立危机意识、竞争意识，转变工作态度，激发职工的聪明才智，为集团公司持续、稳定发展寻找对策，为企业领导决策提供依据，使集团更好地抓住机遇，迎接挑战;开展献计献策活动，广纳良言，为企业发展征集好建议、好点子，推动集团公司持续健康发展。</w:t>
      </w:r>
      <w:r>
        <w:rPr>
          <w:lang w:eastAsia="zh-CN"/>
        </w:rPr>
        <w:br/>
      </w:r>
      <w:r>
        <w:rPr>
          <w:lang w:eastAsia="zh-CN"/>
        </w:rPr>
        <w:t>　　三、发展新会员，加强工会自身建设。</w:t>
      </w:r>
      <w:r>
        <w:rPr>
          <w:lang w:eastAsia="zh-CN"/>
        </w:rPr>
        <w:br/>
      </w:r>
      <w:r>
        <w:rPr>
          <w:lang w:eastAsia="zh-CN"/>
        </w:rPr>
        <w:t>　　我们在工作中深深地体会到，要把企业做大做强，必须培育一支政治素质高、业务技术精的员工队伍，实现这一目标，最有效的途径就是组织企业工会，20_年上半年，文化分会共吸纳新入会会员22人，为集团工会输送了一批新鲜血液。依靠工会组织的特殊作用，为企业的稳步、健康、快速发展，起到了保驾护航的作用。</w:t>
      </w:r>
      <w:r>
        <w:rPr>
          <w:lang w:eastAsia="zh-CN"/>
        </w:rPr>
        <w:br/>
      </w:r>
      <w:r>
        <w:rPr>
          <w:lang w:eastAsia="zh-CN"/>
        </w:rPr>
        <w:t>　　四、积极开展劳动竞赛，为完成企业任务建功立业。</w:t>
      </w:r>
      <w:r>
        <w:rPr>
          <w:lang w:eastAsia="zh-CN"/>
        </w:rPr>
        <w:br/>
      </w:r>
      <w:r>
        <w:rPr>
          <w:lang w:eastAsia="zh-CN"/>
        </w:rPr>
        <w:t>　　文化公司工会围绕着“安康杯”知识竞赛活动，教导员工树立紧迫感、危机感、责任感，充分调动员工的工作积极性和创造性。围绕着“内强素质、外树形象”的中心思想，积极做好宣传发动工作，通过黑板报、通信报道等形式及时表扬竞赛中的好人好事，在公司上下掀起学有榜样、赶有目标的劳动竞赛热潮。部分同志利用年休假时间学习，苦练基本功。通过一系列的竞赛活动，员工的业务知识熟悉程度和业务操作能力大大增强，窗口服务水平得到进一步提高，业务处理能力得到明显改善，业务发展日新月异。</w:t>
      </w:r>
      <w:r>
        <w:rPr>
          <w:lang w:eastAsia="zh-CN"/>
        </w:rPr>
        <w:br/>
      </w:r>
      <w:r>
        <w:rPr>
          <w:lang w:eastAsia="zh-CN"/>
        </w:rPr>
        <w:t>　　五、落实“关心”二字，维护员工切身利益，增强企业凝聚力。</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公司工会干部以关心员工生活，为群众办好事实事为已任，工会委员把关心做到“家”，利用节假日及晚上的时间，和公司干部、员工进行谈心，认真了解员工家庭的生活、工作状况，努力为员工排忧解难。“六一”儿童节、“三八”妇女节的节日慰问工作，降温费的及时发放，将组织的温暖送到职工心坎。这些工作既维护企业的整体利益，又维护了员工的具体利益。</w:t>
      </w:r>
      <w:r>
        <w:rPr>
          <w:lang w:eastAsia="zh-CN"/>
        </w:rPr>
        <w:br/>
      </w:r>
      <w:r>
        <w:rPr>
          <w:lang w:eastAsia="zh-CN"/>
        </w:rPr>
        <w:t>　　六、响应集团号召，积极参与慈善事业。</w:t>
      </w:r>
      <w:r>
        <w:rPr>
          <w:lang w:eastAsia="zh-CN"/>
        </w:rPr>
        <w:br/>
      </w:r>
      <w:r>
        <w:rPr>
          <w:lang w:eastAsia="zh-CN"/>
        </w:rPr>
        <w:t>　　我们集团历来是社会慈善事业的倡导者，支持者，文化分会自然不甘落后。我们分会员工知道矿业农庄要建职工书屋的消息，为书屋捐献一批图书，为急需知识的人群送去了甘泉。我们工会还参加了“爱心一日捐”活动，共募集资金2400余元，对社会慈善事业作出了自己的贡献。</w:t>
      </w:r>
      <w:r>
        <w:rPr>
          <w:lang w:eastAsia="zh-CN"/>
        </w:rPr>
        <w:br/>
      </w:r>
      <w:r>
        <w:rPr>
          <w:lang w:eastAsia="zh-CN"/>
        </w:rPr>
        <w:t>　　在今年基础上，我们对搞好20_年的工会工作充满信心，在今后的工作中，我们一定积极配合上级工会组织，配合企业党组织，结合企业实际，抓紧抓实职工的现代化管理，开展理论、技术及相关业务知识的培训，努力提高职工队伍的整体素质，组织职工学习《工会法》、《劳动法》等法律知识，加大企业安全生产、劳动保护等知识的培训，进一步保障职工的合法权益，增强企业的凝聚力。</w:t>
      </w:r>
      <w:r>
        <w:rPr>
          <w:lang w:eastAsia="zh-CN"/>
        </w:rPr>
        <w:br/>
      </w:r>
      <w:r>
        <w:rPr>
          <w:lang w:eastAsia="zh-CN"/>
        </w:rPr>
        <w:t xml:space="preserve">    2024企业个人总结 篇11 </w:t>
      </w:r>
      <w:r>
        <w:rPr>
          <w:lang w:eastAsia="zh-CN"/>
        </w:rPr>
        <w:br/>
      </w:r>
      <w:r>
        <w:rPr>
          <w:lang w:eastAsia="zh-CN"/>
        </w:rPr>
        <w:t>　　走在前列，必须干在实处。_年主要工作是：全面贯彻落实党的十八大和十八届二中、三中全会精神，认真落实行业上级工作会议和全县经济工作会议精神，坚持稳中求进工作总基调，紧紧围绕“两上两深化”的重要目标，努力推动_烟草健康、持续、科学发展。力争通过“五个重点围绕”，确保实现“五个全面提升”。</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一、重点围绕结构提升，全面提升经济运行质量</w:t>
      </w:r>
      <w:r>
        <w:rPr>
          <w:lang w:eastAsia="zh-CN"/>
        </w:rPr>
        <w:br/>
      </w:r>
      <w:r>
        <w:rPr>
          <w:lang w:eastAsia="zh-CN"/>
        </w:rPr>
        <w:t>　　一是保持销量稳定增长。要狠抓两个重要点，把握两个平衡点。一要狠抓节假日这个重要点，促进销量的短期快速增长;二要狠抓终端建设这个重要点，促进销量的长期平稳增长。三要把握好销量增长与结构提升的平衡点，保持销量稳定并有所增长;四要把握好稳增长与保状态的平衡点，为结构提升奠定扎实的市场基础。</w:t>
      </w:r>
      <w:r>
        <w:rPr>
          <w:lang w:eastAsia="zh-CN"/>
        </w:rPr>
        <w:br/>
      </w:r>
      <w:r>
        <w:rPr>
          <w:lang w:eastAsia="zh-CN"/>
        </w:rPr>
        <w:t>　　二是加大品牌培育力度。大力培育“双十五”重点骨干品牌和低焦油品牌，不断提高“双十五”和低焦油品牌的上柜率、动销率、知晓率、尝试率和再购率。大力支持“黄金叶”品牌发展，进一步加强与河南中烟协作配合力度，不断提升黄金叶品牌的市场占有率，通过黄金叶品牌的强力发展，进一步带动销售结构的有效提升，确保完成单箱收入同比增加15元的目标任务。</w:t>
      </w:r>
      <w:r>
        <w:rPr>
          <w:lang w:eastAsia="zh-CN"/>
        </w:rPr>
        <w:br/>
      </w:r>
      <w:r>
        <w:rPr>
          <w:lang w:eastAsia="zh-CN"/>
        </w:rPr>
        <w:t>　　二、重点围绕终端建设，全面提升网络建设水平。</w:t>
      </w:r>
      <w:r>
        <w:rPr>
          <w:lang w:eastAsia="zh-CN"/>
        </w:rPr>
        <w:br/>
      </w:r>
      <w:r>
        <w:rPr>
          <w:lang w:eastAsia="zh-CN"/>
        </w:rPr>
        <w:t>　　一是持续提升两项重点工作。继续保持宣传引导力度，继续做好与银行的协调配合力度，积极探索新方法、新举措，进一步提高两项工作的成功率，确保在线划拨成功率达到95%以上。</w:t>
      </w:r>
      <w:r>
        <w:rPr>
          <w:lang w:eastAsia="zh-CN"/>
        </w:rPr>
        <w:br/>
      </w:r>
      <w:r>
        <w:rPr>
          <w:lang w:eastAsia="zh-CN"/>
        </w:rPr>
        <w:t>　　二是深入推进终端亮化工作。以现代零售终端商户作为终端亮化的先行者，全力把第一批亮化对象打造成为店容店貌上环境整洁、陈列规范的“标准户”，品牌培育上大力配合、引导消费的“宣传户”，卷烟销售上依法经营、一户一码的“规范户”，网络建设上及时存款、网上订货的“示范户”，力争推进一批、成功一批、影响一片、带动全区，为卷烟销售打下坚实的基础。</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三、重点围绕追刑破网，全面提升专卖管理水平。</w:t>
      </w:r>
      <w:r>
        <w:rPr>
          <w:lang w:eastAsia="zh-CN"/>
        </w:rPr>
        <w:br/>
      </w:r>
      <w:r>
        <w:rPr>
          <w:lang w:eastAsia="zh-CN"/>
        </w:rPr>
        <w:t>　　一是确保追刑破网有所突破。紧紧围绕“三精”要求和“三零”目标，继续保持打假高压态势，确保市场净化率保持在96%以上。继续把“端窝点、断源头、破网络、抓主犯”作为卷烟打假工作的突出重点，积极主动向地方政府领导汇报工作，争取地方政府的大力支持。力争通过“八个进一步”工作措施的落实，确保全年破获1起以上符合国家局标准的网络案件，真正让制售假行为在我们_市场成为“无源之水、无本之木”。</w:t>
      </w:r>
      <w:r>
        <w:rPr>
          <w:lang w:eastAsia="zh-CN"/>
        </w:rPr>
        <w:br/>
      </w:r>
      <w:r>
        <w:rPr>
          <w:lang w:eastAsia="zh-CN"/>
        </w:rPr>
        <w:t>　　二是确保市场监管再上水平。全面推进“APCD”工作法流程改造，真正把“带着问题上市场”的理念融入监管全过程。持续加强烟草专卖法律法规的宣传，充分利用重要节日，加大对有关法律法规和“12313”市场举报电话的宣传力度，着力在全县营造依法治烟的浓厚氛围。</w:t>
      </w:r>
      <w:r>
        <w:rPr>
          <w:lang w:eastAsia="zh-CN"/>
        </w:rPr>
        <w:br/>
      </w:r>
      <w:r>
        <w:rPr>
          <w:lang w:eastAsia="zh-CN"/>
        </w:rPr>
        <w:t xml:space="preserve">    2024企业个人总结 篇12 </w:t>
      </w:r>
      <w:r>
        <w:rPr>
          <w:lang w:eastAsia="zh-CN"/>
        </w:rPr>
        <w:br/>
      </w:r>
      <w:r>
        <w:rPr>
          <w:lang w:eastAsia="zh-CN"/>
        </w:rPr>
        <w:t>　　我于20_年8月23日正式加入_公司，四个多月的“_时光”让我感触颇多，感恩_，是_给了我这样颠沛流离于职场中人一个温馨的家;感恩_，在我人生陷入低谷和黑暗中给我援助和光明的“希望之泉”;感恩_，给予我一个放飞梦想和祈盼的人生舞台。</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自入职以来，我遵照公司的工作部署，担任_部_人员一职，负责日常行政及招聘培训工作。四个多月的时间在紧凑的学习适应过程中如白驹过隙般转瞬即逝，在这一期间领导和同事们的和煦友善使我迅速融入了公司团队，工作上遇到的困难和瓶颈也在领导和同事的谆谆教导下得到了顺利解决，个人的业务能力和综合素质得到了明显提升。</w:t>
      </w:r>
      <w:r>
        <w:rPr>
          <w:lang w:eastAsia="zh-CN"/>
        </w:rPr>
        <w:br/>
      </w:r>
      <w:r>
        <w:rPr>
          <w:lang w:eastAsia="zh-CN"/>
        </w:rPr>
        <w:t>　　在这四个月期间，我工作态度认真积极、具有较强的责任心和进取心，勤勉不懈、富有工作激情;性格开朗，乐于与他人沟通，具有良好的沟通能力和团队协作能力，能积极配合同事们完成各项工作业务;主动学习新知识、新技能，注重自身发展和进步，能自觉利用休息时间自我学习，提升相关业务素质。</w:t>
      </w:r>
      <w:r>
        <w:rPr>
          <w:lang w:eastAsia="zh-CN"/>
        </w:rPr>
        <w:br/>
      </w:r>
      <w:r>
        <w:rPr>
          <w:lang w:eastAsia="zh-CN"/>
        </w:rPr>
        <w:t>　　现将我在这四个月期间的工作学习情况总结如下：</w:t>
      </w:r>
      <w:r>
        <w:rPr>
          <w:lang w:eastAsia="zh-CN"/>
        </w:rPr>
        <w:br/>
      </w:r>
      <w:r>
        <w:rPr>
          <w:lang w:eastAsia="zh-CN"/>
        </w:rPr>
        <w:t>　　一、 业务工作情况</w:t>
      </w:r>
      <w:r>
        <w:rPr>
          <w:lang w:eastAsia="zh-CN"/>
        </w:rPr>
        <w:br/>
      </w:r>
      <w:r>
        <w:rPr>
          <w:lang w:eastAsia="zh-CN"/>
        </w:rPr>
        <w:t>　　(一)招聘工作</w:t>
      </w:r>
      <w:r>
        <w:rPr>
          <w:lang w:eastAsia="zh-CN"/>
        </w:rPr>
        <w:br/>
      </w:r>
      <w:r>
        <w:rPr>
          <w:lang w:eastAsia="zh-CN"/>
        </w:rPr>
        <w:t>　　每个工作日维护管理“智联招聘”、“前程无忧”招聘网站和公司两个招聘邮箱，梳理求职简历，并对符合初审要求的求职人员及时进行电话口试、技术口试，做好现场面试工作的安排部署。截止到12月31日，共计进行电话口试54人次、技术电话口试16人次、现场面试5人次，并对口、面试情况做好记录维护和上报反馈等工作。</w:t>
      </w:r>
      <w:r>
        <w:rPr>
          <w:lang w:eastAsia="zh-CN"/>
        </w:rPr>
        <w:br/>
      </w:r>
      <w:r>
        <w:rPr>
          <w:lang w:eastAsia="zh-CN"/>
        </w:rPr>
        <w:t>　　(二)员工考勤工作</w:t>
      </w:r>
      <w:r>
        <w:rPr>
          <w:lang w:eastAsia="zh-CN"/>
        </w:rPr>
        <w:br/>
      </w:r>
      <w:r>
        <w:rPr>
          <w:lang w:eastAsia="zh-CN"/>
        </w:rPr>
        <w:t>　　每个工作日做好全体员工的考勤登记记录管理(每个工作日两次)和上一工作日(含周末)员工加班情况记录管理工作;每周定期(星期一和星期五)清查梳理考勤机数据，及时通报督促考勤异常人员;每月按时(5日前)出具《员工请假登记表》和《员工事、病假扣款通知》并及时上报相关领导和财务部门。</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(三)行政部质量管理体系工作</w:t>
      </w:r>
      <w:r>
        <w:rPr>
          <w:lang w:eastAsia="zh-CN"/>
        </w:rPr>
        <w:br/>
      </w:r>
      <w:r>
        <w:rPr>
          <w:lang w:eastAsia="zh-CN"/>
        </w:rPr>
        <w:t>　　融合完善质量管理体系和cmmi体系的培训管理程序和记录模板;对行政部20_年度质量管理体系外审文件进行梳理完善、持续改进，确保20_年度行政部质量管理体系资料文档无重大缺失和纰漏，顺利通过质量体系外部审核。</w:t>
      </w:r>
      <w:r>
        <w:rPr>
          <w:lang w:eastAsia="zh-CN"/>
        </w:rPr>
        <w:br/>
      </w:r>
      <w:r>
        <w:rPr>
          <w:lang w:eastAsia="zh-CN"/>
        </w:rPr>
        <w:t>　　(四)日常行政工作</w:t>
      </w:r>
      <w:r>
        <w:rPr>
          <w:lang w:eastAsia="zh-CN"/>
        </w:rPr>
        <w:br/>
      </w:r>
      <w:r>
        <w:rPr>
          <w:lang w:eastAsia="zh-CN"/>
        </w:rPr>
        <w:t>　　认真做好公司日常文件(含红头文件)的登记发放和存档管理、公司笔记本电脑管理、公司快递业务的寄送(共计35批次)、报刊杂志信函的分发回收、员工一卡通管理等基础性行政工作。积极协助配合其他部门同事开展好日常工作，全力做好每个工作日行政部电话、传真机接听接收工作，对接收到的传真件和电话信息第一时间送达相关部门和人员，做到公司对外沟通交流畅通无阻。</w:t>
      </w:r>
      <w:r>
        <w:rPr>
          <w:lang w:eastAsia="zh-CN"/>
        </w:rPr>
        <w:br/>
      </w:r>
      <w:r>
        <w:rPr>
          <w:lang w:eastAsia="zh-CN"/>
        </w:rPr>
        <w:t>　　(五)保密资质认证工作</w:t>
      </w:r>
      <w:r>
        <w:rPr>
          <w:lang w:eastAsia="zh-CN"/>
        </w:rPr>
        <w:br/>
      </w:r>
      <w:r>
        <w:rPr>
          <w:lang w:eastAsia="zh-CN"/>
        </w:rPr>
        <w:t>　　积极配合公司保密办做好保密资质审查认证相关工作：部分保密文件编辑撰写、新闻稿件保密审查批复、保密电脑清查梳理以及保密认证接待等，为公司保密资质审查认证工作贡献自己的绵薄之力。</w:t>
      </w:r>
      <w:r>
        <w:rPr>
          <w:lang w:eastAsia="zh-CN"/>
        </w:rPr>
        <w:br/>
      </w:r>
      <w:r>
        <w:rPr>
          <w:lang w:eastAsia="zh-CN"/>
        </w:rPr>
        <w:t>　　(六)行政部部分文件撰写工作</w:t>
      </w:r>
      <w:r>
        <w:rPr>
          <w:lang w:eastAsia="zh-CN"/>
        </w:rPr>
        <w:br/>
      </w:r>
      <w:r>
        <w:rPr>
          <w:lang w:eastAsia="zh-CN"/>
        </w:rPr>
        <w:t>　　认真做好行政部部分日常文件(安全生产、创建工作、报告总结等)编辑撰写和上报工作，力求内容详实准确，上报及时充分满足各项要求。</w:t>
      </w:r>
      <w:r>
        <w:rPr>
          <w:lang w:eastAsia="zh-CN"/>
        </w:rPr>
        <w:br/>
      </w:r>
      <w:r>
        <w:rPr>
          <w:lang w:eastAsia="zh-CN"/>
        </w:rPr>
        <w:t>　　(七)新闻宣传工作</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撰写公司新闻稿件八篇，并发布至公司新闻主页;三个月度搜集整理公司新闻稿件七篇，并投稿至集团宣传部;做好公司文化宣传墙管理工作，配合_制作安装公司文化宣传墙并张贴年度季度优秀员工、公司文体活动等照片，烘托企业文化氛围。</w:t>
      </w:r>
      <w:r>
        <w:rPr>
          <w:lang w:eastAsia="zh-CN"/>
        </w:rPr>
        <w:br/>
      </w:r>
      <w:r>
        <w:rPr>
          <w:lang w:eastAsia="zh-CN"/>
        </w:rPr>
        <w:t>　　(八)其他工作及活动</w:t>
      </w:r>
      <w:r>
        <w:rPr>
          <w:lang w:eastAsia="zh-CN"/>
        </w:rPr>
        <w:br/>
      </w:r>
      <w:r>
        <w:rPr>
          <w:lang w:eastAsia="zh-CN"/>
        </w:rPr>
        <w:t>　　积极参与公司各级各部门举办的各项活动：新老员工篮球对抗赛、工会拔河比赛、书评比赛、青年员工足球比赛等等，增进交流、促进沟通。</w:t>
      </w:r>
      <w:r>
        <w:rPr>
          <w:lang w:eastAsia="zh-CN"/>
        </w:rPr>
        <w:br/>
      </w:r>
      <w:r>
        <w:rPr>
          <w:lang w:eastAsia="zh-CN"/>
        </w:rPr>
        <w:t>　　(九)积极完成好领导交办的其他事务。</w:t>
      </w:r>
      <w:r>
        <w:rPr>
          <w:lang w:eastAsia="zh-CN"/>
        </w:rPr>
        <w:br/>
      </w:r>
      <w:r>
        <w:rPr>
          <w:lang w:eastAsia="zh-CN"/>
        </w:rPr>
        <w:t xml:space="preserve">    2024企业个人总结 篇13 </w:t>
      </w:r>
      <w:r>
        <w:rPr>
          <w:lang w:eastAsia="zh-CN"/>
        </w:rPr>
        <w:br/>
      </w:r>
      <w:r>
        <w:rPr>
          <w:lang w:eastAsia="zh-CN"/>
        </w:rPr>
        <w:t>　　光阴似箭，岁月如歌。年已经结束，年迈着崭新的步伐向我们走来。在这新的一年里，回首过去，感慨良多。回想我进入本公司到现在已经将近一年。</w:t>
      </w:r>
      <w:r>
        <w:rPr>
          <w:lang w:eastAsia="zh-CN"/>
        </w:rPr>
        <w:br/>
      </w:r>
      <w:r>
        <w:rPr>
          <w:lang w:eastAsia="zh-CN"/>
        </w:rPr>
        <w:t>　　在过去的一年中，由于缺乏工作经验，我在实践的过程中遇到了很多困难，也碰了不少壁，与此同时我也得到不少磨练的机会，这些机会对我来说受益匪浅，感受颇深，在此我要谢谢那些在工作中给与我支持和帮助的朋友们。喜悦伴着汗水，成功伴着艰辛，遗憾激励着奋斗。年终工作总结：</w:t>
      </w:r>
      <w:r>
        <w:rPr>
          <w:lang w:eastAsia="zh-CN"/>
        </w:rPr>
        <w:br/>
      </w:r>
      <w:r>
        <w:rPr>
          <w:lang w:eastAsia="zh-CN"/>
        </w:rPr>
        <w:t>　　一、LED光电事业部是公司的关键部门之一</w:t>
      </w:r>
      <w:r>
        <w:rPr>
          <w:lang w:eastAsia="zh-CN"/>
        </w:rPr>
        <w:br/>
      </w:r>
      <w:r>
        <w:rPr>
          <w:lang w:eastAsia="zh-CN"/>
        </w:rPr>
        <w:t>　　随着科学的发展和时代的进步，LED光电事业将会像手机一样普及，我们唯一要做的是要革新技术，尽快解决断信号黑屏的问题，反之将很难在社会上立足发展。</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二、加强自身管理。</w:t>
      </w:r>
      <w:r>
        <w:rPr>
          <w:lang w:eastAsia="zh-CN"/>
        </w:rPr>
        <w:br/>
      </w:r>
      <w:r>
        <w:rPr>
          <w:lang w:eastAsia="zh-CN"/>
        </w:rPr>
        <w:t>　　明确目标任务。公司想做好首先要加强自身管理，就像我们公司的名字鸿儒的儒一样。(儒)分开讲就是一个，人加上一个需要的需。我们是为人民服务的，客户的满意就是我们的宗旨。所以要有信心有耐心，应该热情微笑的对待每一个客户。只有自身素质提高了公司的整体形象才能不断的升华。</w:t>
      </w:r>
      <w:r>
        <w:rPr>
          <w:lang w:eastAsia="zh-CN"/>
        </w:rPr>
        <w:br/>
      </w:r>
      <w:r>
        <w:rPr>
          <w:lang w:eastAsia="zh-CN"/>
        </w:rPr>
        <w:t>　　三、人员分配要做到三定。</w:t>
      </w:r>
      <w:r>
        <w:rPr>
          <w:lang w:eastAsia="zh-CN"/>
        </w:rPr>
        <w:br/>
      </w:r>
      <w:r>
        <w:rPr>
          <w:lang w:eastAsia="zh-CN"/>
        </w:rPr>
        <w:t>　　定人，定向，定位。大伙的职位不同所以分工也不一样。我们是一个大团体，只要大家相互配合好，各自把自己的本职工作做好，就能把整个事情做好。完善细节，成就大事。团结就是力量。</w:t>
      </w:r>
      <w:r>
        <w:rPr>
          <w:lang w:eastAsia="zh-CN"/>
        </w:rPr>
        <w:br/>
      </w:r>
      <w:r>
        <w:rPr>
          <w:lang w:eastAsia="zh-CN"/>
        </w:rPr>
        <w:t>　　四、仓库物料管理。</w:t>
      </w:r>
      <w:r>
        <w:rPr>
          <w:lang w:eastAsia="zh-CN"/>
        </w:rPr>
        <w:br/>
      </w:r>
      <w:r>
        <w:rPr>
          <w:lang w:eastAsia="zh-CN"/>
        </w:rPr>
        <w:t>　　要想把公司做的更好更大，就要向人家大公司多多学习。仓库堆放的物料太乱，每次都是说过N次再去整理，我本人认为重要的不是每天都去整理，而是贵在保持。所谓的(定位)就在这里，把所有的物料进行分类定位，每次活动用的物料从哪里拿的.用完再放回原处。这就是我在以前学的(5S)管理，就是，整理，整顿，清扫，清洁、素养。</w:t>
      </w:r>
      <w:r>
        <w:rPr>
          <w:lang w:eastAsia="zh-CN"/>
        </w:rPr>
        <w:br/>
      </w:r>
      <w:r>
        <w:rPr>
          <w:lang w:eastAsia="zh-CN"/>
        </w:rPr>
        <w:t>　　五、财务管理，财务就是公司的中心。</w:t>
      </w:r>
      <w:r>
        <w:rPr>
          <w:lang w:eastAsia="zh-CN"/>
        </w:rPr>
        <w:br/>
      </w:r>
      <w:r>
        <w:rPr>
          <w:lang w:eastAsia="zh-CN"/>
        </w:rPr>
        <w:t>　　目前我们公司的财务处于一个混乱状态，人工费用问题，物料报帐问题，员工餐费问题，工人工资问题等等。特别是工人工资问题应该每月准时发放。这个我不是专业人员就不多说了。希望你们财务部门能尽快想办法解决。</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新的一年对于我们来讲是一个充满挑战、机遇与压力开始的一年，也是我们公司非常重要的一年。在新的一年里，我们将继续围绕公司的中心工作，克服缺点，改进方法，深入学习，掌握技巧，加强管理，改进服务，大胆探索工作新思路，新方法，促进工作再上一个新台阶，为公司的健康快速发展作出更大的贡献。</w:t>
      </w:r>
      <w:r>
        <w:rPr>
          <w:lang w:eastAsia="zh-CN"/>
        </w:rPr>
        <w:br/>
      </w:r>
      <w:r>
        <w:rPr>
          <w:lang w:eastAsia="zh-CN"/>
        </w:rPr>
        <w:t>　　以上，是我在年度的工作总结和年的工作计划，感谢领导审阅及批评指正。祝我们公司在年里与时俱进，勇创辉煌!</w:t>
      </w:r>
      <w:r>
        <w:rPr>
          <w:lang w:eastAsia="zh-CN"/>
        </w:rPr>
        <w:br/>
      </w:r>
      <w:r>
        <w:rPr>
          <w:lang w:eastAsia="zh-CN"/>
        </w:rPr>
        <w:t xml:space="preserve">    2024企业个人总结 篇14 </w:t>
      </w:r>
      <w:r>
        <w:rPr>
          <w:lang w:eastAsia="zh-CN"/>
        </w:rPr>
        <w:br/>
      </w:r>
      <w:r>
        <w:rPr>
          <w:lang w:eastAsia="zh-CN"/>
        </w:rPr>
        <w:t>　　1、真抓实干，抢发电量</w:t>
      </w:r>
      <w:r>
        <w:rPr>
          <w:lang w:eastAsia="zh-CN"/>
        </w:rPr>
        <w:br/>
      </w:r>
      <w:r>
        <w:rPr>
          <w:lang w:eastAsia="zh-CN"/>
        </w:rPr>
        <w:t>　　1）我场始终以“安全生产、抢发电量”为第一目标，大风天气、日照好天气不安排设备检修，确保发电量。</w:t>
      </w:r>
      <w:r>
        <w:rPr>
          <w:lang w:eastAsia="zh-CN"/>
        </w:rPr>
        <w:br/>
      </w:r>
      <w:r>
        <w:rPr>
          <w:lang w:eastAsia="zh-CN"/>
        </w:rPr>
        <w:t>　　2）利用小风、无风天气对设备进行清扫、全面检查整改、处理缺陷，努力提高设备健康运行水平。</w:t>
      </w:r>
      <w:r>
        <w:rPr>
          <w:lang w:eastAsia="zh-CN"/>
        </w:rPr>
        <w:br/>
      </w:r>
      <w:r>
        <w:rPr>
          <w:lang w:eastAsia="zh-CN"/>
        </w:rPr>
        <w:t>　　3）大风限电时，将负荷提高至调度要求的负荷上限，在接到调度相负荷命令的情况下达到最大出力。</w:t>
      </w:r>
      <w:r>
        <w:rPr>
          <w:lang w:eastAsia="zh-CN"/>
        </w:rPr>
        <w:br/>
      </w:r>
      <w:r>
        <w:rPr>
          <w:lang w:eastAsia="zh-CN"/>
        </w:rPr>
        <w:t>　　4）限电期间对故障风机进行检修恢复，不能及时处理好的制定可行措施，待不限电时保证机组稳定运行，提高发电量和可利用率。</w:t>
      </w:r>
      <w:r>
        <w:rPr>
          <w:lang w:eastAsia="zh-CN"/>
        </w:rPr>
        <w:br/>
      </w:r>
      <w:r>
        <w:rPr>
          <w:lang w:eastAsia="zh-CN"/>
        </w:rPr>
        <w:t>　　5）成立由我场人员组成检修队伍，配合维护厂家共同进行机组的故障处理、检查消缺工作，保证不限电期间的发电量得到提升。</w:t>
      </w:r>
      <w:r>
        <w:rPr>
          <w:lang w:eastAsia="zh-CN"/>
        </w:rPr>
        <w:br/>
      </w:r>
      <w:r>
        <w:rPr>
          <w:lang w:eastAsia="zh-CN"/>
        </w:rPr>
        <w:t>　　2、风电二期工程建设顺利推进</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风电二期项目于__年1月17日已经完成微观选址及地质勘察工作。包头供电局增容报装手续已于3月中旬完成现场查验，目前正在推进电网接入的其他手续。3月1日施工人员到场组织实施，入场全员参加了安全培训，并完成了安全协议的签订。每项工作均进行了安全交底，已经陆续完成了道路施工安全交底、基础钢筋加工绑扎安全交底、大体积混凝土浇筑安全交底、风机吊装安全交底。截止目前工程进展顺利，主机吊装完成6台，箱变安装完成8台，集电线路第三回路电缆已经敷设完成。预计6月25日首台机组并网运行。</w:t>
      </w:r>
      <w:r>
        <w:rPr>
          <w:lang w:eastAsia="zh-CN"/>
        </w:rPr>
        <w:br/>
      </w:r>
      <w:r>
        <w:rPr>
          <w:lang w:eastAsia="zh-CN"/>
        </w:rPr>
        <w:t>　　项目部单位高度重视安全生产相关工作，加大对施工现场人员“三违”作业检查力度，每月15日进行一次联合安全检查，制定检查计划、整改措施。目前已完成2次，共发现问题11项，整改完成11项。现场安全管理总体有序，各类安全标识完善。</w:t>
      </w:r>
      <w:r>
        <w:rPr>
          <w:lang w:eastAsia="zh-CN"/>
        </w:rPr>
        <w:br/>
      </w:r>
      <w:r>
        <w:rPr>
          <w:lang w:eastAsia="zh-CN"/>
        </w:rPr>
        <w:t>　　3、春、秋季安全大检查工作有效开展</w:t>
      </w:r>
      <w:r>
        <w:rPr>
          <w:lang w:eastAsia="zh-CN"/>
        </w:rPr>
        <w:br/>
      </w:r>
      <w:r>
        <w:rPr>
          <w:lang w:eastAsia="zh-CN"/>
        </w:rPr>
        <w:t>　　为进一步提升全场的安全生产水平，加强安全生产的预控管理，提高发电设备的可靠性、灵敏性、安全性，有效预防季节性事故的发生，每次安全大检查以“确保安全、提高质量、合理安排、有序组织、突出重点、高效实施”为基本原则，以“消除隐患、避免事故、延长设备寿命、提高经济效益”为最终目标，圆满完成了春、秋检工作。</w:t>
      </w:r>
      <w:r>
        <w:rPr>
          <w:lang w:eastAsia="zh-CN"/>
        </w:rPr>
        <w:br/>
      </w:r>
      <w:r>
        <w:rPr>
          <w:lang w:eastAsia="zh-CN"/>
        </w:rPr>
        <w:t>　　1）安全大检查工作的准备阶段，我场通过进行安规考试、签订“四不伤害”责任书、观看安全警示片、悬挂安全警示标语等多种多样的形式来提高全场人员的安全意识。</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2）根据安全大检查计划将全部工作分解，明确落实到人，做到人人身上都有担子，促进员工之间的竞争，从竞争中发现自身的不足以便在工作中更好的弥补。</w:t>
      </w:r>
      <w:r>
        <w:rPr>
          <w:lang w:eastAsia="zh-CN"/>
        </w:rPr>
        <w:br/>
      </w:r>
      <w:r>
        <w:rPr>
          <w:lang w:eastAsia="zh-CN"/>
        </w:rPr>
        <w:t>　　3）每天的早会再将进行的工作梳理一遍，对工作中没有解决的问题摆到桌面，大家集思广益，共同想办法，定措施，做到“小问题不过班，大问题不过天”。</w:t>
      </w:r>
      <w:r>
        <w:rPr>
          <w:lang w:eastAsia="zh-CN"/>
        </w:rPr>
        <w:br/>
      </w:r>
      <w:r>
        <w:rPr>
          <w:lang w:eastAsia="zh-CN"/>
        </w:rPr>
        <w:t>　　4）各级管理人员不定期深入现场查看工作开展进度，在指导工作方法的同时也能够及时捕捉危险点和监督工作人员安全生产情况。</w:t>
      </w:r>
      <w:r>
        <w:rPr>
          <w:lang w:eastAsia="zh-CN"/>
        </w:rPr>
        <w:br/>
      </w:r>
      <w:r>
        <w:rPr>
          <w:lang w:eastAsia="zh-CN"/>
        </w:rPr>
        <w:t>　　5）两次安全大检查工作共计查出各类缺陷35条，整改34条，未整改1条，整改率%，未整改缺陷已做好安全措施，并列入整改计划，确保安全生产。安全大检查期间全场未发生人员安全事故，安全生产处于良好趋势。</w:t>
      </w:r>
      <w:r>
        <w:rPr>
          <w:lang w:eastAsia="zh-CN"/>
        </w:rPr>
        <w:br/>
      </w:r>
      <w:r>
        <w:rPr>
          <w:lang w:eastAsia="zh-CN"/>
        </w:rPr>
        <w:t>　　4、“安全月”活动的顺利开展</w:t>
      </w:r>
      <w:r>
        <w:rPr>
          <w:lang w:eastAsia="zh-CN"/>
        </w:rPr>
        <w:br/>
      </w:r>
      <w:r>
        <w:rPr>
          <w:lang w:eastAsia="zh-CN"/>
        </w:rPr>
        <w:t>　　①原变桨系统L+B控制器编码器通道和数字量通道故障率较高；SSB前期分析所得，L+B控制器编码器通道和数字量通道易受外界干扰而损坏；另外，现场的通讯故障由滑环通道引起，可将备用线路并到通讯线路上；但最终通过更具适应性的滑环技改可避免通讯问题频发。②SSB原变桨系统使用L+B控制器型号为8230Y001（如上图），为普通版本；现升级为加强版，型号为8230Y008，8230Y008对硬件进行了升级，可承受更强的外界静电、雷击感应等冲击，减少故障率和损坏。</w:t>
      </w:r>
      <w:r>
        <w:rPr>
          <w:lang w:eastAsia="zh-CN"/>
        </w:rPr>
        <w:br/>
      </w:r>
      <w:r>
        <w:rPr>
          <w:lang w:eastAsia="zh-CN"/>
        </w:rPr>
        <w:t xml:space="preserve">    2024企业个人总结 篇15 </w:t>
      </w:r>
      <w:r>
        <w:rPr>
          <w:lang w:eastAsia="zh-CN"/>
        </w:rPr>
        <w:br/>
      </w:r>
    </w:p>
    <w:p w:rsidR="001B1F19" w14:textId="27C3F48A">
      <w:pPr>
        <w:rPr>
          <w:lang w:eastAsia="zh-CN"/>
        </w:rPr>
      </w:pPr>
      <w:r>
        <w:rPr>
          <w:lang w:eastAsia="zh-CN"/>
        </w:rPr>
        <w:t>　　在新经济背景下，企业要在市场竞争中生存和发展，必须拥有学习能力，一个比竞争对手学得更好更快的学习能力。建立学习型和创新型的员工队伍是企业人力资源开发的重要途径。20_年公司根据年初制订的培训计划和各部门工作实际，认真组织开展了中层以上管理人员企业财务管理基础培训，全公司班长以上管理人员综合素质培训，高级工、中级工培训，iso9001质量管理体系、iso14001环境管理体系整合培训和新一轮质量管理基础知识培训，以及企业标准化体系的培训等18项培训，培训内容涉及党和国家的方针、政策、法律法规，生产管理、财务管理、营销管理、劳动保护、民主管理、档案管理、化工专业技术、安全消防知识、以及企业文化建设等。通过培训，既提高了公司员工的综合素质，又实现了企业人力资源的不断增值。</w:t>
      </w:r>
      <w:r>
        <w:rPr>
          <w:lang w:eastAsia="zh-CN"/>
        </w:rPr>
        <w:br/>
      </w:r>
      <w:r>
        <w:rPr>
          <w:lang w:eastAsia="zh-CN"/>
        </w:rPr>
        <w:t>　　实施资本运作，追求财富化。</w:t>
      </w:r>
      <w:r>
        <w:rPr>
          <w:lang w:eastAsia="zh-CN"/>
        </w:rPr>
        <w:br/>
      </w:r>
      <w:r>
        <w:rPr>
          <w:lang w:eastAsia="zh-CN"/>
        </w:rPr>
        <w:t>　　市场竞争愈来愈激烈，这也给工业企业带来严峻的挑战。公司作为一个高耗能的化工企业，如何在激烈的市场竞争中赢得优势，围绕20_年追求财富化这一目标，抓住发展契机，以求实的精神，扎实的工作作风，灵活的经营战术，不断强化资本运作水平和质量，进行产品结构调整，实施多品种、多元化的经营发展战略，先后出资控股机械公司、农资公司、车用天然气公司、精达化工有限公司，以及参股经营了江津佳禾燃气有限公司、四川开元化工有限公司。目前这些公司(除精达公司外)运营正常，发展前景较好，为提高我公司的综合竞争实力奠定了基础。</w:t>
      </w:r>
      <w:r>
        <w:rPr>
          <w:lang w:eastAsia="zh-CN"/>
        </w:rPr>
        <w:br/>
      </w:r>
      <w:r>
        <w:rPr>
          <w:lang w:eastAsia="zh-CN"/>
        </w:rPr>
        <w:t>　　注重企业文化建设，推动“三个文明”健康发展。</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https://d.book118.com/125034140132011122</w:t>
        </w:r>
      </w:hyperlink>
    </w:p>
    <w:p w:rsidR="001B1F19">
      <w:pPr>
        <w:rPr>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503414013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